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5.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footer4.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header8.xml" ContentType="application/vnd.openxmlformats-officedocument.wordprocessingml.header+xml"/>
  <Override PartName="/word/numbering.xml" ContentType="application/vnd.openxmlformats-officedocument.wordprocessingml.numbering+xml"/>
  <Override PartName="/word/footer7.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ind w:hanging="0"/>
        <w:jc w:val="center"/>
        <w:rPr/>
      </w:pPr>
      <w:r>
        <w:rPr>
          <w:b/>
          <w:sz w:val="28"/>
        </w:rPr>
        <w:t>ООО "СОТКОМ-ЮГ"</w:t>
      </w:r>
    </w:p>
    <w:p>
      <w:pPr>
        <w:pStyle w:val="Normal"/>
        <w:suppressAutoHyphens w:val="true"/>
        <w:ind w:hanging="0"/>
        <w:jc w:val="center"/>
        <w:rPr/>
      </w:pPr>
      <w:r>
        <w:rPr>
          <w:b/>
          <w:sz w:val="28"/>
        </w:rPr>
        <w:t>СТАНДАРТ ОРГАНИЗАЦИИ</w:t>
      </w:r>
    </w:p>
    <w:p>
      <w:pPr>
        <w:pStyle w:val="Normal"/>
        <w:suppressAutoHyphens w:val="true"/>
        <w:ind w:hanging="0"/>
        <w:jc w:val="center"/>
        <w:rPr/>
      </w:pPr>
      <w:r>
        <w:rPr>
          <w:b w:val="false"/>
          <w:sz w:val="28"/>
        </w:rPr>
        <w:t>ПРОЕКТ</w:t>
      </w:r>
    </w:p>
    <w:p>
      <w:pPr>
        <w:pStyle w:val="Normal"/>
        <w:suppressAutoHyphens w:val="true"/>
        <w:ind w:hanging="0"/>
        <w:jc w:val="center"/>
        <w:rPr/>
      </w:pPr>
      <w:r>
        <w:rPr>
          <w:b w:val="false"/>
          <w:sz w:val="24"/>
        </w:rPr>
        <w:t>Обозначение СТО не присвоено</w:t>
      </w:r>
    </w:p>
    <w:p>
      <w:pPr>
        <w:pStyle w:val="Normal"/>
        <w:jc w:val="start"/>
        <w:rPr/>
      </w:pPr>
      <w:r>
        <w:rPr>
          <w:b w:val="false"/>
          <w:sz w:val="28"/>
        </w:rPr>
        <w:br/>
      </w:r>
    </w:p>
    <w:p>
      <w:pPr>
        <w:pStyle w:val="Normal"/>
        <w:suppressAutoHyphens w:val="true"/>
        <w:ind w:hanging="0"/>
        <w:jc w:val="center"/>
        <w:rPr/>
      </w:pPr>
      <w:r>
        <w:rPr>
          <w:b/>
          <w:sz w:val="36"/>
        </w:rPr>
        <w:t>Открытый протокол систем оповещения. Техническая спецификация</w:t>
      </w:r>
    </w:p>
    <w:p>
      <w:pPr>
        <w:pStyle w:val="Normal"/>
        <w:jc w:val="start"/>
        <w:rPr/>
      </w:pPr>
      <w:r>
        <w:rPr>
          <w:b w:val="false"/>
          <w:sz w:val="28"/>
        </w:rPr>
        <w:br/>
      </w:r>
    </w:p>
    <w:p>
      <w:pPr>
        <w:pStyle w:val="Normal"/>
        <w:suppressAutoHyphens w:val="true"/>
        <w:ind w:hanging="0"/>
        <w:jc w:val="center"/>
        <w:rPr/>
      </w:pPr>
      <w:r>
        <w:rPr>
          <w:b w:val="false"/>
          <w:sz w:val="28"/>
        </w:rPr>
        <w:t xml:space="preserve">Редакция </w:t>
      </w:r>
      <w:r>
        <w:rPr>
          <w:b w:val="false"/>
          <w:sz w:val="28"/>
          <w:lang w:val="zxx"/>
        </w:rPr>
        <w:t>0.21</w:t>
      </w:r>
      <w:r>
        <w:rPr>
          <w:b w:val="false"/>
          <w:sz w:val="28"/>
        </w:rPr>
        <w:t xml:space="preserve"> / </w:t>
      </w:r>
      <w:r>
        <w:rPr>
          <w:b w:val="false"/>
          <w:sz w:val="28"/>
          <w:lang w:val="zxx"/>
        </w:rPr>
        <w:t>22</w:t>
      </w:r>
      <w:r>
        <w:rPr>
          <w:b w:val="false"/>
          <w:sz w:val="28"/>
        </w:rPr>
        <w:t xml:space="preserve"> октября </w:t>
      </w:r>
      <w:r>
        <w:rPr>
          <w:b w:val="false"/>
          <w:sz w:val="28"/>
          <w:lang w:val="zxx"/>
        </w:rPr>
        <w:t>2026</w:t>
      </w:r>
    </w:p>
    <w:p>
      <w:pPr>
        <w:pStyle w:val="Normal"/>
        <w:suppressAutoHyphens w:val="true"/>
        <w:ind w:hanging="0"/>
        <w:jc w:val="center"/>
        <w:rPr/>
      </w:pPr>
      <w:r>
        <w:rPr>
          <w:b w:val="false"/>
          <w:sz w:val="28"/>
        </w:rPr>
        <w:t>Для публичного обсуждения</w:t>
      </w:r>
    </w:p>
    <w:p>
      <w:pPr>
        <w:pStyle w:val="Normal"/>
        <w:suppressAutoHyphens w:val="true"/>
        <w:ind w:hanging="0"/>
        <w:jc w:val="center"/>
        <w:rPr/>
      </w:pPr>
      <w:r>
        <w:rPr>
          <w:b w:val="false"/>
          <w:i/>
          <w:sz w:val="24"/>
        </w:rPr>
        <w:t>Настоящий проект стандарта не подлежит применению до его утверждения</w:t>
      </w:r>
    </w:p>
    <w:p>
      <w:pPr>
        <w:sectPr>
          <w:type w:val="nextPage"/>
          <w:pgSz w:w="11906" w:h="16838"/>
          <w:pgMar w:left="1134" w:right="1134" w:gutter="0" w:header="0" w:top="1134" w:footer="0" w:bottom="1134"/>
          <w:pgNumType w:fmt="decimal"/>
          <w:formProt w:val="false"/>
          <w:textDirection w:val="lrTb"/>
          <w:docGrid w:type="default" w:linePitch="360" w:charSpace="0"/>
        </w:sectPr>
        <w:pStyle w:val="Normal"/>
        <w:suppressAutoHyphens w:val="true"/>
        <w:ind w:hanging="0"/>
        <w:jc w:val="center"/>
        <w:rPr/>
      </w:pPr>
      <w:r>
        <w:rPr>
          <w:b w:val="false"/>
          <w:sz w:val="28"/>
          <w:lang w:val="zxx"/>
        </w:rPr>
        <w:t>2026</w:t>
      </w:r>
    </w:p>
    <w:p>
      <w:pPr>
        <w:pStyle w:val="1"/>
        <w:rPr/>
      </w:pPr>
      <w:bookmarkStart w:id="0" w:name="__RefHeading___Toc43249_1766585215"/>
      <w:bookmarkEnd w:id="0"/>
      <w:r>
        <w:rPr/>
        <w:t>Предисловие</w:t>
      </w:r>
    </w:p>
    <w:p>
      <w:pPr>
        <w:pStyle w:val="Normal"/>
        <w:jc w:val="both"/>
        <w:rPr/>
      </w:pPr>
      <w:r>
        <w:rPr>
          <w:b w:val="false"/>
          <w:sz w:val="28"/>
        </w:rPr>
        <w:t>Разработан ООО "СОТКОМ-ЮГ". Представлен для публичного обсуждения как проект стандарта организации.</w:t>
      </w:r>
    </w:p>
    <w:p>
      <w:pPr>
        <w:pStyle w:val="Normal"/>
        <w:jc w:val="both"/>
        <w:rPr/>
      </w:pPr>
      <w:r>
        <w:rPr>
          <w:b w:val="false"/>
          <w:sz w:val="28"/>
        </w:rPr>
        <w:t>Обозначение СТО не присвоено. Стандарт не утвержден; дата введения в действие не установлена.</w:t>
      </w:r>
    </w:p>
    <w:p>
      <w:pPr>
        <w:pStyle w:val="Normal"/>
        <w:jc w:val="both"/>
        <w:rPr/>
      </w:pPr>
      <w:r>
        <w:rPr>
          <w:b w:val="false"/>
          <w:sz w:val="28"/>
        </w:rPr>
        <w:t xml:space="preserve">Правила оформления проекта установлены по выбранным положениям ГОСТ Р </w:t>
      </w:r>
      <w:r>
        <w:rPr>
          <w:b w:val="false"/>
          <w:sz w:val="28"/>
          <w:lang w:val="zxx"/>
        </w:rPr>
        <w:t>1.5-</w:t>
      </w:r>
      <w:r>
        <w:rPr>
          <w:b w:val="false"/>
          <w:sz w:val="28"/>
        </w:rPr>
        <w:t>⁠</w:t>
      </w:r>
      <w:r>
        <w:rPr>
          <w:b w:val="false"/>
          <w:sz w:val="28"/>
          <w:lang w:val="zxx"/>
        </w:rPr>
        <w:t>2012.</w:t>
      </w:r>
      <w:r>
        <w:rPr>
          <w:b w:val="false"/>
          <w:sz w:val="28"/>
        </w:rPr>
        <w:t xml:space="preserve"> Основания оформления и сведения о правах использования приведены в приложении Е.</w:t>
      </w:r>
    </w:p>
    <w:p>
      <w:pPr>
        <w:pStyle w:val="Normal"/>
        <w:jc w:val="both"/>
        <w:rPr/>
      </w:pPr>
      <w:r>
        <w:rPr>
          <w:b w:val="false"/>
          <w:sz w:val="28"/>
        </w:rPr>
        <w:t xml:space="preserve">Требования протокола изложены в разделах </w:t>
      </w:r>
      <w:r>
        <w:rPr>
          <w:b w:val="false"/>
          <w:sz w:val="28"/>
          <w:lang w:val="zxx"/>
        </w:rPr>
        <w:t>1-</w:t>
      </w:r>
      <w:r>
        <w:rPr>
          <w:b w:val="false"/>
          <w:sz w:val="28"/>
        </w:rPr>
        <w:t>⁠</w:t>
      </w:r>
      <w:r>
        <w:rPr>
          <w:b w:val="false"/>
          <w:sz w:val="28"/>
          <w:lang w:val="zxx"/>
        </w:rPr>
        <w:t>27</w:t>
      </w:r>
      <w:r>
        <w:rPr>
          <w:b w:val="false"/>
          <w:sz w:val="28"/>
        </w:rPr>
        <w:t xml:space="preserve"> и обязательных частях приложений. Приложение Ж содержит полный профиль групповой передачи речи и обязательно при объявлении его поддержки. Пояснения к ключевым правилам приведены в справочном приложении Д.</w:t>
      </w:r>
    </w:p>
    <w:p>
      <w:pPr>
        <w:pStyle w:val="Normal"/>
        <w:rPr/>
      </w:pPr>
      <w:r>
        <w:rPr/>
      </w:r>
      <w:r>
        <w:br w:type="page"/>
      </w:r>
    </w:p>
    <w:p>
      <w:pPr>
        <w:pStyle w:val="Style16"/>
        <w:rPr/>
      </w:pPr>
      <w:r>
        <w:rPr/>
        <w:t>Содержание</w:t>
      </w:r>
    </w:p>
    <w:sdt>
      <w:sdtPr>
        <w:docPartObj>
          <w:docPartGallery w:val="Table of Contents"/>
          <w:docPartUnique w:val="true"/>
        </w:docPartObj>
      </w:sdtPr>
      <w:sdtContent>
        <w:p>
          <w:pPr>
            <w:pStyle w:val="11"/>
            <w:tabs>
              <w:tab w:val="clear" w:pos="720"/>
              <w:tab w:val="right" w:pos="9638" w:leader="dot"/>
            </w:tabs>
            <w:rPr/>
          </w:pPr>
          <w:r>
            <w:fldChar w:fldCharType="begin"/>
          </w:r>
          <w:r>
            <w:rPr>
              <w:webHidden/>
            </w:rPr>
            <w:instrText xml:space="preserve"> TOC \z \o "1-1" </w:instrText>
          </w:r>
          <w:r>
            <w:rPr>
              <w:webHidden/>
            </w:rPr>
            <w:fldChar w:fldCharType="separate"/>
          </w:r>
          <w:hyperlink w:anchor="__RefHeading___Toc43249_1766585215">
            <w:r>
              <w:rPr>
                <w:webHidden/>
              </w:rPr>
              <w:t>Предисловие</w:t>
              <w:tab/>
              <w:t>II</w:t>
            </w:r>
          </w:hyperlink>
        </w:p>
        <w:p>
          <w:pPr>
            <w:pStyle w:val="11"/>
            <w:tabs>
              <w:tab w:val="clear" w:pos="720"/>
              <w:tab w:val="right" w:pos="9638" w:leader="dot"/>
            </w:tabs>
            <w:rPr/>
          </w:pPr>
          <w:hyperlink w:anchor="__RefHeading___Toc43251_1766585215">
            <w:r>
              <w:rPr>
                <w:webHidden/>
              </w:rPr>
              <w:t>1 Область применения и статус</w:t>
              <w:tab/>
              <w:t>1</w:t>
            </w:r>
          </w:hyperlink>
        </w:p>
        <w:p>
          <w:pPr>
            <w:pStyle w:val="11"/>
            <w:tabs>
              <w:tab w:val="clear" w:pos="720"/>
              <w:tab w:val="right" w:pos="9638" w:leader="dot"/>
            </w:tabs>
            <w:rPr/>
          </w:pPr>
          <w:hyperlink w:anchor="__RefHeading___Toc43253_1766585215">
            <w:r>
              <w:rPr>
                <w:webHidden/>
              </w:rPr>
              <w:t>2 Нормативные ссылки</w:t>
              <w:tab/>
              <w:t>4</w:t>
            </w:r>
          </w:hyperlink>
        </w:p>
        <w:p>
          <w:pPr>
            <w:pStyle w:val="11"/>
            <w:tabs>
              <w:tab w:val="clear" w:pos="720"/>
              <w:tab w:val="right" w:pos="9638" w:leader="dot"/>
            </w:tabs>
            <w:rPr/>
          </w:pPr>
          <w:hyperlink w:anchor="__RefHeading___Toc43255_1766585215">
            <w:r>
              <w:rPr>
                <w:webHidden/>
              </w:rPr>
              <w:t>3 Термины, определения и сокращения</w:t>
              <w:tab/>
              <w:t>5</w:t>
            </w:r>
          </w:hyperlink>
        </w:p>
        <w:p>
          <w:pPr>
            <w:pStyle w:val="11"/>
            <w:tabs>
              <w:tab w:val="clear" w:pos="720"/>
              <w:tab w:val="right" w:pos="9638" w:leader="dot"/>
            </w:tabs>
            <w:rPr/>
          </w:pPr>
          <w:hyperlink w:anchor="__RefHeading___Toc43257_1766585215">
            <w:r>
              <w:rPr>
                <w:webHidden/>
              </w:rPr>
              <w:t>4 Архитектура: АРМ, УУ и ОУ</w:t>
              <w:tab/>
              <w:t>7</w:t>
            </w:r>
          </w:hyperlink>
        </w:p>
        <w:p>
          <w:pPr>
            <w:pStyle w:val="11"/>
            <w:tabs>
              <w:tab w:val="clear" w:pos="720"/>
              <w:tab w:val="right" w:pos="9638" w:leader="dot"/>
            </w:tabs>
            <w:rPr/>
          </w:pPr>
          <w:hyperlink w:anchor="__RefHeading___Toc43259_1766585215">
            <w:r>
              <w:rPr>
                <w:webHidden/>
              </w:rPr>
              <w:t>5 Владение и право прерывания</w:t>
              <w:tab/>
              <w:t>11</w:t>
            </w:r>
          </w:hyperlink>
        </w:p>
        <w:p>
          <w:pPr>
            <w:pStyle w:val="11"/>
            <w:tabs>
              <w:tab w:val="clear" w:pos="720"/>
              <w:tab w:val="right" w:pos="9638" w:leader="dot"/>
            </w:tabs>
            <w:rPr/>
          </w:pPr>
          <w:hyperlink w:anchor="__RefHeading___Toc43261_1766585215">
            <w:r>
              <w:rPr>
                <w:webHidden/>
              </w:rPr>
              <w:t>6 Идентификаторы и контекст</w:t>
              <w:tab/>
              <w:t>26</w:t>
            </w:r>
          </w:hyperlink>
        </w:p>
        <w:p>
          <w:pPr>
            <w:pStyle w:val="11"/>
            <w:tabs>
              <w:tab w:val="clear" w:pos="720"/>
              <w:tab w:val="right" w:pos="9638" w:leader="dot"/>
            </w:tabs>
            <w:rPr/>
          </w:pPr>
          <w:hyperlink w:anchor="__RefHeading___Toc43263_1766585215">
            <w:r>
              <w:rPr>
                <w:webHidden/>
              </w:rPr>
              <w:t>7 Транспорт и ограниченный XML</w:t>
              <w:tab/>
              <w:t>31</w:t>
            </w:r>
          </w:hyperlink>
        </w:p>
        <w:p>
          <w:pPr>
            <w:pStyle w:val="11"/>
            <w:tabs>
              <w:tab w:val="clear" w:pos="720"/>
              <w:tab w:val="right" w:pos="9638" w:leader="dot"/>
            </w:tabs>
            <w:rPr/>
          </w:pPr>
          <w:hyperlink w:anchor="__RefHeading___Toc43265_1766585215">
            <w:r>
              <w:rPr>
                <w:webHidden/>
              </w:rPr>
              <w:t>8 Сеанс, физический результат и потеря связи</w:t>
              <w:tab/>
              <w:t>41</w:t>
            </w:r>
          </w:hyperlink>
        </w:p>
        <w:p>
          <w:pPr>
            <w:pStyle w:val="11"/>
            <w:tabs>
              <w:tab w:val="clear" w:pos="720"/>
              <w:tab w:val="right" w:pos="9638" w:leader="dot"/>
            </w:tabs>
            <w:rPr/>
          </w:pPr>
          <w:hyperlink w:anchor="__RefHeading___Toc43267_1766585215">
            <w:r>
              <w:rPr>
                <w:webHidden/>
              </w:rPr>
              <w:t>9 Повторы, отмена и неизвестный исход</w:t>
              <w:tab/>
              <w:t>54</w:t>
            </w:r>
          </w:hyperlink>
        </w:p>
        <w:p>
          <w:pPr>
            <w:pStyle w:val="11"/>
            <w:tabs>
              <w:tab w:val="clear" w:pos="720"/>
              <w:tab w:val="right" w:pos="9638" w:leader="dot"/>
            </w:tabs>
            <w:rPr/>
          </w:pPr>
          <w:hyperlink w:anchor="__RefHeading___Toc43269_1766585215">
            <w:r>
              <w:rPr>
                <w:webHidden/>
              </w:rPr>
              <w:t>10 Профили ОУ: ВАУ и Сирена</w:t>
              <w:tab/>
              <w:t>65</w:t>
            </w:r>
          </w:hyperlink>
        </w:p>
        <w:p>
          <w:pPr>
            <w:pStyle w:val="11"/>
            <w:tabs>
              <w:tab w:val="clear" w:pos="720"/>
              <w:tab w:val="right" w:pos="9638" w:leader="dot"/>
            </w:tabs>
            <w:rPr/>
          </w:pPr>
          <w:hyperlink w:anchor="__RefHeading___Toc43271_1766585215">
            <w:r>
              <w:rPr>
                <w:webHidden/>
              </w:rPr>
              <w:t>11 Датчики и каталог ресурсов</w:t>
              <w:tab/>
              <w:t>72</w:t>
            </w:r>
          </w:hyperlink>
        </w:p>
        <w:p>
          <w:pPr>
            <w:pStyle w:val="11"/>
            <w:tabs>
              <w:tab w:val="clear" w:pos="720"/>
              <w:tab w:val="right" w:pos="9638" w:leader="dot"/>
            </w:tabs>
            <w:rPr/>
          </w:pPr>
          <w:hyperlink w:anchor="__RefHeading___Toc43273_1766585215">
            <w:r>
              <w:rPr>
                <w:webHidden/>
              </w:rPr>
              <w:t>12 Опросы, проверки и аварии</w:t>
              <w:tab/>
              <w:t>75</w:t>
            </w:r>
          </w:hyperlink>
        </w:p>
        <w:p>
          <w:pPr>
            <w:pStyle w:val="11"/>
            <w:tabs>
              <w:tab w:val="clear" w:pos="720"/>
              <w:tab w:val="right" w:pos="9638" w:leader="dot"/>
            </w:tabs>
            <w:rPr/>
          </w:pPr>
          <w:hyperlink w:anchor="__RefHeading___Toc43275_1766585215">
            <w:r>
              <w:rPr>
                <w:webHidden/>
              </w:rPr>
              <w:t>13 Диагностика, события и снимки</w:t>
              <w:tab/>
              <w:t>82</w:t>
            </w:r>
          </w:hyperlink>
        </w:p>
        <w:p>
          <w:pPr>
            <w:pStyle w:val="11"/>
            <w:tabs>
              <w:tab w:val="clear" w:pos="720"/>
              <w:tab w:val="right" w:pos="9638" w:leader="dot"/>
            </w:tabs>
            <w:rPr/>
          </w:pPr>
          <w:hyperlink w:anchor="__RefHeading___Toc43277_1766585215">
            <w:r>
              <w:rPr>
                <w:webHidden/>
              </w:rPr>
              <w:t>14 Защищенный обмен и ключи</w:t>
              <w:tab/>
              <w:t>95</w:t>
            </w:r>
          </w:hyperlink>
        </w:p>
        <w:p>
          <w:pPr>
            <w:pStyle w:val="11"/>
            <w:tabs>
              <w:tab w:val="clear" w:pos="720"/>
              <w:tab w:val="right" w:pos="9638" w:leader="dot"/>
            </w:tabs>
            <w:rPr/>
          </w:pPr>
          <w:hyperlink w:anchor="__RefHeading___Toc43279_1766585215">
            <w:r>
              <w:rPr>
                <w:webHidden/>
              </w:rPr>
              <w:t>15 Речь, записи и время</w:t>
              <w:tab/>
              <w:t>120</w:t>
            </w:r>
          </w:hyperlink>
        </w:p>
        <w:p>
          <w:pPr>
            <w:pStyle w:val="11"/>
            <w:tabs>
              <w:tab w:val="clear" w:pos="720"/>
              <w:tab w:val="right" w:pos="9638" w:leader="dot"/>
            </w:tabs>
            <w:rPr/>
          </w:pPr>
          <w:hyperlink w:anchor="__RefHeading___Toc43281_1766585215">
            <w:r>
              <w:rPr>
                <w:webHidden/>
              </w:rPr>
              <w:t>16 Конфигурация, контент и обновление</w:t>
              <w:tab/>
              <w:t>158</w:t>
            </w:r>
          </w:hyperlink>
        </w:p>
        <w:p>
          <w:pPr>
            <w:pStyle w:val="11"/>
            <w:tabs>
              <w:tab w:val="clear" w:pos="720"/>
              <w:tab w:val="right" w:pos="9638" w:leader="dot"/>
            </w:tabs>
            <w:rPr/>
          </w:pPr>
          <w:hyperlink w:anchor="__RefHeading___Toc43283_1766585215">
            <w:r>
              <w:rPr>
                <w:webHidden/>
              </w:rPr>
              <w:t>17 Сторонние сервисы и расширения</w:t>
              <w:tab/>
              <w:t>178</w:t>
            </w:r>
          </w:hyperlink>
        </w:p>
        <w:p>
          <w:pPr>
            <w:pStyle w:val="11"/>
            <w:tabs>
              <w:tab w:val="clear" w:pos="720"/>
              <w:tab w:val="right" w:pos="9638" w:leader="dot"/>
            </w:tabs>
            <w:rPr/>
          </w:pPr>
          <w:hyperlink w:anchor="__RefHeading___Toc43285_1766585215">
            <w:r>
              <w:rPr>
                <w:webHidden/>
              </w:rPr>
              <w:t>18 Проверки и критерии готовности</w:t>
              <w:tab/>
              <w:t>179</w:t>
            </w:r>
          </w:hyperlink>
        </w:p>
        <w:p>
          <w:pPr>
            <w:pStyle w:val="11"/>
            <w:tabs>
              <w:tab w:val="clear" w:pos="720"/>
              <w:tab w:val="right" w:pos="9638" w:leader="dot"/>
            </w:tabs>
            <w:rPr/>
          </w:pPr>
          <w:hyperlink w:anchor="__RefHeading___Toc43287_1766585215">
            <w:r>
              <w:rPr>
                <w:webHidden/>
              </w:rPr>
              <w:t>19 Контракт управляющего ядра</w:t>
              <w:tab/>
              <w:t>183</w:t>
            </w:r>
          </w:hyperlink>
        </w:p>
        <w:p>
          <w:pPr>
            <w:pStyle w:val="11"/>
            <w:tabs>
              <w:tab w:val="clear" w:pos="720"/>
              <w:tab w:val="right" w:pos="9638" w:leader="dot"/>
            </w:tabs>
            <w:rPr/>
          </w:pPr>
          <w:hyperlink w:anchor="__RefHeading___Toc43289_1766585215">
            <w:r>
              <w:rPr>
                <w:webHidden/>
              </w:rPr>
              <w:t>20 Семейство профилей и совместимость</w:t>
              <w:tab/>
              <w:t>212</w:t>
            </w:r>
          </w:hyperlink>
        </w:p>
        <w:p>
          <w:pPr>
            <w:pStyle w:val="11"/>
            <w:tabs>
              <w:tab w:val="clear" w:pos="720"/>
              <w:tab w:val="right" w:pos="9638" w:leader="dot"/>
            </w:tabs>
            <w:rPr/>
          </w:pPr>
          <w:hyperlink w:anchor="__RefHeading___Toc43291_1766585215">
            <w:r>
              <w:rPr>
                <w:webHidden/>
              </w:rPr>
              <w:t>21 Логические цели, реестр и маршрутизация</w:t>
              <w:tab/>
              <w:t>216</w:t>
            </w:r>
          </w:hyperlink>
        </w:p>
        <w:p>
          <w:pPr>
            <w:pStyle w:val="11"/>
            <w:tabs>
              <w:tab w:val="clear" w:pos="720"/>
              <w:tab w:val="right" w:pos="9638" w:leader="dot"/>
            </w:tabs>
            <w:rPr/>
          </w:pPr>
          <w:hyperlink w:anchor="__RefHeading___Toc43293_1766585215">
            <w:r>
              <w:rPr>
                <w:webHidden/>
              </w:rPr>
              <w:t>22 Готовность плана и проверка записей</w:t>
              <w:tab/>
              <w:t>231</w:t>
            </w:r>
          </w:hyperlink>
        </w:p>
        <w:p>
          <w:pPr>
            <w:pStyle w:val="11"/>
            <w:tabs>
              <w:tab w:val="clear" w:pos="720"/>
              <w:tab w:val="right" w:pos="9638" w:leader="dot"/>
            </w:tabs>
            <w:rPr/>
          </w:pPr>
          <w:hyperlink w:anchor="__RefHeading___Toc43295_1766585215">
            <w:r>
              <w:rPr>
                <w:webHidden/>
              </w:rPr>
              <w:t>23 Каскадная диагностика и групповой отчет</w:t>
              <w:tab/>
              <w:t>234</w:t>
            </w:r>
          </w:hyperlink>
        </w:p>
        <w:p>
          <w:pPr>
            <w:pStyle w:val="11"/>
            <w:tabs>
              <w:tab w:val="clear" w:pos="720"/>
              <w:tab w:val="right" w:pos="9638" w:leader="dot"/>
            </w:tabs>
            <w:rPr/>
          </w:pPr>
          <w:hyperlink w:anchor="__RefHeading___Toc43297_1766585215">
            <w:r>
              <w:rPr>
                <w:webHidden/>
              </w:rPr>
              <w:t>24 Регистрация и согласованная конфигурация</w:t>
              <w:tab/>
              <w:t>236</w:t>
            </w:r>
          </w:hyperlink>
        </w:p>
        <w:p>
          <w:pPr>
            <w:pStyle w:val="11"/>
            <w:tabs>
              <w:tab w:val="clear" w:pos="720"/>
              <w:tab w:val="right" w:pos="9638" w:leader="dot"/>
            </w:tabs>
            <w:rPr/>
          </w:pPr>
          <w:hyperlink w:anchor="__RefHeading___Toc43299_1766585215">
            <w:r>
              <w:rPr>
                <w:webHidden/>
              </w:rPr>
              <w:t>25 Паспорт масштаба и бюджета времени</w:t>
              <w:tab/>
              <w:t>248</w:t>
            </w:r>
          </w:hyperlink>
        </w:p>
        <w:p>
          <w:pPr>
            <w:pStyle w:val="11"/>
            <w:tabs>
              <w:tab w:val="clear" w:pos="720"/>
              <w:tab w:val="right" w:pos="9638" w:leader="dot"/>
            </w:tabs>
            <w:rPr/>
          </w:pPr>
          <w:hyperlink w:anchor="__RefHeading___Toc43301_1766585215">
            <w:r>
              <w:rPr>
                <w:webHidden/>
              </w:rPr>
              <w:t>26 Этапы программы и повторы</w:t>
              <w:tab/>
              <w:t>250</w:t>
            </w:r>
          </w:hyperlink>
        </w:p>
        <w:p>
          <w:pPr>
            <w:pStyle w:val="11"/>
            <w:tabs>
              <w:tab w:val="clear" w:pos="720"/>
              <w:tab w:val="right" w:pos="9638" w:leader="dot"/>
            </w:tabs>
            <w:rPr/>
          </w:pPr>
          <w:hyperlink w:anchor="__RefHeading___Toc43303_1766585215">
            <w:r>
              <w:rPr>
                <w:webHidden/>
              </w:rPr>
              <w:t>27 Внешние входы и автономное управление</w:t>
              <w:tab/>
              <w:t>255</w:t>
            </w:r>
          </w:hyperlink>
        </w:p>
        <w:p>
          <w:pPr>
            <w:pStyle w:val="11"/>
            <w:tabs>
              <w:tab w:val="clear" w:pos="720"/>
              <w:tab w:val="right" w:pos="9638" w:leader="dot"/>
            </w:tabs>
            <w:rPr/>
          </w:pPr>
          <w:hyperlink w:anchor="__RefHeading___Toc43305_1766585215">
            <w:r>
              <w:rPr>
                <w:webHidden/>
              </w:rPr>
              <w:t>Приложение А (обязательное для ядра) Каталог команд</w:t>
              <w:tab/>
              <w:t>259</w:t>
            </w:r>
          </w:hyperlink>
        </w:p>
        <w:p>
          <w:pPr>
            <w:pStyle w:val="11"/>
            <w:tabs>
              <w:tab w:val="clear" w:pos="720"/>
              <w:tab w:val="right" w:pos="9638" w:leader="dot"/>
            </w:tabs>
            <w:rPr/>
          </w:pPr>
          <w:hyperlink w:anchor="__RefHeading___Toc43307_1766585215">
            <w:r>
              <w:rPr>
                <w:webHidden/>
              </w:rPr>
              <w:t>Приложение Б (обязательное для ядра) Машинные ошибки</w:t>
              <w:tab/>
              <w:t>285</w:t>
            </w:r>
          </w:hyperlink>
        </w:p>
        <w:p>
          <w:pPr>
            <w:pStyle w:val="11"/>
            <w:tabs>
              <w:tab w:val="clear" w:pos="720"/>
              <w:tab w:val="right" w:pos="9638" w:leader="dot"/>
            </w:tabs>
            <w:rPr/>
          </w:pPr>
          <w:hyperlink w:anchor="__RefHeading___Toc43309_1766585215">
            <w:r>
              <w:rPr>
                <w:webHidden/>
              </w:rPr>
              <w:t>Приложение В (справочное) Примеры XML</w:t>
              <w:tab/>
              <w:t>287</w:t>
            </w:r>
          </w:hyperlink>
        </w:p>
        <w:p>
          <w:pPr>
            <w:pStyle w:val="11"/>
            <w:tabs>
              <w:tab w:val="clear" w:pos="720"/>
              <w:tab w:val="right" w:pos="9638" w:leader="dot"/>
            </w:tabs>
            <w:rPr/>
          </w:pPr>
          <w:hyperlink w:anchor="__RefHeading___Toc43311_1766585215">
            <w:r>
              <w:rPr>
                <w:webHidden/>
              </w:rPr>
              <w:t>Приложение Г (справочное) Матрица требований</w:t>
              <w:tab/>
              <w:t>367</w:t>
            </w:r>
          </w:hyperlink>
        </w:p>
        <w:p>
          <w:pPr>
            <w:pStyle w:val="11"/>
            <w:tabs>
              <w:tab w:val="clear" w:pos="720"/>
              <w:tab w:val="right" w:pos="9638" w:leader="dot"/>
            </w:tabs>
            <w:rPr/>
          </w:pPr>
          <w:hyperlink w:anchor="__RefHeading___Toc43313_1766585215">
            <w:r>
              <w:rPr>
                <w:webHidden/>
              </w:rPr>
              <w:t>Приложение Д (справочное) Пояснения к требованиям</w:t>
              <w:tab/>
              <w:t>393</w:t>
            </w:r>
          </w:hyperlink>
        </w:p>
        <w:p>
          <w:pPr>
            <w:pStyle w:val="11"/>
            <w:tabs>
              <w:tab w:val="clear" w:pos="720"/>
              <w:tab w:val="right" w:pos="9638" w:leader="dot"/>
            </w:tabs>
            <w:rPr/>
          </w:pPr>
          <w:hyperlink w:anchor="__RefHeading___Toc43315_1766585215">
            <w:r>
              <w:rPr>
                <w:webHidden/>
              </w:rPr>
              <w:t>Приложение Е (справочное) Сведения об издании и правах использования</w:t>
              <w:tab/>
              <w:t>395</w:t>
            </w:r>
          </w:hyperlink>
        </w:p>
        <w:p>
          <w:pPr>
            <w:pStyle w:val="11"/>
            <w:tabs>
              <w:tab w:val="clear" w:pos="720"/>
              <w:tab w:val="right" w:pos="9638" w:leader="dot"/>
            </w:tabs>
            <w:rPr/>
          </w:pPr>
          <w:hyperlink w:anchor="__RefHeading___Toc43317_1766585215">
            <w:r>
              <w:rPr>
                <w:webHidden/>
              </w:rPr>
              <w:t>Приложение Ж (обязательное при поддержке групповой передачи) Групповая передача речи</w:t>
              <w:tab/>
              <w:t>401</w:t>
            </w:r>
          </w:hyperlink>
        </w:p>
        <w:p>
          <w:pPr>
            <w:pStyle w:val="11"/>
            <w:tabs>
              <w:tab w:val="clear" w:pos="720"/>
              <w:tab w:val="right" w:pos="9638" w:leader="dot"/>
            </w:tabs>
            <w:rPr/>
          </w:pPr>
          <w:hyperlink w:anchor="__RefHeading___Toc43319_1766585215">
            <w:r>
              <w:rPr>
                <w:webHidden/>
              </w:rPr>
              <w:t>Библиография и комплект редакции</w:t>
              <w:tab/>
              <w:t>410</w:t>
            </w:r>
          </w:hyperlink>
        </w:p>
        <w:p>
          <w:pPr>
            <w:pStyle w:val="11"/>
            <w:tabs>
              <w:tab w:val="clear" w:pos="720"/>
              <w:tab w:val="right" w:pos="9638" w:leader="dot"/>
            </w:tabs>
            <w:rPr/>
          </w:pPr>
          <w:hyperlink w:anchor="__RefHeading___Toc43321_1766585215">
            <w:r>
              <w:rPr>
                <w:webHidden/>
              </w:rPr>
              <w:t>Журнал редакции</w:t>
              <w:tab/>
              <w:t>413</w:t>
            </w:r>
          </w:hyperlink>
          <w:r>
            <w:rPr/>
            <w:fldChar w:fldCharType="end"/>
          </w:r>
        </w:p>
        <w:p>
          <w:pPr>
            <w:sectPr>
              <w:headerReference w:type="default" r:id="rId2"/>
              <w:footerReference w:type="default" r:id="rId3"/>
              <w:type w:val="nextPage"/>
              <w:pgSz w:w="11906" w:h="16838"/>
              <w:pgMar w:left="1134" w:right="1134" w:gutter="0" w:header="567" w:top="1134" w:footer="567" w:bottom="1134"/>
              <w:pgNumType w:start="2" w:fmt="upperRoman"/>
              <w:formProt w:val="false"/>
              <w:textDirection w:val="lrTb"/>
              <w:docGrid w:type="default" w:linePitch="360" w:charSpace="0"/>
            </w:sectPr>
          </w:pPr>
        </w:p>
      </w:sdtContent>
    </w:sdt>
    <w:p>
      <w:pPr>
        <w:pStyle w:val="Normal"/>
        <w:suppressAutoHyphens w:val="true"/>
        <w:ind w:hanging="0"/>
        <w:jc w:val="center"/>
        <w:rPr/>
      </w:pPr>
      <w:r>
        <w:rPr>
          <w:b/>
          <w:sz w:val="28"/>
        </w:rPr>
        <w:t>Открытый протокол систем оповещения. Техническая спецификация</w:t>
      </w:r>
    </w:p>
    <w:p>
      <w:pPr>
        <w:pStyle w:val="Normal"/>
        <w:suppressAutoHyphens w:val="true"/>
        <w:ind w:hanging="0"/>
        <w:jc w:val="center"/>
        <w:rPr/>
      </w:pPr>
      <w:r>
        <w:rPr>
          <w:b w:val="false"/>
          <w:i/>
          <w:sz w:val="24"/>
        </w:rPr>
        <w:t xml:space="preserve">Проект, редакция </w:t>
      </w:r>
      <w:r>
        <w:rPr>
          <w:b w:val="false"/>
          <w:sz w:val="24"/>
          <w:lang w:val="zxx"/>
        </w:rPr>
        <w:t>0.21</w:t>
      </w:r>
    </w:p>
    <w:p>
      <w:pPr>
        <w:pStyle w:val="1"/>
        <w:rPr/>
      </w:pPr>
      <w:bookmarkStart w:id="1" w:name="__RefHeading___Toc43251_1766585215"/>
      <w:bookmarkEnd w:id="1"/>
      <w:r>
        <w:rPr/>
        <w:t>1 Область применения и статус</w:t>
      </w:r>
    </w:p>
    <w:p>
      <w:pPr>
        <w:pStyle w:val="Normal"/>
        <w:jc w:val="both"/>
        <w:rPr/>
      </w:pPr>
      <w:r>
        <w:rPr>
          <w:b w:val="false"/>
          <w:sz w:val="28"/>
          <w:lang w:val="zxx"/>
        </w:rPr>
        <w:t>1.1</w:t>
      </w:r>
      <w:r>
        <w:rPr>
          <w:b w:val="false"/>
          <w:sz w:val="28"/>
        </w:rPr>
        <w:t xml:space="preserve"> Настоящий документ представляет собой техническую спецификацию Открытого протокола систем оповещения. Он предназначен для разработчиков оборудования и программного обеспечения, проектировщиков и испытательных организаций. Документ устанавливает форматы сообщений, правила управления, передачи речи и контроля исполнения, а также критерии совместимости независимых реализаций.</w:t>
      </w:r>
    </w:p>
    <w:p>
      <w:pPr>
        <w:pStyle w:val="Normal"/>
        <w:jc w:val="both"/>
        <w:rPr/>
      </w:pPr>
      <w:r>
        <w:rPr>
          <w:b w:val="false"/>
          <w:sz w:val="28"/>
          <w:lang w:val="zxx"/>
        </w:rPr>
        <w:t>1.2</w:t>
      </w:r>
      <w:r>
        <w:rPr>
          <w:b w:val="false"/>
          <w:sz w:val="28"/>
        </w:rPr>
        <w:t xml:space="preserve"> Открытый протокол систем оповещения задает правила взаимодействия АРМ, устройств управления и оконечного оборудования любых производителей. Протокол устанавливает общие команды, модель состояний, профили возможностей и критерии совместимости. Спецификация не устанавливает торговые наименования, изготовителя или конкретную аппаратную платформу.</w:t>
      </w:r>
    </w:p>
    <w:p>
      <w:pPr>
        <w:pStyle w:val="Normal"/>
        <w:jc w:val="both"/>
        <w:rPr/>
      </w:pPr>
      <w:r>
        <w:rPr>
          <w:b w:val="false"/>
          <w:sz w:val="24"/>
        </w:rPr>
        <w:t xml:space="preserve">Настоящая спецификация устанавливает 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r>
        <w:rPr>
          <w:b w:val="false"/>
          <w:sz w:val="24"/>
        </w:rPr>
        <w:t>, правила управления конечными исполнениями, телеметрии, речи и сервисных операций. Нормативными являются требования, форматы, диапазоны, состояния, переходы и критерии результата.</w:t>
      </w:r>
    </w:p>
    <w:p>
      <w:pPr>
        <w:pStyle w:val="Normal"/>
        <w:keepNext w:val="true"/>
        <w:ind w:hanging="0"/>
        <w:jc w:val="start"/>
        <w:rPr/>
      </w:pPr>
      <w:r>
        <w:rPr>
          <w:b w:val="false"/>
          <w:sz w:val="24"/>
        </w:rPr>
        <w:t xml:space="preserve">Таблица </w:t>
      </w:r>
      <w:r>
        <w:rPr>
          <w:b w:val="false"/>
          <w:sz w:val="24"/>
          <w:lang w:val="zxx"/>
        </w:rPr>
        <w:t>1</w:t>
      </w:r>
      <w:r>
        <w:rPr>
          <w:b w:val="false"/>
          <w:sz w:val="24"/>
        </w:rPr>
        <w:t xml:space="preserve"> - Область применения и статус</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672"/>
        <w:gridCol w:w="5964"/>
      </w:tblGrid>
      <w:tr>
        <w:trPr>
          <w:cantSplit w:val="true"/>
        </w:trPr>
        <w:tc>
          <w:tcPr>
            <w:tcW w:w="367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требования</w:t>
            </w:r>
          </w:p>
        </w:tc>
        <w:tc>
          <w:tcPr>
            <w:tcW w:w="5964"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Применение</w:t>
            </w:r>
          </w:p>
        </w:tc>
      </w:tr>
      <w:tr>
        <w:trPr>
          <w:cantSplit w:val="true"/>
        </w:trPr>
        <w:tc>
          <w:tcPr>
            <w:tcW w:w="367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Обязательное</w:t>
            </w:r>
          </w:p>
        </w:tc>
        <w:tc>
          <w:tcPr>
            <w:tcW w:w="596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Все реализации выбранного профиля соблюдают его команды, форматы, состояния и запреты.</w:t>
            </w:r>
          </w:p>
        </w:tc>
      </w:tr>
      <w:tr>
        <w:trPr>
          <w:cantSplit w:val="true"/>
        </w:trPr>
        <w:tc>
          <w:tcPr>
            <w:tcW w:w="367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Условно обязательное</w:t>
            </w:r>
          </w:p>
        </w:tc>
        <w:tc>
          <w:tcPr>
            <w:tcW w:w="596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При объявлении дополнительной функции обязательны весь ее контракт и зависимости.</w:t>
            </w:r>
          </w:p>
        </w:tc>
      </w:tr>
      <w:tr>
        <w:trPr>
          <w:cantSplit w:val="true"/>
        </w:trPr>
        <w:tc>
          <w:tcPr>
            <w:tcW w:w="3672"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Параметр изделия</w:t>
            </w:r>
          </w:p>
        </w:tc>
        <w:tc>
          <w:tcPr>
            <w:tcW w:w="5964"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Значение указывается в паспорте в установленном диапазоне; отсутствие обязательного значения запрещает использование функции.</w:t>
            </w:r>
          </w:p>
        </w:tc>
      </w:tr>
    </w:tbl>
    <w:p>
      <w:pPr>
        <w:pStyle w:val="Normal"/>
        <w:spacing w:before="0" w:after="0"/>
        <w:rPr/>
      </w:pPr>
      <w:r>
        <w:rPr/>
      </w:r>
    </w:p>
    <w:p>
      <w:pPr>
        <w:pStyle w:val="Normal"/>
        <w:jc w:val="both"/>
        <w:rPr/>
      </w:pPr>
      <w:r>
        <w:rPr>
          <w:b w:val="false"/>
          <w:sz w:val="28"/>
          <w:lang w:val="zxx"/>
        </w:rPr>
        <w:t>1.3</w:t>
      </w:r>
      <w:r>
        <w:rPr>
          <w:b w:val="false"/>
          <w:sz w:val="28"/>
        </w:rPr>
        <w:t xml:space="preserve"> ГОСТ Р </w:t>
      </w:r>
      <w:r>
        <w:rPr>
          <w:b w:val="false"/>
          <w:sz w:val="28"/>
          <w:lang w:val="zxx"/>
        </w:rPr>
        <w:t>42.3.05-</w:t>
      </w:r>
      <w:r>
        <w:rPr>
          <w:b w:val="false"/>
          <w:sz w:val="28"/>
        </w:rPr>
        <w:t>⁠</w:t>
      </w:r>
      <w:r>
        <w:rPr>
          <w:b w:val="false"/>
          <w:sz w:val="28"/>
          <w:lang w:val="zxx"/>
        </w:rPr>
        <w:t>2023</w:t>
      </w:r>
      <w:r>
        <w:rPr>
          <w:b w:val="false"/>
          <w:sz w:val="28"/>
        </w:rPr>
        <w:t xml:space="preserve"> устанавливает информационный обмен технических средств оповещения населения. Его приложения описывают разные интерфейсы; восьмибайтовый основной кадр приложения Б не характеризует весь стандарт. Настоящая спецификация задает самостоятельный формат и не является реализацией приложений А, Б или В этого ГОСТ.</w:t>
      </w:r>
    </w:p>
    <w:p>
      <w:pPr>
        <w:pStyle w:val="Normal"/>
        <w:jc w:val="both"/>
        <w:rPr/>
      </w:pPr>
      <w:r>
        <w:rPr>
          <w:b w:val="false"/>
          <w:sz w:val="28"/>
          <w:lang w:val="zxx"/>
        </w:rPr>
        <w:t>1.4</w:t>
      </w:r>
      <w:r>
        <w:rPr>
          <w:b w:val="false"/>
          <w:sz w:val="28"/>
        </w:rPr>
        <w:t xml:space="preserve"> При заявлении соответствия ГОСТ Р </w:t>
      </w:r>
      <w:r>
        <w:rPr>
          <w:b w:val="false"/>
          <w:sz w:val="28"/>
          <w:lang w:val="zxx"/>
        </w:rPr>
        <w:t>42.3.05-</w:t>
      </w:r>
      <w:r>
        <w:rPr>
          <w:b w:val="false"/>
          <w:sz w:val="28"/>
        </w:rPr>
        <w:t>⁠</w:t>
      </w:r>
      <w:r>
        <w:rPr>
          <w:b w:val="false"/>
          <w:sz w:val="28"/>
          <w:lang w:val="zxx"/>
        </w:rPr>
        <w:t>2023</w:t>
      </w:r>
      <w:r>
        <w:rPr>
          <w:b w:val="false"/>
          <w:sz w:val="28"/>
        </w:rPr>
        <w:t xml:space="preserve"> выполняются требования его пункта </w:t>
      </w:r>
      <w:r>
        <w:rPr>
          <w:b w:val="false"/>
          <w:sz w:val="28"/>
          <w:lang w:val="zxx"/>
        </w:rPr>
        <w:t>5.2:</w:t>
      </w:r>
      <w:r>
        <w:rPr>
          <w:b w:val="false"/>
          <w:sz w:val="28"/>
        </w:rPr>
        <w:t xml:space="preserve"> обязательная поддержка ИП с предусмотренным исключением для производителей оконечных средств и ограничение назначения дополнительных протоколов. Замена ИП командами настоящего протокола на требуемом интерфейсе АРМ–УУ не удовлетворяет этому пункту. Одновременное наличие другого порта с ИП, шлюза или названия «дополняющий протокол» само по себе не устраняет несоответствие назначения дополнительного обмена.</w:t>
      </w:r>
    </w:p>
    <w:p>
      <w:pPr>
        <w:pStyle w:val="Normal"/>
        <w:jc w:val="both"/>
        <w:rPr/>
      </w:pPr>
      <w:r>
        <w:rPr>
          <w:b w:val="false"/>
          <w:sz w:val="28"/>
          <w:lang w:val="zxx"/>
        </w:rPr>
        <w:t>1.5</w:t>
      </w:r>
      <w:r>
        <w:rPr>
          <w:b w:val="false"/>
          <w:sz w:val="28"/>
        </w:rPr>
        <w:t xml:space="preserve"> Пункты </w:t>
      </w:r>
      <w:r>
        <w:rPr>
          <w:b w:val="false"/>
          <w:sz w:val="28"/>
          <w:lang w:val="zxx"/>
        </w:rPr>
        <w:t>5.1</w:t>
      </w:r>
      <w:r>
        <w:rPr>
          <w:b w:val="false"/>
          <w:sz w:val="28"/>
        </w:rPr>
        <w:t xml:space="preserve"> и </w:t>
      </w:r>
      <w:r>
        <w:rPr>
          <w:b w:val="false"/>
          <w:sz w:val="28"/>
          <w:lang w:val="zxx"/>
        </w:rPr>
        <w:t>5.3</w:t>
      </w:r>
      <w:r>
        <w:rPr>
          <w:b w:val="false"/>
          <w:sz w:val="28"/>
        </w:rPr>
        <w:t xml:space="preserve"> отделяют информационный протокол от механизмов транспорта, маршрутизации, резервирования и защиты. Эти функции рассматриваются отдельно от альтернативного кодирования </w:t>
      </w:r>
      <w:r>
        <w:rPr>
          <w:b w:val="false"/>
          <w:sz w:val="28"/>
          <w:lang w:val="zxx"/>
        </w:rPr>
        <w:t>session.start</w:t>
      </w:r>
      <w:r>
        <w:rPr>
          <w:b w:val="false"/>
          <w:sz w:val="28"/>
        </w:rPr>
        <w:t xml:space="preserve">, </w:t>
      </w:r>
      <w:r>
        <w:rPr>
          <w:b w:val="false"/>
          <w:sz w:val="28"/>
          <w:lang w:val="zxx"/>
        </w:rPr>
        <w:t>session.stop</w:t>
      </w:r>
      <w:r>
        <w:rPr>
          <w:b w:val="false"/>
          <w:sz w:val="28"/>
        </w:rPr>
        <w:t xml:space="preserve"> и квитанций. Передача файлов до оповещения относится к сервисному обмену лишь тогда, когда она не подменяет формирование и передачу сигналов, команд и квитанций обязательного ИП.</w:t>
      </w:r>
    </w:p>
    <w:p>
      <w:pPr>
        <w:pStyle w:val="Normal"/>
        <w:keepNext w:val="true"/>
        <w:jc w:val="start"/>
        <w:rPr/>
      </w:pPr>
      <w:r>
        <w:rPr>
          <w:b/>
          <w:sz w:val="28"/>
          <w:lang w:val="zxx"/>
        </w:rPr>
        <w:t>1.6</w:t>
      </w:r>
      <w:r>
        <w:rPr>
          <w:b/>
          <w:sz w:val="28"/>
        </w:rPr>
        <w:t xml:space="preserve"> АРМ–АРМ, АРМ–УУ и сопряжение с вещанием по ГОСТ</w:t>
      </w:r>
    </w:p>
    <w:p>
      <w:pPr>
        <w:pStyle w:val="Normal"/>
        <w:jc w:val="both"/>
        <w:rPr/>
      </w:pPr>
      <w:r>
        <w:rPr>
          <w:b w:val="false"/>
          <w:sz w:val="28"/>
        </w:rPr>
        <w:t>Требуемый интерфейс выполняется по соответствующему приложению ГОСТ. Преобразователь проверяет каждое отображаемое действие и не объявляет форматы побайтово совместимыми.</w:t>
      </w:r>
    </w:p>
    <w:p>
      <w:pPr>
        <w:pStyle w:val="Normal"/>
        <w:keepNext w:val="true"/>
        <w:jc w:val="start"/>
        <w:rPr/>
      </w:pPr>
      <w:r>
        <w:rPr>
          <w:b/>
          <w:sz w:val="28"/>
          <w:lang w:val="zxx"/>
        </w:rPr>
        <w:t>1.7</w:t>
      </w:r>
      <w:r>
        <w:rPr>
          <w:b/>
          <w:sz w:val="28"/>
        </w:rPr>
        <w:t xml:space="preserve"> УУ–ОУ и встроенный контроллер ОУ</w:t>
      </w:r>
    </w:p>
    <w:p>
      <w:pPr>
        <w:pStyle w:val="Normal"/>
        <w:jc w:val="both"/>
        <w:rPr/>
      </w:pPr>
      <w:r>
        <w:rPr>
          <w:b w:val="false"/>
          <w:sz w:val="28"/>
        </w:rPr>
        <w:t>Применимость исключения для изготовителя оконечных средств определяется реальной функцией изделия. Переименование устройства управления в оконечное средство не меняет требований к его внешнему интерфейсу.</w:t>
      </w:r>
    </w:p>
    <w:p>
      <w:pPr>
        <w:pStyle w:val="Normal"/>
        <w:keepNext w:val="true"/>
        <w:jc w:val="start"/>
        <w:rPr/>
      </w:pPr>
      <w:r>
        <w:rPr>
          <w:b/>
          <w:sz w:val="28"/>
          <w:lang w:val="zxx"/>
        </w:rPr>
        <w:t>1.8</w:t>
      </w:r>
      <w:r>
        <w:rPr>
          <w:b/>
          <w:sz w:val="28"/>
        </w:rPr>
        <w:t xml:space="preserve"> Объектовая система и иные области</w:t>
      </w:r>
    </w:p>
    <w:p>
      <w:pPr>
        <w:pStyle w:val="Normal"/>
        <w:jc w:val="both"/>
        <w:rPr/>
      </w:pPr>
      <w:r>
        <w:rPr>
          <w:b w:val="false"/>
          <w:sz w:val="28"/>
        </w:rPr>
        <w:t xml:space="preserve">Область определяется назначением системы и применимыми требованиями, включая пожарные. Отсутствие данного интерфейса в ГОСТ Р </w:t>
      </w:r>
      <w:r>
        <w:rPr>
          <w:b w:val="false"/>
          <w:sz w:val="28"/>
          <w:lang w:val="zxx"/>
        </w:rPr>
        <w:t>42.3.05-</w:t>
      </w:r>
      <w:r>
        <w:rPr>
          <w:b w:val="false"/>
          <w:sz w:val="28"/>
        </w:rPr>
        <w:t>⁠</w:t>
      </w:r>
      <w:r>
        <w:rPr>
          <w:b w:val="false"/>
          <w:sz w:val="28"/>
          <w:lang w:val="zxx"/>
        </w:rPr>
        <w:t>2023</w:t>
      </w:r>
      <w:r>
        <w:rPr>
          <w:b w:val="false"/>
          <w:sz w:val="28"/>
        </w:rPr>
        <w:t xml:space="preserve"> само по себе не освобождает от других обязательных требований.</w:t>
      </w:r>
    </w:p>
    <w:p>
      <w:pPr>
        <w:pStyle w:val="Normal"/>
        <w:keepNext w:val="true"/>
        <w:jc w:val="start"/>
        <w:rPr/>
      </w:pPr>
      <w:r>
        <w:rPr>
          <w:b/>
          <w:sz w:val="28"/>
          <w:lang w:val="zxx"/>
        </w:rPr>
        <w:t>1.9</w:t>
      </w:r>
      <w:r>
        <w:rPr>
          <w:b/>
          <w:sz w:val="28"/>
        </w:rPr>
        <w:t xml:space="preserve"> Защита, маршрутизация и обслуживание</w:t>
      </w:r>
    </w:p>
    <w:p>
      <w:pPr>
        <w:pStyle w:val="Normal"/>
        <w:jc w:val="both"/>
        <w:rPr/>
      </w:pPr>
      <w:r>
        <w:rPr>
          <w:b w:val="false"/>
          <w:sz w:val="28"/>
        </w:rPr>
        <w:t xml:space="preserve">Оцениваются отдельно в пределах пунктов </w:t>
      </w:r>
      <w:r>
        <w:rPr>
          <w:b w:val="false"/>
          <w:sz w:val="28"/>
          <w:lang w:val="zxx"/>
        </w:rPr>
        <w:t>5.1</w:t>
      </w:r>
      <w:r>
        <w:rPr>
          <w:b w:val="false"/>
          <w:sz w:val="28"/>
        </w:rPr>
        <w:t>–</w:t>
      </w:r>
      <w:r>
        <w:rPr>
          <w:b w:val="false"/>
          <w:sz w:val="28"/>
          <w:lang w:val="zxx"/>
        </w:rPr>
        <w:t>5.3.</w:t>
      </w:r>
      <w:r>
        <w:rPr>
          <w:b w:val="false"/>
          <w:sz w:val="28"/>
        </w:rPr>
        <w:t xml:space="preserve"> Их поддержка не доказывает соответствие предметных команд приложениям ГОСТ.</w:t>
      </w:r>
    </w:p>
    <w:p>
      <w:pPr>
        <w:pStyle w:val="Normal"/>
        <w:jc w:val="both"/>
        <w:rPr/>
      </w:pPr>
      <w:r>
        <w:rPr>
          <w:b w:val="false"/>
          <w:sz w:val="28"/>
          <w:lang w:val="zxx"/>
        </w:rPr>
        <w:t>1.10</w:t>
      </w:r>
      <w:r>
        <w:rPr>
          <w:b w:val="false"/>
          <w:sz w:val="28"/>
        </w:rPr>
        <w:t xml:space="preserve"> Проект сопряжения содержит матрицу «требование ГОСТ — интерфейс — команда — подтверждение — испытание». Для приема команды, фактического задействования и выключения фиксируются раздельные доказательства. Автоматическая квитанция не подменяется успешной доставкой </w:t>
      </w:r>
      <w:r>
        <w:rPr>
          <w:b w:val="false"/>
          <w:sz w:val="28"/>
          <w:lang w:val="zxx"/>
        </w:rPr>
        <w:t>TCP</w:t>
      </w:r>
      <w:r>
        <w:rPr>
          <w:b w:val="false"/>
          <w:sz w:val="28"/>
        </w:rPr>
        <w:t>, а отсутствующее в нижнем протоколе подтверждение не создается преобразователем. Уровень доказательства сохраняется при преобразовании.</w:t>
      </w:r>
    </w:p>
    <w:p>
      <w:pPr>
        <w:pStyle w:val="Normal"/>
        <w:jc w:val="both"/>
        <w:rPr/>
      </w:pPr>
      <w:r>
        <w:rPr>
          <w:b w:val="false"/>
          <w:sz w:val="28"/>
          <w:lang w:val="zxx"/>
        </w:rPr>
        <w:t>1.11</w:t>
      </w:r>
      <w:r>
        <w:rPr>
          <w:b w:val="false"/>
          <w:sz w:val="28"/>
        </w:rPr>
        <w:t xml:space="preserve"> Статья </w:t>
      </w:r>
      <w:r>
        <w:rPr>
          <w:b w:val="false"/>
          <w:sz w:val="28"/>
          <w:lang w:val="zxx"/>
        </w:rPr>
        <w:t>26</w:t>
      </w:r>
      <w:r>
        <w:rPr>
          <w:b w:val="false"/>
          <w:sz w:val="28"/>
        </w:rPr>
        <w:t xml:space="preserve"> Федерального закона № </w:t>
      </w:r>
      <w:r>
        <w:rPr>
          <w:b w:val="false"/>
          <w:sz w:val="28"/>
          <w:lang w:val="zxx"/>
        </w:rPr>
        <w:t>162-</w:t>
      </w:r>
      <w:r>
        <w:rPr>
          <w:b w:val="false"/>
          <w:sz w:val="28"/>
        </w:rPr>
        <w:t>ФЗ устанавливает общее правило добровольного применения документов стандартизации и случаи обязательности, включая публичное заявление о соответствии. Применимость требований к конкретной системе определяется также законодательством, заданием и обязательствами поставки. Несоответствие выбранному ГОСТ не равнозначно общему законодательному запрету самостоятельного протокола; настоящий документ не разрешает отступление от обязательного для проекта интерфейса.</w:t>
      </w:r>
    </w:p>
    <w:p>
      <w:pPr>
        <w:pStyle w:val="1"/>
        <w:rPr/>
      </w:pPr>
      <w:bookmarkStart w:id="2" w:name="__RefHeading___Toc43253_1766585215"/>
      <w:bookmarkEnd w:id="2"/>
      <w:r>
        <w:rPr/>
        <w:t>2 Нормативные ссылки</w:t>
      </w:r>
    </w:p>
    <w:p>
      <w:pPr>
        <w:pStyle w:val="Normal"/>
        <w:jc w:val="both"/>
        <w:rPr/>
      </w:pPr>
      <w:r>
        <w:rPr>
          <w:b w:val="false"/>
          <w:sz w:val="28"/>
        </w:rPr>
        <w:t>В настоящем стандарте использованы нормативные ссылки на следующие документы. Требования применяются в объеме, прямо установленном соответствующим профилем.</w:t>
      </w:r>
    </w:p>
    <w:p>
      <w:pPr>
        <w:pStyle w:val="Normal"/>
        <w:keepNext w:val="true"/>
        <w:jc w:val="start"/>
        <w:rPr/>
      </w:pPr>
      <w:r>
        <w:rPr>
          <w:b w:val="false"/>
          <w:sz w:val="28"/>
        </w:rPr>
        <w:t xml:space="preserve">ГОСТ Р </w:t>
      </w:r>
      <w:r>
        <w:rPr>
          <w:b w:val="false"/>
          <w:sz w:val="28"/>
          <w:lang w:val="zxx"/>
        </w:rPr>
        <w:t>42.3.05-</w:t>
      </w:r>
      <w:r>
        <w:rPr>
          <w:b w:val="false"/>
          <w:sz w:val="28"/>
        </w:rPr>
        <w:t>⁠</w:t>
      </w:r>
      <w:r>
        <w:rPr>
          <w:b w:val="false"/>
          <w:sz w:val="28"/>
          <w:lang w:val="zxx"/>
        </w:rPr>
        <w:t>2023.</w:t>
      </w:r>
      <w:r>
        <w:rPr>
          <w:b w:val="false"/>
          <w:sz w:val="28"/>
        </w:rPr>
        <w:t xml:space="preserve"> Протоколы информационного обмена. Общие требования.</w:t>
      </w:r>
    </w:p>
    <w:p>
      <w:pPr>
        <w:pStyle w:val="Normal"/>
        <w:jc w:val="start"/>
        <w:rPr/>
      </w:pPr>
      <w:r>
        <w:rPr>
          <w:b w:val="false"/>
          <w:sz w:val="24"/>
          <w:lang w:val="zxx"/>
        </w:rPr>
        <w:t>https://meganorm.ru/​mega_doc/​norm/​gost-⁠r_gosudarstvennyj-⁠standart/⁠8/​gost_r_42_3_05-⁠2023_natsionalnyy_standart_rossiyskoy.html</w:t>
      </w:r>
    </w:p>
    <w:p>
      <w:pPr>
        <w:pStyle w:val="Normal"/>
        <w:keepNext w:val="true"/>
        <w:jc w:val="start"/>
        <w:rPr/>
      </w:pPr>
      <w:r>
        <w:rPr>
          <w:b w:val="false"/>
          <w:sz w:val="28"/>
        </w:rPr>
        <w:t xml:space="preserve">Федеральный закон № </w:t>
      </w:r>
      <w:r>
        <w:rPr>
          <w:b w:val="false"/>
          <w:sz w:val="28"/>
          <w:lang w:val="zxx"/>
        </w:rPr>
        <w:t>162-</w:t>
      </w:r>
      <w:r>
        <w:rPr>
          <w:b w:val="false"/>
          <w:sz w:val="28"/>
        </w:rPr>
        <w:t xml:space="preserve">ФЗ, статья </w:t>
      </w:r>
      <w:r>
        <w:rPr>
          <w:b w:val="false"/>
          <w:sz w:val="28"/>
          <w:lang w:val="zxx"/>
        </w:rPr>
        <w:t>26.</w:t>
      </w:r>
      <w:r>
        <w:rPr>
          <w:b w:val="false"/>
          <w:sz w:val="28"/>
        </w:rPr>
        <w:t xml:space="preserve"> Правила применения документов стандартизации.</w:t>
      </w:r>
    </w:p>
    <w:p>
      <w:pPr>
        <w:pStyle w:val="Normal"/>
        <w:jc w:val="start"/>
        <w:rPr/>
      </w:pPr>
      <w:r>
        <w:rPr>
          <w:b w:val="false"/>
          <w:sz w:val="24"/>
          <w:lang w:val="zxx"/>
        </w:rPr>
        <w:t>https://base.garant.ru/⁠71108018/⁠3ac805f6d87af32d44de92b042d51285/</w:t>
      </w:r>
    </w:p>
    <w:p>
      <w:pPr>
        <w:pStyle w:val="Normal"/>
        <w:keepNext w:val="true"/>
        <w:jc w:val="start"/>
        <w:rPr/>
      </w:pPr>
      <w:r>
        <w:rPr>
          <w:b w:val="false"/>
          <w:sz w:val="28"/>
          <w:lang w:val="zxx"/>
        </w:rPr>
        <w:t>RFC</w:t>
      </w:r>
      <w:r>
        <w:rPr>
          <w:b w:val="false"/>
          <w:sz w:val="28"/>
        </w:rPr>
        <w:t xml:space="preserve"> </w:t>
      </w:r>
      <w:r>
        <w:rPr>
          <w:b w:val="false"/>
          <w:sz w:val="28"/>
          <w:lang w:val="zxx"/>
        </w:rPr>
        <w:t>8785:</w:t>
      </w:r>
      <w:r>
        <w:rPr>
          <w:b w:val="false"/>
          <w:sz w:val="28"/>
        </w:rPr>
        <w:t xml:space="preserve"> каноническое представление </w:t>
      </w:r>
      <w:r>
        <w:rPr>
          <w:b w:val="false"/>
          <w:sz w:val="28"/>
          <w:lang w:val="zxx"/>
        </w:rPr>
        <w:t>JSON.</w:t>
      </w:r>
    </w:p>
    <w:p>
      <w:pPr>
        <w:pStyle w:val="Normal"/>
        <w:jc w:val="start"/>
        <w:rPr/>
      </w:pPr>
      <w:r>
        <w:rPr>
          <w:b w:val="false"/>
          <w:sz w:val="24"/>
          <w:lang w:val="zxx"/>
        </w:rPr>
        <w:t>https://www.rfc-⁠editor.org/​rfc/​rfc8785.html</w:t>
      </w:r>
    </w:p>
    <w:p>
      <w:pPr>
        <w:pStyle w:val="Normal"/>
        <w:keepNext w:val="true"/>
        <w:jc w:val="start"/>
        <w:rPr/>
      </w:pPr>
      <w:r>
        <w:rPr>
          <w:b w:val="false"/>
          <w:sz w:val="28"/>
        </w:rPr>
        <w:t xml:space="preserve">Р </w:t>
      </w:r>
      <w:r>
        <w:rPr>
          <w:b w:val="false"/>
          <w:sz w:val="28"/>
          <w:lang w:val="zxx"/>
        </w:rPr>
        <w:t>1323565.1.030-</w:t>
      </w:r>
      <w:r>
        <w:rPr>
          <w:b w:val="false"/>
          <w:sz w:val="28"/>
        </w:rPr>
        <w:t>⁠</w:t>
      </w:r>
      <w:r>
        <w:rPr>
          <w:b w:val="false"/>
          <w:sz w:val="28"/>
          <w:lang w:val="zxx"/>
        </w:rPr>
        <w:t>2020</w:t>
      </w:r>
      <w:r>
        <w:rPr>
          <w:b w:val="false"/>
          <w:sz w:val="28"/>
        </w:rPr>
        <w:t xml:space="preserve"> и </w:t>
      </w:r>
      <w:r>
        <w:rPr>
          <w:b w:val="false"/>
          <w:sz w:val="28"/>
          <w:lang w:val="zxx"/>
        </w:rPr>
        <w:t>RFC</w:t>
      </w:r>
      <w:r>
        <w:rPr>
          <w:b w:val="false"/>
          <w:sz w:val="28"/>
        </w:rPr>
        <w:t xml:space="preserve"> </w:t>
      </w:r>
      <w:r>
        <w:rPr>
          <w:b w:val="false"/>
          <w:sz w:val="28"/>
          <w:lang w:val="zxx"/>
        </w:rPr>
        <w:t>9367:</w:t>
      </w:r>
      <w:r>
        <w:rPr>
          <w:b w:val="false"/>
          <w:sz w:val="28"/>
        </w:rPr>
        <w:t xml:space="preserve"> российские алгоритмы в </w:t>
      </w:r>
      <w:r>
        <w:rPr>
          <w:b w:val="false"/>
          <w:sz w:val="28"/>
          <w:lang w:val="zxx"/>
        </w:rPr>
        <w:t>TLS</w:t>
      </w:r>
      <w:r>
        <w:rPr>
          <w:b w:val="false"/>
          <w:sz w:val="28"/>
        </w:rPr>
        <w:t xml:space="preserve"> </w:t>
      </w:r>
      <w:r>
        <w:rPr>
          <w:b w:val="false"/>
          <w:sz w:val="28"/>
          <w:lang w:val="zxx"/>
        </w:rPr>
        <w:t>1.3.</w:t>
      </w:r>
    </w:p>
    <w:p>
      <w:pPr>
        <w:pStyle w:val="Normal"/>
        <w:jc w:val="start"/>
        <w:rPr/>
      </w:pPr>
      <w:r>
        <w:rPr>
          <w:b w:val="false"/>
          <w:sz w:val="24"/>
          <w:lang w:val="zxx"/>
        </w:rPr>
        <w:t>https://tc26.ru/​news/​novosti-⁠tk26/​opublikovan-⁠rfc-⁠9367-⁠opredelyayushchiy-⁠poryadok-⁠raboty-⁠tls-⁠1-⁠3-⁠s-⁠gost.html</w:t>
      </w:r>
    </w:p>
    <w:p>
      <w:pPr>
        <w:pStyle w:val="Normal"/>
        <w:keepNext w:val="true"/>
        <w:jc w:val="start"/>
        <w:rPr/>
      </w:pPr>
      <w:r>
        <w:rPr>
          <w:b w:val="false"/>
          <w:sz w:val="28"/>
          <w:lang w:val="zxx"/>
        </w:rPr>
        <w:t>RFC</w:t>
      </w:r>
      <w:r>
        <w:rPr>
          <w:b w:val="false"/>
          <w:sz w:val="28"/>
        </w:rPr>
        <w:t xml:space="preserve"> </w:t>
      </w:r>
      <w:r>
        <w:rPr>
          <w:b w:val="false"/>
          <w:sz w:val="28"/>
          <w:lang w:val="zxx"/>
        </w:rPr>
        <w:t>9367:</w:t>
      </w:r>
      <w:r>
        <w:rPr>
          <w:b w:val="false"/>
          <w:sz w:val="28"/>
        </w:rPr>
        <w:t xml:space="preserve"> российские криптонаборы </w:t>
      </w:r>
      <w:r>
        <w:rPr>
          <w:b w:val="false"/>
          <w:sz w:val="28"/>
          <w:lang w:val="zxx"/>
        </w:rPr>
        <w:t>TLS</w:t>
      </w:r>
      <w:r>
        <w:rPr>
          <w:b w:val="false"/>
          <w:sz w:val="28"/>
        </w:rPr>
        <w:t xml:space="preserve"> </w:t>
      </w:r>
      <w:r>
        <w:rPr>
          <w:b w:val="false"/>
          <w:sz w:val="28"/>
          <w:lang w:val="zxx"/>
        </w:rPr>
        <w:t>1.3.</w:t>
      </w:r>
    </w:p>
    <w:p>
      <w:pPr>
        <w:pStyle w:val="Normal"/>
        <w:jc w:val="start"/>
        <w:rPr/>
      </w:pPr>
      <w:r>
        <w:rPr>
          <w:b w:val="false"/>
          <w:sz w:val="24"/>
          <w:lang w:val="zxx"/>
        </w:rPr>
        <w:t>https://www.rfc-⁠editor.org/​rfc/​rfc9367.html</w:t>
      </w:r>
    </w:p>
    <w:p>
      <w:pPr>
        <w:pStyle w:val="Normal"/>
        <w:keepNext w:val="true"/>
        <w:jc w:val="start"/>
        <w:rPr/>
      </w:pPr>
      <w:r>
        <w:rPr>
          <w:b w:val="false"/>
          <w:sz w:val="28"/>
          <w:lang w:val="zxx"/>
        </w:rPr>
        <w:t>RFC</w:t>
      </w:r>
      <w:r>
        <w:rPr>
          <w:b w:val="false"/>
          <w:sz w:val="28"/>
        </w:rPr>
        <w:t xml:space="preserve"> </w:t>
      </w:r>
      <w:r>
        <w:rPr>
          <w:b w:val="false"/>
          <w:sz w:val="28"/>
          <w:lang w:val="zxx"/>
        </w:rPr>
        <w:t>7801:</w:t>
      </w:r>
      <w:r>
        <w:rPr>
          <w:b w:val="false"/>
          <w:sz w:val="28"/>
        </w:rPr>
        <w:t xml:space="preserve"> Кузнечик.</w:t>
      </w:r>
    </w:p>
    <w:p>
      <w:pPr>
        <w:pStyle w:val="Normal"/>
        <w:jc w:val="start"/>
        <w:rPr/>
      </w:pPr>
      <w:r>
        <w:rPr>
          <w:b w:val="false"/>
          <w:sz w:val="24"/>
          <w:lang w:val="zxx"/>
        </w:rPr>
        <w:t>https://www.rfc-⁠editor.org/​rfc/​rfc7801.html</w:t>
      </w:r>
    </w:p>
    <w:p>
      <w:pPr>
        <w:pStyle w:val="Normal"/>
        <w:keepNext w:val="true"/>
        <w:jc w:val="start"/>
        <w:rPr/>
      </w:pPr>
      <w:r>
        <w:rPr>
          <w:b w:val="false"/>
          <w:sz w:val="28"/>
          <w:lang w:val="zxx"/>
        </w:rPr>
        <w:t>RFC</w:t>
      </w:r>
      <w:r>
        <w:rPr>
          <w:b w:val="false"/>
          <w:sz w:val="28"/>
        </w:rPr>
        <w:t xml:space="preserve"> </w:t>
      </w:r>
      <w:r>
        <w:rPr>
          <w:b w:val="false"/>
          <w:sz w:val="28"/>
          <w:lang w:val="zxx"/>
        </w:rPr>
        <w:t>9058:</w:t>
      </w:r>
      <w:r>
        <w:rPr>
          <w:b w:val="false"/>
          <w:sz w:val="28"/>
        </w:rPr>
        <w:t xml:space="preserve"> </w:t>
      </w:r>
      <w:r>
        <w:rPr>
          <w:b w:val="false"/>
          <w:sz w:val="28"/>
          <w:lang w:val="zxx"/>
        </w:rPr>
        <w:t>MGM.</w:t>
      </w:r>
    </w:p>
    <w:p>
      <w:pPr>
        <w:pStyle w:val="Normal"/>
        <w:jc w:val="start"/>
        <w:rPr/>
      </w:pPr>
      <w:r>
        <w:rPr>
          <w:b w:val="false"/>
          <w:sz w:val="24"/>
          <w:lang w:val="zxx"/>
        </w:rPr>
        <w:t>https://www.rfc-⁠editor.org/​rfc/​rfc9058.html</w:t>
      </w:r>
    </w:p>
    <w:p>
      <w:pPr>
        <w:pStyle w:val="Normal"/>
        <w:keepNext w:val="true"/>
        <w:jc w:val="start"/>
        <w:rPr/>
      </w:pPr>
      <w:r>
        <w:rPr>
          <w:b w:val="false"/>
          <w:sz w:val="28"/>
          <w:lang w:val="zxx"/>
        </w:rPr>
        <w:t>RFC</w:t>
      </w:r>
      <w:r>
        <w:rPr>
          <w:b w:val="false"/>
          <w:sz w:val="28"/>
        </w:rPr>
        <w:t xml:space="preserve"> </w:t>
      </w:r>
      <w:r>
        <w:rPr>
          <w:b w:val="false"/>
          <w:sz w:val="28"/>
          <w:lang w:val="zxx"/>
        </w:rPr>
        <w:t>6986:</w:t>
      </w:r>
      <w:r>
        <w:rPr>
          <w:b w:val="false"/>
          <w:sz w:val="28"/>
        </w:rPr>
        <w:t xml:space="preserve"> Стрибог.</w:t>
      </w:r>
    </w:p>
    <w:p>
      <w:pPr>
        <w:pStyle w:val="Normal"/>
        <w:jc w:val="start"/>
        <w:rPr/>
      </w:pPr>
      <w:r>
        <w:rPr>
          <w:b w:val="false"/>
          <w:sz w:val="24"/>
          <w:lang w:val="zxx"/>
        </w:rPr>
        <w:t>https://www.rfc-⁠editor.org/​rfc/​rfc6986.html</w:t>
      </w:r>
    </w:p>
    <w:p>
      <w:pPr>
        <w:pStyle w:val="Normal"/>
        <w:keepNext w:val="true"/>
        <w:jc w:val="start"/>
        <w:rPr/>
      </w:pPr>
      <w:r>
        <w:rPr>
          <w:b w:val="false"/>
          <w:sz w:val="28"/>
          <w:lang w:val="zxx"/>
        </w:rPr>
        <w:t>RFC</w:t>
      </w:r>
      <w:r>
        <w:rPr>
          <w:b w:val="false"/>
          <w:sz w:val="28"/>
        </w:rPr>
        <w:t xml:space="preserve"> </w:t>
      </w:r>
      <w:r>
        <w:rPr>
          <w:b w:val="false"/>
          <w:sz w:val="28"/>
          <w:lang w:val="zxx"/>
        </w:rPr>
        <w:t>7836:</w:t>
      </w:r>
      <w:r>
        <w:rPr>
          <w:b w:val="false"/>
          <w:sz w:val="28"/>
        </w:rPr>
        <w:t xml:space="preserve"> российские функции выработки ключей.</w:t>
      </w:r>
    </w:p>
    <w:p>
      <w:pPr>
        <w:pStyle w:val="Normal"/>
        <w:jc w:val="start"/>
        <w:rPr/>
      </w:pPr>
      <w:r>
        <w:rPr>
          <w:b w:val="false"/>
          <w:sz w:val="24"/>
          <w:lang w:val="zxx"/>
        </w:rPr>
        <w:t>https://www.rfc-⁠editor.org/​rfc/​rfc7836.html</w:t>
      </w:r>
    </w:p>
    <w:p>
      <w:pPr>
        <w:pStyle w:val="Normal"/>
        <w:keepNext w:val="true"/>
        <w:jc w:val="start"/>
        <w:rPr/>
      </w:pPr>
      <w:r>
        <w:rPr>
          <w:b w:val="false"/>
          <w:sz w:val="28"/>
          <w:lang w:val="zxx"/>
        </w:rPr>
        <w:t>RFC</w:t>
      </w:r>
      <w:r>
        <w:rPr>
          <w:b w:val="false"/>
          <w:sz w:val="28"/>
        </w:rPr>
        <w:t xml:space="preserve"> </w:t>
      </w:r>
      <w:r>
        <w:rPr>
          <w:b w:val="false"/>
          <w:sz w:val="28"/>
          <w:lang w:val="zxx"/>
        </w:rPr>
        <w:t>8449:</w:t>
      </w:r>
      <w:r>
        <w:rPr>
          <w:b w:val="false"/>
          <w:sz w:val="28"/>
        </w:rPr>
        <w:t xml:space="preserve"> ограничение размера записей </w:t>
      </w:r>
      <w:r>
        <w:rPr>
          <w:b w:val="false"/>
          <w:sz w:val="28"/>
          <w:lang w:val="zxx"/>
        </w:rPr>
        <w:t>TLS.</w:t>
      </w:r>
    </w:p>
    <w:p>
      <w:pPr>
        <w:pStyle w:val="Normal"/>
        <w:jc w:val="start"/>
        <w:rPr/>
      </w:pPr>
      <w:r>
        <w:rPr>
          <w:b w:val="false"/>
          <w:sz w:val="24"/>
          <w:lang w:val="zxx"/>
        </w:rPr>
        <w:t>https://www.rfc-⁠editor.org/​rfc/​rfc8449.html</w:t>
      </w:r>
    </w:p>
    <w:p>
      <w:pPr>
        <w:pStyle w:val="Normal"/>
        <w:keepNext w:val="true"/>
        <w:jc w:val="start"/>
        <w:rPr/>
      </w:pPr>
      <w:r>
        <w:rPr>
          <w:b w:val="false"/>
          <w:sz w:val="28"/>
          <w:lang w:val="zxx"/>
        </w:rPr>
        <w:t>RFC</w:t>
      </w:r>
      <w:r>
        <w:rPr>
          <w:b w:val="false"/>
          <w:sz w:val="28"/>
        </w:rPr>
        <w:t xml:space="preserve"> </w:t>
      </w:r>
      <w:r>
        <w:rPr>
          <w:b w:val="false"/>
          <w:sz w:val="28"/>
          <w:lang w:val="zxx"/>
        </w:rPr>
        <w:t>2119</w:t>
      </w:r>
      <w:r>
        <w:rPr>
          <w:b w:val="false"/>
          <w:sz w:val="28"/>
        </w:rPr>
        <w:t xml:space="preserve"> и нормативные уровни требований.</w:t>
      </w:r>
    </w:p>
    <w:p>
      <w:pPr>
        <w:pStyle w:val="Normal"/>
        <w:jc w:val="start"/>
        <w:rPr/>
      </w:pPr>
      <w:r>
        <w:rPr>
          <w:b w:val="false"/>
          <w:sz w:val="24"/>
          <w:lang w:val="zxx"/>
        </w:rPr>
        <w:t>https://www.rfc-⁠editor.org/​rfc/​rfc2119.html</w:t>
      </w:r>
    </w:p>
    <w:p>
      <w:pPr>
        <w:pStyle w:val="Normal"/>
        <w:keepNext w:val="true"/>
        <w:jc w:val="start"/>
        <w:rPr/>
      </w:pPr>
      <w:r>
        <w:rPr>
          <w:b w:val="false"/>
          <w:sz w:val="28"/>
          <w:lang w:val="zxx"/>
        </w:rPr>
        <w:t>RFC</w:t>
      </w:r>
      <w:r>
        <w:rPr>
          <w:b w:val="false"/>
          <w:sz w:val="28"/>
        </w:rPr>
        <w:t xml:space="preserve"> </w:t>
      </w:r>
      <w:r>
        <w:rPr>
          <w:b w:val="false"/>
          <w:sz w:val="28"/>
          <w:lang w:val="zxx"/>
        </w:rPr>
        <w:t>8174:</w:t>
      </w:r>
      <w:r>
        <w:rPr>
          <w:b w:val="false"/>
          <w:sz w:val="28"/>
        </w:rPr>
        <w:t xml:space="preserve"> применение нормативных ключевых слов.</w:t>
      </w:r>
    </w:p>
    <w:p>
      <w:pPr>
        <w:pStyle w:val="Normal"/>
        <w:jc w:val="start"/>
        <w:rPr/>
      </w:pPr>
      <w:r>
        <w:rPr>
          <w:b w:val="false"/>
          <w:sz w:val="24"/>
          <w:lang w:val="zxx"/>
        </w:rPr>
        <w:t>https://www.rfc-⁠editor.org/​rfc/​rfc8174.html</w:t>
      </w:r>
    </w:p>
    <w:p>
      <w:pPr>
        <w:pStyle w:val="Normal"/>
        <w:keepNext w:val="true"/>
        <w:jc w:val="start"/>
        <w:rPr/>
      </w:pPr>
      <w:r>
        <w:rPr>
          <w:b w:val="false"/>
          <w:sz w:val="28"/>
          <w:lang w:val="zxx"/>
        </w:rPr>
        <w:t>RFC</w:t>
      </w:r>
      <w:r>
        <w:rPr>
          <w:b w:val="false"/>
          <w:sz w:val="28"/>
        </w:rPr>
        <w:t xml:space="preserve"> </w:t>
      </w:r>
      <w:r>
        <w:rPr>
          <w:b w:val="false"/>
          <w:sz w:val="28"/>
          <w:lang w:val="zxx"/>
        </w:rPr>
        <w:t>8446:</w:t>
      </w:r>
      <w:r>
        <w:rPr>
          <w:b w:val="false"/>
          <w:sz w:val="28"/>
        </w:rPr>
        <w:t xml:space="preserve"> </w:t>
      </w:r>
      <w:r>
        <w:rPr>
          <w:b w:val="false"/>
          <w:sz w:val="28"/>
          <w:lang w:val="zxx"/>
        </w:rPr>
        <w:t>TLS</w:t>
      </w:r>
      <w:r>
        <w:rPr>
          <w:b w:val="false"/>
          <w:sz w:val="28"/>
        </w:rPr>
        <w:t xml:space="preserve"> </w:t>
      </w:r>
      <w:r>
        <w:rPr>
          <w:b w:val="false"/>
          <w:sz w:val="28"/>
          <w:lang w:val="zxx"/>
        </w:rPr>
        <w:t>1.3.</w:t>
      </w:r>
    </w:p>
    <w:p>
      <w:pPr>
        <w:pStyle w:val="Normal"/>
        <w:jc w:val="start"/>
        <w:rPr/>
      </w:pPr>
      <w:r>
        <w:rPr>
          <w:b w:val="false"/>
          <w:sz w:val="24"/>
          <w:lang w:val="zxx"/>
        </w:rPr>
        <w:t>https://www.rfc-⁠editor.org/​rfc/​rfc8446.html</w:t>
      </w:r>
    </w:p>
    <w:p>
      <w:pPr>
        <w:pStyle w:val="Normal"/>
        <w:keepNext w:val="true"/>
        <w:jc w:val="start"/>
        <w:rPr/>
      </w:pPr>
      <w:r>
        <w:rPr>
          <w:b w:val="false"/>
          <w:sz w:val="28"/>
          <w:lang w:val="zxx"/>
        </w:rPr>
        <w:t>XML</w:t>
      </w:r>
      <w:r>
        <w:rPr>
          <w:b w:val="false"/>
          <w:sz w:val="28"/>
        </w:rPr>
        <w:t xml:space="preserve"> </w:t>
      </w:r>
      <w:r>
        <w:rPr>
          <w:b w:val="false"/>
          <w:sz w:val="28"/>
          <w:lang w:val="zxx"/>
        </w:rPr>
        <w:t>1.0:</w:t>
      </w:r>
      <w:r>
        <w:rPr>
          <w:b w:val="false"/>
          <w:sz w:val="28"/>
        </w:rPr>
        <w:t xml:space="preserve"> синтаксис.</w:t>
      </w:r>
    </w:p>
    <w:p>
      <w:pPr>
        <w:pStyle w:val="Normal"/>
        <w:jc w:val="start"/>
        <w:rPr/>
      </w:pPr>
      <w:r>
        <w:rPr>
          <w:b w:val="false"/>
          <w:sz w:val="24"/>
          <w:lang w:val="zxx"/>
        </w:rPr>
        <w:t>https://www.w3.org/​TR/​xml/</w:t>
      </w:r>
    </w:p>
    <w:p>
      <w:pPr>
        <w:pStyle w:val="Normal"/>
        <w:keepNext w:val="true"/>
        <w:jc w:val="start"/>
        <w:rPr/>
      </w:pPr>
      <w:r>
        <w:rPr>
          <w:b w:val="false"/>
          <w:sz w:val="28"/>
          <w:lang w:val="zxx"/>
        </w:rPr>
        <w:t>RFC</w:t>
      </w:r>
      <w:r>
        <w:rPr>
          <w:b w:val="false"/>
          <w:sz w:val="28"/>
        </w:rPr>
        <w:t xml:space="preserve"> </w:t>
      </w:r>
      <w:r>
        <w:rPr>
          <w:b w:val="false"/>
          <w:sz w:val="28"/>
          <w:lang w:val="zxx"/>
        </w:rPr>
        <w:t>9293:</w:t>
      </w:r>
      <w:r>
        <w:rPr>
          <w:b w:val="false"/>
          <w:sz w:val="28"/>
        </w:rPr>
        <w:t xml:space="preserve"> </w:t>
      </w:r>
      <w:r>
        <w:rPr>
          <w:b w:val="false"/>
          <w:sz w:val="28"/>
          <w:lang w:val="zxx"/>
        </w:rPr>
        <w:t>TCP.</w:t>
      </w:r>
    </w:p>
    <w:p>
      <w:pPr>
        <w:pStyle w:val="Normal"/>
        <w:jc w:val="start"/>
        <w:rPr/>
      </w:pPr>
      <w:r>
        <w:rPr>
          <w:b w:val="false"/>
          <w:sz w:val="24"/>
          <w:lang w:val="zxx"/>
        </w:rPr>
        <w:t>https://www.rfc-⁠editor.org/​rfc/​rfc9293.html</w:t>
      </w:r>
    </w:p>
    <w:p>
      <w:pPr>
        <w:pStyle w:val="Normal"/>
        <w:keepNext w:val="true"/>
        <w:jc w:val="start"/>
        <w:rPr/>
      </w:pPr>
      <w:r>
        <w:rPr>
          <w:b w:val="false"/>
          <w:sz w:val="28"/>
          <w:lang w:val="zxx"/>
        </w:rPr>
        <w:t>RFC</w:t>
      </w:r>
      <w:r>
        <w:rPr>
          <w:b w:val="false"/>
          <w:sz w:val="28"/>
        </w:rPr>
        <w:t xml:space="preserve"> </w:t>
      </w:r>
      <w:r>
        <w:rPr>
          <w:b w:val="false"/>
          <w:sz w:val="28"/>
          <w:lang w:val="zxx"/>
        </w:rPr>
        <w:t>3551:</w:t>
      </w:r>
      <w:r>
        <w:rPr>
          <w:b w:val="false"/>
          <w:sz w:val="28"/>
        </w:rPr>
        <w:t xml:space="preserve"> форматы </w:t>
      </w:r>
      <w:r>
        <w:rPr>
          <w:b w:val="false"/>
          <w:sz w:val="28"/>
          <w:lang w:val="zxx"/>
        </w:rPr>
        <w:t>PCMA</w:t>
      </w:r>
      <w:r>
        <w:rPr>
          <w:b w:val="false"/>
          <w:sz w:val="28"/>
        </w:rPr>
        <w:t xml:space="preserve"> и </w:t>
      </w:r>
      <w:r>
        <w:rPr>
          <w:b w:val="false"/>
          <w:sz w:val="28"/>
          <w:lang w:val="zxx"/>
        </w:rPr>
        <w:t>GSM</w:t>
      </w:r>
      <w:r>
        <w:rPr>
          <w:b w:val="false"/>
          <w:sz w:val="28"/>
        </w:rPr>
        <w:t xml:space="preserve"> для </w:t>
      </w:r>
      <w:r>
        <w:rPr>
          <w:b w:val="false"/>
          <w:sz w:val="28"/>
          <w:lang w:val="zxx"/>
        </w:rPr>
        <w:t>RTP.</w:t>
      </w:r>
    </w:p>
    <w:p>
      <w:pPr>
        <w:pStyle w:val="Normal"/>
        <w:jc w:val="start"/>
        <w:rPr/>
      </w:pPr>
      <w:r>
        <w:rPr>
          <w:b w:val="false"/>
          <w:sz w:val="24"/>
          <w:lang w:val="zxx"/>
        </w:rPr>
        <w:t>https://www.rfc-⁠editor.org/​rfc/​rfc3551.html</w:t>
      </w:r>
    </w:p>
    <w:p>
      <w:pPr>
        <w:pStyle w:val="Normal"/>
        <w:keepNext w:val="true"/>
        <w:jc w:val="start"/>
        <w:rPr/>
      </w:pPr>
      <w:r>
        <w:rPr>
          <w:b w:val="false"/>
          <w:sz w:val="28"/>
          <w:lang w:val="zxx"/>
        </w:rPr>
        <w:t>RFC</w:t>
      </w:r>
      <w:r>
        <w:rPr>
          <w:b w:val="false"/>
          <w:sz w:val="28"/>
        </w:rPr>
        <w:t xml:space="preserve"> </w:t>
      </w:r>
      <w:r>
        <w:rPr>
          <w:b w:val="false"/>
          <w:sz w:val="28"/>
          <w:lang w:val="zxx"/>
        </w:rPr>
        <w:t>3550:</w:t>
      </w:r>
      <w:r>
        <w:rPr>
          <w:b w:val="false"/>
          <w:sz w:val="28"/>
        </w:rPr>
        <w:t xml:space="preserve"> </w:t>
      </w:r>
      <w:r>
        <w:rPr>
          <w:b w:val="false"/>
          <w:sz w:val="28"/>
          <w:lang w:val="zxx"/>
        </w:rPr>
        <w:t>RTP.</w:t>
      </w:r>
    </w:p>
    <w:p>
      <w:pPr>
        <w:pStyle w:val="Normal"/>
        <w:jc w:val="start"/>
        <w:rPr/>
      </w:pPr>
      <w:r>
        <w:rPr>
          <w:b w:val="false"/>
          <w:sz w:val="24"/>
          <w:lang w:val="zxx"/>
        </w:rPr>
        <w:t>https://www.rfc-⁠editor.org/​rfc/​rfc3550.html</w:t>
      </w:r>
    </w:p>
    <w:p>
      <w:pPr>
        <w:pStyle w:val="1"/>
        <w:rPr/>
      </w:pPr>
      <w:bookmarkStart w:id="3" w:name="__RefHeading___Toc43255_1766585215"/>
      <w:bookmarkEnd w:id="3"/>
      <w:r>
        <w:rPr/>
        <w:t>3 Термины, определения и сокращения</w:t>
      </w:r>
    </w:p>
    <w:p>
      <w:pPr>
        <w:pStyle w:val="Normal"/>
        <w:jc w:val="start"/>
        <w:rPr/>
      </w:pPr>
      <w:r>
        <w:rPr>
          <w:b w:val="false"/>
          <w:sz w:val="28"/>
          <w:lang w:val="zxx"/>
        </w:rPr>
        <w:t>3.1</w:t>
      </w:r>
      <w:r>
        <w:rPr>
          <w:b w:val="false"/>
          <w:sz w:val="28"/>
        </w:rPr>
        <w:t xml:space="preserve"> Обязательные требования выражаются ключевыми словами «</w:t>
      </w:r>
      <w:r>
        <w:rPr>
          <w:b w:val="false"/>
          <w:sz w:val="28"/>
          <w:lang w:val="zxx"/>
        </w:rPr>
        <w:t>ДОЛЖЕН</w:t>
      </w:r>
      <w:r>
        <w:rPr>
          <w:b w:val="false"/>
          <w:sz w:val="28"/>
        </w:rPr>
        <w:t>», «</w:t>
      </w:r>
      <w:r>
        <w:rPr>
          <w:b w:val="false"/>
          <w:sz w:val="28"/>
          <w:lang w:val="zxx"/>
        </w:rPr>
        <w:t>ДОЛЖНА</w:t>
      </w:r>
      <w:r>
        <w:rPr>
          <w:b w:val="false"/>
          <w:sz w:val="28"/>
        </w:rPr>
        <w:t>», «</w:t>
      </w:r>
      <w:r>
        <w:rPr>
          <w:b w:val="false"/>
          <w:sz w:val="28"/>
          <w:lang w:val="zxx"/>
        </w:rPr>
        <w:t>ДОЛЖНО</w:t>
      </w:r>
      <w:r>
        <w:rPr>
          <w:b w:val="false"/>
          <w:sz w:val="28"/>
        </w:rPr>
        <w:t>», «</w:t>
      </w:r>
      <w:r>
        <w:rPr>
          <w:b w:val="false"/>
          <w:sz w:val="28"/>
          <w:lang w:val="zxx"/>
        </w:rPr>
        <w:t>ДОЛЖНЫ</w:t>
      </w:r>
      <w:r>
        <w:rPr>
          <w:b w:val="false"/>
          <w:sz w:val="28"/>
        </w:rPr>
        <w:t>», «</w:t>
      </w:r>
      <w:r>
        <w:rPr>
          <w:b w:val="false"/>
          <w:sz w:val="28"/>
          <w:lang w:val="zxx"/>
        </w:rPr>
        <w:t>НЕОБХОДИМО</w:t>
      </w:r>
      <w:r>
        <w:rPr>
          <w:b w:val="false"/>
          <w:sz w:val="28"/>
        </w:rPr>
        <w:t>», «</w:t>
      </w:r>
      <w:r>
        <w:rPr>
          <w:b w:val="false"/>
          <w:sz w:val="28"/>
          <w:lang w:val="zxx"/>
        </w:rPr>
        <w:t>ТРЕБУЕТСЯ</w:t>
      </w:r>
      <w:r>
        <w:rPr>
          <w:b w:val="false"/>
          <w:sz w:val="28"/>
        </w:rPr>
        <w:t>»; запреты — «</w:t>
      </w:r>
      <w:r>
        <w:rPr>
          <w:b w:val="false"/>
          <w:sz w:val="28"/>
          <w:lang w:val="zxx"/>
        </w:rPr>
        <w:t>НЕ ДОПУСКАЕТСЯ</w:t>
      </w:r>
      <w:r>
        <w:rPr>
          <w:b w:val="false"/>
          <w:sz w:val="28"/>
        </w:rPr>
        <w:t>», «</w:t>
      </w:r>
      <w:r>
        <w:rPr>
          <w:b w:val="false"/>
          <w:sz w:val="28"/>
          <w:lang w:val="zxx"/>
        </w:rPr>
        <w:t>ЗАПРЕЩАЕТСЯ</w:t>
      </w:r>
      <w:r>
        <w:rPr>
          <w:b w:val="false"/>
          <w:sz w:val="28"/>
        </w:rPr>
        <w:t>», «</w:t>
      </w:r>
      <w:r>
        <w:rPr>
          <w:b w:val="false"/>
          <w:sz w:val="28"/>
          <w:lang w:val="zxx"/>
        </w:rPr>
        <w:t>НЕ ДОЛЖЕН</w:t>
      </w:r>
      <w:r>
        <w:rPr>
          <w:b w:val="false"/>
          <w:sz w:val="28"/>
        </w:rPr>
        <w:t>» с соответствующим согласованием. «</w:t>
      </w:r>
      <w:r>
        <w:rPr>
          <w:b w:val="false"/>
          <w:sz w:val="28"/>
          <w:lang w:val="zxx"/>
        </w:rPr>
        <w:t>РЕКОМЕНДУЕТСЯ</w:t>
      </w:r>
      <w:r>
        <w:rPr>
          <w:b w:val="false"/>
          <w:sz w:val="28"/>
        </w:rPr>
        <w:t>» означает рекомендацию, отступление от которой требует обоснования; «</w:t>
      </w:r>
      <w:r>
        <w:rPr>
          <w:b w:val="false"/>
          <w:sz w:val="28"/>
          <w:lang w:val="zxx"/>
        </w:rPr>
        <w:t>ДОПУСКАЕТСЯ</w:t>
      </w:r>
      <w:r>
        <w:rPr>
          <w:b w:val="false"/>
          <w:sz w:val="28"/>
        </w:rPr>
        <w:t>» и «</w:t>
      </w:r>
      <w:r>
        <w:rPr>
          <w:b w:val="false"/>
          <w:sz w:val="28"/>
          <w:lang w:val="zxx"/>
        </w:rPr>
        <w:t>РАЗРЕШАЕТСЯ</w:t>
      </w:r>
      <w:r>
        <w:rPr>
          <w:b w:val="false"/>
          <w:sz w:val="28"/>
        </w:rPr>
        <w:t>» — разрешенную возможность. Ключевые слова в нормативных положениях выделяются прописными буквами; это правило оформления настоящего документа. Сочетание «</w:t>
      </w:r>
      <w:r>
        <w:rPr>
          <w:b w:val="false"/>
          <w:sz w:val="28"/>
          <w:lang w:val="zxx"/>
        </w:rPr>
        <w:t>НЕ ТРЕБУЕТСЯ</w:t>
      </w:r>
      <w:r>
        <w:rPr>
          <w:b w:val="false"/>
          <w:sz w:val="28"/>
        </w:rPr>
        <w:t>» означает отсутствие обязанности, а не запрет. Установленные форматы, диапазоны, состояния и правила в повествовательной форме также обязательны, если прямо не обозначены как рекомендации или примеры. Обязательность относится к указанному профилю и проверяется при оценке соответствия реализации.</w:t>
      </w:r>
    </w:p>
    <w:p>
      <w:pPr>
        <w:pStyle w:val="Normal"/>
        <w:jc w:val="both"/>
        <w:rPr/>
      </w:pPr>
      <w:r>
        <w:rPr>
          <w:b w:val="false"/>
          <w:sz w:val="28"/>
          <w:lang w:val="zxx"/>
        </w:rPr>
        <w:t>3.2</w:t>
      </w:r>
      <w:r>
        <w:rPr>
          <w:b w:val="false"/>
          <w:sz w:val="28"/>
        </w:rPr>
        <w:t xml:space="preserve"> АРМ - автоматизированное рабочее место управления системой оповещения любого производителя, включая его серверные компоненты. Совместимая реализация </w:t>
      </w:r>
      <w:r>
        <w:rPr>
          <w:b w:val="false"/>
          <w:sz w:val="28"/>
          <w:lang w:val="zxx"/>
        </w:rPr>
        <w:t>ДОЛЖНА</w:t>
      </w:r>
      <w:r>
        <w:rPr>
          <w:b w:val="false"/>
          <w:sz w:val="28"/>
        </w:rPr>
        <w:t xml:space="preserve"> соблюдать требования заявленных профиля и редакции. </w:t>
      </w:r>
      <w:r>
        <w:rPr>
          <w:b w:val="false"/>
          <w:sz w:val="28"/>
          <w:lang w:val="zxx"/>
        </w:rPr>
        <w:t>nodeId</w:t>
      </w:r>
      <w:r>
        <w:rPr>
          <w:b w:val="false"/>
          <w:sz w:val="28"/>
        </w:rPr>
        <w:t xml:space="preserve"> обозначает логический узел; экземпляр серверного процесса, защищенное подключение и оператор имеют отдельные идентичности. Конфигуратор является отдельной ролью, а не обязательной частью конкретного АРМ.</w:t>
      </w:r>
    </w:p>
    <w:p>
      <w:pPr>
        <w:pStyle w:val="Normal"/>
        <w:jc w:val="both"/>
        <w:rPr/>
      </w:pPr>
      <w:r>
        <w:rPr>
          <w:b w:val="false"/>
          <w:sz w:val="28"/>
          <w:lang w:val="zxx"/>
        </w:rPr>
        <w:t>3.3</w:t>
      </w:r>
      <w:r>
        <w:rPr>
          <w:b w:val="false"/>
          <w:sz w:val="28"/>
        </w:rPr>
        <w:t xml:space="preserve"> УУ - устройство управления: участник сетевого обмена, который принимает команды, ведет сеансы и взаимодействует с оконечным устройством (ОУ). ВАУ и Сирена обозначают функциональные типы ОУ, а не модели изделий. УУ может быть отдельным контроллером или входить в состав ОУ; разделение сетевой и исполнительной частей сохраняется в модели протокола.</w:t>
      </w:r>
    </w:p>
    <w:p>
      <w:pPr>
        <w:pStyle w:val="Normal"/>
        <w:keepNext w:val="true"/>
        <w:ind w:hanging="0"/>
        <w:jc w:val="start"/>
        <w:rPr/>
      </w:pPr>
      <w:r>
        <w:rPr>
          <w:b w:val="false"/>
          <w:sz w:val="24"/>
        </w:rPr>
        <w:t xml:space="preserve">Таблица </w:t>
      </w:r>
      <w:r>
        <w:rPr>
          <w:b w:val="false"/>
          <w:sz w:val="24"/>
          <w:lang w:val="zxx"/>
        </w:rPr>
        <w:t>2</w:t>
      </w:r>
      <w:r>
        <w:rPr>
          <w:b w:val="false"/>
          <w:sz w:val="24"/>
        </w:rPr>
        <w:t xml:space="preserve"> - Термины, определения и сокращения</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838"/>
        <w:gridCol w:w="4798"/>
      </w:tblGrid>
      <w:tr>
        <w:trPr>
          <w:cantSplit w:val="true"/>
        </w:trPr>
        <w:tc>
          <w:tcPr>
            <w:tcW w:w="4838"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Термин</w:t>
            </w:r>
          </w:p>
        </w:tc>
        <w:tc>
          <w:tcPr>
            <w:tcW w:w="4798"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Краткое определение</w:t>
            </w:r>
          </w:p>
        </w:tc>
      </w:tr>
      <w:tr>
        <w:trPr>
          <w:cantSplit w:val="true"/>
        </w:trPr>
        <w:tc>
          <w:tcPr>
            <w:tcW w:w="483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АРМ / УУ / ОУ</w:t>
            </w:r>
          </w:p>
        </w:tc>
        <w:tc>
          <w:tcPr>
            <w:tcW w:w="479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Узел управления / сетевой исполнитель команд / оконечное оборудование.</w:t>
            </w:r>
          </w:p>
        </w:tc>
      </w:tr>
      <w:tr>
        <w:trPr>
          <w:cantSplit w:val="true"/>
        </w:trPr>
        <w:tc>
          <w:tcPr>
            <w:tcW w:w="483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ВАУ / Сирена</w:t>
            </w:r>
          </w:p>
        </w:tc>
        <w:tc>
          <w:tcPr>
            <w:tcW w:w="479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Функциональные типы оконечного оборудования.</w:t>
            </w:r>
          </w:p>
        </w:tc>
      </w:tr>
      <w:tr>
        <w:trPr>
          <w:cantSplit w:val="true"/>
        </w:trPr>
        <w:tc>
          <w:tcPr>
            <w:tcW w:w="483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deviceId</w:t>
            </w:r>
          </w:p>
        </w:tc>
        <w:tc>
          <w:tcPr>
            <w:tcW w:w="479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Логическая цель в системе / идентичность физического сетевого устройства.</w:t>
            </w:r>
          </w:p>
        </w:tc>
      </w:tr>
      <w:tr>
        <w:trPr>
          <w:cantSplit w:val="true"/>
        </w:trPr>
        <w:tc>
          <w:tcPr>
            <w:tcW w:w="483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principalId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controlEpoch</w:t>
            </w:r>
          </w:p>
        </w:tc>
        <w:tc>
          <w:tcPr>
            <w:tcW w:w="479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Участник управления / непрозрачный идентификатор текущего владения.</w:t>
            </w:r>
          </w:p>
        </w:tc>
      </w:tr>
      <w:tr>
        <w:trPr>
          <w:cantSplit w:val="true"/>
        </w:trPr>
        <w:tc>
          <w:tcPr>
            <w:tcW w:w="483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capabilityRevision</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stateRevision</w:t>
            </w:r>
          </w:p>
        </w:tc>
        <w:tc>
          <w:tcPr>
            <w:tcW w:w="479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Ревизия каталога возможностей и точек / ревизия наблюдаемого состояния.</w:t>
            </w:r>
          </w:p>
        </w:tc>
      </w:tr>
      <w:tr>
        <w:trPr>
          <w:cantSplit w:val="true"/>
        </w:trPr>
        <w:tc>
          <w:tcPr>
            <w:tcW w:w="4838"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sourceKind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evidence</w:t>
            </w:r>
          </w:p>
        </w:tc>
        <w:tc>
          <w:tcPr>
            <w:tcW w:w="4798"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Вид источника показания / уровень доказательства физического результата.</w:t>
            </w:r>
          </w:p>
        </w:tc>
      </w:tr>
    </w:tbl>
    <w:p>
      <w:pPr>
        <w:pStyle w:val="Normal"/>
        <w:spacing w:before="0" w:after="0"/>
        <w:rPr/>
      </w:pPr>
      <w:r>
        <w:rPr/>
      </w:r>
    </w:p>
    <w:p>
      <w:pPr>
        <w:pStyle w:val="1"/>
        <w:rPr/>
      </w:pPr>
      <w:bookmarkStart w:id="4" w:name="__RefHeading___Toc43257_1766585215"/>
      <w:bookmarkEnd w:id="4"/>
      <w:r>
        <w:rPr/>
        <w:t>4 Архитектура: АРМ, УУ и ОУ</w:t>
      </w:r>
    </w:p>
    <w:p>
      <w:pPr>
        <w:pStyle w:val="Normal"/>
        <w:jc w:val="both"/>
        <w:rPr/>
      </w:pPr>
      <w:r>
        <w:rPr>
          <w:b w:val="false"/>
          <w:sz w:val="28"/>
          <w:lang w:val="zxx"/>
        </w:rPr>
        <w:t>4.1</w:t>
      </w:r>
      <w:r>
        <w:rPr>
          <w:b w:val="false"/>
          <w:sz w:val="28"/>
        </w:rPr>
        <w:t xml:space="preserve"> Короткие команды экономят канал связи. </w:t>
      </w:r>
      <w:r>
        <w:rPr>
          <w:b w:val="false"/>
          <w:sz w:val="28"/>
          <w:lang w:val="zxx"/>
        </w:rPr>
        <w:t>XML-</w:t>
      </w:r>
      <w:r>
        <w:rPr>
          <w:b w:val="false"/>
          <w:sz w:val="28"/>
        </w:rPr>
        <w:t xml:space="preserve">сообщение занимает не более </w:t>
      </w:r>
      <w:r>
        <w:rPr>
          <w:b w:val="false"/>
          <w:sz w:val="28"/>
          <w:lang w:val="zxx"/>
        </w:rPr>
        <w:t>1024</w:t>
      </w:r>
      <w:r>
        <w:rPr>
          <w:b w:val="false"/>
          <w:sz w:val="28"/>
        </w:rPr>
        <w:t xml:space="preserve"> байт и передается своей фактической длиной, без дополнения до предела. Сирены и заранее загруженные сообщения работают без непрерывной передачи звука. Для конечного канала от </w:t>
      </w:r>
      <w:r>
        <w:rPr>
          <w:b w:val="false"/>
          <w:sz w:val="28"/>
          <w:lang w:val="zxx"/>
        </w:rPr>
        <w:t>64</w:t>
      </w:r>
      <w:r>
        <w:rPr>
          <w:b w:val="false"/>
          <w:sz w:val="28"/>
        </w:rPr>
        <w:t xml:space="preserve"> кбит/с предусмотрены отдельные бюджеты управления и сжатой речи; транспортные расходы учитываются сверх размера команды.</w:t>
      </w:r>
    </w:p>
    <w:p>
      <w:pPr>
        <w:pStyle w:val="Normal"/>
        <w:jc w:val="both"/>
        <w:rPr/>
      </w:pPr>
      <w:r>
        <w:rPr>
          <w:b w:val="false"/>
          <w:sz w:val="28"/>
          <w:lang w:val="zxx"/>
        </w:rPr>
        <w:t>4.2</w:t>
      </w:r>
      <w:r>
        <w:rPr>
          <w:b w:val="false"/>
          <w:sz w:val="28"/>
        </w:rPr>
        <w:t xml:space="preserve"> Один порядок управления подходит для оборудования разных производителей: сирен, речевых усилителей и контроллеров. Общие команды, состояния и ошибки позволяют развивать систему поэтапно и выбирать оборудование по функциям, надежности и стоимости.</w:t>
      </w:r>
    </w:p>
    <w:p>
      <w:pPr>
        <w:pStyle w:val="Normal"/>
        <w:jc w:val="both"/>
        <w:rPr/>
      </w:pPr>
      <w:r>
        <w:rPr>
          <w:b w:val="false"/>
          <w:sz w:val="28"/>
          <w:lang w:val="zxx"/>
        </w:rPr>
        <w:t>4.3</w:t>
      </w:r>
      <w:r>
        <w:rPr>
          <w:b w:val="false"/>
          <w:sz w:val="28"/>
        </w:rPr>
        <w:t xml:space="preserve"> Протокол учитывает ограниченные ресурсы контроллеров. Размеры сообщений, число ожидающих запросов и объемы очередей ограничены, а дополнительные возможности объявляются отдельно. Изготовитель реализует необходимые функции без обязанности включать все расширения.</w:t>
      </w:r>
    </w:p>
    <w:p>
      <w:pPr>
        <w:pStyle w:val="Normal"/>
        <w:jc w:val="both"/>
        <w:rPr/>
      </w:pPr>
      <w:r>
        <w:rPr>
          <w:b w:val="false"/>
          <w:sz w:val="28"/>
          <w:lang w:val="zxx"/>
        </w:rPr>
        <w:t>4.4</w:t>
      </w:r>
      <w:r>
        <w:rPr>
          <w:b w:val="false"/>
          <w:sz w:val="28"/>
        </w:rPr>
        <w:t xml:space="preserve"> Защищенный режим использует российские криптографические алгоритмы. Отдельный секрет каждой пары «устройство — участник» ограничивает последствия утраты одного ключа. Настройка «Только защищенный канал» запрещает открытое управление; выбранный режим виден оператору.</w:t>
      </w:r>
    </w:p>
    <w:p>
      <w:pPr>
        <w:pStyle w:val="Normal"/>
        <w:jc w:val="both"/>
        <w:rPr/>
      </w:pPr>
      <w:r>
        <w:rPr>
          <w:b w:val="false"/>
          <w:sz w:val="28"/>
          <w:lang w:val="zxx"/>
        </w:rPr>
        <w:t>4.5</w:t>
      </w:r>
      <w:r>
        <w:rPr>
          <w:b w:val="false"/>
          <w:sz w:val="28"/>
        </w:rPr>
        <w:t xml:space="preserve"> Оператор различает прием команды, подтвержденное начало работы и остановку оборудования. Результат сопровождается причиной, доступными физическими подтверждениями и сведениями об авариях. Остановка оператором не отменяет подтверждение уже состоявшегося звучания.</w:t>
      </w:r>
    </w:p>
    <w:p>
      <w:pPr>
        <w:pStyle w:val="Normal"/>
        <w:jc w:val="both"/>
        <w:rPr/>
      </w:pPr>
      <w:r>
        <w:rPr>
          <w:b w:val="false"/>
          <w:sz w:val="28"/>
          <w:lang w:val="zxx"/>
        </w:rPr>
        <w:t>4.6</w:t>
      </w:r>
      <w:r>
        <w:rPr>
          <w:b w:val="false"/>
          <w:sz w:val="28"/>
        </w:rPr>
        <w:t xml:space="preserve"> Потеря ответа не превращает повтор команды в повторный запуск. После обрыва связи можно установить состояние исполнения и адресно остановить его. Поведение при потере управления определяется заранее и не зависит от догадок пульта о состоянии оборудования.</w:t>
      </w:r>
    </w:p>
    <w:p>
      <w:pPr>
        <w:pStyle w:val="Normal"/>
        <w:jc w:val="both"/>
        <w:rPr/>
      </w:pPr>
      <w:r>
        <w:rPr>
          <w:b w:val="false"/>
          <w:sz w:val="28"/>
          <w:lang w:val="zxx"/>
        </w:rPr>
        <w:t>4.7</w:t>
      </w:r>
      <w:r>
        <w:rPr>
          <w:b w:val="false"/>
          <w:sz w:val="28"/>
        </w:rPr>
        <w:t xml:space="preserve"> Одноадресная передача служит основой связи с каждым устройством. Отдельный групповой речевой профиль позволяет передавать один поток многим получателям на общих участках сети, сохраняя индивидуальные права, подготовку и результаты. Это уменьшает нагрузку источника и общих каналов при массовом оповещении.</w:t>
      </w:r>
    </w:p>
    <w:p>
      <w:pPr>
        <w:pStyle w:val="Normal"/>
        <w:jc w:val="both"/>
        <w:rPr/>
      </w:pPr>
      <w:r>
        <w:rPr>
          <w:b w:val="false"/>
          <w:sz w:val="28"/>
          <w:lang w:val="zxx"/>
        </w:rPr>
        <w:t>4.8</w:t>
      </w:r>
      <w:r>
        <w:rPr>
          <w:b w:val="false"/>
          <w:sz w:val="28"/>
        </w:rPr>
        <w:t xml:space="preserve"> Опросы, контроль линий и питания, подготовка сообщений, настройка и обслуживание используют общие правила. Машинные схемы, проверяемые примеры и контрольные векторы помогают находить расхождения до подключения оборудования.</w:t>
      </w:r>
    </w:p>
    <w:p>
      <w:pPr>
        <w:pStyle w:val="Normal"/>
        <w:jc w:val="both"/>
        <w:rPr/>
      </w:pPr>
      <w:r>
        <w:rPr>
          <w:b w:val="false"/>
          <w:sz w:val="28"/>
          <w:lang w:val="zxx"/>
        </w:rPr>
        <w:t>4.9</w:t>
      </w:r>
      <w:r>
        <w:rPr>
          <w:b w:val="false"/>
          <w:sz w:val="28"/>
        </w:rPr>
        <w:t xml:space="preserve"> Назначение команд и подтверждений связано с задачами систем оповещения: проверка готовности, задействование, передача речи, прекращение работы и отчет по получателям. Разбор ГОСТ Р </w:t>
      </w:r>
      <w:r>
        <w:rPr>
          <w:b w:val="false"/>
          <w:sz w:val="28"/>
          <w:lang w:val="zxx"/>
        </w:rPr>
        <w:t>42.3.05-</w:t>
      </w:r>
      <w:r>
        <w:rPr>
          <w:b w:val="false"/>
          <w:sz w:val="28"/>
        </w:rPr>
        <w:t>⁠</w:t>
      </w:r>
      <w:r>
        <w:rPr>
          <w:b w:val="false"/>
          <w:sz w:val="28"/>
          <w:lang w:val="zxx"/>
        </w:rPr>
        <w:t>2023</w:t>
      </w:r>
      <w:r>
        <w:rPr>
          <w:b w:val="false"/>
          <w:sz w:val="28"/>
        </w:rPr>
        <w:t xml:space="preserve"> определяет границы сопряжения и позволяет включать протокол в проект без подмены требований обязательного интерфейса заявлением об общей совместимости.</w:t>
      </w:r>
    </w:p>
    <w:p>
      <w:pPr>
        <w:pStyle w:val="Normal"/>
        <w:keepNext w:val="true"/>
        <w:ind w:hanging="0"/>
        <w:jc w:val="start"/>
        <w:rPr/>
      </w:pPr>
      <w:r>
        <w:rPr>
          <w:b w:val="false"/>
          <w:sz w:val="24"/>
        </w:rPr>
        <w:t xml:space="preserve">Таблица </w:t>
      </w:r>
      <w:r>
        <w:rPr>
          <w:b w:val="false"/>
          <w:sz w:val="24"/>
          <w:lang w:val="zxx"/>
        </w:rPr>
        <w:t>3</w:t>
      </w:r>
      <w:r>
        <w:rPr>
          <w:b w:val="false"/>
          <w:sz w:val="24"/>
        </w:rPr>
        <w:t xml:space="preserve"> - Архитектура: АРМ, УУ и ОУ</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252"/>
        <w:gridCol w:w="5385"/>
      </w:tblGrid>
      <w:tr>
        <w:trPr>
          <w:cantSplit w:val="true"/>
        </w:trPr>
        <w:tc>
          <w:tcPr>
            <w:tcW w:w="425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Уровень</w:t>
            </w:r>
          </w:p>
        </w:tc>
        <w:tc>
          <w:tcPr>
            <w:tcW w:w="538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Назначение</w:t>
            </w:r>
          </w:p>
        </w:tc>
      </w:tr>
      <w:tr>
        <w:trPr>
          <w:cantSplit w:val="true"/>
        </w:trPr>
        <w:tc>
          <w:tcPr>
            <w:tcW w:w="425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АРМ</w:t>
            </w:r>
          </w:p>
        </w:tc>
        <w:tc>
          <w:tcPr>
            <w:tcW w:w="53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Сценарий и оператор</w:t>
            </w:r>
          </w:p>
        </w:tc>
      </w:tr>
      <w:tr>
        <w:trPr>
          <w:cantSplit w:val="true"/>
        </w:trPr>
        <w:tc>
          <w:tcPr>
            <w:tcW w:w="425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Сетевая часть УУ</w:t>
            </w:r>
          </w:p>
        </w:tc>
        <w:tc>
          <w:tcPr>
            <w:tcW w:w="53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Протокол, состояние и планировщик</w:t>
            </w:r>
          </w:p>
        </w:tc>
      </w:tr>
      <w:tr>
        <w:trPr>
          <w:cantSplit w:val="true"/>
        </w:trPr>
        <w:tc>
          <w:tcPr>
            <w:tcW w:w="425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Часть взаимодействия с ОУ</w:t>
            </w:r>
          </w:p>
        </w:tc>
        <w:tc>
          <w:tcPr>
            <w:tcW w:w="53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Управление и наблюдение</w:t>
            </w:r>
          </w:p>
        </w:tc>
      </w:tr>
      <w:tr>
        <w:trPr>
          <w:cantSplit w:val="true"/>
        </w:trPr>
        <w:tc>
          <w:tcPr>
            <w:tcW w:w="4252"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Взаимодействие с ОУ</w:t>
            </w:r>
          </w:p>
        </w:tc>
        <w:tc>
          <w:tcPr>
            <w:tcW w:w="538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Способ взаимодействия выбирает изготовитель; ВАУ, Сирена и другие профили ОУ</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4</w:t>
      </w:r>
      <w:r>
        <w:rPr>
          <w:b w:val="false"/>
          <w:sz w:val="24"/>
        </w:rPr>
        <w:t xml:space="preserve"> - Архитектура: АРМ, УУ и ОУ</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057"/>
        <w:gridCol w:w="5580"/>
      </w:tblGrid>
      <w:tr>
        <w:trPr>
          <w:cantSplit w:val="true"/>
        </w:trPr>
        <w:tc>
          <w:tcPr>
            <w:tcW w:w="405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Граница</w:t>
            </w:r>
          </w:p>
        </w:tc>
        <w:tc>
          <w:tcPr>
            <w:tcW w:w="5580"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Ответственность</w:t>
            </w:r>
          </w:p>
        </w:tc>
      </w:tr>
      <w:tr>
        <w:trPr>
          <w:cantSplit w:val="true"/>
        </w:trPr>
        <w:tc>
          <w:tcPr>
            <w:tcW w:w="405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Внешние сервисы / межузловой обмен АРМ</w:t>
            </w:r>
          </w:p>
        </w:tc>
        <w:tc>
          <w:tcPr>
            <w:tcW w:w="558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Предупреждения, сценарии, группы, маршруты, происхождение запуска, делегирование, полномочия оператора и итог по получателям.</w:t>
            </w:r>
          </w:p>
        </w:tc>
      </w:tr>
      <w:tr>
        <w:trPr>
          <w:cantSplit w:val="true"/>
        </w:trPr>
        <w:tc>
          <w:tcPr>
            <w:tcW w:w="405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АРМ / </w:t>
            </w:r>
            <w:r>
              <w:rPr>
                <w:rFonts w:eastAsia="ＭＳ 明朝" w:cs=""/>
                <w:b w:val="false"/>
                <w:kern w:val="0"/>
                <w:sz w:val="28"/>
                <w:szCs w:val="22"/>
                <w:lang w:val="zxx" w:eastAsia="en-US" w:bidi="ar-SA"/>
              </w:rPr>
              <w:t>Ethernet-</w:t>
            </w:r>
            <w:r>
              <w:rPr>
                <w:rFonts w:eastAsia="ＭＳ 明朝" w:cs=""/>
                <w:b w:val="false"/>
                <w:kern w:val="0"/>
                <w:sz w:val="28"/>
                <w:szCs w:val="22"/>
                <w:lang w:eastAsia="en-US" w:bidi="ar-SA"/>
              </w:rPr>
              <w:t>часть УУ</w:t>
            </w:r>
          </w:p>
        </w:tc>
        <w:tc>
          <w:tcPr>
            <w:tcW w:w="558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Защищенное соединение, команды, собственные запросы прибора, ответы, события, управление сеансом и наблюдаемость.</w:t>
            </w:r>
          </w:p>
        </w:tc>
      </w:tr>
      <w:tr>
        <w:trPr>
          <w:cantSplit w:val="true"/>
        </w:trPr>
        <w:tc>
          <w:tcPr>
            <w:tcW w:w="405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Исполнитель УУ / драйвер ОУ</w:t>
            </w:r>
          </w:p>
        </w:tc>
        <w:tc>
          <w:tcPr>
            <w:tcW w:w="558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Одинаковые предметные действия для разных производителей, привязка ресурсов и перевод наблюдений в общую модель.</w:t>
            </w:r>
          </w:p>
        </w:tc>
      </w:tr>
      <w:tr>
        <w:trPr>
          <w:cantSplit w:val="true"/>
        </w:trPr>
        <w:tc>
          <w:tcPr>
            <w:tcW w:w="4057"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Взаимодействие УУ / ОУ</w:t>
            </w:r>
          </w:p>
        </w:tc>
        <w:tc>
          <w:tcPr>
            <w:tcW w:w="5580"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Управляющие воздействия и наблюдения состояния оконечного оборудования. Способ взаимодействия выбирает изготовитель. Функциональные профили: ВАУ и Сирена.</w:t>
            </w:r>
          </w:p>
        </w:tc>
      </w:tr>
    </w:tbl>
    <w:p>
      <w:pPr>
        <w:pStyle w:val="Normal"/>
        <w:spacing w:before="0" w:after="0"/>
        <w:rPr/>
      </w:pPr>
      <w:r>
        <w:rPr/>
      </w:r>
    </w:p>
    <w:p>
      <w:pPr>
        <w:pStyle w:val="Normal"/>
        <w:jc w:val="both"/>
        <w:rPr/>
      </w:pPr>
      <w:r>
        <w:rPr>
          <w:b w:val="false"/>
          <w:sz w:val="28"/>
          <w:lang w:val="zxx"/>
        </w:rPr>
        <w:t>4.10</w:t>
      </w:r>
      <w:r>
        <w:rPr>
          <w:b w:val="false"/>
          <w:sz w:val="28"/>
        </w:rPr>
        <w:t xml:space="preserve"> Разделение сетевой и исполнительной частей является функциональным и не устанавливает число плат, микроконтроллеров или отдельных изделий. Физический и программный способ взаимодействия УУ с усилителем, сиреной или другим ОУ выбирает изготовитель. </w:t>
      </w:r>
      <w:r>
        <w:rPr>
          <w:b w:val="false"/>
          <w:sz w:val="28"/>
          <w:lang w:val="zxx"/>
        </w:rPr>
        <w:t>ДОПУСКАЕТСЯ</w:t>
      </w:r>
      <w:r>
        <w:rPr>
          <w:b w:val="false"/>
          <w:sz w:val="28"/>
        </w:rPr>
        <w:t xml:space="preserve"> последовательный интерфейс, иная цифровая шина, дискретные сигналы или взаимодействие внутри одного микроконтроллера. Наличие </w:t>
      </w:r>
      <w:r>
        <w:rPr>
          <w:b w:val="false"/>
          <w:sz w:val="28"/>
          <w:lang w:val="zxx"/>
        </w:rPr>
        <w:t>COM-</w:t>
      </w:r>
      <w:r>
        <w:rPr>
          <w:b w:val="false"/>
          <w:sz w:val="28"/>
        </w:rPr>
        <w:t xml:space="preserve">порта, отдельной платы управления и отдельного байтового протокола УУ–ОУ </w:t>
      </w:r>
      <w:r>
        <w:rPr>
          <w:b w:val="false"/>
          <w:sz w:val="28"/>
          <w:lang w:val="zxx"/>
        </w:rPr>
        <w:t>НЕ ТРЕБУЕТСЯ</w:t>
      </w:r>
      <w:r>
        <w:rPr>
          <w:b w:val="false"/>
          <w:sz w:val="28"/>
        </w:rPr>
        <w:t xml:space="preserve">. Независимо от выбранного способа сохраняются требования к управлению ресурсами, срокам, сопоставлению действия с результатом и подтверждению начала и выключения. Для работы АРМ знание внутреннего интерфейса изготовителя </w:t>
      </w:r>
      <w:r>
        <w:rPr>
          <w:b w:val="false"/>
          <w:sz w:val="28"/>
          <w:lang w:val="zxx"/>
        </w:rPr>
        <w:t>НЕ ТРЕБУЕТСЯ</w:t>
      </w:r>
      <w:r>
        <w:rPr>
          <w:b w:val="false"/>
          <w:sz w:val="28"/>
        </w:rPr>
        <w:t>. Управление и передача звука описываются отдельно; наличие управляющего интерфейса не означает передачи звука по нему.</w:t>
      </w:r>
    </w:p>
    <w:p>
      <w:pPr>
        <w:pStyle w:val="Normal"/>
        <w:jc w:val="both"/>
        <w:rPr/>
      </w:pPr>
      <w:r>
        <w:rPr>
          <w:b w:val="false"/>
          <w:sz w:val="28"/>
          <w:lang w:val="zxx"/>
        </w:rPr>
        <w:t>4.11</w:t>
      </w:r>
      <w:r>
        <w:rPr>
          <w:b w:val="false"/>
          <w:sz w:val="28"/>
        </w:rPr>
        <w:t xml:space="preserve"> Состояния контроллера, взаимодействия с ОУ и самого ОУ различаются в пределах объявленных возможностей наблюдения. Доступный по сети УУ может иметь недоступный исполнительный тракт. Встроенное исполнение не требует имитации отдельного порта или обмена кадрами; граница наблюдения и достоверность результата указываются в профиле оборудования. Замена драйвера, параметров внутреннего интерфейса или ОУ меняет </w:t>
      </w:r>
      <w:r>
        <w:rPr>
          <w:b w:val="false"/>
          <w:sz w:val="28"/>
          <w:lang w:val="zxx"/>
        </w:rPr>
        <w:t>bindingGeneration</w:t>
      </w:r>
      <w:r>
        <w:rPr>
          <w:b w:val="false"/>
          <w:sz w:val="28"/>
        </w:rPr>
        <w:t xml:space="preserve"> и каталог возможностей; во время активного исполнения такая замена запрещена.</w:t>
      </w:r>
    </w:p>
    <w:p>
      <w:pPr>
        <w:pStyle w:val="Normal"/>
        <w:jc w:val="both"/>
        <w:rPr/>
      </w:pPr>
      <w:r>
        <w:rPr>
          <w:b w:val="false"/>
          <w:sz w:val="28"/>
          <w:lang w:val="zxx"/>
        </w:rPr>
        <w:t>4.12</w:t>
      </w:r>
      <w:r>
        <w:rPr>
          <w:b w:val="false"/>
          <w:sz w:val="28"/>
        </w:rPr>
        <w:t xml:space="preserve"> Каталог различает адресуемый выход и общие ресурсы: усилитель, декодер, источник звука, общую шину управления и переключатель входов. Для них объявляются группы конфликтов. Несколько линий не означают независимое воспроизведение на каждой; выбор отдельных линий </w:t>
      </w:r>
      <w:r>
        <w:rPr>
          <w:b w:val="false"/>
          <w:sz w:val="28"/>
          <w:lang w:val="zxx"/>
        </w:rPr>
        <w:t>ДОПУСКАЕТСЯ</w:t>
      </w:r>
      <w:r>
        <w:rPr>
          <w:b w:val="false"/>
          <w:sz w:val="28"/>
        </w:rPr>
        <w:t xml:space="preserve"> только при объявленной возможности управления ими.</w:t>
      </w:r>
    </w:p>
    <w:p>
      <w:pPr>
        <w:pStyle w:val="1"/>
        <w:rPr/>
      </w:pPr>
      <w:bookmarkStart w:id="5" w:name="__RefHeading___Toc43259_1766585215"/>
      <w:bookmarkEnd w:id="5"/>
      <w:r>
        <w:rPr/>
        <w:t>5 Владение и право прерывания</w:t>
      </w:r>
    </w:p>
    <w:p>
      <w:pPr>
        <w:pStyle w:val="Normal"/>
        <w:jc w:val="both"/>
        <w:rPr/>
      </w:pPr>
      <w:r>
        <w:rPr>
          <w:b w:val="false"/>
          <w:sz w:val="28"/>
          <w:lang w:val="zxx"/>
        </w:rPr>
        <w:t>5.1</w:t>
      </w:r>
      <w:r>
        <w:rPr>
          <w:b w:val="false"/>
          <w:sz w:val="28"/>
        </w:rPr>
        <w:t xml:space="preserve"> Прерывать действующее оповещение может текущий исполняющий узел с соответствующими правами оператора либо вышестоящий узел, который запустил именно это оповещение через нижестоящий. Высота в иерархии, приоритет и знание </w:t>
      </w:r>
      <w:r>
        <w:rPr>
          <w:b w:val="false"/>
          <w:sz w:val="28"/>
          <w:lang w:val="zxx"/>
        </w:rPr>
        <w:t>runId</w:t>
      </w:r>
      <w:r>
        <w:rPr>
          <w:b w:val="false"/>
          <w:sz w:val="28"/>
        </w:rPr>
        <w:t xml:space="preserve"> сами по себе такого права не дают.</w:t>
      </w:r>
    </w:p>
    <w:p>
      <w:pPr>
        <w:pStyle w:val="Normal"/>
        <w:keepNext w:val="true"/>
        <w:ind w:hanging="0"/>
        <w:jc w:val="start"/>
        <w:rPr/>
      </w:pPr>
      <w:r>
        <w:rPr>
          <w:b w:val="false"/>
          <w:sz w:val="24"/>
        </w:rPr>
        <w:t xml:space="preserve">Таблица </w:t>
      </w:r>
      <w:r>
        <w:rPr>
          <w:b w:val="false"/>
          <w:sz w:val="24"/>
          <w:lang w:val="zxx"/>
        </w:rPr>
        <w:t>5</w:t>
      </w:r>
      <w:r>
        <w:rPr>
          <w:b w:val="false"/>
          <w:sz w:val="24"/>
        </w:rPr>
        <w:t xml:space="preserve"> - Владение и право прерывания</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770"/>
        <w:gridCol w:w="4867"/>
      </w:tblGrid>
      <w:tr>
        <w:trPr>
          <w:cantSplit w:val="true"/>
        </w:trPr>
        <w:tc>
          <w:tcPr>
            <w:tcW w:w="4770"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Ситуация</w:t>
            </w:r>
          </w:p>
        </w:tc>
        <w:tc>
          <w:tcPr>
            <w:tcW w:w="486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Результат</w:t>
            </w:r>
          </w:p>
        </w:tc>
      </w:tr>
      <w:tr>
        <w:trPr>
          <w:cantSplit w:val="true"/>
        </w:trPr>
        <w:tc>
          <w:tcPr>
            <w:tcW w:w="477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А запустил через Б; А отменяет свой запуск</w:t>
            </w:r>
          </w:p>
        </w:tc>
        <w:tc>
          <w:tcPr>
            <w:tcW w:w="486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Б проверяет сохраненное делегирование и отменяет только ветви этого запуска.</w:t>
            </w:r>
          </w:p>
        </w:tc>
      </w:tr>
      <w:tr>
        <w:trPr>
          <w:cantSplit w:val="true"/>
        </w:trPr>
        <w:tc>
          <w:tcPr>
            <w:tcW w:w="477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Б запустил самостоятельно; А выше в иерархии</w:t>
            </w:r>
          </w:p>
        </w:tc>
        <w:tc>
          <w:tcPr>
            <w:tcW w:w="486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А не получает права остановить этот независимый запуск.</w:t>
            </w:r>
          </w:p>
        </w:tc>
      </w:tr>
      <w:tr>
        <w:trPr>
          <w:cantSplit w:val="true"/>
        </w:trPr>
        <w:tc>
          <w:tcPr>
            <w:tcW w:w="477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Б как текущий узел останавливает исполняемый у него запуск</w:t>
            </w:r>
          </w:p>
        </w:tc>
        <w:tc>
          <w:tcPr>
            <w:tcW w:w="486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Проверяются права оператора Б и точная ссылка на исполнение.</w:t>
            </w:r>
          </w:p>
        </w:tc>
      </w:tr>
      <w:tr>
        <w:trPr>
          <w:cantSplit w:val="true"/>
        </w:trPr>
        <w:tc>
          <w:tcPr>
            <w:tcW w:w="477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Внешний сервис передает </w:t>
            </w:r>
            <w:r>
              <w:rPr>
                <w:rFonts w:eastAsia="ＭＳ 明朝" w:cs=""/>
                <w:b w:val="false"/>
                <w:kern w:val="0"/>
                <w:sz w:val="28"/>
                <w:szCs w:val="22"/>
                <w:lang w:val="zxx" w:eastAsia="en-US" w:bidi="ar-SA"/>
              </w:rPr>
              <w:t>originNodeId</w:t>
            </w:r>
            <w:r>
              <w:rPr>
                <w:rFonts w:eastAsia="ＭＳ 明朝" w:cs=""/>
                <w:b w:val="false"/>
                <w:kern w:val="0"/>
                <w:sz w:val="28"/>
                <w:szCs w:val="22"/>
                <w:lang w:eastAsia="en-US" w:bidi="ar-SA"/>
              </w:rPr>
              <w:t xml:space="preserve"> или высокий приоритет</w:t>
            </w:r>
          </w:p>
        </w:tc>
        <w:tc>
          <w:tcPr>
            <w:tcW w:w="486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Поля сервиса не становятся доверенными полномочиями.</w:t>
            </w:r>
          </w:p>
        </w:tc>
      </w:tr>
      <w:tr>
        <w:trPr>
          <w:cantSplit w:val="true"/>
        </w:trPr>
        <w:tc>
          <w:tcPr>
            <w:tcW w:w="4770"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Резервная копия АРМ подключается с общим ключом</w:t>
            </w:r>
          </w:p>
        </w:tc>
        <w:tc>
          <w:tcPr>
            <w:tcW w:w="4867"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Общий ключ не доказывает право активной копии. Нужен механизм исключения двух владельцев.</w:t>
            </w:r>
          </w:p>
        </w:tc>
      </w:tr>
    </w:tbl>
    <w:p>
      <w:pPr>
        <w:pStyle w:val="Normal"/>
        <w:spacing w:before="0" w:after="0"/>
        <w:rPr/>
      </w:pPr>
      <w:r>
        <w:rPr/>
      </w:r>
    </w:p>
    <w:p>
      <w:pPr>
        <w:pStyle w:val="Normal"/>
        <w:jc w:val="both"/>
        <w:rPr/>
      </w:pPr>
      <w:r>
        <w:rPr>
          <w:b w:val="false"/>
          <w:sz w:val="28"/>
          <w:lang w:val="zxx"/>
        </w:rPr>
        <w:t>5.2</w:t>
      </w:r>
      <w:r>
        <w:rPr>
          <w:b w:val="false"/>
          <w:sz w:val="28"/>
        </w:rPr>
        <w:t xml:space="preserve"> АРМ сохраняет </w:t>
      </w:r>
      <w:r>
        <w:rPr>
          <w:b w:val="false"/>
          <w:sz w:val="28"/>
          <w:lang w:val="zxx"/>
        </w:rPr>
        <w:t>originNodeId</w:t>
      </w:r>
      <w:r>
        <w:rPr>
          <w:b w:val="false"/>
          <w:sz w:val="28"/>
        </w:rPr>
        <w:t xml:space="preserve">, </w:t>
      </w:r>
      <w:r>
        <w:rPr>
          <w:b w:val="false"/>
          <w:sz w:val="28"/>
          <w:lang w:val="zxx"/>
        </w:rPr>
        <w:t>runId</w:t>
      </w:r>
      <w:r>
        <w:rPr>
          <w:b w:val="false"/>
          <w:sz w:val="28"/>
        </w:rPr>
        <w:t xml:space="preserve">, </w:t>
      </w:r>
      <w:r>
        <w:rPr>
          <w:b w:val="false"/>
          <w:sz w:val="28"/>
          <w:lang w:val="zxx"/>
        </w:rPr>
        <w:t>branchId</w:t>
      </w:r>
      <w:r>
        <w:rPr>
          <w:b w:val="false"/>
          <w:sz w:val="28"/>
        </w:rPr>
        <w:t xml:space="preserve"> и путь делегирования </w:t>
      </w:r>
      <w:r>
        <w:rPr>
          <w:b w:val="false"/>
          <w:sz w:val="28"/>
          <w:lang w:val="zxx"/>
        </w:rPr>
        <w:t>path</w:t>
      </w:r>
      <w:r>
        <w:rPr>
          <w:b w:val="false"/>
          <w:sz w:val="28"/>
        </w:rPr>
        <w:t xml:space="preserve"> из </w:t>
      </w:r>
      <w:r>
        <w:rPr>
          <w:b w:val="false"/>
          <w:sz w:val="28"/>
          <w:lang w:val="zxx"/>
        </w:rPr>
        <w:t>node-</w:t>
      </w:r>
      <w:r>
        <w:rPr>
          <w:b w:val="false"/>
          <w:sz w:val="28"/>
        </w:rPr>
        <w:t>⁠</w:t>
      </w:r>
      <w:r>
        <w:rPr>
          <w:b w:val="false"/>
          <w:sz w:val="28"/>
          <w:lang w:val="zxx"/>
        </w:rPr>
        <w:t>alert/</w:t>
      </w:r>
      <w:r>
        <w:rPr>
          <w:b w:val="false"/>
          <w:sz w:val="28"/>
        </w:rPr>
        <w:t>⁠</w:t>
      </w:r>
      <w:r>
        <w:rPr>
          <w:b w:val="false"/>
          <w:sz w:val="28"/>
          <w:lang w:val="zxx"/>
        </w:rPr>
        <w:t>2</w:t>
      </w:r>
      <w:r>
        <w:rPr>
          <w:b w:val="false"/>
          <w:sz w:val="28"/>
        </w:rPr>
        <w:t xml:space="preserve">; идентичность каждой ветви задается тройкой </w:t>
      </w:r>
      <w:r>
        <w:rPr>
          <w:b w:val="false"/>
          <w:sz w:val="28"/>
          <w:lang w:val="zxx"/>
        </w:rPr>
        <w:t>originNodeId/</w:t>
      </w:r>
      <w:r>
        <w:rPr>
          <w:b w:val="false"/>
          <w:sz w:val="28"/>
        </w:rPr>
        <w:t>​</w:t>
      </w:r>
      <w:r>
        <w:rPr>
          <w:b w:val="false"/>
          <w:sz w:val="28"/>
          <w:lang w:val="zxx"/>
        </w:rPr>
        <w:t>runId/</w:t>
      </w:r>
      <w:r>
        <w:rPr>
          <w:b w:val="false"/>
          <w:sz w:val="28"/>
        </w:rPr>
        <w:t>​</w:t>
      </w:r>
      <w:r>
        <w:rPr>
          <w:b w:val="false"/>
          <w:sz w:val="28"/>
          <w:lang w:val="zxx"/>
        </w:rPr>
        <w:t>branchId</w:t>
      </w:r>
      <w:r>
        <w:rPr>
          <w:b w:val="false"/>
          <w:sz w:val="28"/>
        </w:rPr>
        <w:t xml:space="preserve">, отдельного </w:t>
      </w:r>
      <w:r>
        <w:rPr>
          <w:b w:val="false"/>
          <w:sz w:val="28"/>
          <w:lang w:val="zxx"/>
        </w:rPr>
        <w:t>delegationId</w:t>
      </w:r>
      <w:r>
        <w:rPr>
          <w:b w:val="false"/>
          <w:sz w:val="28"/>
        </w:rPr>
        <w:t xml:space="preserve"> нет. Прием поручения, изменение ветви, исходящая доставка и аудит связываются локальной транзакцией. Отмена, пришедшая до запуска, оставляет запрет позднего запуска до истечения срока поручения с запасом на часы.</w:t>
      </w:r>
    </w:p>
    <w:p>
      <w:pPr>
        <w:pStyle w:val="Normal"/>
        <w:jc w:val="both"/>
        <w:rPr/>
      </w:pPr>
      <w:r>
        <w:rPr>
          <w:b w:val="false"/>
          <w:sz w:val="28"/>
          <w:lang w:val="zxx"/>
        </w:rPr>
        <w:t>5.3</w:t>
      </w:r>
      <w:r>
        <w:rPr>
          <w:b w:val="false"/>
          <w:sz w:val="28"/>
        </w:rPr>
        <w:t xml:space="preserve"> УУ в базовом профиле доверяет аутентифицированному непосредственному владельцу и проверяет конкретный сеанс. Проверка полной межузловой цепочки на приборе и сквозная подпись поручения являются отдельным расширением. Защита </w:t>
      </w:r>
      <w:r>
        <w:rPr>
          <w:b w:val="false"/>
          <w:sz w:val="28"/>
          <w:lang w:val="zxx"/>
        </w:rPr>
        <w:t>Ethernet-</w:t>
      </w:r>
      <w:r>
        <w:rPr>
          <w:b w:val="false"/>
          <w:sz w:val="28"/>
        </w:rPr>
        <w:t>канала не защищает от захваченного доверенного АРМ.</w:t>
      </w:r>
    </w:p>
    <w:p>
      <w:pPr>
        <w:pStyle w:val="Normal"/>
        <w:jc w:val="both"/>
        <w:rPr/>
      </w:pPr>
      <w:r>
        <w:rPr>
          <w:b w:val="false"/>
          <w:sz w:val="28"/>
          <w:lang w:val="zxx"/>
        </w:rPr>
        <w:t>5.4</w:t>
      </w:r>
      <w:r>
        <w:rPr>
          <w:b w:val="false"/>
          <w:sz w:val="28"/>
        </w:rPr>
        <w:t xml:space="preserve"> Допуск АРМ к устройству и владение конкретным исполнением проверяются раздельно. Несколько АРМ могут иметь право управления одним УУ, но это не дает каждому права отменять чужой сеанс. Чтение состояния, обнаружение прибора и наличие его карточки в АРМ сами по себе не предоставляют владение.</w:t>
      </w:r>
    </w:p>
    <w:p>
      <w:pPr>
        <w:pStyle w:val="Normal"/>
        <w:jc w:val="both"/>
        <w:rPr/>
      </w:pPr>
      <w:r>
        <w:rPr>
          <w:b w:val="false"/>
          <w:sz w:val="28"/>
          <w:lang w:val="zxx"/>
        </w:rPr>
        <w:t>5.5</w:t>
      </w:r>
      <w:r>
        <w:rPr>
          <w:b w:val="false"/>
          <w:sz w:val="28"/>
        </w:rPr>
        <w:t xml:space="preserve"> </w:t>
      </w:r>
      <w:r>
        <w:rPr>
          <w:b w:val="false"/>
          <w:sz w:val="28"/>
          <w:lang w:val="zxx"/>
        </w:rPr>
        <w:t>IP-</w:t>
      </w:r>
      <w:r>
        <w:rPr>
          <w:b w:val="false"/>
          <w:sz w:val="28"/>
        </w:rPr>
        <w:t xml:space="preserve">адрес определяет сетевой маршрут, а не владельца. Смена адреса того же участника требует подтверждения идентичности и </w:t>
      </w:r>
      <w:r>
        <w:rPr>
          <w:b w:val="false"/>
          <w:sz w:val="28"/>
          <w:lang w:val="zxx"/>
        </w:rPr>
        <w:t>control.resume</w:t>
      </w:r>
      <w:r>
        <w:rPr>
          <w:b w:val="false"/>
          <w:sz w:val="28"/>
        </w:rPr>
        <w:t xml:space="preserve"> с прежним контекстом; новый адрес не обнуляет историю. Передача управления другому участнику </w:t>
      </w:r>
      <w:r>
        <w:rPr>
          <w:b w:val="false"/>
          <w:sz w:val="28"/>
          <w:lang w:val="zxx"/>
        </w:rPr>
        <w:t>ДОПУСКАЕТСЯ</w:t>
      </w:r>
      <w:r>
        <w:rPr>
          <w:b w:val="false"/>
          <w:sz w:val="28"/>
        </w:rPr>
        <w:t xml:space="preserve"> только по правилам профиля после завершения исполнения и подтверждения допустимого состояния ресурсов. Неизвестное выключение не считается свободным устройством. Перезапуск АРМ без сохраненного контекста не дает права присвоить продолжающийся сеанс.</w:t>
      </w:r>
    </w:p>
    <w:p>
      <w:pPr>
        <w:pStyle w:val="Normal"/>
        <w:jc w:val="both"/>
        <w:rPr/>
      </w:pPr>
      <w:r>
        <w:rPr>
          <w:b w:val="false"/>
          <w:sz w:val="28"/>
          <w:lang w:val="zxx"/>
        </w:rPr>
        <w:t>5.6</w:t>
      </w:r>
      <w:r>
        <w:rPr>
          <w:b w:val="false"/>
          <w:sz w:val="28"/>
        </w:rPr>
        <w:t xml:space="preserve"> Передача права говорить, квитирование аварии, чтение состояния и администрирование не передают владение оповещением. Сброс, перезагрузка, отзыв медиапотока и изменение маршрута не могут использоваться для обхода права прерывания. Встроенная аппаратная защита от аварии действует по профилю ОУ и регистрируется с собственной причиной; она не выдается за операторскую отмену.</w:t>
      </w:r>
    </w:p>
    <w:p>
      <w:pPr>
        <w:pStyle w:val="2"/>
        <w:rPr/>
      </w:pPr>
      <w:r>
        <w:rPr/>
        <w:t>Состояния владения</w:t>
      </w:r>
    </w:p>
    <w:p>
      <w:pPr>
        <w:pStyle w:val="Normal"/>
        <w:keepNext w:val="true"/>
        <w:jc w:val="start"/>
        <w:rPr/>
      </w:pPr>
      <w:r>
        <w:rPr>
          <w:b/>
          <w:sz w:val="28"/>
          <w:lang w:val="zxx"/>
        </w:rPr>
        <w:t>5.7</w:t>
      </w:r>
      <w:r>
        <w:rPr>
          <w:b/>
          <w:sz w:val="28"/>
        </w:rPr>
        <w:t xml:space="preserve"> </w:t>
      </w:r>
      <w:r>
        <w:rPr>
          <w:b/>
          <w:sz w:val="28"/>
          <w:lang w:val="zxx"/>
        </w:rPr>
        <w:t>free</w:t>
      </w:r>
    </w:p>
    <w:p>
      <w:pPr>
        <w:pStyle w:val="Normal"/>
        <w:jc w:val="both"/>
        <w:rPr/>
      </w:pPr>
      <w:r>
        <w:rPr>
          <w:b w:val="false"/>
          <w:sz w:val="28"/>
          <w:lang w:val="zxx"/>
        </w:rPr>
        <w:t>control.acquire</w:t>
      </w:r>
      <w:r>
        <w:rPr>
          <w:b w:val="false"/>
          <w:sz w:val="28"/>
        </w:rPr>
        <w:t xml:space="preserve"> выдает одну эпоху и прикрепляет канал при допустимом состоянии ресурсов.</w:t>
      </w:r>
    </w:p>
    <w:p>
      <w:pPr>
        <w:pStyle w:val="Normal"/>
        <w:keepNext w:val="true"/>
        <w:jc w:val="start"/>
        <w:rPr/>
      </w:pPr>
      <w:r>
        <w:rPr>
          <w:b/>
          <w:sz w:val="28"/>
          <w:lang w:val="zxx"/>
        </w:rPr>
        <w:t>5.8</w:t>
      </w:r>
      <w:r>
        <w:rPr>
          <w:b/>
          <w:sz w:val="28"/>
        </w:rPr>
        <w:t xml:space="preserve"> </w:t>
      </w:r>
      <w:r>
        <w:rPr>
          <w:b/>
          <w:sz w:val="28"/>
          <w:lang w:val="zxx"/>
        </w:rPr>
        <w:t>held</w:t>
      </w:r>
    </w:p>
    <w:p>
      <w:pPr>
        <w:pStyle w:val="Normal"/>
        <w:jc w:val="both"/>
        <w:rPr/>
      </w:pPr>
      <w:r>
        <w:rPr>
          <w:b w:val="false"/>
          <w:sz w:val="28"/>
        </w:rPr>
        <w:t xml:space="preserve">Один </w:t>
      </w:r>
      <w:r>
        <w:rPr>
          <w:b w:val="false"/>
          <w:sz w:val="28"/>
          <w:lang w:val="zxx"/>
        </w:rPr>
        <w:t>principalId</w:t>
      </w:r>
      <w:r>
        <w:rPr>
          <w:b w:val="false"/>
          <w:sz w:val="28"/>
        </w:rPr>
        <w:t xml:space="preserve"> и </w:t>
      </w:r>
      <w:r>
        <w:rPr>
          <w:b w:val="false"/>
          <w:sz w:val="28"/>
          <w:lang w:val="zxx"/>
        </w:rPr>
        <w:t>instanceId</w:t>
      </w:r>
      <w:r>
        <w:rPr>
          <w:b w:val="false"/>
          <w:sz w:val="28"/>
        </w:rPr>
        <w:t>, одна эпоха и один прикрепленный канал. Опрос наблюдателя владение не получает и не продлевает.</w:t>
      </w:r>
    </w:p>
    <w:p>
      <w:pPr>
        <w:pStyle w:val="Normal"/>
        <w:keepNext w:val="true"/>
        <w:jc w:val="start"/>
        <w:rPr/>
      </w:pPr>
      <w:r>
        <w:rPr>
          <w:b/>
          <w:sz w:val="28"/>
          <w:lang w:val="zxx"/>
        </w:rPr>
        <w:t>5.9</w:t>
      </w:r>
      <w:r>
        <w:rPr>
          <w:b/>
          <w:sz w:val="28"/>
        </w:rPr>
        <w:t xml:space="preserve"> </w:t>
      </w:r>
      <w:r>
        <w:rPr>
          <w:b/>
          <w:sz w:val="28"/>
          <w:lang w:val="zxx"/>
        </w:rPr>
        <w:t>detached</w:t>
      </w:r>
    </w:p>
    <w:p>
      <w:pPr>
        <w:pStyle w:val="Normal"/>
        <w:jc w:val="both"/>
        <w:rPr/>
      </w:pPr>
      <w:r>
        <w:rPr>
          <w:b w:val="false"/>
          <w:sz w:val="28"/>
        </w:rPr>
        <w:t xml:space="preserve">Канал потерян, эпоха и история сохранены. Тот же экземпляр восстанавливается через </w:t>
      </w:r>
      <w:r>
        <w:rPr>
          <w:b w:val="false"/>
          <w:sz w:val="28"/>
          <w:lang w:val="zxx"/>
        </w:rPr>
        <w:t>resume.</w:t>
      </w:r>
      <w:r>
        <w:rPr>
          <w:b w:val="false"/>
          <w:sz w:val="28"/>
        </w:rPr>
        <w:t xml:space="preserve"> До истечения </w:t>
      </w:r>
      <w:r>
        <w:rPr>
          <w:b w:val="false"/>
          <w:sz w:val="28"/>
          <w:lang w:val="zxx"/>
        </w:rPr>
        <w:t>lease</w:t>
      </w:r>
      <w:r>
        <w:rPr>
          <w:b w:val="false"/>
          <w:sz w:val="28"/>
        </w:rPr>
        <w:t xml:space="preserve"> другой участник получает </w:t>
      </w:r>
      <w:r>
        <w:rPr>
          <w:b w:val="false"/>
          <w:sz w:val="28"/>
          <w:lang w:val="zxx"/>
        </w:rPr>
        <w:t>busy</w:t>
      </w:r>
      <w:r>
        <w:rPr>
          <w:b w:val="false"/>
          <w:sz w:val="28"/>
        </w:rPr>
        <w:t xml:space="preserve"> при наличии исполнения; свободное владение уступает </w:t>
      </w:r>
      <w:r>
        <w:rPr>
          <w:b w:val="false"/>
          <w:sz w:val="28"/>
          <w:lang w:val="zxx"/>
        </w:rPr>
        <w:t>real</w:t>
      </w:r>
      <w:r>
        <w:rPr>
          <w:b w:val="false"/>
          <w:sz w:val="28"/>
        </w:rPr>
        <w:t xml:space="preserve"> по правилу обслуживания ниже.</w:t>
      </w:r>
    </w:p>
    <w:p>
      <w:pPr>
        <w:pStyle w:val="Normal"/>
        <w:keepNext w:val="true"/>
        <w:jc w:val="start"/>
        <w:rPr/>
      </w:pPr>
      <w:r>
        <w:rPr>
          <w:b/>
          <w:sz w:val="28"/>
          <w:lang w:val="zxx"/>
        </w:rPr>
        <w:t>5.10</w:t>
      </w:r>
      <w:r>
        <w:rPr>
          <w:b/>
          <w:sz w:val="28"/>
        </w:rPr>
        <w:t xml:space="preserve"> </w:t>
      </w:r>
      <w:r>
        <w:rPr>
          <w:b/>
          <w:sz w:val="28"/>
          <w:lang w:val="zxx"/>
        </w:rPr>
        <w:t>draining</w:t>
      </w:r>
    </w:p>
    <w:p>
      <w:pPr>
        <w:pStyle w:val="Normal"/>
        <w:jc w:val="both"/>
        <w:rPr/>
      </w:pPr>
      <w:r>
        <w:rPr>
          <w:b w:val="false"/>
          <w:sz w:val="28"/>
          <w:lang w:val="zxx"/>
        </w:rPr>
        <w:t>Lease</w:t>
      </w:r>
      <w:r>
        <w:rPr>
          <w:b w:val="false"/>
          <w:sz w:val="28"/>
        </w:rPr>
        <w:t xml:space="preserve"> истек во время исполнения: применяется </w:t>
      </w:r>
      <w:r>
        <w:rPr>
          <w:b w:val="false"/>
          <w:sz w:val="28"/>
          <w:lang w:val="zxx"/>
        </w:rPr>
        <w:t>stop/</w:t>
      </w:r>
      <w:r>
        <w:rPr>
          <w:b w:val="false"/>
          <w:sz w:val="28"/>
        </w:rPr>
        <w:t>​</w:t>
      </w:r>
      <w:r>
        <w:rPr>
          <w:b w:val="false"/>
          <w:sz w:val="28"/>
          <w:lang w:val="zxx"/>
        </w:rPr>
        <w:t>finish.</w:t>
      </w:r>
      <w:r>
        <w:rPr>
          <w:b w:val="false"/>
          <w:sz w:val="28"/>
        </w:rPr>
        <w:t xml:space="preserve"> Новый </w:t>
      </w:r>
      <w:r>
        <w:rPr>
          <w:b w:val="false"/>
          <w:sz w:val="28"/>
          <w:lang w:val="zxx"/>
        </w:rPr>
        <w:t>session.start</w:t>
      </w:r>
      <w:r>
        <w:rPr>
          <w:b w:val="false"/>
          <w:sz w:val="28"/>
        </w:rPr>
        <w:t xml:space="preserve"> запрещен, эпоха сохраняется для адресной отмены и чтения результата.</w:t>
      </w:r>
    </w:p>
    <w:p>
      <w:pPr>
        <w:pStyle w:val="Normal"/>
        <w:keepNext w:val="true"/>
        <w:jc w:val="start"/>
        <w:rPr/>
      </w:pPr>
      <w:r>
        <w:rPr>
          <w:b/>
          <w:sz w:val="28"/>
          <w:lang w:val="zxx"/>
        </w:rPr>
        <w:t>5.11</w:t>
      </w:r>
      <w:r>
        <w:rPr>
          <w:b/>
          <w:sz w:val="28"/>
        </w:rPr>
        <w:t xml:space="preserve"> </w:t>
      </w:r>
      <w:r>
        <w:rPr>
          <w:b/>
          <w:sz w:val="28"/>
          <w:lang w:val="zxx"/>
        </w:rPr>
        <w:t>blocked</w:t>
      </w:r>
    </w:p>
    <w:p>
      <w:pPr>
        <w:pStyle w:val="Normal"/>
        <w:jc w:val="both"/>
        <w:rPr/>
      </w:pPr>
      <w:r>
        <w:rPr>
          <w:b w:val="false"/>
          <w:sz w:val="28"/>
        </w:rPr>
        <w:t xml:space="preserve">Выключение неизвестно. Диагностика и адресная остановка своего известного исполнения разрешены; новый владелец и </w:t>
      </w:r>
      <w:r>
        <w:rPr>
          <w:b w:val="false"/>
          <w:sz w:val="28"/>
          <w:lang w:val="zxx"/>
        </w:rPr>
        <w:t>session.start</w:t>
      </w:r>
      <w:r>
        <w:rPr>
          <w:b w:val="false"/>
          <w:sz w:val="28"/>
        </w:rPr>
        <w:t xml:space="preserve"> запрещены.</w:t>
      </w:r>
    </w:p>
    <w:p>
      <w:pPr>
        <w:pStyle w:val="Normal"/>
        <w:keepNext w:val="true"/>
        <w:jc w:val="start"/>
        <w:rPr/>
      </w:pPr>
      <w:r>
        <w:rPr>
          <w:b/>
          <w:sz w:val="28"/>
          <w:lang w:val="zxx"/>
        </w:rPr>
        <w:t>5.12</w:t>
      </w:r>
      <w:r>
        <w:rPr>
          <w:b/>
          <w:sz w:val="28"/>
        </w:rPr>
        <w:t xml:space="preserve"> </w:t>
      </w:r>
      <w:r>
        <w:rPr>
          <w:b/>
          <w:sz w:val="28"/>
          <w:lang w:val="zxx"/>
        </w:rPr>
        <w:t>released</w:t>
      </w:r>
    </w:p>
    <w:p>
      <w:pPr>
        <w:pStyle w:val="Normal"/>
        <w:jc w:val="both"/>
        <w:rPr/>
      </w:pPr>
      <w:r>
        <w:rPr>
          <w:b w:val="false"/>
          <w:sz w:val="28"/>
        </w:rPr>
        <w:t xml:space="preserve">Явное освобождение, истечение </w:t>
      </w:r>
      <w:r>
        <w:rPr>
          <w:b w:val="false"/>
          <w:sz w:val="28"/>
          <w:lang w:val="zxx"/>
        </w:rPr>
        <w:t>lease/</w:t>
      </w:r>
      <w:r>
        <w:rPr>
          <w:b w:val="false"/>
          <w:sz w:val="28"/>
        </w:rPr>
        <w:t>​</w:t>
      </w:r>
      <w:r>
        <w:rPr>
          <w:b w:val="false"/>
          <w:sz w:val="28"/>
          <w:lang w:val="zxx"/>
        </w:rPr>
        <w:t>idleDeadlineMs</w:t>
      </w:r>
      <w:r>
        <w:rPr>
          <w:b w:val="false"/>
          <w:sz w:val="28"/>
        </w:rPr>
        <w:t xml:space="preserve">, конец технического теста либо передача свободного владения </w:t>
      </w:r>
      <w:r>
        <w:rPr>
          <w:b w:val="false"/>
          <w:sz w:val="28"/>
          <w:lang w:val="zxx"/>
        </w:rPr>
        <w:t>real</w:t>
      </w:r>
      <w:r>
        <w:rPr>
          <w:b w:val="false"/>
          <w:sz w:val="28"/>
        </w:rPr>
        <w:t xml:space="preserve"> при подтвержденном </w:t>
      </w:r>
      <w:r>
        <w:rPr>
          <w:b w:val="false"/>
          <w:sz w:val="28"/>
          <w:lang w:val="zxx"/>
        </w:rPr>
        <w:t>off.</w:t>
      </w:r>
      <w:r>
        <w:rPr>
          <w:b w:val="false"/>
          <w:sz w:val="28"/>
        </w:rPr>
        <w:t xml:space="preserve"> Старый </w:t>
      </w:r>
      <w:r>
        <w:rPr>
          <w:b w:val="false"/>
          <w:sz w:val="28"/>
          <w:lang w:val="zxx"/>
        </w:rPr>
        <w:t>acquire</w:t>
      </w:r>
      <w:r>
        <w:rPr>
          <w:b w:val="false"/>
          <w:sz w:val="28"/>
        </w:rPr>
        <w:t xml:space="preserve"> не выдает управление повторно.</w:t>
      </w:r>
    </w:p>
    <w:p>
      <w:pPr>
        <w:pStyle w:val="2"/>
        <w:rPr/>
      </w:pPr>
      <w:r>
        <w:rPr/>
        <w:t>Выдача управления и повторы</w:t>
      </w:r>
    </w:p>
    <w:p>
      <w:pPr>
        <w:pStyle w:val="Normal"/>
        <w:jc w:val="start"/>
        <w:rPr/>
      </w:pPr>
      <w:r>
        <w:rPr>
          <w:b w:val="false"/>
          <w:sz w:val="28"/>
          <w:lang w:val="zxx"/>
        </w:rPr>
        <w:t>5.13</w:t>
      </w:r>
      <w:r>
        <w:rPr>
          <w:b w:val="false"/>
          <w:sz w:val="28"/>
        </w:rPr>
        <w:t xml:space="preserve"> </w:t>
      </w:r>
      <w:r>
        <w:rPr>
          <w:b w:val="false"/>
          <w:sz w:val="28"/>
          <w:lang w:val="zxx"/>
        </w:rPr>
        <w:t>acquireSeq</w:t>
      </w:r>
      <w:r>
        <w:rPr>
          <w:b w:val="false"/>
          <w:sz w:val="28"/>
        </w:rPr>
        <w:t xml:space="preserve"> - </w:t>
      </w:r>
      <w:r>
        <w:rPr>
          <w:b w:val="false"/>
          <w:sz w:val="28"/>
          <w:lang w:val="zxx"/>
        </w:rPr>
        <w:t>uint64</w:t>
      </w:r>
      <w:r>
        <w:rPr>
          <w:b w:val="false"/>
          <w:sz w:val="28"/>
        </w:rPr>
        <w:t xml:space="preserve"> &gt; </w:t>
      </w:r>
      <w:r>
        <w:rPr>
          <w:b w:val="false"/>
          <w:sz w:val="28"/>
          <w:lang w:val="zxx"/>
        </w:rPr>
        <w:t>0</w:t>
      </w:r>
      <w:r>
        <w:rPr>
          <w:b w:val="false"/>
          <w:sz w:val="28"/>
        </w:rPr>
        <w:t xml:space="preserve">, монотонный номер попытки в области </w:t>
      </w:r>
      <w:r>
        <w:rPr>
          <w:b w:val="false"/>
          <w:sz w:val="28"/>
          <w:lang w:val="zxx"/>
        </w:rPr>
        <w:t>principalId/</w:t>
      </w:r>
      <w:r>
        <w:rPr>
          <w:b w:val="false"/>
          <w:sz w:val="28"/>
        </w:rPr>
        <w:t>​</w:t>
      </w:r>
      <w:r>
        <w:rPr>
          <w:b w:val="false"/>
          <w:sz w:val="28"/>
          <w:lang w:val="zxx"/>
        </w:rPr>
        <w:t>deviceId/</w:t>
      </w:r>
      <w:r>
        <w:rPr>
          <w:b w:val="false"/>
          <w:sz w:val="28"/>
        </w:rPr>
        <w:t>​</w:t>
      </w:r>
      <w:r>
        <w:rPr>
          <w:b w:val="false"/>
          <w:sz w:val="28"/>
          <w:lang w:val="zxx"/>
        </w:rPr>
        <w:t>bootId.</w:t>
      </w:r>
      <w:r>
        <w:rPr>
          <w:b w:val="false"/>
          <w:sz w:val="28"/>
        </w:rPr>
        <w:t xml:space="preserve"> АРМ </w:t>
      </w:r>
      <w:r>
        <w:rPr>
          <w:b w:val="false"/>
          <w:sz w:val="28"/>
          <w:lang w:val="zxx"/>
        </w:rPr>
        <w:t>ДОЛЖЕН</w:t>
      </w:r>
      <w:r>
        <w:rPr>
          <w:b w:val="false"/>
          <w:sz w:val="28"/>
        </w:rPr>
        <w:t xml:space="preserve"> сохранить его и </w:t>
      </w:r>
      <w:r>
        <w:rPr>
          <w:b w:val="false"/>
          <w:sz w:val="28"/>
          <w:lang w:val="zxx"/>
        </w:rPr>
        <w:t>instanceId</w:t>
      </w:r>
      <w:r>
        <w:rPr>
          <w:b w:val="false"/>
          <w:sz w:val="28"/>
        </w:rPr>
        <w:t xml:space="preserve"> до отправки. УУ хранит для каждого допущенного </w:t>
      </w:r>
      <w:r>
        <w:rPr>
          <w:b w:val="false"/>
          <w:sz w:val="28"/>
          <w:lang w:val="zxx"/>
        </w:rPr>
        <w:t>principalId</w:t>
      </w:r>
      <w:r>
        <w:rPr>
          <w:b w:val="false"/>
          <w:sz w:val="28"/>
        </w:rPr>
        <w:t xml:space="preserve"> старший </w:t>
      </w:r>
      <w:r>
        <w:rPr>
          <w:b w:val="false"/>
          <w:sz w:val="28"/>
          <w:lang w:val="zxx"/>
        </w:rPr>
        <w:t>acquireSeq</w:t>
      </w:r>
      <w:r>
        <w:rPr>
          <w:b w:val="false"/>
          <w:sz w:val="28"/>
        </w:rPr>
        <w:t xml:space="preserve">, нормализованный запрос и его последнее решение до смены </w:t>
      </w:r>
      <w:r>
        <w:rPr>
          <w:b w:val="false"/>
          <w:sz w:val="28"/>
          <w:lang w:val="zxx"/>
        </w:rPr>
        <w:t>bootId.</w:t>
      </w:r>
      <w:r>
        <w:rPr>
          <w:b w:val="false"/>
          <w:sz w:val="28"/>
        </w:rPr>
        <w:t xml:space="preserve"> Повтор того же номера и содержимого возвращает ту же </w:t>
      </w:r>
      <w:r>
        <w:rPr>
          <w:b w:val="false"/>
          <w:sz w:val="28"/>
          <w:lang w:val="zxx"/>
        </w:rPr>
        <w:t>controlEpoch</w:t>
      </w:r>
      <w:r>
        <w:rPr>
          <w:b w:val="false"/>
          <w:sz w:val="28"/>
        </w:rPr>
        <w:t xml:space="preserve">; изменение </w:t>
      </w:r>
      <w:r>
        <w:rPr>
          <w:b w:val="false"/>
          <w:sz w:val="28"/>
          <w:lang w:val="zxx"/>
        </w:rPr>
        <w:t>instanceId</w:t>
      </w:r>
      <w:r>
        <w:rPr>
          <w:b w:val="false"/>
          <w:sz w:val="28"/>
        </w:rPr>
        <w:t xml:space="preserve"> или </w:t>
      </w:r>
      <w:r>
        <w:rPr>
          <w:b w:val="false"/>
          <w:sz w:val="28"/>
          <w:lang w:val="zxx"/>
        </w:rPr>
        <w:t>purpose</w:t>
      </w:r>
      <w:r>
        <w:rPr>
          <w:b w:val="false"/>
          <w:sz w:val="28"/>
        </w:rPr>
        <w:t xml:space="preserve"> дает </w:t>
      </w:r>
      <w:r>
        <w:rPr>
          <w:b w:val="false"/>
          <w:sz w:val="28"/>
          <w:lang w:val="zxx"/>
        </w:rPr>
        <w:t>conflict</w:t>
      </w:r>
      <w:r>
        <w:rPr>
          <w:b w:val="false"/>
          <w:sz w:val="28"/>
        </w:rPr>
        <w:t xml:space="preserve">; меньший номер дает </w:t>
      </w:r>
      <w:r>
        <w:rPr>
          <w:b w:val="false"/>
          <w:sz w:val="28"/>
          <w:lang w:val="zxx"/>
        </w:rPr>
        <w:t>resultExpired.</w:t>
      </w:r>
      <w:r>
        <w:rPr>
          <w:b w:val="false"/>
          <w:sz w:val="28"/>
        </w:rPr>
        <w:t xml:space="preserve"> Новый больший номер расходуется и при </w:t>
      </w:r>
      <w:r>
        <w:rPr>
          <w:b w:val="false"/>
          <w:sz w:val="28"/>
          <w:lang w:val="zxx"/>
        </w:rPr>
        <w:t>busy.</w:t>
      </w:r>
      <w:r>
        <w:rPr>
          <w:b w:val="false"/>
          <w:sz w:val="28"/>
        </w:rPr>
        <w:t xml:space="preserve"> Отказ аутентификации, старый </w:t>
      </w:r>
      <w:r>
        <w:rPr>
          <w:b w:val="false"/>
          <w:sz w:val="28"/>
          <w:lang w:val="zxx"/>
        </w:rPr>
        <w:t>bootId</w:t>
      </w:r>
      <w:r>
        <w:rPr>
          <w:b w:val="false"/>
          <w:sz w:val="28"/>
        </w:rPr>
        <w:t xml:space="preserve"> и неверная оболочка номер не расходуют. Повтор потерянного </w:t>
      </w:r>
      <w:r>
        <w:rPr>
          <w:b w:val="false"/>
          <w:sz w:val="28"/>
          <w:lang w:val="zxx"/>
        </w:rPr>
        <w:t>busy</w:t>
      </w:r>
      <w:r>
        <w:rPr>
          <w:b w:val="false"/>
          <w:sz w:val="28"/>
        </w:rPr>
        <w:t xml:space="preserve"> остается </w:t>
      </w:r>
      <w:r>
        <w:rPr>
          <w:b w:val="false"/>
          <w:sz w:val="28"/>
          <w:lang w:val="zxx"/>
        </w:rPr>
        <w:t>busy</w:t>
      </w:r>
      <w:r>
        <w:rPr>
          <w:b w:val="false"/>
          <w:sz w:val="28"/>
        </w:rPr>
        <w:t>; новая попытка требует нового номера.</w:t>
      </w:r>
    </w:p>
    <w:p>
      <w:pPr>
        <w:pStyle w:val="Normal"/>
        <w:jc w:val="both"/>
        <w:rPr/>
      </w:pPr>
      <w:r>
        <w:rPr>
          <w:b w:val="false"/>
          <w:sz w:val="28"/>
          <w:lang w:val="zxx"/>
        </w:rPr>
        <w:t>5.14</w:t>
      </w:r>
      <w:r>
        <w:rPr>
          <w:b w:val="false"/>
          <w:sz w:val="28"/>
        </w:rPr>
        <w:t xml:space="preserve"> Ответ </w:t>
      </w:r>
      <w:r>
        <w:rPr>
          <w:b w:val="false"/>
          <w:sz w:val="28"/>
          <w:lang w:val="zxx"/>
        </w:rPr>
        <w:t>acquire</w:t>
      </w:r>
      <w:r>
        <w:rPr>
          <w:b w:val="false"/>
          <w:sz w:val="28"/>
        </w:rPr>
        <w:t xml:space="preserve"> содержит </w:t>
      </w:r>
      <w:r>
        <w:rPr>
          <w:b w:val="false"/>
          <w:sz w:val="28"/>
          <w:lang w:val="zxx"/>
        </w:rPr>
        <w:t>current:</w:t>
      </w:r>
      <w:r>
        <w:rPr>
          <w:b w:val="false"/>
          <w:sz w:val="28"/>
        </w:rPr>
        <w:t xml:space="preserve"> существует ли выданное владение сейчас. Повтор после освобождения возвращает прежнее решение с </w:t>
      </w:r>
      <w:r>
        <w:rPr>
          <w:b w:val="false"/>
          <w:sz w:val="28"/>
          <w:lang w:val="zxx"/>
        </w:rPr>
        <w:t>current=false</w:t>
      </w:r>
      <w:r>
        <w:rPr>
          <w:b w:val="false"/>
          <w:sz w:val="28"/>
        </w:rPr>
        <w:t xml:space="preserve"> и не выдает эпоху заново. Повтор </w:t>
      </w:r>
      <w:r>
        <w:rPr>
          <w:b w:val="false"/>
          <w:sz w:val="28"/>
          <w:lang w:val="zxx"/>
        </w:rPr>
        <w:t>acquire</w:t>
      </w:r>
      <w:r>
        <w:rPr>
          <w:b w:val="false"/>
          <w:sz w:val="28"/>
        </w:rPr>
        <w:t xml:space="preserve"> с другого соединения только читает решение: для прикрепления нужен </w:t>
      </w:r>
      <w:r>
        <w:rPr>
          <w:b w:val="false"/>
          <w:sz w:val="28"/>
          <w:lang w:val="zxx"/>
        </w:rPr>
        <w:t>resume.</w:t>
      </w:r>
      <w:r>
        <w:rPr>
          <w:b w:val="false"/>
          <w:sz w:val="28"/>
        </w:rPr>
        <w:t xml:space="preserve"> Тем самым потеря ответа </w:t>
      </w:r>
      <w:r>
        <w:rPr>
          <w:b w:val="false"/>
          <w:sz w:val="28"/>
          <w:lang w:val="zxx"/>
        </w:rPr>
        <w:t>acquire</w:t>
      </w:r>
      <w:r>
        <w:rPr>
          <w:b w:val="false"/>
          <w:sz w:val="28"/>
        </w:rPr>
        <w:t xml:space="preserve"> не требует угадывать эпоху или останавливать ОУ.</w:t>
      </w:r>
    </w:p>
    <w:p>
      <w:pPr>
        <w:pStyle w:val="Normal"/>
        <w:jc w:val="start"/>
        <w:rPr/>
      </w:pPr>
      <w:r>
        <w:rPr>
          <w:b w:val="false"/>
          <w:sz w:val="28"/>
          <w:lang w:val="zxx"/>
        </w:rPr>
        <w:t>5.15</w:t>
      </w:r>
      <w:r>
        <w:rPr>
          <w:b w:val="false"/>
          <w:sz w:val="28"/>
        </w:rPr>
        <w:t xml:space="preserve"> В повторе </w:t>
      </w:r>
      <w:r>
        <w:rPr>
          <w:b w:val="false"/>
          <w:sz w:val="28"/>
          <w:lang w:val="zxx"/>
        </w:rPr>
        <w:t>acquire</w:t>
      </w:r>
      <w:r>
        <w:rPr>
          <w:b w:val="false"/>
          <w:sz w:val="28"/>
        </w:rPr>
        <w:t xml:space="preserve"> неизменны решение о выдаче, </w:t>
      </w:r>
      <w:r>
        <w:rPr>
          <w:b w:val="false"/>
          <w:sz w:val="28"/>
          <w:lang w:val="zxx"/>
        </w:rPr>
        <w:t>acquireSeq</w:t>
      </w:r>
      <w:r>
        <w:rPr>
          <w:b w:val="false"/>
          <w:sz w:val="28"/>
        </w:rPr>
        <w:t xml:space="preserve">, </w:t>
      </w:r>
      <w:r>
        <w:rPr>
          <w:b w:val="false"/>
          <w:sz w:val="28"/>
          <w:lang w:val="zxx"/>
        </w:rPr>
        <w:t>instanceId</w:t>
      </w:r>
      <w:r>
        <w:rPr>
          <w:b w:val="false"/>
          <w:sz w:val="28"/>
        </w:rPr>
        <w:t xml:space="preserve">, </w:t>
      </w:r>
      <w:r>
        <w:rPr>
          <w:b w:val="false"/>
          <w:sz w:val="28"/>
          <w:lang w:val="zxx"/>
        </w:rPr>
        <w:t>purpose</w:t>
      </w:r>
      <w:r>
        <w:rPr>
          <w:b w:val="false"/>
          <w:sz w:val="28"/>
        </w:rPr>
        <w:t xml:space="preserve"> и назначенная эпоха. </w:t>
      </w:r>
      <w:r>
        <w:rPr>
          <w:b w:val="false"/>
          <w:sz w:val="28"/>
          <w:lang w:val="zxx"/>
        </w:rPr>
        <w:t>current</w:t>
      </w:r>
      <w:r>
        <w:rPr>
          <w:b w:val="false"/>
          <w:sz w:val="28"/>
        </w:rPr>
        <w:t xml:space="preserve">, </w:t>
      </w:r>
      <w:r>
        <w:rPr>
          <w:b w:val="false"/>
          <w:sz w:val="28"/>
          <w:lang w:val="zxx"/>
        </w:rPr>
        <w:t>highWater</w:t>
      </w:r>
      <w:r>
        <w:rPr>
          <w:b w:val="false"/>
          <w:sz w:val="28"/>
        </w:rPr>
        <w:t xml:space="preserve">, </w:t>
      </w:r>
      <w:r>
        <w:rPr>
          <w:b w:val="false"/>
          <w:sz w:val="28"/>
          <w:lang w:val="zxx"/>
        </w:rPr>
        <w:t>attachSeq</w:t>
      </w:r>
      <w:r>
        <w:rPr>
          <w:b w:val="false"/>
          <w:sz w:val="28"/>
        </w:rPr>
        <w:t xml:space="preserve"> и </w:t>
      </w:r>
      <w:r>
        <w:rPr>
          <w:b w:val="false"/>
          <w:sz w:val="28"/>
          <w:lang w:val="zxx"/>
        </w:rPr>
        <w:t>leaseRemainingMs</w:t>
      </w:r>
      <w:r>
        <w:rPr>
          <w:b w:val="false"/>
          <w:sz w:val="28"/>
        </w:rPr>
        <w:t xml:space="preserve"> отражают состояние на момент ответа. Восстановление связи продлевает </w:t>
      </w:r>
      <w:r>
        <w:rPr>
          <w:b w:val="false"/>
          <w:sz w:val="28"/>
          <w:lang w:val="zxx"/>
        </w:rPr>
        <w:t>lease</w:t>
      </w:r>
      <w:r>
        <w:rPr>
          <w:b w:val="false"/>
          <w:sz w:val="28"/>
        </w:rPr>
        <w:t xml:space="preserve"> только после успешного </w:t>
      </w:r>
      <w:r>
        <w:rPr>
          <w:b w:val="false"/>
          <w:sz w:val="28"/>
          <w:lang w:val="zxx"/>
        </w:rPr>
        <w:t>resume</w:t>
      </w:r>
      <w:r>
        <w:rPr>
          <w:b w:val="false"/>
          <w:sz w:val="28"/>
        </w:rPr>
        <w:t xml:space="preserve">; оно не отменяет уже принятую остановку и не возвращает </w:t>
      </w:r>
      <w:r>
        <w:rPr>
          <w:b w:val="false"/>
          <w:sz w:val="28"/>
          <w:lang w:val="zxx"/>
        </w:rPr>
        <w:t>stopping</w:t>
      </w:r>
      <w:r>
        <w:rPr>
          <w:b w:val="false"/>
          <w:sz w:val="28"/>
        </w:rPr>
        <w:t xml:space="preserve"> в </w:t>
      </w:r>
      <w:r>
        <w:rPr>
          <w:b w:val="false"/>
          <w:sz w:val="28"/>
          <w:lang w:val="zxx"/>
        </w:rPr>
        <w:t>running.</w:t>
      </w:r>
    </w:p>
    <w:p>
      <w:pPr>
        <w:pStyle w:val="2"/>
        <w:rPr/>
      </w:pPr>
      <w:r>
        <w:rPr/>
        <w:t>Переподключение и дублер</w:t>
      </w:r>
    </w:p>
    <w:p>
      <w:pPr>
        <w:pStyle w:val="Normal"/>
        <w:jc w:val="both"/>
        <w:rPr/>
      </w:pPr>
      <w:r>
        <w:rPr>
          <w:b w:val="false"/>
          <w:sz w:val="28"/>
          <w:lang w:val="zxx"/>
        </w:rPr>
        <w:t>5.16</w:t>
      </w:r>
      <w:r>
        <w:rPr>
          <w:b w:val="false"/>
          <w:sz w:val="28"/>
        </w:rPr>
        <w:t xml:space="preserve"> </w:t>
      </w:r>
      <w:r>
        <w:rPr>
          <w:b w:val="false"/>
          <w:sz w:val="28"/>
          <w:lang w:val="zxx"/>
        </w:rPr>
        <w:t>instanceId</w:t>
      </w:r>
      <w:r>
        <w:rPr>
          <w:b w:val="false"/>
          <w:sz w:val="28"/>
        </w:rPr>
        <w:t xml:space="preserve"> идентифицирует единственный активный экземпляр АРМ и сохраняется с контекстом. </w:t>
      </w:r>
      <w:r>
        <w:rPr>
          <w:b w:val="false"/>
          <w:sz w:val="28"/>
          <w:lang w:val="zxx"/>
        </w:rPr>
        <w:t>resume</w:t>
      </w:r>
      <w:r>
        <w:rPr>
          <w:b w:val="false"/>
          <w:sz w:val="28"/>
        </w:rPr>
        <w:t xml:space="preserve"> несет возрастающий </w:t>
      </w:r>
      <w:r>
        <w:rPr>
          <w:b w:val="false"/>
          <w:sz w:val="28"/>
          <w:lang w:val="zxx"/>
        </w:rPr>
        <w:t>attachSeq.</w:t>
      </w:r>
      <w:r>
        <w:rPr>
          <w:b w:val="false"/>
          <w:sz w:val="28"/>
        </w:rPr>
        <w:t xml:space="preserve"> После отсоединения прежнего канала УУ атомарно сохраняет новый </w:t>
      </w:r>
      <w:r>
        <w:rPr>
          <w:b w:val="false"/>
          <w:sz w:val="28"/>
          <w:lang w:val="zxx"/>
        </w:rPr>
        <w:t>attachSeq</w:t>
      </w:r>
      <w:r>
        <w:rPr>
          <w:b w:val="false"/>
          <w:sz w:val="28"/>
        </w:rPr>
        <w:t xml:space="preserve"> и прикрепляет новый канал. При живой прежней привязке другой канал получает </w:t>
      </w:r>
      <w:r>
        <w:rPr>
          <w:b w:val="false"/>
          <w:sz w:val="28"/>
          <w:lang w:val="zxx"/>
        </w:rPr>
        <w:t>busy/</w:t>
      </w:r>
      <w:r>
        <w:rPr>
          <w:b w:val="false"/>
          <w:sz w:val="28"/>
        </w:rPr>
        <w:t>​</w:t>
      </w:r>
      <w:r>
        <w:rPr>
          <w:b w:val="false"/>
          <w:sz w:val="28"/>
          <w:lang w:val="zxx"/>
        </w:rPr>
        <w:t>detail=ownershipHeld.</w:t>
      </w:r>
      <w:r>
        <w:rPr>
          <w:b w:val="false"/>
          <w:sz w:val="28"/>
        </w:rPr>
        <w:t xml:space="preserve"> Точный повтор на том же канале идемпотентен; равный номер с другого канала получает </w:t>
      </w:r>
      <w:r>
        <w:rPr>
          <w:b w:val="false"/>
          <w:sz w:val="28"/>
          <w:lang w:val="zxx"/>
        </w:rPr>
        <w:t>staleAttachment</w:t>
      </w:r>
      <w:r>
        <w:rPr>
          <w:b w:val="false"/>
          <w:sz w:val="28"/>
        </w:rPr>
        <w:t xml:space="preserve">, меньший номер также отклоняется. Потеряв ответ, экземпляр использует следующий сохраненный </w:t>
      </w:r>
      <w:r>
        <w:rPr>
          <w:b w:val="false"/>
          <w:sz w:val="28"/>
          <w:lang w:val="zxx"/>
        </w:rPr>
        <w:t>attachSeq.</w:t>
      </w:r>
      <w:r>
        <w:rPr>
          <w:b w:val="false"/>
          <w:sz w:val="28"/>
        </w:rPr>
        <w:t xml:space="preserve"> Изменение </w:t>
      </w:r>
      <w:r>
        <w:rPr>
          <w:b w:val="false"/>
          <w:sz w:val="28"/>
          <w:lang w:val="zxx"/>
        </w:rPr>
        <w:t>IP</w:t>
      </w:r>
      <w:r>
        <w:rPr>
          <w:b w:val="false"/>
          <w:sz w:val="28"/>
        </w:rPr>
        <w:t xml:space="preserve"> не меняет </w:t>
      </w:r>
      <w:r>
        <w:rPr>
          <w:b w:val="false"/>
          <w:sz w:val="28"/>
          <w:lang w:val="zxx"/>
        </w:rPr>
        <w:t>instanceId</w:t>
      </w:r>
      <w:r>
        <w:rPr>
          <w:b w:val="false"/>
          <w:sz w:val="28"/>
        </w:rPr>
        <w:t>, эпоху или историю.</w:t>
      </w:r>
    </w:p>
    <w:p>
      <w:pPr>
        <w:pStyle w:val="Normal"/>
        <w:jc w:val="both"/>
        <w:rPr/>
      </w:pPr>
      <w:r>
        <w:rPr>
          <w:b w:val="false"/>
          <w:sz w:val="28"/>
          <w:lang w:val="zxx"/>
        </w:rPr>
        <w:t>5.17</w:t>
      </w:r>
      <w:r>
        <w:rPr>
          <w:b w:val="false"/>
          <w:sz w:val="28"/>
        </w:rPr>
        <w:t xml:space="preserve"> </w:t>
      </w:r>
      <w:r>
        <w:rPr>
          <w:b w:val="false"/>
          <w:sz w:val="28"/>
          <w:lang w:val="zxx"/>
        </w:rPr>
        <w:t>control.release</w:t>
      </w:r>
      <w:r>
        <w:rPr>
          <w:b w:val="false"/>
          <w:sz w:val="28"/>
        </w:rPr>
        <w:t xml:space="preserve"> обязателен в ядре. После него повтор той же команды на исходном либо новом допущенном канале той же идентичности по правилам раздела </w:t>
      </w:r>
      <w:r>
        <w:rPr>
          <w:b w:val="false"/>
          <w:sz w:val="28"/>
          <w:lang w:val="zxx"/>
        </w:rPr>
        <w:t>9</w:t>
      </w:r>
      <w:r>
        <w:rPr>
          <w:b w:val="false"/>
          <w:sz w:val="28"/>
        </w:rPr>
        <w:t xml:space="preserve"> получает сохраненный ответ, пока запись входит в кеш завершенной эпохи; он не восстанавливает владение. Проверка точного повтора </w:t>
      </w:r>
      <w:r>
        <w:rPr>
          <w:b w:val="false"/>
          <w:sz w:val="28"/>
          <w:lang w:val="zxx"/>
        </w:rPr>
        <w:t>release</w:t>
      </w:r>
      <w:r>
        <w:rPr>
          <w:b w:val="false"/>
          <w:sz w:val="28"/>
        </w:rPr>
        <w:t xml:space="preserve"> выполняется до отказа по </w:t>
      </w:r>
      <w:r>
        <w:rPr>
          <w:b w:val="false"/>
          <w:sz w:val="28"/>
          <w:lang w:val="zxx"/>
        </w:rPr>
        <w:t>released</w:t>
      </w:r>
      <w:r>
        <w:rPr>
          <w:b w:val="false"/>
          <w:sz w:val="28"/>
        </w:rPr>
        <w:t xml:space="preserve">, но после проверки </w:t>
      </w:r>
      <w:r>
        <w:rPr>
          <w:b w:val="false"/>
          <w:sz w:val="28"/>
          <w:lang w:val="zxx"/>
        </w:rPr>
        <w:t>principalId</w:t>
      </w:r>
      <w:r>
        <w:rPr>
          <w:b w:val="false"/>
          <w:sz w:val="28"/>
        </w:rPr>
        <w:t xml:space="preserve"> и </w:t>
      </w:r>
      <w:r>
        <w:rPr>
          <w:b w:val="false"/>
          <w:sz w:val="28"/>
          <w:lang w:val="zxx"/>
        </w:rPr>
        <w:t>bootId.</w:t>
      </w:r>
      <w:r>
        <w:rPr>
          <w:b w:val="false"/>
          <w:sz w:val="28"/>
        </w:rPr>
        <w:t xml:space="preserve"> При вытеснении записи возвращается </w:t>
      </w:r>
      <w:r>
        <w:rPr>
          <w:b w:val="false"/>
          <w:sz w:val="28"/>
          <w:lang w:val="zxx"/>
        </w:rPr>
        <w:t>resultExpired.</w:t>
      </w:r>
      <w:r>
        <w:rPr>
          <w:b w:val="false"/>
          <w:sz w:val="28"/>
        </w:rPr>
        <w:t xml:space="preserve"> Новая выдача управления не принимает изменяющие команды прежней эпохи.</w:t>
      </w:r>
    </w:p>
    <w:p>
      <w:pPr>
        <w:pStyle w:val="Normal"/>
        <w:jc w:val="both"/>
        <w:rPr/>
      </w:pPr>
      <w:r>
        <w:rPr>
          <w:b w:val="false"/>
          <w:sz w:val="28"/>
          <w:lang w:val="zxx"/>
        </w:rPr>
        <w:t>5.18</w:t>
      </w:r>
      <w:r>
        <w:rPr>
          <w:b w:val="false"/>
          <w:sz w:val="28"/>
        </w:rPr>
        <w:t xml:space="preserve"> Базовый профиль использует одного активного писателя для </w:t>
      </w:r>
      <w:r>
        <w:rPr>
          <w:b w:val="false"/>
          <w:sz w:val="28"/>
          <w:lang w:val="zxx"/>
        </w:rPr>
        <w:t>instanceId.</w:t>
      </w:r>
      <w:r>
        <w:rPr>
          <w:b w:val="false"/>
          <w:sz w:val="28"/>
        </w:rPr>
        <w:t xml:space="preserve"> Для резервирования </w:t>
      </w:r>
      <w:r>
        <w:rPr>
          <w:b w:val="false"/>
          <w:sz w:val="28"/>
          <w:lang w:val="zxx"/>
        </w:rPr>
        <w:t>ТРЕБУЕТСЯ</w:t>
      </w:r>
      <w:r>
        <w:rPr>
          <w:b w:val="false"/>
          <w:sz w:val="28"/>
        </w:rPr>
        <w:t xml:space="preserve"> внешнее ограждение прежней копии: ее питание либо все пути управления к УУ блокируются независимым от нее средством и подтверждаются до передачи контекста резерву. Ограждение сохраняется до возврата узла под контроль координатора. Отсутствие доказанного ограждения запрещает автоматический </w:t>
      </w:r>
      <w:r>
        <w:rPr>
          <w:b w:val="false"/>
          <w:sz w:val="28"/>
          <w:lang w:val="zxx"/>
        </w:rPr>
        <w:t>resume</w:t>
      </w:r>
      <w:r>
        <w:rPr>
          <w:b w:val="false"/>
          <w:sz w:val="28"/>
        </w:rPr>
        <w:t xml:space="preserve"> резервом. Один лишь общий ключ, </w:t>
      </w:r>
      <w:r>
        <w:rPr>
          <w:b w:val="false"/>
          <w:sz w:val="28"/>
          <w:lang w:val="zxx"/>
        </w:rPr>
        <w:t>attachSeq</w:t>
      </w:r>
      <w:r>
        <w:rPr>
          <w:b w:val="false"/>
          <w:sz w:val="28"/>
        </w:rPr>
        <w:t xml:space="preserve"> или решение самой копии о своей активности не являются доказательством. Такая схема сохраняет происхождение запуска и не передает чужое оповещение другому </w:t>
      </w:r>
      <w:r>
        <w:rPr>
          <w:b w:val="false"/>
          <w:sz w:val="28"/>
          <w:lang w:val="zxx"/>
        </w:rPr>
        <w:t>principalId.</w:t>
      </w:r>
    </w:p>
    <w:p>
      <w:pPr>
        <w:pStyle w:val="2"/>
        <w:rPr/>
      </w:pPr>
      <w:r>
        <w:rPr/>
        <w:t>Потеря связи и таймеры</w:t>
      </w:r>
    </w:p>
    <w:p>
      <w:pPr>
        <w:pStyle w:val="Normal"/>
        <w:jc w:val="both"/>
        <w:rPr/>
      </w:pPr>
      <w:r>
        <w:rPr>
          <w:b w:val="false"/>
          <w:sz w:val="28"/>
          <w:lang w:val="zxx"/>
        </w:rPr>
        <w:t>5.19</w:t>
      </w:r>
      <w:r>
        <w:rPr>
          <w:b w:val="false"/>
          <w:sz w:val="28"/>
        </w:rPr>
        <w:t xml:space="preserve"> Потеря транспорта и истечение </w:t>
      </w:r>
      <w:r>
        <w:rPr>
          <w:b w:val="false"/>
          <w:sz w:val="28"/>
          <w:lang w:val="zxx"/>
        </w:rPr>
        <w:t>lease</w:t>
      </w:r>
      <w:r>
        <w:rPr>
          <w:b w:val="false"/>
          <w:sz w:val="28"/>
        </w:rPr>
        <w:t xml:space="preserve"> - разные события. Закрытие прикрепленного канала само по себе не сокращает и не продлевает уже выданный </w:t>
      </w:r>
      <w:r>
        <w:rPr>
          <w:b w:val="false"/>
          <w:sz w:val="28"/>
          <w:lang w:val="zxx"/>
        </w:rPr>
        <w:t>lease.</w:t>
      </w:r>
      <w:r>
        <w:rPr>
          <w:b w:val="false"/>
          <w:sz w:val="28"/>
        </w:rPr>
        <w:t xml:space="preserve"> Политика </w:t>
      </w:r>
      <w:r>
        <w:rPr>
          <w:b w:val="false"/>
          <w:sz w:val="28"/>
          <w:lang w:val="zxx"/>
        </w:rPr>
        <w:t>onControlLoss</w:t>
      </w:r>
      <w:r>
        <w:rPr>
          <w:b w:val="false"/>
          <w:sz w:val="28"/>
        </w:rPr>
        <w:t xml:space="preserve"> применяется при его истечении; немедленное аннулирование действующих полномочий по разделу </w:t>
      </w:r>
      <w:r>
        <w:rPr>
          <w:b w:val="false"/>
          <w:sz w:val="28"/>
          <w:lang w:val="zxx"/>
        </w:rPr>
        <w:t>14</w:t>
      </w:r>
      <w:r>
        <w:rPr>
          <w:b w:val="false"/>
          <w:sz w:val="28"/>
        </w:rPr>
        <w:t xml:space="preserve"> является самостоятельным событием. Отказ ОУ и собственные сроки исполнения обрабатываются независимо. Состояния владения ниже не заменяют состояния сеанса </w:t>
      </w:r>
      <w:r>
        <w:rPr>
          <w:b w:val="false"/>
          <w:sz w:val="28"/>
          <w:lang w:val="zxx"/>
        </w:rPr>
        <w:t>starting/</w:t>
      </w:r>
      <w:r>
        <w:rPr>
          <w:b w:val="false"/>
          <w:sz w:val="28"/>
        </w:rPr>
        <w:t>​</w:t>
      </w:r>
      <w:r>
        <w:rPr>
          <w:b w:val="false"/>
          <w:sz w:val="28"/>
          <w:lang w:val="zxx"/>
        </w:rPr>
        <w:t>running/</w:t>
      </w:r>
      <w:r>
        <w:rPr>
          <w:b w:val="false"/>
          <w:sz w:val="28"/>
        </w:rPr>
        <w:t>​</w:t>
      </w:r>
      <w:r>
        <w:rPr>
          <w:b w:val="false"/>
          <w:sz w:val="28"/>
          <w:lang w:val="zxx"/>
        </w:rPr>
        <w:t>stopping/</w:t>
      </w:r>
      <w:r>
        <w:rPr>
          <w:b w:val="false"/>
          <w:sz w:val="28"/>
        </w:rPr>
        <w:t>​</w:t>
      </w:r>
      <w:r>
        <w:rPr>
          <w:b w:val="false"/>
          <w:sz w:val="28"/>
          <w:lang w:val="zxx"/>
        </w:rPr>
        <w:t>finished.</w:t>
      </w:r>
    </w:p>
    <w:p>
      <w:pPr>
        <w:pStyle w:val="Normal"/>
        <w:keepNext w:val="true"/>
        <w:jc w:val="start"/>
        <w:rPr/>
      </w:pPr>
      <w:r>
        <w:rPr>
          <w:b/>
          <w:sz w:val="28"/>
          <w:lang w:val="zxx"/>
        </w:rPr>
        <w:t>5.20</w:t>
      </w:r>
      <w:r>
        <w:rPr>
          <w:b/>
          <w:sz w:val="28"/>
        </w:rPr>
        <w:t xml:space="preserve"> </w:t>
      </w:r>
      <w:r>
        <w:rPr>
          <w:b/>
          <w:sz w:val="28"/>
          <w:lang w:val="zxx"/>
        </w:rPr>
        <w:t>free</w:t>
      </w:r>
      <w:r>
        <w:rPr>
          <w:b/>
          <w:sz w:val="28"/>
        </w:rPr>
        <w:t xml:space="preserve"> / </w:t>
      </w:r>
      <w:r>
        <w:rPr>
          <w:b/>
          <w:sz w:val="28"/>
          <w:lang w:val="zxx"/>
        </w:rPr>
        <w:t>released</w:t>
      </w:r>
    </w:p>
    <w:p>
      <w:pPr>
        <w:pStyle w:val="Normal"/>
        <w:jc w:val="start"/>
        <w:rPr/>
      </w:pPr>
      <w:r>
        <w:rPr>
          <w:b w:val="false"/>
          <w:sz w:val="28"/>
        </w:rPr>
        <w:t xml:space="preserve">Событие: Успешный новый </w:t>
      </w:r>
      <w:r>
        <w:rPr>
          <w:b w:val="false"/>
          <w:sz w:val="28"/>
          <w:lang w:val="zxx"/>
        </w:rPr>
        <w:t>acquire</w:t>
      </w:r>
    </w:p>
    <w:p>
      <w:pPr>
        <w:pStyle w:val="Normal"/>
        <w:jc w:val="both"/>
        <w:rPr/>
      </w:pPr>
      <w:r>
        <w:rPr>
          <w:b w:val="false"/>
          <w:sz w:val="28"/>
        </w:rPr>
        <w:t>Действие: Выдать эпоху и прикрепить канал.</w:t>
      </w:r>
    </w:p>
    <w:p>
      <w:pPr>
        <w:pStyle w:val="Normal"/>
        <w:jc w:val="both"/>
        <w:rPr/>
      </w:pPr>
      <w:r>
        <w:rPr>
          <w:b w:val="false"/>
          <w:sz w:val="28"/>
        </w:rPr>
        <w:t xml:space="preserve">Новое владение: </w:t>
      </w:r>
      <w:r>
        <w:rPr>
          <w:b w:val="false"/>
          <w:sz w:val="28"/>
          <w:lang w:val="zxx"/>
        </w:rPr>
        <w:t>held</w:t>
      </w:r>
    </w:p>
    <w:p>
      <w:pPr>
        <w:pStyle w:val="Normal"/>
        <w:jc w:val="both"/>
        <w:rPr/>
      </w:pPr>
      <w:r>
        <w:rPr>
          <w:b w:val="false"/>
          <w:sz w:val="28"/>
        </w:rPr>
        <w:t xml:space="preserve">Судьба таймеров: </w:t>
      </w:r>
      <w:r>
        <w:rPr>
          <w:b w:val="false"/>
          <w:sz w:val="28"/>
          <w:lang w:val="zxx"/>
        </w:rPr>
        <w:t>Lease</w:t>
      </w:r>
      <w:r>
        <w:rPr>
          <w:b w:val="false"/>
          <w:sz w:val="28"/>
        </w:rPr>
        <w:t xml:space="preserve"> начинается при выдаче управления; таймер сеанса еще не запущен.</w:t>
      </w:r>
    </w:p>
    <w:p>
      <w:pPr>
        <w:pStyle w:val="Normal"/>
        <w:keepNext w:val="true"/>
        <w:jc w:val="start"/>
        <w:rPr/>
      </w:pPr>
      <w:r>
        <w:rPr>
          <w:b/>
          <w:sz w:val="28"/>
          <w:lang w:val="zxx"/>
        </w:rPr>
        <w:t>5.21</w:t>
      </w:r>
      <w:r>
        <w:rPr>
          <w:b/>
          <w:sz w:val="28"/>
        </w:rPr>
        <w:t xml:space="preserve"> </w:t>
      </w:r>
      <w:r>
        <w:rPr>
          <w:b/>
          <w:sz w:val="28"/>
          <w:lang w:val="zxx"/>
        </w:rPr>
        <w:t>held</w:t>
      </w:r>
    </w:p>
    <w:p>
      <w:pPr>
        <w:pStyle w:val="Normal"/>
        <w:jc w:val="both"/>
        <w:rPr/>
      </w:pPr>
      <w:r>
        <w:rPr>
          <w:b w:val="false"/>
          <w:sz w:val="28"/>
        </w:rPr>
        <w:t>Событие: Закрытие прикрепленного соединения, включая таймаут сборки или отправки</w:t>
      </w:r>
    </w:p>
    <w:p>
      <w:pPr>
        <w:pStyle w:val="Normal"/>
        <w:jc w:val="both"/>
        <w:rPr/>
      </w:pPr>
      <w:r>
        <w:rPr>
          <w:b w:val="false"/>
          <w:sz w:val="28"/>
        </w:rPr>
        <w:t>Действие: Отсоединить канал, сохранить эпоху и принятое исполнение.</w:t>
      </w:r>
    </w:p>
    <w:p>
      <w:pPr>
        <w:pStyle w:val="Normal"/>
        <w:jc w:val="start"/>
        <w:rPr/>
      </w:pPr>
      <w:r>
        <w:rPr>
          <w:b w:val="false"/>
          <w:sz w:val="28"/>
        </w:rPr>
        <w:t xml:space="preserve">Новое владение: </w:t>
      </w:r>
      <w:r>
        <w:rPr>
          <w:b w:val="false"/>
          <w:sz w:val="28"/>
          <w:lang w:val="zxx"/>
        </w:rPr>
        <w:t>detached</w:t>
      </w:r>
    </w:p>
    <w:p>
      <w:pPr>
        <w:pStyle w:val="Normal"/>
        <w:jc w:val="both"/>
        <w:rPr/>
      </w:pPr>
      <w:r>
        <w:rPr>
          <w:b w:val="false"/>
          <w:sz w:val="28"/>
        </w:rPr>
        <w:t xml:space="preserve">Судьба таймеров: </w:t>
      </w:r>
      <w:r>
        <w:rPr>
          <w:b w:val="false"/>
          <w:sz w:val="28"/>
          <w:lang w:val="zxx"/>
        </w:rPr>
        <w:t>Lease</w:t>
      </w:r>
      <w:r>
        <w:rPr>
          <w:b w:val="false"/>
          <w:sz w:val="28"/>
        </w:rPr>
        <w:t xml:space="preserve"> идет от последнего продления; все сроки сеанса продолжаются.</w:t>
      </w:r>
    </w:p>
    <w:p>
      <w:pPr>
        <w:pStyle w:val="Normal"/>
        <w:keepNext w:val="true"/>
        <w:jc w:val="start"/>
        <w:rPr/>
      </w:pPr>
      <w:r>
        <w:rPr>
          <w:b/>
          <w:sz w:val="28"/>
          <w:lang w:val="zxx"/>
        </w:rPr>
        <w:t>5.22</w:t>
      </w:r>
      <w:r>
        <w:rPr>
          <w:b/>
          <w:sz w:val="28"/>
        </w:rPr>
        <w:t xml:space="preserve"> </w:t>
      </w:r>
      <w:r>
        <w:rPr>
          <w:b/>
          <w:sz w:val="28"/>
          <w:lang w:val="zxx"/>
        </w:rPr>
        <w:t>held</w:t>
      </w:r>
    </w:p>
    <w:p>
      <w:pPr>
        <w:pStyle w:val="Normal"/>
        <w:jc w:val="both"/>
        <w:rPr/>
      </w:pPr>
      <w:r>
        <w:rPr>
          <w:b w:val="false"/>
          <w:sz w:val="28"/>
        </w:rPr>
        <w:t xml:space="preserve">Событие: Разрешенный запрос прикрепленного владельца до истечения </w:t>
      </w:r>
      <w:r>
        <w:rPr>
          <w:b w:val="false"/>
          <w:sz w:val="28"/>
          <w:lang w:val="zxx"/>
        </w:rPr>
        <w:t>lease</w:t>
      </w:r>
    </w:p>
    <w:p>
      <w:pPr>
        <w:pStyle w:val="Normal"/>
        <w:jc w:val="both"/>
        <w:rPr/>
      </w:pPr>
      <w:r>
        <w:rPr>
          <w:b w:val="false"/>
          <w:sz w:val="28"/>
        </w:rPr>
        <w:t xml:space="preserve">Действие: Обработать запрос по его контракту; </w:t>
      </w:r>
      <w:r>
        <w:rPr>
          <w:b w:val="false"/>
          <w:sz w:val="28"/>
          <w:lang w:val="zxx"/>
        </w:rPr>
        <w:t>lease</w:t>
      </w:r>
      <w:r>
        <w:rPr>
          <w:b w:val="false"/>
          <w:sz w:val="28"/>
        </w:rPr>
        <w:t xml:space="preserve"> продлевается только для команд, которым это разрешено. Отклоненный запрос, </w:t>
      </w:r>
      <w:r>
        <w:rPr>
          <w:b w:val="false"/>
          <w:sz w:val="28"/>
          <w:lang w:val="zxx"/>
        </w:rPr>
        <w:t>TCP</w:t>
      </w:r>
      <w:r>
        <w:rPr>
          <w:b w:val="false"/>
          <w:sz w:val="28"/>
        </w:rPr>
        <w:t xml:space="preserve"> </w:t>
      </w:r>
      <w:r>
        <w:rPr>
          <w:b w:val="false"/>
          <w:sz w:val="28"/>
          <w:lang w:val="zxx"/>
        </w:rPr>
        <w:t>ACK</w:t>
      </w:r>
      <w:r>
        <w:rPr>
          <w:b w:val="false"/>
          <w:sz w:val="28"/>
        </w:rPr>
        <w:t xml:space="preserve"> и запрос наблюдателя не продлевают </w:t>
      </w:r>
      <w:r>
        <w:rPr>
          <w:b w:val="false"/>
          <w:sz w:val="28"/>
          <w:lang w:val="zxx"/>
        </w:rPr>
        <w:t>lease.</w:t>
      </w:r>
    </w:p>
    <w:p>
      <w:pPr>
        <w:pStyle w:val="Normal"/>
        <w:jc w:val="both"/>
        <w:rPr/>
      </w:pPr>
      <w:r>
        <w:rPr>
          <w:b w:val="false"/>
          <w:sz w:val="28"/>
        </w:rPr>
        <w:t xml:space="preserve">Новое владение: </w:t>
      </w:r>
      <w:r>
        <w:rPr>
          <w:b w:val="false"/>
          <w:sz w:val="28"/>
          <w:lang w:val="zxx"/>
        </w:rPr>
        <w:t>held</w:t>
      </w:r>
    </w:p>
    <w:p>
      <w:pPr>
        <w:pStyle w:val="Normal"/>
        <w:jc w:val="both"/>
        <w:rPr/>
      </w:pPr>
      <w:r>
        <w:rPr>
          <w:b w:val="false"/>
          <w:sz w:val="28"/>
        </w:rPr>
        <w:t xml:space="preserve">Судьба таймеров: Предусмотренное контрактом продление начинает </w:t>
      </w:r>
      <w:r>
        <w:rPr>
          <w:b w:val="false"/>
          <w:sz w:val="28"/>
          <w:lang w:val="zxx"/>
        </w:rPr>
        <w:t>lease</w:t>
      </w:r>
      <w:r>
        <w:rPr>
          <w:b w:val="false"/>
          <w:sz w:val="28"/>
        </w:rPr>
        <w:t xml:space="preserve"> заново. Сроки сеанса неизменны; </w:t>
      </w:r>
      <w:r>
        <w:rPr>
          <w:b w:val="false"/>
          <w:sz w:val="28"/>
          <w:lang w:val="zxx"/>
        </w:rPr>
        <w:t>idleDeadlineMs</w:t>
      </w:r>
      <w:r>
        <w:rPr>
          <w:b w:val="false"/>
          <w:sz w:val="28"/>
        </w:rPr>
        <w:t xml:space="preserve"> меняется только при явно описанных переходах, включая проверку полного файла по разделу </w:t>
      </w:r>
      <w:r>
        <w:rPr>
          <w:b w:val="false"/>
          <w:sz w:val="28"/>
          <w:lang w:val="zxx"/>
        </w:rPr>
        <w:t>16.</w:t>
      </w:r>
    </w:p>
    <w:p>
      <w:pPr>
        <w:pStyle w:val="Normal"/>
        <w:keepNext w:val="true"/>
        <w:jc w:val="start"/>
        <w:rPr/>
      </w:pPr>
      <w:r>
        <w:rPr>
          <w:b/>
          <w:sz w:val="28"/>
          <w:lang w:val="zxx"/>
        </w:rPr>
        <w:t>5.23</w:t>
      </w:r>
      <w:r>
        <w:rPr>
          <w:b/>
          <w:sz w:val="28"/>
        </w:rPr>
        <w:t xml:space="preserve"> </w:t>
      </w:r>
      <w:r>
        <w:rPr>
          <w:b/>
          <w:sz w:val="28"/>
          <w:lang w:val="zxx"/>
        </w:rPr>
        <w:t>detached</w:t>
      </w:r>
    </w:p>
    <w:p>
      <w:pPr>
        <w:pStyle w:val="Normal"/>
        <w:jc w:val="start"/>
        <w:rPr/>
      </w:pPr>
      <w:r>
        <w:rPr>
          <w:b w:val="false"/>
          <w:sz w:val="28"/>
        </w:rPr>
        <w:t xml:space="preserve">Событие: Успешный </w:t>
      </w:r>
      <w:r>
        <w:rPr>
          <w:b w:val="false"/>
          <w:sz w:val="28"/>
          <w:lang w:val="zxx"/>
        </w:rPr>
        <w:t>resume</w:t>
      </w:r>
      <w:r>
        <w:rPr>
          <w:b w:val="false"/>
          <w:sz w:val="28"/>
        </w:rPr>
        <w:t xml:space="preserve"> до истечения </w:t>
      </w:r>
      <w:r>
        <w:rPr>
          <w:b w:val="false"/>
          <w:sz w:val="28"/>
          <w:lang w:val="zxx"/>
        </w:rPr>
        <w:t>lease</w:t>
      </w:r>
    </w:p>
    <w:p>
      <w:pPr>
        <w:pStyle w:val="Normal"/>
        <w:jc w:val="both"/>
        <w:rPr/>
      </w:pPr>
      <w:r>
        <w:rPr>
          <w:b w:val="false"/>
          <w:sz w:val="28"/>
        </w:rPr>
        <w:t>Действие: Атомарно прикрепить новый канал. Уже начатая остановка продолжается.</w:t>
      </w:r>
    </w:p>
    <w:p>
      <w:pPr>
        <w:pStyle w:val="Normal"/>
        <w:jc w:val="both"/>
        <w:rPr/>
      </w:pPr>
      <w:r>
        <w:rPr>
          <w:b w:val="false"/>
          <w:sz w:val="28"/>
        </w:rPr>
        <w:t xml:space="preserve">Новое владение: </w:t>
      </w:r>
      <w:r>
        <w:rPr>
          <w:b w:val="false"/>
          <w:sz w:val="28"/>
          <w:lang w:val="zxx"/>
        </w:rPr>
        <w:t>held</w:t>
      </w:r>
    </w:p>
    <w:p>
      <w:pPr>
        <w:pStyle w:val="Normal"/>
        <w:jc w:val="start"/>
        <w:rPr/>
      </w:pPr>
      <w:r>
        <w:rPr>
          <w:b w:val="false"/>
          <w:sz w:val="28"/>
        </w:rPr>
        <w:t xml:space="preserve">Судьба таймеров: </w:t>
      </w:r>
      <w:r>
        <w:rPr>
          <w:b w:val="false"/>
          <w:sz w:val="28"/>
          <w:lang w:val="zxx"/>
        </w:rPr>
        <w:t>Lease</w:t>
      </w:r>
      <w:r>
        <w:rPr>
          <w:b w:val="false"/>
          <w:sz w:val="28"/>
        </w:rPr>
        <w:t xml:space="preserve"> начинается заново; </w:t>
      </w:r>
      <w:r>
        <w:rPr>
          <w:b w:val="false"/>
          <w:sz w:val="28"/>
          <w:lang w:val="zxx"/>
        </w:rPr>
        <w:t>prepareTimeoutMs</w:t>
      </w:r>
      <w:r>
        <w:rPr>
          <w:b w:val="false"/>
          <w:sz w:val="28"/>
        </w:rPr>
        <w:t xml:space="preserve">, </w:t>
      </w:r>
      <w:r>
        <w:rPr>
          <w:b w:val="false"/>
          <w:sz w:val="28"/>
          <w:lang w:val="zxx"/>
        </w:rPr>
        <w:t>durationMs</w:t>
      </w:r>
      <w:r>
        <w:rPr>
          <w:b w:val="false"/>
          <w:sz w:val="28"/>
        </w:rPr>
        <w:t xml:space="preserve">, </w:t>
      </w:r>
      <w:r>
        <w:rPr>
          <w:b w:val="false"/>
          <w:sz w:val="28"/>
          <w:lang w:val="zxx"/>
        </w:rPr>
        <w:t>maxDurationMs</w:t>
      </w:r>
      <w:r>
        <w:rPr>
          <w:b w:val="false"/>
          <w:sz w:val="28"/>
        </w:rPr>
        <w:t xml:space="preserve"> и сроки остановки не сбрасываются.</w:t>
      </w:r>
    </w:p>
    <w:p>
      <w:pPr>
        <w:pStyle w:val="Normal"/>
        <w:keepNext w:val="true"/>
        <w:jc w:val="start"/>
        <w:rPr/>
      </w:pPr>
      <w:r>
        <w:rPr>
          <w:b/>
          <w:sz w:val="28"/>
          <w:lang w:val="zxx"/>
        </w:rPr>
        <w:t>5.24</w:t>
      </w:r>
      <w:r>
        <w:rPr>
          <w:b/>
          <w:sz w:val="28"/>
        </w:rPr>
        <w:t xml:space="preserve"> </w:t>
      </w:r>
      <w:r>
        <w:rPr>
          <w:b/>
          <w:sz w:val="28"/>
          <w:lang w:val="zxx"/>
        </w:rPr>
        <w:t>held</w:t>
      </w:r>
      <w:r>
        <w:rPr>
          <w:b/>
          <w:sz w:val="28"/>
        </w:rPr>
        <w:t xml:space="preserve"> / </w:t>
      </w:r>
      <w:r>
        <w:rPr>
          <w:b/>
          <w:sz w:val="28"/>
          <w:lang w:val="zxx"/>
        </w:rPr>
        <w:t>detached</w:t>
      </w:r>
    </w:p>
    <w:p>
      <w:pPr>
        <w:pStyle w:val="Normal"/>
        <w:jc w:val="both"/>
        <w:rPr/>
      </w:pPr>
      <w:r>
        <w:rPr>
          <w:b w:val="false"/>
          <w:sz w:val="28"/>
        </w:rPr>
        <w:t xml:space="preserve">Событие: </w:t>
      </w:r>
      <w:r>
        <w:rPr>
          <w:b w:val="false"/>
          <w:sz w:val="28"/>
          <w:lang w:val="zxx"/>
        </w:rPr>
        <w:t>Lease</w:t>
      </w:r>
      <w:r>
        <w:rPr>
          <w:b w:val="false"/>
          <w:sz w:val="28"/>
        </w:rPr>
        <w:t xml:space="preserve"> истек; есть конечное исполнение</w:t>
      </w:r>
    </w:p>
    <w:p>
      <w:pPr>
        <w:pStyle w:val="Normal"/>
        <w:jc w:val="start"/>
        <w:rPr/>
      </w:pPr>
      <w:r>
        <w:rPr>
          <w:b w:val="false"/>
          <w:sz w:val="28"/>
        </w:rPr>
        <w:t xml:space="preserve">Действие: Применить сохраненную </w:t>
      </w:r>
      <w:r>
        <w:rPr>
          <w:b w:val="false"/>
          <w:sz w:val="28"/>
          <w:lang w:val="zxx"/>
        </w:rPr>
        <w:t>stop/</w:t>
      </w:r>
      <w:r>
        <w:rPr>
          <w:b w:val="false"/>
          <w:sz w:val="28"/>
        </w:rPr>
        <w:t>​</w:t>
      </w:r>
      <w:r>
        <w:rPr>
          <w:b w:val="false"/>
          <w:sz w:val="28"/>
          <w:lang w:val="zxx"/>
        </w:rPr>
        <w:t>finish.</w:t>
      </w:r>
      <w:r>
        <w:rPr>
          <w:b w:val="false"/>
          <w:sz w:val="28"/>
        </w:rPr>
        <w:t xml:space="preserve"> При </w:t>
      </w:r>
      <w:r>
        <w:rPr>
          <w:b w:val="false"/>
          <w:sz w:val="28"/>
          <w:lang w:val="zxx"/>
        </w:rPr>
        <w:t>stop</w:t>
      </w:r>
      <w:r>
        <w:rPr>
          <w:b w:val="false"/>
          <w:sz w:val="28"/>
        </w:rPr>
        <w:t xml:space="preserve"> начать </w:t>
      </w:r>
      <w:r>
        <w:rPr>
          <w:b w:val="false"/>
          <w:sz w:val="28"/>
          <w:lang w:val="zxx"/>
        </w:rPr>
        <w:t>stopping</w:t>
      </w:r>
      <w:r>
        <w:rPr>
          <w:b w:val="false"/>
          <w:sz w:val="28"/>
        </w:rPr>
        <w:t xml:space="preserve">; при </w:t>
      </w:r>
      <w:r>
        <w:rPr>
          <w:b w:val="false"/>
          <w:sz w:val="28"/>
          <w:lang w:val="zxx"/>
        </w:rPr>
        <w:t>finish</w:t>
      </w:r>
      <w:r>
        <w:rPr>
          <w:b w:val="false"/>
          <w:sz w:val="28"/>
        </w:rPr>
        <w:t xml:space="preserve"> продолжить принятое исполнение. Если </w:t>
      </w:r>
      <w:r>
        <w:rPr>
          <w:b w:val="false"/>
          <w:sz w:val="28"/>
          <w:lang w:val="zxx"/>
        </w:rPr>
        <w:t>stopping</w:t>
      </w:r>
      <w:r>
        <w:rPr>
          <w:b w:val="false"/>
          <w:sz w:val="28"/>
        </w:rPr>
        <w:t xml:space="preserve"> уже начат, продолжить его.</w:t>
      </w:r>
    </w:p>
    <w:p>
      <w:pPr>
        <w:pStyle w:val="Normal"/>
        <w:jc w:val="start"/>
        <w:rPr/>
      </w:pPr>
      <w:r>
        <w:rPr>
          <w:b w:val="false"/>
          <w:sz w:val="28"/>
        </w:rPr>
        <w:t xml:space="preserve">Новое владение: </w:t>
      </w:r>
      <w:r>
        <w:rPr>
          <w:b w:val="false"/>
          <w:sz w:val="28"/>
          <w:lang w:val="zxx"/>
        </w:rPr>
        <w:t>draining</w:t>
      </w:r>
    </w:p>
    <w:p>
      <w:pPr>
        <w:pStyle w:val="Normal"/>
        <w:jc w:val="both"/>
        <w:rPr/>
      </w:pPr>
      <w:r>
        <w:rPr>
          <w:b w:val="false"/>
          <w:sz w:val="28"/>
        </w:rPr>
        <w:t xml:space="preserve">Судьба таймеров: </w:t>
      </w:r>
      <w:r>
        <w:rPr>
          <w:b w:val="false"/>
          <w:sz w:val="28"/>
          <w:lang w:val="zxx"/>
        </w:rPr>
        <w:t>Lease</w:t>
      </w:r>
      <w:r>
        <w:rPr>
          <w:b w:val="false"/>
          <w:sz w:val="28"/>
        </w:rPr>
        <w:t xml:space="preserve"> больше не разрешает </w:t>
      </w:r>
      <w:r>
        <w:rPr>
          <w:b w:val="false"/>
          <w:sz w:val="28"/>
          <w:lang w:val="zxx"/>
        </w:rPr>
        <w:t>session.start.</w:t>
      </w:r>
      <w:r>
        <w:rPr>
          <w:b w:val="false"/>
          <w:sz w:val="28"/>
        </w:rPr>
        <w:t xml:space="preserve"> Сроки исполнения не продлеваются; сроки остановки начинаются только при первом переходе в </w:t>
      </w:r>
      <w:r>
        <w:rPr>
          <w:b w:val="false"/>
          <w:sz w:val="28"/>
          <w:lang w:val="zxx"/>
        </w:rPr>
        <w:t>stopping.</w:t>
      </w:r>
    </w:p>
    <w:p>
      <w:pPr>
        <w:pStyle w:val="Normal"/>
        <w:keepNext w:val="true"/>
        <w:jc w:val="start"/>
        <w:rPr/>
      </w:pPr>
      <w:r>
        <w:rPr>
          <w:b/>
          <w:sz w:val="28"/>
          <w:lang w:val="zxx"/>
        </w:rPr>
        <w:t>5.25</w:t>
      </w:r>
      <w:r>
        <w:rPr>
          <w:b/>
          <w:sz w:val="28"/>
        </w:rPr>
        <w:t xml:space="preserve"> </w:t>
      </w:r>
      <w:r>
        <w:rPr>
          <w:b/>
          <w:sz w:val="28"/>
          <w:lang w:val="zxx"/>
        </w:rPr>
        <w:t>held</w:t>
      </w:r>
      <w:r>
        <w:rPr>
          <w:b/>
          <w:sz w:val="28"/>
        </w:rPr>
        <w:t xml:space="preserve"> / </w:t>
      </w:r>
      <w:r>
        <w:rPr>
          <w:b/>
          <w:sz w:val="28"/>
          <w:lang w:val="zxx"/>
        </w:rPr>
        <w:t>detached</w:t>
      </w:r>
    </w:p>
    <w:p>
      <w:pPr>
        <w:pStyle w:val="Normal"/>
        <w:jc w:val="both"/>
        <w:rPr/>
      </w:pPr>
      <w:r>
        <w:rPr>
          <w:b w:val="false"/>
          <w:sz w:val="28"/>
        </w:rPr>
        <w:t xml:space="preserve">Событие: </w:t>
      </w:r>
      <w:r>
        <w:rPr>
          <w:b w:val="false"/>
          <w:sz w:val="28"/>
          <w:lang w:val="zxx"/>
        </w:rPr>
        <w:t>Lease</w:t>
      </w:r>
      <w:r>
        <w:rPr>
          <w:b w:val="false"/>
          <w:sz w:val="28"/>
        </w:rPr>
        <w:t xml:space="preserve"> истек; исполнения нет и </w:t>
      </w:r>
      <w:r>
        <w:rPr>
          <w:b w:val="false"/>
          <w:sz w:val="28"/>
          <w:lang w:val="zxx"/>
        </w:rPr>
        <w:t>off</w:t>
      </w:r>
      <w:r>
        <w:rPr>
          <w:b w:val="false"/>
          <w:sz w:val="28"/>
        </w:rPr>
        <w:t xml:space="preserve"> подтвержден</w:t>
      </w:r>
    </w:p>
    <w:p>
      <w:pPr>
        <w:pStyle w:val="Normal"/>
        <w:jc w:val="both"/>
        <w:rPr/>
      </w:pPr>
      <w:r>
        <w:rPr>
          <w:b w:val="false"/>
          <w:sz w:val="28"/>
        </w:rPr>
        <w:t>Действие: Освободить владение; сохранить доступный результат и историю по их срокам.</w:t>
      </w:r>
    </w:p>
    <w:p>
      <w:pPr>
        <w:pStyle w:val="Normal"/>
        <w:jc w:val="start"/>
        <w:rPr/>
      </w:pPr>
      <w:r>
        <w:rPr>
          <w:b w:val="false"/>
          <w:sz w:val="28"/>
        </w:rPr>
        <w:t xml:space="preserve">Новое владение: </w:t>
      </w:r>
      <w:r>
        <w:rPr>
          <w:b w:val="false"/>
          <w:sz w:val="28"/>
          <w:lang w:val="zxx"/>
        </w:rPr>
        <w:t>released</w:t>
      </w:r>
    </w:p>
    <w:p>
      <w:pPr>
        <w:pStyle w:val="Normal"/>
        <w:jc w:val="both"/>
        <w:rPr/>
      </w:pPr>
      <w:r>
        <w:rPr>
          <w:b w:val="false"/>
          <w:sz w:val="28"/>
        </w:rPr>
        <w:t xml:space="preserve">Судьба таймеров: </w:t>
      </w:r>
      <w:r>
        <w:rPr>
          <w:b w:val="false"/>
          <w:sz w:val="28"/>
          <w:lang w:val="zxx"/>
        </w:rPr>
        <w:t>Lease</w:t>
      </w:r>
      <w:r>
        <w:rPr>
          <w:b w:val="false"/>
          <w:sz w:val="28"/>
        </w:rPr>
        <w:t xml:space="preserve"> прекращается; срок хранения результата не меняется.</w:t>
      </w:r>
    </w:p>
    <w:p>
      <w:pPr>
        <w:pStyle w:val="Normal"/>
        <w:keepNext w:val="true"/>
        <w:jc w:val="start"/>
        <w:rPr/>
      </w:pPr>
      <w:r>
        <w:rPr>
          <w:b/>
          <w:sz w:val="28"/>
          <w:lang w:val="zxx"/>
        </w:rPr>
        <w:t>5.26</w:t>
      </w:r>
      <w:r>
        <w:rPr>
          <w:b/>
          <w:sz w:val="28"/>
        </w:rPr>
        <w:t xml:space="preserve"> </w:t>
      </w:r>
      <w:r>
        <w:rPr>
          <w:b/>
          <w:sz w:val="28"/>
          <w:lang w:val="zxx"/>
        </w:rPr>
        <w:t>held</w:t>
      </w:r>
      <w:r>
        <w:rPr>
          <w:b/>
          <w:sz w:val="28"/>
        </w:rPr>
        <w:t xml:space="preserve"> / </w:t>
      </w:r>
      <w:r>
        <w:rPr>
          <w:b/>
          <w:sz w:val="28"/>
          <w:lang w:val="zxx"/>
        </w:rPr>
        <w:t>detached</w:t>
      </w:r>
    </w:p>
    <w:p>
      <w:pPr>
        <w:pStyle w:val="Normal"/>
        <w:jc w:val="both"/>
        <w:rPr/>
      </w:pPr>
      <w:r>
        <w:rPr>
          <w:b w:val="false"/>
          <w:sz w:val="28"/>
        </w:rPr>
        <w:t>Событие: Применен отзыв полномочий, на которых основано текущее владение</w:t>
      </w:r>
    </w:p>
    <w:p>
      <w:pPr>
        <w:pStyle w:val="Normal"/>
        <w:jc w:val="both"/>
        <w:rPr/>
      </w:pPr>
      <w:r>
        <w:rPr>
          <w:b w:val="false"/>
          <w:sz w:val="28"/>
        </w:rPr>
        <w:t xml:space="preserve">Действие: Немедленно аннулировать право управления и выполнить </w:t>
      </w:r>
      <w:r>
        <w:rPr>
          <w:b w:val="false"/>
          <w:sz w:val="28"/>
          <w:lang w:val="zxx"/>
        </w:rPr>
        <w:t>stop</w:t>
      </w:r>
      <w:r>
        <w:rPr>
          <w:b w:val="false"/>
          <w:sz w:val="28"/>
        </w:rPr>
        <w:t xml:space="preserve"> независимо от настройки </w:t>
      </w:r>
      <w:r>
        <w:rPr>
          <w:b w:val="false"/>
          <w:sz w:val="28"/>
          <w:lang w:val="zxx"/>
        </w:rPr>
        <w:t>onControlLoss=finish.</w:t>
      </w:r>
      <w:r>
        <w:rPr>
          <w:b w:val="false"/>
          <w:sz w:val="28"/>
        </w:rPr>
        <w:t xml:space="preserve"> При активном исполнении сохранить его происхождение; без исполнения освободить владение только при подтвержденном </w:t>
      </w:r>
      <w:r>
        <w:rPr>
          <w:b w:val="false"/>
          <w:sz w:val="28"/>
          <w:lang w:val="zxx"/>
        </w:rPr>
        <w:t>off.</w:t>
      </w:r>
    </w:p>
    <w:p>
      <w:pPr>
        <w:pStyle w:val="Normal"/>
        <w:jc w:val="start"/>
        <w:rPr/>
      </w:pPr>
      <w:r>
        <w:rPr>
          <w:b w:val="false"/>
          <w:sz w:val="28"/>
        </w:rPr>
        <w:t xml:space="preserve">Новое владение: </w:t>
      </w:r>
      <w:r>
        <w:rPr>
          <w:b w:val="false"/>
          <w:sz w:val="28"/>
          <w:lang w:val="zxx"/>
        </w:rPr>
        <w:t>draining</w:t>
      </w:r>
      <w:r>
        <w:rPr>
          <w:b w:val="false"/>
          <w:sz w:val="28"/>
        </w:rPr>
        <w:t xml:space="preserve"> при исполнении; </w:t>
      </w:r>
      <w:r>
        <w:rPr>
          <w:b w:val="false"/>
          <w:sz w:val="28"/>
          <w:lang w:val="zxx"/>
        </w:rPr>
        <w:t>released</w:t>
      </w:r>
      <w:r>
        <w:rPr>
          <w:b w:val="false"/>
          <w:sz w:val="28"/>
        </w:rPr>
        <w:t xml:space="preserve"> при подтвержденном </w:t>
      </w:r>
      <w:r>
        <w:rPr>
          <w:b w:val="false"/>
          <w:sz w:val="28"/>
          <w:lang w:val="zxx"/>
        </w:rPr>
        <w:t>off</w:t>
      </w:r>
      <w:r>
        <w:rPr>
          <w:b w:val="false"/>
          <w:sz w:val="28"/>
        </w:rPr>
        <w:t xml:space="preserve">; иначе </w:t>
      </w:r>
      <w:r>
        <w:rPr>
          <w:b w:val="false"/>
          <w:sz w:val="28"/>
          <w:lang w:val="zxx"/>
        </w:rPr>
        <w:t>blocked</w:t>
      </w:r>
    </w:p>
    <w:p>
      <w:pPr>
        <w:pStyle w:val="Normal"/>
        <w:jc w:val="both"/>
        <w:rPr/>
      </w:pPr>
      <w:r>
        <w:rPr>
          <w:b w:val="false"/>
          <w:sz w:val="28"/>
        </w:rPr>
        <w:t xml:space="preserve">Судьба таймеров: </w:t>
      </w:r>
      <w:r>
        <w:rPr>
          <w:b w:val="false"/>
          <w:sz w:val="28"/>
          <w:lang w:val="zxx"/>
        </w:rPr>
        <w:t>Lease</w:t>
      </w:r>
      <w:r>
        <w:rPr>
          <w:b w:val="false"/>
          <w:sz w:val="28"/>
        </w:rPr>
        <w:t xml:space="preserve"> больше не разрешает команды независимо от остатка. Уже идущие сроки исполнения/остановки не сбрасываются. Отозванные полномочия не допускают </w:t>
      </w:r>
      <w:r>
        <w:rPr>
          <w:b w:val="false"/>
          <w:sz w:val="28"/>
          <w:lang w:val="zxx"/>
        </w:rPr>
        <w:t>resume.</w:t>
      </w:r>
    </w:p>
    <w:p>
      <w:pPr>
        <w:pStyle w:val="Normal"/>
        <w:keepNext w:val="true"/>
        <w:jc w:val="start"/>
        <w:rPr/>
      </w:pPr>
      <w:r>
        <w:rPr>
          <w:b/>
          <w:sz w:val="28"/>
          <w:lang w:val="zxx"/>
        </w:rPr>
        <w:t>5.27</w:t>
      </w:r>
      <w:r>
        <w:rPr>
          <w:b/>
          <w:sz w:val="28"/>
        </w:rPr>
        <w:t xml:space="preserve"> </w:t>
      </w:r>
      <w:r>
        <w:rPr>
          <w:b/>
          <w:sz w:val="28"/>
          <w:lang w:val="zxx"/>
        </w:rPr>
        <w:t>draining</w:t>
      </w:r>
    </w:p>
    <w:p>
      <w:pPr>
        <w:pStyle w:val="Normal"/>
        <w:jc w:val="both"/>
        <w:rPr/>
      </w:pPr>
      <w:r>
        <w:rPr>
          <w:b w:val="false"/>
          <w:sz w:val="28"/>
        </w:rPr>
        <w:t xml:space="preserve">Событие: Транспорт восстановлен; успешный </w:t>
      </w:r>
      <w:r>
        <w:rPr>
          <w:b w:val="false"/>
          <w:sz w:val="28"/>
          <w:lang w:val="zxx"/>
        </w:rPr>
        <w:t>resume</w:t>
      </w:r>
      <w:r>
        <w:rPr>
          <w:b w:val="false"/>
          <w:sz w:val="28"/>
        </w:rPr>
        <w:t xml:space="preserve"> прежнего владельца</w:t>
      </w:r>
    </w:p>
    <w:p>
      <w:pPr>
        <w:pStyle w:val="Normal"/>
        <w:jc w:val="both"/>
        <w:rPr/>
      </w:pPr>
      <w:r>
        <w:rPr>
          <w:b w:val="false"/>
          <w:sz w:val="28"/>
        </w:rPr>
        <w:t xml:space="preserve">Действие: Прикрепить канал для адресной отмены и чтения. Запрет нового </w:t>
      </w:r>
      <w:r>
        <w:rPr>
          <w:b w:val="false"/>
          <w:sz w:val="28"/>
          <w:lang w:val="zxx"/>
        </w:rPr>
        <w:t>session.start</w:t>
      </w:r>
      <w:r>
        <w:rPr>
          <w:b w:val="false"/>
          <w:sz w:val="28"/>
        </w:rPr>
        <w:t xml:space="preserve"> сохраняется, </w:t>
      </w:r>
      <w:r>
        <w:rPr>
          <w:b w:val="false"/>
          <w:sz w:val="28"/>
          <w:lang w:val="zxx"/>
        </w:rPr>
        <w:t>finish</w:t>
      </w:r>
      <w:r>
        <w:rPr>
          <w:b w:val="false"/>
          <w:sz w:val="28"/>
        </w:rPr>
        <w:t xml:space="preserve"> не становится новым запуском.</w:t>
      </w:r>
    </w:p>
    <w:p>
      <w:pPr>
        <w:pStyle w:val="Normal"/>
        <w:jc w:val="start"/>
        <w:rPr/>
      </w:pPr>
      <w:r>
        <w:rPr>
          <w:b w:val="false"/>
          <w:sz w:val="28"/>
        </w:rPr>
        <w:t xml:space="preserve">Новое владение: </w:t>
      </w:r>
      <w:r>
        <w:rPr>
          <w:b w:val="false"/>
          <w:sz w:val="28"/>
          <w:lang w:val="zxx"/>
        </w:rPr>
        <w:t>draining</w:t>
      </w:r>
    </w:p>
    <w:p>
      <w:pPr>
        <w:pStyle w:val="Normal"/>
        <w:jc w:val="both"/>
        <w:rPr/>
      </w:pPr>
      <w:r>
        <w:rPr>
          <w:b w:val="false"/>
          <w:sz w:val="28"/>
        </w:rPr>
        <w:t xml:space="preserve">Судьба таймеров: </w:t>
      </w:r>
      <w:r>
        <w:rPr>
          <w:b w:val="false"/>
          <w:sz w:val="28"/>
          <w:lang w:val="zxx"/>
        </w:rPr>
        <w:t>Resume</w:t>
      </w:r>
      <w:r>
        <w:rPr>
          <w:b w:val="false"/>
          <w:sz w:val="28"/>
        </w:rPr>
        <w:t xml:space="preserve"> не отменяет факт потери управления и не сбрасывает сроки исполнения/остановки.</w:t>
      </w:r>
    </w:p>
    <w:p>
      <w:pPr>
        <w:pStyle w:val="Normal"/>
        <w:keepNext w:val="true"/>
        <w:jc w:val="start"/>
        <w:rPr/>
      </w:pPr>
      <w:r>
        <w:rPr>
          <w:b/>
          <w:sz w:val="28"/>
          <w:lang w:val="zxx"/>
        </w:rPr>
        <w:t>5.28</w:t>
      </w:r>
      <w:r>
        <w:rPr>
          <w:b/>
          <w:sz w:val="28"/>
        </w:rPr>
        <w:t xml:space="preserve"> </w:t>
      </w:r>
      <w:r>
        <w:rPr>
          <w:b/>
          <w:sz w:val="28"/>
          <w:lang w:val="zxx"/>
        </w:rPr>
        <w:t>blocked</w:t>
      </w:r>
    </w:p>
    <w:p>
      <w:pPr>
        <w:pStyle w:val="Normal"/>
        <w:jc w:val="both"/>
        <w:rPr/>
      </w:pPr>
      <w:r>
        <w:rPr>
          <w:b w:val="false"/>
          <w:sz w:val="28"/>
        </w:rPr>
        <w:t xml:space="preserve">Событие: Транспорт восстановлен; успешный </w:t>
      </w:r>
      <w:r>
        <w:rPr>
          <w:b w:val="false"/>
          <w:sz w:val="28"/>
          <w:lang w:val="zxx"/>
        </w:rPr>
        <w:t>resume</w:t>
      </w:r>
      <w:r>
        <w:rPr>
          <w:b w:val="false"/>
          <w:sz w:val="28"/>
        </w:rPr>
        <w:t xml:space="preserve"> прежнего владельца с достоверным контекстом</w:t>
      </w:r>
    </w:p>
    <w:p>
      <w:pPr>
        <w:pStyle w:val="Normal"/>
        <w:jc w:val="both"/>
        <w:rPr/>
      </w:pPr>
      <w:r>
        <w:rPr>
          <w:b w:val="false"/>
          <w:sz w:val="28"/>
        </w:rPr>
        <w:t xml:space="preserve">Действие: Разрешить диагностику и адресную остановку своего исполнения. Само подключение не подтверждает </w:t>
      </w:r>
      <w:r>
        <w:rPr>
          <w:b w:val="false"/>
          <w:sz w:val="28"/>
          <w:lang w:val="zxx"/>
        </w:rPr>
        <w:t>off.</w:t>
      </w:r>
    </w:p>
    <w:p>
      <w:pPr>
        <w:pStyle w:val="Normal"/>
        <w:jc w:val="start"/>
        <w:rPr/>
      </w:pPr>
      <w:r>
        <w:rPr>
          <w:b w:val="false"/>
          <w:sz w:val="28"/>
        </w:rPr>
        <w:t xml:space="preserve">Новое владение: </w:t>
      </w:r>
      <w:r>
        <w:rPr>
          <w:b w:val="false"/>
          <w:sz w:val="28"/>
          <w:lang w:val="zxx"/>
        </w:rPr>
        <w:t>blocked</w:t>
      </w:r>
    </w:p>
    <w:p>
      <w:pPr>
        <w:pStyle w:val="Normal"/>
        <w:jc w:val="both"/>
        <w:rPr/>
      </w:pPr>
      <w:r>
        <w:rPr>
          <w:b w:val="false"/>
          <w:sz w:val="28"/>
        </w:rPr>
        <w:t>Судьба таймеров: Сроки не перезапускаются; снятие блокировки требует процедуры восстановления.</w:t>
      </w:r>
    </w:p>
    <w:p>
      <w:pPr>
        <w:pStyle w:val="Normal"/>
        <w:keepNext w:val="true"/>
        <w:jc w:val="start"/>
        <w:rPr/>
      </w:pPr>
      <w:r>
        <w:rPr>
          <w:b/>
          <w:sz w:val="28"/>
          <w:lang w:val="zxx"/>
        </w:rPr>
        <w:t>5.29</w:t>
      </w:r>
      <w:r>
        <w:rPr>
          <w:b/>
          <w:sz w:val="28"/>
        </w:rPr>
        <w:t xml:space="preserve"> </w:t>
      </w:r>
      <w:r>
        <w:rPr>
          <w:b/>
          <w:sz w:val="28"/>
          <w:lang w:val="zxx"/>
        </w:rPr>
        <w:t>draining</w:t>
      </w:r>
      <w:r>
        <w:rPr>
          <w:b/>
          <w:sz w:val="28"/>
        </w:rPr>
        <w:t xml:space="preserve"> / </w:t>
      </w:r>
      <w:r>
        <w:rPr>
          <w:b/>
          <w:sz w:val="28"/>
          <w:lang w:val="zxx"/>
        </w:rPr>
        <w:t>blocked</w:t>
      </w:r>
    </w:p>
    <w:p>
      <w:pPr>
        <w:pStyle w:val="Normal"/>
        <w:jc w:val="both"/>
        <w:rPr/>
      </w:pPr>
      <w:r>
        <w:rPr>
          <w:b w:val="false"/>
          <w:sz w:val="28"/>
        </w:rPr>
        <w:t xml:space="preserve">Событие: Исполнение завершено, </w:t>
      </w:r>
      <w:r>
        <w:rPr>
          <w:b w:val="false"/>
          <w:sz w:val="28"/>
          <w:lang w:val="zxx"/>
        </w:rPr>
        <w:t>off</w:t>
      </w:r>
      <w:r>
        <w:rPr>
          <w:b w:val="false"/>
          <w:sz w:val="28"/>
        </w:rPr>
        <w:t xml:space="preserve"> подтвержден, результат надежно сохранен и восстановление завершено</w:t>
      </w:r>
    </w:p>
    <w:p>
      <w:pPr>
        <w:pStyle w:val="Normal"/>
        <w:jc w:val="both"/>
        <w:rPr/>
      </w:pPr>
      <w:r>
        <w:rPr>
          <w:b w:val="false"/>
          <w:sz w:val="28"/>
        </w:rPr>
        <w:t xml:space="preserve">Действие: Освободить эпоху. Следующее управление требует нового </w:t>
      </w:r>
      <w:r>
        <w:rPr>
          <w:b w:val="false"/>
          <w:sz w:val="28"/>
          <w:lang w:val="zxx"/>
        </w:rPr>
        <w:t>acquire.</w:t>
      </w:r>
    </w:p>
    <w:p>
      <w:pPr>
        <w:pStyle w:val="Normal"/>
        <w:jc w:val="start"/>
        <w:rPr/>
      </w:pPr>
      <w:r>
        <w:rPr>
          <w:b w:val="false"/>
          <w:sz w:val="28"/>
        </w:rPr>
        <w:t xml:space="preserve">Новое владение: </w:t>
      </w:r>
      <w:r>
        <w:rPr>
          <w:b w:val="false"/>
          <w:sz w:val="28"/>
          <w:lang w:val="zxx"/>
        </w:rPr>
        <w:t>released</w:t>
      </w:r>
    </w:p>
    <w:p>
      <w:pPr>
        <w:pStyle w:val="Normal"/>
        <w:jc w:val="both"/>
        <w:rPr/>
      </w:pPr>
      <w:r>
        <w:rPr>
          <w:b w:val="false"/>
          <w:sz w:val="28"/>
        </w:rPr>
        <w:t>Судьба таймеров: Сохранение результата продолжается независимо от освобождения эпохи.</w:t>
      </w:r>
    </w:p>
    <w:p>
      <w:pPr>
        <w:pStyle w:val="Normal"/>
        <w:keepNext w:val="true"/>
        <w:jc w:val="start"/>
        <w:rPr/>
      </w:pPr>
      <w:r>
        <w:rPr>
          <w:b/>
          <w:sz w:val="28"/>
          <w:lang w:val="zxx"/>
        </w:rPr>
        <w:t>5.30</w:t>
      </w:r>
      <w:r>
        <w:rPr>
          <w:b/>
          <w:sz w:val="28"/>
        </w:rPr>
        <w:t xml:space="preserve"> </w:t>
      </w:r>
      <w:r>
        <w:rPr>
          <w:b/>
          <w:sz w:val="28"/>
          <w:lang w:val="zxx"/>
        </w:rPr>
        <w:t>held</w:t>
      </w:r>
    </w:p>
    <w:p>
      <w:pPr>
        <w:pStyle w:val="Normal"/>
        <w:jc w:val="both"/>
        <w:rPr/>
      </w:pPr>
      <w:r>
        <w:rPr>
          <w:b w:val="false"/>
          <w:sz w:val="28"/>
        </w:rPr>
        <w:t xml:space="preserve">Событие: Обычный сеанс завершен при действующем </w:t>
      </w:r>
      <w:r>
        <w:rPr>
          <w:b w:val="false"/>
          <w:sz w:val="28"/>
          <w:lang w:val="zxx"/>
        </w:rPr>
        <w:t>lease</w:t>
      </w:r>
      <w:r>
        <w:rPr>
          <w:b w:val="false"/>
          <w:sz w:val="28"/>
        </w:rPr>
        <w:t xml:space="preserve"> и подтвержденном </w:t>
      </w:r>
      <w:r>
        <w:rPr>
          <w:b w:val="false"/>
          <w:sz w:val="28"/>
          <w:lang w:val="zxx"/>
        </w:rPr>
        <w:t>off</w:t>
      </w:r>
    </w:p>
    <w:p>
      <w:pPr>
        <w:pStyle w:val="Normal"/>
        <w:jc w:val="start"/>
        <w:rPr/>
      </w:pPr>
      <w:r>
        <w:rPr>
          <w:b w:val="false"/>
          <w:sz w:val="28"/>
        </w:rPr>
        <w:t xml:space="preserve">Действие: Сохранить результат; право владельца остается до </w:t>
      </w:r>
      <w:r>
        <w:rPr>
          <w:b w:val="false"/>
          <w:sz w:val="28"/>
          <w:lang w:val="zxx"/>
        </w:rPr>
        <w:t>lease</w:t>
      </w:r>
      <w:r>
        <w:rPr>
          <w:b w:val="false"/>
          <w:sz w:val="28"/>
        </w:rPr>
        <w:t xml:space="preserve"> или </w:t>
      </w:r>
      <w:r>
        <w:rPr>
          <w:b w:val="false"/>
          <w:sz w:val="28"/>
          <w:lang w:val="zxx"/>
        </w:rPr>
        <w:t>idleDeadlineMs.</w:t>
      </w:r>
    </w:p>
    <w:p>
      <w:pPr>
        <w:pStyle w:val="Normal"/>
        <w:jc w:val="both"/>
        <w:rPr/>
      </w:pPr>
      <w:r>
        <w:rPr>
          <w:b w:val="false"/>
          <w:sz w:val="28"/>
        </w:rPr>
        <w:t xml:space="preserve">Новое владение: </w:t>
      </w:r>
      <w:r>
        <w:rPr>
          <w:b w:val="false"/>
          <w:sz w:val="28"/>
          <w:lang w:val="zxx"/>
        </w:rPr>
        <w:t>held</w:t>
      </w:r>
    </w:p>
    <w:p>
      <w:pPr>
        <w:pStyle w:val="Normal"/>
        <w:jc w:val="start"/>
        <w:rPr/>
      </w:pPr>
      <w:r>
        <w:rPr>
          <w:b w:val="false"/>
          <w:sz w:val="28"/>
        </w:rPr>
        <w:t xml:space="preserve">Судьба таймеров: </w:t>
      </w:r>
      <w:r>
        <w:rPr>
          <w:b w:val="false"/>
          <w:sz w:val="28"/>
          <w:lang w:val="zxx"/>
        </w:rPr>
        <w:t>idleDeadlineMs=finishedAtMs+10000</w:t>
      </w:r>
      <w:r>
        <w:rPr>
          <w:b w:val="false"/>
          <w:sz w:val="28"/>
        </w:rPr>
        <w:t xml:space="preserve">; </w:t>
      </w:r>
      <w:r>
        <w:rPr>
          <w:b w:val="false"/>
          <w:sz w:val="28"/>
          <w:lang w:val="zxx"/>
        </w:rPr>
        <w:t>lease</w:t>
      </w:r>
      <w:r>
        <w:rPr>
          <w:b w:val="false"/>
          <w:sz w:val="28"/>
        </w:rPr>
        <w:t xml:space="preserve"> не продлевается. Технический сеанс после сохранения результата освобождает эпоху сразу.</w:t>
      </w:r>
    </w:p>
    <w:p>
      <w:pPr>
        <w:pStyle w:val="Normal"/>
        <w:keepNext w:val="true"/>
        <w:jc w:val="start"/>
        <w:rPr/>
      </w:pPr>
      <w:r>
        <w:rPr>
          <w:b/>
          <w:sz w:val="28"/>
          <w:lang w:val="zxx"/>
        </w:rPr>
        <w:t>5.31</w:t>
      </w:r>
      <w:r>
        <w:rPr>
          <w:b/>
          <w:sz w:val="28"/>
        </w:rPr>
        <w:t xml:space="preserve"> Любое</w:t>
      </w:r>
    </w:p>
    <w:p>
      <w:pPr>
        <w:pStyle w:val="Normal"/>
        <w:jc w:val="both"/>
        <w:rPr/>
      </w:pPr>
      <w:r>
        <w:rPr>
          <w:b w:val="false"/>
          <w:sz w:val="28"/>
        </w:rPr>
        <w:t>Событие: Выключение неизвестно либо не удалось надежно закрыть запись воздействия</w:t>
      </w:r>
    </w:p>
    <w:p>
      <w:pPr>
        <w:pStyle w:val="Normal"/>
        <w:jc w:val="both"/>
        <w:rPr/>
      </w:pPr>
      <w:r>
        <w:rPr>
          <w:b w:val="false"/>
          <w:sz w:val="28"/>
        </w:rPr>
        <w:t xml:space="preserve">Действие: Запретить новый </w:t>
      </w:r>
      <w:r>
        <w:rPr>
          <w:b w:val="false"/>
          <w:sz w:val="28"/>
          <w:lang w:val="zxx"/>
        </w:rPr>
        <w:t>session.start</w:t>
      </w:r>
      <w:r>
        <w:rPr>
          <w:b w:val="false"/>
          <w:sz w:val="28"/>
        </w:rPr>
        <w:t xml:space="preserve"> и выдачу управления; сохранить происхождение и выполнять восстановление.</w:t>
      </w:r>
    </w:p>
    <w:p>
      <w:pPr>
        <w:pStyle w:val="Normal"/>
        <w:jc w:val="start"/>
        <w:rPr/>
      </w:pPr>
      <w:r>
        <w:rPr>
          <w:b w:val="false"/>
          <w:sz w:val="28"/>
        </w:rPr>
        <w:t xml:space="preserve">Новое владение: </w:t>
      </w:r>
      <w:r>
        <w:rPr>
          <w:b w:val="false"/>
          <w:sz w:val="28"/>
          <w:lang w:val="zxx"/>
        </w:rPr>
        <w:t>blocked</w:t>
      </w:r>
    </w:p>
    <w:p>
      <w:pPr>
        <w:pStyle w:val="Normal"/>
        <w:jc w:val="both"/>
        <w:rPr/>
      </w:pPr>
      <w:r>
        <w:rPr>
          <w:b w:val="false"/>
          <w:sz w:val="28"/>
        </w:rPr>
        <w:t>Судьба таймеров: Таймаут и повторное подключение не снимают блокировку.</w:t>
      </w:r>
    </w:p>
    <w:p>
      <w:pPr>
        <w:pStyle w:val="Normal"/>
        <w:jc w:val="start"/>
        <w:rPr/>
      </w:pPr>
      <w:r>
        <w:rPr>
          <w:b w:val="false"/>
          <w:sz w:val="28"/>
          <w:lang w:val="zxx"/>
        </w:rPr>
        <w:t>5.32</w:t>
      </w:r>
      <w:r>
        <w:rPr>
          <w:b w:val="false"/>
          <w:sz w:val="28"/>
        </w:rPr>
        <w:t xml:space="preserve"> При </w:t>
      </w:r>
      <w:r>
        <w:rPr>
          <w:b w:val="false"/>
          <w:sz w:val="28"/>
          <w:lang w:val="zxx"/>
        </w:rPr>
        <w:t>now</w:t>
      </w:r>
      <w:r>
        <w:rPr>
          <w:b w:val="false"/>
          <w:sz w:val="28"/>
        </w:rPr>
        <w:t xml:space="preserve"> &gt;= срока </w:t>
      </w:r>
      <w:r>
        <w:rPr>
          <w:b w:val="false"/>
          <w:sz w:val="28"/>
          <w:lang w:val="zxx"/>
        </w:rPr>
        <w:t>lease</w:t>
      </w:r>
      <w:r>
        <w:rPr>
          <w:b w:val="false"/>
          <w:sz w:val="28"/>
        </w:rPr>
        <w:t xml:space="preserve"> сначала применяется его истечение, затем обрабатывается поступивший запрос: запоздалый </w:t>
      </w:r>
      <w:r>
        <w:rPr>
          <w:b w:val="false"/>
          <w:sz w:val="28"/>
          <w:lang w:val="zxx"/>
        </w:rPr>
        <w:t>ping/</w:t>
      </w:r>
      <w:r>
        <w:rPr>
          <w:b w:val="false"/>
          <w:sz w:val="28"/>
        </w:rPr>
        <w:t>​</w:t>
      </w:r>
      <w:r>
        <w:rPr>
          <w:b w:val="false"/>
          <w:sz w:val="28"/>
          <w:lang w:val="zxx"/>
        </w:rPr>
        <w:t>resume</w:t>
      </w:r>
      <w:r>
        <w:rPr>
          <w:b w:val="false"/>
          <w:sz w:val="28"/>
        </w:rPr>
        <w:t xml:space="preserve"> не возвращает </w:t>
      </w:r>
      <w:r>
        <w:rPr>
          <w:b w:val="false"/>
          <w:sz w:val="28"/>
          <w:lang w:val="zxx"/>
        </w:rPr>
        <w:t>draining</w:t>
      </w:r>
      <w:r>
        <w:rPr>
          <w:b w:val="false"/>
          <w:sz w:val="28"/>
        </w:rPr>
        <w:t xml:space="preserve"> в </w:t>
      </w:r>
      <w:r>
        <w:rPr>
          <w:b w:val="false"/>
          <w:sz w:val="28"/>
          <w:lang w:val="zxx"/>
        </w:rPr>
        <w:t>held.</w:t>
      </w:r>
      <w:r>
        <w:rPr>
          <w:b w:val="false"/>
          <w:sz w:val="28"/>
        </w:rPr>
        <w:t xml:space="preserve"> В </w:t>
      </w:r>
      <w:r>
        <w:rPr>
          <w:b w:val="false"/>
          <w:sz w:val="28"/>
          <w:lang w:val="zxx"/>
        </w:rPr>
        <w:t>draining/</w:t>
      </w:r>
      <w:r>
        <w:rPr>
          <w:b w:val="false"/>
          <w:sz w:val="28"/>
        </w:rPr>
        <w:t>​</w:t>
      </w:r>
      <w:r>
        <w:rPr>
          <w:b w:val="false"/>
          <w:sz w:val="28"/>
          <w:lang w:val="zxx"/>
        </w:rPr>
        <w:t>blocked</w:t>
      </w:r>
      <w:r>
        <w:rPr>
          <w:b w:val="false"/>
          <w:sz w:val="28"/>
        </w:rPr>
        <w:t xml:space="preserve"> успешный </w:t>
      </w:r>
      <w:r>
        <w:rPr>
          <w:b w:val="false"/>
          <w:sz w:val="28"/>
          <w:lang w:val="zxx"/>
        </w:rPr>
        <w:t>resume</w:t>
      </w:r>
      <w:r>
        <w:rPr>
          <w:b w:val="false"/>
          <w:sz w:val="28"/>
        </w:rPr>
        <w:t xml:space="preserve"> может обновить привязку и срок связи, но этот срок не дает права нового </w:t>
      </w:r>
      <w:r>
        <w:rPr>
          <w:b w:val="false"/>
          <w:sz w:val="28"/>
          <w:lang w:val="zxx"/>
        </w:rPr>
        <w:t>session.start.</w:t>
      </w:r>
      <w:r>
        <w:rPr>
          <w:b w:val="false"/>
          <w:sz w:val="28"/>
        </w:rPr>
        <w:t xml:space="preserve"> Закрытие уже отозванного канала или канала наблюдателя не меняет владение. Само открытие </w:t>
      </w:r>
      <w:r>
        <w:rPr>
          <w:b w:val="false"/>
          <w:sz w:val="28"/>
          <w:lang w:val="zxx"/>
        </w:rPr>
        <w:t>TCP/</w:t>
      </w:r>
      <w:r>
        <w:rPr>
          <w:b w:val="false"/>
          <w:sz w:val="28"/>
        </w:rPr>
        <w:t>​</w:t>
      </w:r>
      <w:r>
        <w:rPr>
          <w:b w:val="false"/>
          <w:sz w:val="28"/>
          <w:lang w:val="zxx"/>
        </w:rPr>
        <w:t>TLS</w:t>
      </w:r>
      <w:r>
        <w:rPr>
          <w:b w:val="false"/>
          <w:sz w:val="28"/>
        </w:rPr>
        <w:t xml:space="preserve"> без успешного </w:t>
      </w:r>
      <w:r>
        <w:rPr>
          <w:b w:val="false"/>
          <w:sz w:val="28"/>
          <w:lang w:val="zxx"/>
        </w:rPr>
        <w:t>resume</w:t>
      </w:r>
      <w:r>
        <w:rPr>
          <w:b w:val="false"/>
          <w:sz w:val="28"/>
        </w:rPr>
        <w:t xml:space="preserve"> не прикрепляет владельца. После </w:t>
      </w:r>
      <w:r>
        <w:rPr>
          <w:b w:val="false"/>
          <w:sz w:val="28"/>
          <w:lang w:val="zxx"/>
        </w:rPr>
        <w:t>released</w:t>
      </w:r>
      <w:r>
        <w:rPr>
          <w:b w:val="false"/>
          <w:sz w:val="28"/>
        </w:rPr>
        <w:t xml:space="preserve"> прежний </w:t>
      </w:r>
      <w:r>
        <w:rPr>
          <w:b w:val="false"/>
          <w:sz w:val="28"/>
          <w:lang w:val="zxx"/>
        </w:rPr>
        <w:t>resume</w:t>
      </w:r>
      <w:r>
        <w:rPr>
          <w:b w:val="false"/>
          <w:sz w:val="28"/>
        </w:rPr>
        <w:t xml:space="preserve"> получает </w:t>
      </w:r>
      <w:r>
        <w:rPr>
          <w:b w:val="false"/>
          <w:sz w:val="28"/>
          <w:lang w:val="zxx"/>
        </w:rPr>
        <w:t>staleEpoch</w:t>
      </w:r>
      <w:r>
        <w:rPr>
          <w:b w:val="false"/>
          <w:sz w:val="28"/>
        </w:rPr>
        <w:t xml:space="preserve">; повтор </w:t>
      </w:r>
      <w:r>
        <w:rPr>
          <w:b w:val="false"/>
          <w:sz w:val="28"/>
          <w:lang w:val="zxx"/>
        </w:rPr>
        <w:t>acquire</w:t>
      </w:r>
      <w:r>
        <w:rPr>
          <w:b w:val="false"/>
          <w:sz w:val="28"/>
        </w:rPr>
        <w:t xml:space="preserve"> только читает прежнее решение с </w:t>
      </w:r>
      <w:r>
        <w:rPr>
          <w:b w:val="false"/>
          <w:sz w:val="28"/>
          <w:lang w:val="zxx"/>
        </w:rPr>
        <w:t>current=false.</w:t>
      </w:r>
    </w:p>
    <w:p>
      <w:pPr>
        <w:pStyle w:val="Normal"/>
        <w:keepNext w:val="true"/>
        <w:jc w:val="start"/>
        <w:rPr/>
      </w:pPr>
      <w:r>
        <w:rPr>
          <w:b/>
          <w:sz w:val="28"/>
          <w:lang w:val="zxx"/>
        </w:rPr>
        <w:t>5.33</w:t>
      </w:r>
      <w:r>
        <w:rPr>
          <w:b/>
          <w:sz w:val="28"/>
        </w:rPr>
        <w:t xml:space="preserve"> </w:t>
      </w:r>
      <w:r>
        <w:rPr>
          <w:b/>
          <w:sz w:val="28"/>
          <w:lang w:val="zxx"/>
        </w:rPr>
        <w:t>service-</w:t>
      </w:r>
      <w:r>
        <w:rPr>
          <w:b/>
          <w:sz w:val="28"/>
        </w:rPr>
        <w:t>⁠</w:t>
      </w:r>
      <w:r>
        <w:rPr>
          <w:b/>
          <w:sz w:val="28"/>
          <w:lang w:val="zxx"/>
        </w:rPr>
        <w:t>handover</w:t>
      </w:r>
    </w:p>
    <w:p>
      <w:pPr>
        <w:pStyle w:val="Normal"/>
        <w:jc w:val="start"/>
        <w:rPr/>
      </w:pPr>
      <w:r>
        <w:rPr>
          <w:b w:val="false"/>
          <w:sz w:val="28"/>
        </w:rPr>
        <w:t xml:space="preserve">Входные условия: Свободная эпоха </w:t>
      </w:r>
      <w:r>
        <w:rPr>
          <w:b w:val="false"/>
          <w:sz w:val="28"/>
          <w:lang w:val="zxx"/>
        </w:rPr>
        <w:t>maintenance</w:t>
      </w:r>
      <w:r>
        <w:rPr>
          <w:b w:val="false"/>
          <w:sz w:val="28"/>
        </w:rPr>
        <w:t xml:space="preserve">, идет загрузка; разрешенный </w:t>
      </w:r>
      <w:r>
        <w:rPr>
          <w:b w:val="false"/>
          <w:sz w:val="28"/>
          <w:lang w:val="zxx"/>
        </w:rPr>
        <w:t>acquire</w:t>
      </w:r>
      <w:r>
        <w:rPr>
          <w:b w:val="false"/>
          <w:sz w:val="28"/>
        </w:rPr>
        <w:t xml:space="preserve"> </w:t>
      </w:r>
      <w:r>
        <w:rPr>
          <w:b w:val="false"/>
          <w:sz w:val="28"/>
          <w:lang w:val="zxx"/>
        </w:rPr>
        <w:t>real</w:t>
      </w:r>
      <w:r>
        <w:rPr>
          <w:b w:val="false"/>
          <w:sz w:val="28"/>
        </w:rPr>
        <w:t xml:space="preserve"> получен при </w:t>
      </w:r>
      <w:r>
        <w:rPr>
          <w:b w:val="false"/>
          <w:sz w:val="28"/>
          <w:lang w:val="zxx"/>
        </w:rPr>
        <w:t>t=0.</w:t>
      </w:r>
    </w:p>
    <w:p>
      <w:pPr>
        <w:pStyle w:val="Normal"/>
        <w:jc w:val="both"/>
        <w:rPr/>
      </w:pPr>
      <w:r>
        <w:rPr>
          <w:b w:val="false"/>
          <w:sz w:val="28"/>
        </w:rPr>
        <w:t xml:space="preserve">Обязательный исход: Шаг обслуживания завершен до </w:t>
      </w:r>
      <w:r>
        <w:rPr>
          <w:b w:val="false"/>
          <w:sz w:val="28"/>
          <w:lang w:val="zxx"/>
        </w:rPr>
        <w:t>100</w:t>
      </w:r>
      <w:r>
        <w:rPr>
          <w:b w:val="false"/>
          <w:sz w:val="28"/>
        </w:rPr>
        <w:t xml:space="preserve"> мс, решение и ответ новой выдачи до </w:t>
      </w:r>
      <w:r>
        <w:rPr>
          <w:b w:val="false"/>
          <w:sz w:val="28"/>
          <w:lang w:val="zxx"/>
        </w:rPr>
        <w:t>500</w:t>
      </w:r>
      <w:r>
        <w:rPr>
          <w:b w:val="false"/>
          <w:sz w:val="28"/>
        </w:rPr>
        <w:t xml:space="preserve"> мс; старая эпоха не фиксирует очереди; подтвержденные байты сохранены.</w:t>
      </w:r>
    </w:p>
    <w:p>
      <w:pPr>
        <w:pStyle w:val="Normal"/>
        <w:keepNext w:val="true"/>
        <w:jc w:val="start"/>
        <w:rPr/>
      </w:pPr>
      <w:r>
        <w:rPr>
          <w:b/>
          <w:sz w:val="28"/>
          <w:lang w:val="zxx"/>
        </w:rPr>
        <w:t>5.34</w:t>
      </w:r>
      <w:r>
        <w:rPr>
          <w:b/>
          <w:sz w:val="28"/>
        </w:rPr>
        <w:t xml:space="preserve"> </w:t>
      </w:r>
      <w:r>
        <w:rPr>
          <w:b/>
          <w:sz w:val="28"/>
          <w:lang w:val="zxx"/>
        </w:rPr>
        <w:t>idle-</w:t>
      </w:r>
      <w:r>
        <w:rPr>
          <w:b/>
          <w:sz w:val="28"/>
        </w:rPr>
        <w:t>⁠</w:t>
      </w:r>
      <w:r>
        <w:rPr>
          <w:b/>
          <w:sz w:val="28"/>
          <w:lang w:val="zxx"/>
        </w:rPr>
        <w:t>heartbeat</w:t>
      </w:r>
    </w:p>
    <w:p>
      <w:pPr>
        <w:pStyle w:val="Normal"/>
        <w:jc w:val="start"/>
        <w:rPr/>
      </w:pPr>
      <w:r>
        <w:rPr>
          <w:b w:val="false"/>
          <w:sz w:val="28"/>
        </w:rPr>
        <w:t xml:space="preserve">Входные условия: Свободная эпоха </w:t>
      </w:r>
      <w:r>
        <w:rPr>
          <w:b w:val="false"/>
          <w:sz w:val="28"/>
          <w:lang w:val="zxx"/>
        </w:rPr>
        <w:t>real</w:t>
      </w:r>
      <w:r>
        <w:rPr>
          <w:b w:val="false"/>
          <w:sz w:val="28"/>
        </w:rPr>
        <w:t xml:space="preserve"> выдана при </w:t>
      </w:r>
      <w:r>
        <w:rPr>
          <w:b w:val="false"/>
          <w:sz w:val="28"/>
          <w:lang w:val="zxx"/>
        </w:rPr>
        <w:t>t=0</w:t>
      </w:r>
      <w:r>
        <w:rPr>
          <w:b w:val="false"/>
          <w:sz w:val="28"/>
        </w:rPr>
        <w:t xml:space="preserve">; </w:t>
      </w:r>
      <w:r>
        <w:rPr>
          <w:b w:val="false"/>
          <w:sz w:val="28"/>
          <w:lang w:val="zxx"/>
        </w:rPr>
        <w:t>heartbeat</w:t>
      </w:r>
      <w:r>
        <w:rPr>
          <w:b w:val="false"/>
          <w:sz w:val="28"/>
        </w:rPr>
        <w:t xml:space="preserve"> каждую </w:t>
      </w:r>
      <w:r>
        <w:rPr>
          <w:b w:val="false"/>
          <w:sz w:val="28"/>
          <w:lang w:val="zxx"/>
        </w:rPr>
        <w:t>1000</w:t>
      </w:r>
      <w:r>
        <w:rPr>
          <w:b w:val="false"/>
          <w:sz w:val="28"/>
        </w:rPr>
        <w:t xml:space="preserve"> мс, </w:t>
      </w:r>
      <w:r>
        <w:rPr>
          <w:b w:val="false"/>
          <w:sz w:val="28"/>
          <w:lang w:val="zxx"/>
        </w:rPr>
        <w:t>START</w:t>
      </w:r>
      <w:r>
        <w:rPr>
          <w:b w:val="false"/>
          <w:sz w:val="28"/>
        </w:rPr>
        <w:t xml:space="preserve"> отсутствует.</w:t>
      </w:r>
    </w:p>
    <w:p>
      <w:pPr>
        <w:pStyle w:val="Normal"/>
        <w:jc w:val="start"/>
        <w:rPr/>
      </w:pPr>
      <w:r>
        <w:rPr>
          <w:b w:val="false"/>
          <w:sz w:val="28"/>
        </w:rPr>
        <w:t xml:space="preserve">Обязательный исход: Освобождение не позднее </w:t>
      </w:r>
      <w:r>
        <w:rPr>
          <w:b w:val="false"/>
          <w:sz w:val="28"/>
          <w:lang w:val="zxx"/>
        </w:rPr>
        <w:t>t=10000</w:t>
      </w:r>
      <w:r>
        <w:rPr>
          <w:b w:val="false"/>
          <w:sz w:val="28"/>
        </w:rPr>
        <w:t xml:space="preserve"> мс; </w:t>
      </w:r>
      <w:r>
        <w:rPr>
          <w:b w:val="false"/>
          <w:sz w:val="28"/>
          <w:lang w:val="zxx"/>
        </w:rPr>
        <w:t>heartbeat</w:t>
      </w:r>
      <w:r>
        <w:rPr>
          <w:b w:val="false"/>
          <w:sz w:val="28"/>
        </w:rPr>
        <w:t xml:space="preserve"> не продлевает </w:t>
      </w:r>
      <w:r>
        <w:rPr>
          <w:b w:val="false"/>
          <w:sz w:val="28"/>
          <w:lang w:val="zxx"/>
        </w:rPr>
        <w:t>idleDeadlineMs.</w:t>
      </w:r>
    </w:p>
    <w:p>
      <w:pPr>
        <w:pStyle w:val="Normal"/>
        <w:keepNext w:val="true"/>
        <w:jc w:val="start"/>
        <w:rPr/>
      </w:pPr>
      <w:r>
        <w:rPr>
          <w:b/>
          <w:sz w:val="28"/>
          <w:lang w:val="zxx"/>
        </w:rPr>
        <w:t>5.35</w:t>
      </w:r>
      <w:r>
        <w:rPr>
          <w:b/>
          <w:sz w:val="28"/>
        </w:rPr>
        <w:t xml:space="preserve"> </w:t>
      </w:r>
      <w:r>
        <w:rPr>
          <w:b/>
          <w:sz w:val="28"/>
          <w:lang w:val="zxx"/>
        </w:rPr>
        <w:t>active-</w:t>
      </w:r>
      <w:r>
        <w:rPr>
          <w:b/>
          <w:sz w:val="28"/>
        </w:rPr>
        <w:t>⁠</w:t>
      </w:r>
      <w:r>
        <w:rPr>
          <w:b/>
          <w:sz w:val="28"/>
          <w:lang w:val="zxx"/>
        </w:rPr>
        <w:t>owner</w:t>
      </w:r>
    </w:p>
    <w:p>
      <w:pPr>
        <w:pStyle w:val="Normal"/>
        <w:jc w:val="both"/>
        <w:rPr/>
      </w:pPr>
      <w:r>
        <w:rPr>
          <w:b w:val="false"/>
          <w:sz w:val="28"/>
        </w:rPr>
        <w:t xml:space="preserve">Входные условия: Действующее или неопределенное чужое исполнение и </w:t>
      </w:r>
      <w:r>
        <w:rPr>
          <w:b w:val="false"/>
          <w:sz w:val="28"/>
          <w:lang w:val="zxx"/>
        </w:rPr>
        <w:t>acquire</w:t>
      </w:r>
      <w:r>
        <w:rPr>
          <w:b w:val="false"/>
          <w:sz w:val="28"/>
        </w:rPr>
        <w:t xml:space="preserve"> </w:t>
      </w:r>
      <w:r>
        <w:rPr>
          <w:b w:val="false"/>
          <w:sz w:val="28"/>
          <w:lang w:val="zxx"/>
        </w:rPr>
        <w:t>real</w:t>
      </w:r>
      <w:r>
        <w:rPr>
          <w:b w:val="false"/>
          <w:sz w:val="28"/>
        </w:rPr>
        <w:t xml:space="preserve"> другого участника.</w:t>
      </w:r>
    </w:p>
    <w:p>
      <w:pPr>
        <w:pStyle w:val="Normal"/>
        <w:jc w:val="both"/>
        <w:rPr/>
      </w:pPr>
      <w:r>
        <w:rPr>
          <w:b w:val="false"/>
          <w:sz w:val="28"/>
        </w:rPr>
        <w:t xml:space="preserve">Обязательный исход: </w:t>
      </w:r>
      <w:r>
        <w:rPr>
          <w:b w:val="false"/>
          <w:sz w:val="28"/>
          <w:lang w:val="zxx"/>
        </w:rPr>
        <w:t>busy</w:t>
      </w:r>
      <w:r>
        <w:rPr>
          <w:b w:val="false"/>
          <w:sz w:val="28"/>
        </w:rPr>
        <w:t>; действующее чужое исполнение не прерывается.</w:t>
      </w:r>
    </w:p>
    <w:p>
      <w:pPr>
        <w:pStyle w:val="2"/>
        <w:rPr/>
      </w:pPr>
      <w:r>
        <w:rPr/>
        <w:t>Свободное владение, обслуживание и реальная тревога</w:t>
      </w:r>
    </w:p>
    <w:p>
      <w:pPr>
        <w:pStyle w:val="Normal"/>
        <w:jc w:val="start"/>
        <w:rPr/>
      </w:pPr>
      <w:r>
        <w:rPr>
          <w:b w:val="false"/>
          <w:sz w:val="28"/>
          <w:lang w:val="zxx"/>
        </w:rPr>
        <w:t>5.36</w:t>
      </w:r>
      <w:r>
        <w:rPr>
          <w:b w:val="false"/>
          <w:sz w:val="28"/>
        </w:rPr>
        <w:t xml:space="preserve"> </w:t>
      </w:r>
      <w:r>
        <w:rPr>
          <w:b w:val="false"/>
          <w:sz w:val="28"/>
          <w:lang w:val="zxx"/>
        </w:rPr>
        <w:t>control.acquire</w:t>
      </w:r>
      <w:r>
        <w:rPr>
          <w:b w:val="false"/>
          <w:sz w:val="28"/>
        </w:rPr>
        <w:t xml:space="preserve"> содержит обязательный </w:t>
      </w:r>
      <w:r>
        <w:rPr>
          <w:b w:val="false"/>
          <w:sz w:val="28"/>
          <w:lang w:val="zxx"/>
        </w:rPr>
        <w:t>control.purpose=real|</w:t>
      </w:r>
      <w:r>
        <w:rPr>
          <w:b w:val="false"/>
          <w:sz w:val="28"/>
        </w:rPr>
        <w:t>​</w:t>
      </w:r>
      <w:r>
        <w:rPr>
          <w:b w:val="false"/>
          <w:sz w:val="28"/>
          <w:lang w:val="zxx"/>
        </w:rPr>
        <w:t>exercise|</w:t>
      </w:r>
      <w:r>
        <w:rPr>
          <w:b w:val="false"/>
          <w:sz w:val="28"/>
        </w:rPr>
        <w:t>​</w:t>
      </w:r>
      <w:r>
        <w:rPr>
          <w:b w:val="false"/>
          <w:sz w:val="28"/>
          <w:lang w:val="zxx"/>
        </w:rPr>
        <w:t>technical|</w:t>
      </w:r>
      <w:r>
        <w:rPr>
          <w:b w:val="false"/>
          <w:sz w:val="28"/>
        </w:rPr>
        <w:t>​</w:t>
      </w:r>
      <w:r>
        <w:rPr>
          <w:b w:val="false"/>
          <w:sz w:val="28"/>
          <w:lang w:val="zxx"/>
        </w:rPr>
        <w:t>maintenance.</w:t>
      </w:r>
      <w:r>
        <w:rPr>
          <w:b w:val="false"/>
          <w:sz w:val="28"/>
        </w:rPr>
        <w:t xml:space="preserve"> Назначение сохраняется в эпохе и ответах </w:t>
      </w:r>
      <w:r>
        <w:rPr>
          <w:b w:val="false"/>
          <w:sz w:val="28"/>
          <w:lang w:val="zxx"/>
        </w:rPr>
        <w:t>acquire/</w:t>
      </w:r>
      <w:r>
        <w:rPr>
          <w:b w:val="false"/>
          <w:sz w:val="28"/>
        </w:rPr>
        <w:t>​</w:t>
      </w:r>
      <w:r>
        <w:rPr>
          <w:b w:val="false"/>
          <w:sz w:val="28"/>
          <w:lang w:val="zxx"/>
        </w:rPr>
        <w:t>resume</w:t>
      </w:r>
      <w:r>
        <w:rPr>
          <w:b w:val="false"/>
          <w:sz w:val="28"/>
        </w:rPr>
        <w:t xml:space="preserve">; </w:t>
      </w:r>
      <w:r>
        <w:rPr>
          <w:b w:val="false"/>
          <w:sz w:val="28"/>
          <w:lang w:val="zxx"/>
        </w:rPr>
        <w:t>session.start.purpose</w:t>
      </w:r>
      <w:r>
        <w:rPr>
          <w:b w:val="false"/>
          <w:sz w:val="28"/>
        </w:rPr>
        <w:t xml:space="preserve"> </w:t>
      </w:r>
      <w:r>
        <w:rPr>
          <w:b w:val="false"/>
          <w:sz w:val="28"/>
          <w:lang w:val="zxx"/>
        </w:rPr>
        <w:t>ДОЛЖНО</w:t>
      </w:r>
      <w:r>
        <w:rPr>
          <w:b w:val="false"/>
          <w:sz w:val="28"/>
        </w:rPr>
        <w:t xml:space="preserve"> совпадать с ним. </w:t>
      </w:r>
      <w:r>
        <w:rPr>
          <w:b w:val="false"/>
          <w:sz w:val="28"/>
          <w:lang w:val="zxx"/>
        </w:rPr>
        <w:t>maintenance</w:t>
      </w:r>
      <w:r>
        <w:rPr>
          <w:b w:val="false"/>
          <w:sz w:val="28"/>
        </w:rPr>
        <w:t xml:space="preserve"> не разрешает </w:t>
      </w:r>
      <w:r>
        <w:rPr>
          <w:b w:val="false"/>
          <w:sz w:val="28"/>
          <w:lang w:val="zxx"/>
        </w:rPr>
        <w:t>session.start.</w:t>
      </w:r>
      <w:r>
        <w:rPr>
          <w:b w:val="false"/>
          <w:sz w:val="28"/>
        </w:rPr>
        <w:t xml:space="preserve"> Назначение </w:t>
      </w:r>
      <w:r>
        <w:rPr>
          <w:b w:val="false"/>
          <w:sz w:val="28"/>
          <w:lang w:val="zxx"/>
        </w:rPr>
        <w:t>real</w:t>
      </w:r>
      <w:r>
        <w:rPr>
          <w:b w:val="false"/>
          <w:sz w:val="28"/>
        </w:rPr>
        <w:t xml:space="preserve"> требует отдельного права реального оповещения, а не выводится из административной роли. До первого </w:t>
      </w:r>
      <w:r>
        <w:rPr>
          <w:b w:val="false"/>
          <w:sz w:val="28"/>
          <w:lang w:val="zxx"/>
        </w:rPr>
        <w:t>session.start</w:t>
      </w:r>
      <w:r>
        <w:rPr>
          <w:b w:val="false"/>
          <w:sz w:val="28"/>
        </w:rPr>
        <w:t xml:space="preserve"> свободная эпоха живет не более </w:t>
      </w:r>
      <w:r>
        <w:rPr>
          <w:b w:val="false"/>
          <w:sz w:val="28"/>
          <w:lang w:val="zxx"/>
        </w:rPr>
        <w:t>10000</w:t>
      </w:r>
      <w:r>
        <w:rPr>
          <w:b w:val="false"/>
          <w:sz w:val="28"/>
        </w:rPr>
        <w:t xml:space="preserve"> мс от </w:t>
      </w:r>
      <w:r>
        <w:rPr>
          <w:b w:val="false"/>
          <w:sz w:val="28"/>
          <w:lang w:val="zxx"/>
        </w:rPr>
        <w:t>acquire</w:t>
      </w:r>
      <w:r>
        <w:rPr>
          <w:b w:val="false"/>
          <w:sz w:val="28"/>
        </w:rPr>
        <w:t xml:space="preserve">; после завершения обычного сеанса - не более </w:t>
      </w:r>
      <w:r>
        <w:rPr>
          <w:b w:val="false"/>
          <w:sz w:val="28"/>
          <w:lang w:val="zxx"/>
        </w:rPr>
        <w:t>10000</w:t>
      </w:r>
      <w:r>
        <w:rPr>
          <w:b w:val="false"/>
          <w:sz w:val="28"/>
        </w:rPr>
        <w:t xml:space="preserve"> мс от </w:t>
      </w:r>
      <w:r>
        <w:rPr>
          <w:b w:val="false"/>
          <w:sz w:val="28"/>
          <w:lang w:val="zxx"/>
        </w:rPr>
        <w:t>finished.</w:t>
      </w:r>
      <w:r>
        <w:rPr>
          <w:b w:val="false"/>
          <w:sz w:val="28"/>
        </w:rPr>
        <w:t xml:space="preserve"> Проверка связи, чтение и повторы этот </w:t>
      </w:r>
      <w:r>
        <w:rPr>
          <w:b w:val="false"/>
          <w:sz w:val="28"/>
          <w:lang w:val="zxx"/>
        </w:rPr>
        <w:t>idleDeadlineMs</w:t>
      </w:r>
      <w:r>
        <w:rPr>
          <w:b w:val="false"/>
          <w:sz w:val="28"/>
        </w:rPr>
        <w:t xml:space="preserve"> не продлевают. Для </w:t>
      </w:r>
      <w:r>
        <w:rPr>
          <w:b w:val="false"/>
          <w:sz w:val="28"/>
          <w:lang w:val="zxx"/>
        </w:rPr>
        <w:t>maintenance</w:t>
      </w:r>
      <w:r>
        <w:rPr>
          <w:b w:val="false"/>
          <w:sz w:val="28"/>
        </w:rPr>
        <w:t xml:space="preserve"> действуют только два исключения раздела </w:t>
      </w:r>
      <w:r>
        <w:rPr>
          <w:b w:val="false"/>
          <w:sz w:val="28"/>
          <w:lang w:val="zxx"/>
        </w:rPr>
        <w:t>16:</w:t>
      </w:r>
      <w:r>
        <w:rPr>
          <w:b w:val="false"/>
          <w:sz w:val="28"/>
        </w:rPr>
        <w:t xml:space="preserve"> новый устойчивый префикс </w:t>
      </w:r>
      <w:r>
        <w:rPr>
          <w:b w:val="false"/>
          <w:sz w:val="28"/>
          <w:lang w:val="zxx"/>
        </w:rPr>
        <w:t>bulk/</w:t>
      </w:r>
      <w:r>
        <w:rPr>
          <w:b w:val="false"/>
          <w:sz w:val="28"/>
        </w:rPr>
        <w:t>⁠</w:t>
      </w:r>
      <w:r>
        <w:rPr>
          <w:b w:val="false"/>
          <w:sz w:val="28"/>
          <w:lang w:val="zxx"/>
        </w:rPr>
        <w:t>1</w:t>
      </w:r>
      <w:r>
        <w:rPr>
          <w:b w:val="false"/>
          <w:sz w:val="28"/>
        </w:rPr>
        <w:t xml:space="preserve"> освежает </w:t>
      </w:r>
      <w:r>
        <w:rPr>
          <w:b w:val="false"/>
          <w:sz w:val="28"/>
          <w:lang w:val="zxx"/>
        </w:rPr>
        <w:t>idleDeadlineMs</w:t>
      </w:r>
      <w:r>
        <w:rPr>
          <w:b w:val="false"/>
          <w:sz w:val="28"/>
        </w:rPr>
        <w:t xml:space="preserve">, а выполняющаяся </w:t>
      </w:r>
      <w:r>
        <w:rPr>
          <w:b w:val="false"/>
          <w:sz w:val="28"/>
          <w:lang w:val="zxx"/>
        </w:rPr>
        <w:t>validating/</w:t>
      </w:r>
      <w:r>
        <w:rPr>
          <w:b w:val="false"/>
          <w:sz w:val="28"/>
        </w:rPr>
        <w:t>​</w:t>
      </w:r>
      <w:r>
        <w:rPr>
          <w:b w:val="false"/>
          <w:sz w:val="28"/>
          <w:lang w:val="zxx"/>
        </w:rPr>
        <w:t>verifying</w:t>
      </w:r>
      <w:r>
        <w:rPr>
          <w:b w:val="false"/>
          <w:sz w:val="28"/>
        </w:rPr>
        <w:t xml:space="preserve"> использует фиксированный срок проверки до </w:t>
      </w:r>
      <w:r>
        <w:rPr>
          <w:b w:val="false"/>
          <w:sz w:val="28"/>
          <w:lang w:val="zxx"/>
        </w:rPr>
        <w:t>60000</w:t>
      </w:r>
      <w:r>
        <w:rPr>
          <w:b w:val="false"/>
          <w:sz w:val="28"/>
        </w:rPr>
        <w:t xml:space="preserve"> мс. Оба исключения сохраняют независимый </w:t>
      </w:r>
      <w:r>
        <w:rPr>
          <w:b w:val="false"/>
          <w:sz w:val="28"/>
          <w:lang w:val="zxx"/>
        </w:rPr>
        <w:t>lease</w:t>
      </w:r>
      <w:r>
        <w:rPr>
          <w:b w:val="false"/>
          <w:sz w:val="28"/>
        </w:rPr>
        <w:t xml:space="preserve"> и отзыв в пользу </w:t>
      </w:r>
      <w:r>
        <w:rPr>
          <w:b w:val="false"/>
          <w:sz w:val="28"/>
          <w:lang w:val="zxx"/>
        </w:rPr>
        <w:t>real.</w:t>
      </w:r>
      <w:r>
        <w:rPr>
          <w:b w:val="false"/>
          <w:sz w:val="28"/>
        </w:rPr>
        <w:t xml:space="preserve"> Истечение освобождает только эпоху без активного/неопределенного исполнения при подтвержденном </w:t>
      </w:r>
      <w:r>
        <w:rPr>
          <w:b w:val="false"/>
          <w:sz w:val="28"/>
          <w:lang w:val="zxx"/>
        </w:rPr>
        <w:t>off.</w:t>
      </w:r>
      <w:r>
        <w:rPr>
          <w:b w:val="false"/>
          <w:sz w:val="28"/>
        </w:rPr>
        <w:t xml:space="preserve"> Сеансы </w:t>
      </w:r>
      <w:r>
        <w:rPr>
          <w:b w:val="false"/>
          <w:sz w:val="28"/>
          <w:lang w:val="zxx"/>
        </w:rPr>
        <w:t>technical</w:t>
      </w:r>
      <w:r>
        <w:rPr>
          <w:b w:val="false"/>
          <w:sz w:val="28"/>
        </w:rPr>
        <w:t xml:space="preserve"> и </w:t>
      </w:r>
      <w:r>
        <w:rPr>
          <w:b w:val="false"/>
          <w:sz w:val="28"/>
          <w:lang w:val="zxx"/>
        </w:rPr>
        <w:t>exercise</w:t>
      </w:r>
      <w:r>
        <w:rPr>
          <w:b w:val="false"/>
          <w:sz w:val="28"/>
        </w:rPr>
        <w:t xml:space="preserve"> освобождают эпоху сразу после </w:t>
      </w:r>
      <w:r>
        <w:rPr>
          <w:b w:val="false"/>
          <w:sz w:val="28"/>
          <w:lang w:val="zxx"/>
        </w:rPr>
        <w:t>off</w:t>
      </w:r>
      <w:r>
        <w:rPr>
          <w:b w:val="false"/>
          <w:sz w:val="28"/>
        </w:rPr>
        <w:t xml:space="preserve"> и фиксации результата.</w:t>
      </w:r>
    </w:p>
    <w:p>
      <w:pPr>
        <w:pStyle w:val="Normal"/>
        <w:jc w:val="both"/>
        <w:rPr/>
      </w:pPr>
      <w:r>
        <w:rPr>
          <w:b w:val="false"/>
          <w:sz w:val="28"/>
          <w:lang w:val="zxx"/>
        </w:rPr>
        <w:t>5.37</w:t>
      </w:r>
      <w:r>
        <w:rPr>
          <w:b w:val="false"/>
          <w:sz w:val="28"/>
        </w:rPr>
        <w:t xml:space="preserve"> При </w:t>
      </w:r>
      <w:r>
        <w:rPr>
          <w:b w:val="false"/>
          <w:sz w:val="28"/>
          <w:lang w:val="zxx"/>
        </w:rPr>
        <w:t>control.acquire</w:t>
      </w:r>
      <w:r>
        <w:rPr>
          <w:b w:val="false"/>
          <w:sz w:val="28"/>
        </w:rPr>
        <w:t xml:space="preserve"> </w:t>
      </w:r>
      <w:r>
        <w:rPr>
          <w:b w:val="false"/>
          <w:sz w:val="28"/>
          <w:lang w:val="zxx"/>
        </w:rPr>
        <w:t>purpose=real</w:t>
      </w:r>
      <w:r>
        <w:rPr>
          <w:b w:val="false"/>
          <w:sz w:val="28"/>
        </w:rPr>
        <w:t xml:space="preserve"> другого допущенного участника и отсутствии действующего/неопределенного сеанса УУ отзывает свободную эпоху </w:t>
      </w:r>
      <w:r>
        <w:rPr>
          <w:b w:val="false"/>
          <w:sz w:val="28"/>
          <w:lang w:val="zxx"/>
        </w:rPr>
        <w:t>exercise/</w:t>
      </w:r>
      <w:r>
        <w:rPr>
          <w:b w:val="false"/>
          <w:sz w:val="28"/>
        </w:rPr>
        <w:t>​</w:t>
      </w:r>
      <w:r>
        <w:rPr>
          <w:b w:val="false"/>
          <w:sz w:val="28"/>
          <w:lang w:val="zxx"/>
        </w:rPr>
        <w:t>technical/</w:t>
      </w:r>
      <w:r>
        <w:rPr>
          <w:b w:val="false"/>
          <w:sz w:val="28"/>
        </w:rPr>
        <w:t>​</w:t>
      </w:r>
      <w:r>
        <w:rPr>
          <w:b w:val="false"/>
          <w:sz w:val="28"/>
          <w:lang w:val="zxx"/>
        </w:rPr>
        <w:t>maintenance</w:t>
      </w:r>
      <w:r>
        <w:rPr>
          <w:b w:val="false"/>
          <w:sz w:val="28"/>
        </w:rPr>
        <w:t xml:space="preserve"> на ближайшей границе сервисного шага. Шаг не превышает </w:t>
      </w:r>
      <w:r>
        <w:rPr>
          <w:b w:val="false"/>
          <w:sz w:val="28"/>
          <w:lang w:val="zxx"/>
        </w:rPr>
        <w:t>100</w:t>
      </w:r>
      <w:r>
        <w:rPr>
          <w:b w:val="false"/>
          <w:sz w:val="28"/>
        </w:rPr>
        <w:t xml:space="preserve"> мс; решение о выдаче новой эпохи и ответ укладываются в </w:t>
      </w:r>
      <w:r>
        <w:rPr>
          <w:b w:val="false"/>
          <w:sz w:val="28"/>
          <w:lang w:val="zxx"/>
        </w:rPr>
        <w:t>ordinaryResponseMs=500</w:t>
      </w:r>
      <w:r>
        <w:rPr>
          <w:b w:val="false"/>
          <w:sz w:val="28"/>
        </w:rPr>
        <w:t xml:space="preserve"> мс от полного запроса. До ответа новый владелец не действует. Сначала аннулируются полномочия старого соединения, затем публикуется новый </w:t>
      </w:r>
      <w:r>
        <w:rPr>
          <w:b w:val="false"/>
          <w:sz w:val="28"/>
          <w:lang w:val="zxx"/>
        </w:rPr>
        <w:t>controlEpoch</w:t>
      </w:r>
      <w:r>
        <w:rPr>
          <w:b w:val="false"/>
          <w:sz w:val="28"/>
        </w:rPr>
        <w:t xml:space="preserve">; старые очереди повторно проверяют эпоху перед фиксацией любого изменения. Подтвержденный блок загрузки сохраняется, неподтвержденный не считается принятым. Отзыв не запускает </w:t>
      </w:r>
      <w:r>
        <w:rPr>
          <w:b w:val="false"/>
          <w:sz w:val="28"/>
          <w:lang w:val="zxx"/>
        </w:rPr>
        <w:t>rollback</w:t>
      </w:r>
      <w:r>
        <w:rPr>
          <w:b w:val="false"/>
          <w:sz w:val="28"/>
        </w:rPr>
        <w:t xml:space="preserve"> действующей конфигурации и не стирает подготовленный файл.</w:t>
      </w:r>
    </w:p>
    <w:p>
      <w:pPr>
        <w:pStyle w:val="Normal"/>
        <w:jc w:val="both"/>
        <w:rPr/>
      </w:pPr>
      <w:r>
        <w:rPr>
          <w:b w:val="false"/>
          <w:sz w:val="28"/>
          <w:lang w:val="zxx"/>
        </w:rPr>
        <w:t>5.38</w:t>
      </w:r>
      <w:r>
        <w:rPr>
          <w:b w:val="false"/>
          <w:sz w:val="28"/>
        </w:rPr>
        <w:t xml:space="preserve"> Действующее оповещение, в том числе технический сеанс, этим правилом не прерывается. При </w:t>
      </w:r>
      <w:r>
        <w:rPr>
          <w:b w:val="false"/>
          <w:sz w:val="28"/>
          <w:lang w:val="zxx"/>
        </w:rPr>
        <w:t>busy</w:t>
      </w:r>
      <w:r>
        <w:rPr>
          <w:b w:val="false"/>
          <w:sz w:val="28"/>
        </w:rPr>
        <w:t xml:space="preserve"> для разрешенного </w:t>
      </w:r>
      <w:r>
        <w:rPr>
          <w:b w:val="false"/>
          <w:sz w:val="28"/>
          <w:lang w:val="zxx"/>
        </w:rPr>
        <w:t>real</w:t>
      </w:r>
      <w:r>
        <w:rPr>
          <w:b w:val="false"/>
          <w:sz w:val="28"/>
        </w:rPr>
        <w:t xml:space="preserve"> УУ фиксирует очередь намерений по </w:t>
      </w:r>
      <w:r>
        <w:rPr>
          <w:b w:val="false"/>
          <w:sz w:val="28"/>
          <w:lang w:val="zxx"/>
        </w:rPr>
        <w:t>principalId</w:t>
      </w:r>
      <w:r>
        <w:rPr>
          <w:b w:val="false"/>
          <w:sz w:val="28"/>
        </w:rPr>
        <w:t xml:space="preserve"> до </w:t>
      </w:r>
      <w:r>
        <w:rPr>
          <w:b w:val="false"/>
          <w:sz w:val="28"/>
          <w:lang w:val="zxx"/>
        </w:rPr>
        <w:t>35000</w:t>
      </w:r>
      <w:r>
        <w:rPr>
          <w:b w:val="false"/>
          <w:sz w:val="28"/>
        </w:rPr>
        <w:t xml:space="preserve"> мс от первой попытки. Повторы и новые </w:t>
      </w:r>
      <w:r>
        <w:rPr>
          <w:b w:val="false"/>
          <w:sz w:val="28"/>
          <w:lang w:val="zxx"/>
        </w:rPr>
        <w:t>acquireSeq</w:t>
      </w:r>
      <w:r>
        <w:rPr>
          <w:b w:val="false"/>
          <w:sz w:val="28"/>
        </w:rPr>
        <w:t xml:space="preserve"> того же участника не сдвигают срок и место; чужой </w:t>
      </w:r>
      <w:r>
        <w:rPr>
          <w:b w:val="false"/>
          <w:sz w:val="28"/>
          <w:lang w:val="zxx"/>
        </w:rPr>
        <w:t>instanceId</w:t>
      </w:r>
      <w:r>
        <w:rPr>
          <w:b w:val="false"/>
          <w:sz w:val="28"/>
        </w:rPr>
        <w:t xml:space="preserve"> не наследует место. Порядок </w:t>
      </w:r>
      <w:r>
        <w:rPr>
          <w:b w:val="false"/>
          <w:sz w:val="28"/>
          <w:lang w:val="zxx"/>
        </w:rPr>
        <w:t>FIFO</w:t>
      </w:r>
      <w:r>
        <w:rPr>
          <w:b w:val="false"/>
          <w:sz w:val="28"/>
        </w:rPr>
        <w:t xml:space="preserve">, при равном времени - лексикографический </w:t>
      </w:r>
      <w:r>
        <w:rPr>
          <w:b w:val="false"/>
          <w:sz w:val="28"/>
          <w:lang w:val="zxx"/>
        </w:rPr>
        <w:t>principalId.</w:t>
      </w:r>
      <w:r>
        <w:rPr>
          <w:b w:val="false"/>
          <w:sz w:val="28"/>
        </w:rPr>
        <w:t xml:space="preserve"> Новая выдача свободного владения </w:t>
      </w:r>
      <w:r>
        <w:rPr>
          <w:b w:val="false"/>
          <w:sz w:val="28"/>
          <w:lang w:val="zxx"/>
        </w:rPr>
        <w:t>ДОПУСКАЕТСЯ</w:t>
      </w:r>
      <w:r>
        <w:rPr>
          <w:b w:val="false"/>
          <w:sz w:val="28"/>
        </w:rPr>
        <w:t xml:space="preserve"> только первому живому намерению; </w:t>
      </w:r>
      <w:r>
        <w:rPr>
          <w:b w:val="false"/>
          <w:sz w:val="28"/>
          <w:lang w:val="zxx"/>
        </w:rPr>
        <w:t>maintenance/</w:t>
      </w:r>
      <w:r>
        <w:rPr>
          <w:b w:val="false"/>
          <w:sz w:val="28"/>
        </w:rPr>
        <w:t>​</w:t>
      </w:r>
      <w:r>
        <w:rPr>
          <w:b w:val="false"/>
          <w:sz w:val="28"/>
          <w:lang w:val="zxx"/>
        </w:rPr>
        <w:t>exercise/</w:t>
      </w:r>
      <w:r>
        <w:rPr>
          <w:b w:val="false"/>
          <w:sz w:val="28"/>
        </w:rPr>
        <w:t>​</w:t>
      </w:r>
      <w:r>
        <w:rPr>
          <w:b w:val="false"/>
          <w:sz w:val="28"/>
          <w:lang w:val="zxx"/>
        </w:rPr>
        <w:t>technical</w:t>
      </w:r>
      <w:r>
        <w:rPr>
          <w:b w:val="false"/>
          <w:sz w:val="28"/>
        </w:rPr>
        <w:t xml:space="preserve"> не опережают его. Клиент </w:t>
      </w:r>
      <w:r>
        <w:rPr>
          <w:b w:val="false"/>
          <w:sz w:val="28"/>
          <w:lang w:val="zxx"/>
        </w:rPr>
        <w:t>real</w:t>
      </w:r>
      <w:r>
        <w:rPr>
          <w:b w:val="false"/>
          <w:sz w:val="28"/>
        </w:rPr>
        <w:t xml:space="preserve"> повторяет </w:t>
      </w:r>
      <w:r>
        <w:rPr>
          <w:b w:val="false"/>
          <w:sz w:val="28"/>
          <w:lang w:val="zxx"/>
        </w:rPr>
        <w:t>acquire</w:t>
      </w:r>
      <w:r>
        <w:rPr>
          <w:b w:val="false"/>
          <w:sz w:val="28"/>
        </w:rPr>
        <w:t xml:space="preserve"> с новым </w:t>
      </w:r>
      <w:r>
        <w:rPr>
          <w:b w:val="false"/>
          <w:sz w:val="28"/>
          <w:lang w:val="zxx"/>
        </w:rPr>
        <w:t>acquireSeq</w:t>
      </w:r>
      <w:r>
        <w:rPr>
          <w:b w:val="false"/>
          <w:sz w:val="28"/>
        </w:rPr>
        <w:t xml:space="preserve"> через </w:t>
      </w:r>
      <w:r>
        <w:rPr>
          <w:b w:val="false"/>
          <w:sz w:val="28"/>
          <w:lang w:val="zxx"/>
        </w:rPr>
        <w:t>500..2000</w:t>
      </w:r>
      <w:r>
        <w:rPr>
          <w:b w:val="false"/>
          <w:sz w:val="28"/>
        </w:rPr>
        <w:t xml:space="preserve"> мс после получения </w:t>
      </w:r>
      <w:r>
        <w:rPr>
          <w:b w:val="false"/>
          <w:sz w:val="28"/>
          <w:lang w:val="zxx"/>
        </w:rPr>
        <w:t>busy</w:t>
      </w:r>
      <w:r>
        <w:rPr>
          <w:b w:val="false"/>
          <w:sz w:val="28"/>
        </w:rPr>
        <w:t xml:space="preserve">, пока его срок актуален; следующий запрос не отправляется до ответа на предыдущий. В </w:t>
      </w:r>
      <w:r>
        <w:rPr>
          <w:b w:val="false"/>
          <w:sz w:val="28"/>
          <w:lang w:val="zxx"/>
        </w:rPr>
        <w:t>alarmTransitionMaxMs</w:t>
      </w:r>
      <w:r>
        <w:rPr>
          <w:b w:val="false"/>
          <w:sz w:val="28"/>
        </w:rPr>
        <w:t xml:space="preserve"> входят ожидание этого интервала, завершение уже отправленного запроса, доставка и обработка следующей попытки; для допуска теста используется их общая верхняя оценка по разделу </w:t>
      </w:r>
      <w:r>
        <w:rPr>
          <w:b w:val="false"/>
          <w:sz w:val="28"/>
          <w:lang w:val="zxx"/>
        </w:rPr>
        <w:t>12.</w:t>
      </w:r>
      <w:r>
        <w:rPr>
          <w:b w:val="false"/>
          <w:sz w:val="28"/>
        </w:rPr>
        <w:t xml:space="preserve"> Возвращенный </w:t>
      </w:r>
      <w:r>
        <w:rPr>
          <w:b w:val="false"/>
          <w:sz w:val="28"/>
          <w:lang w:val="zxx"/>
        </w:rPr>
        <w:t>busy</w:t>
      </w:r>
      <w:r>
        <w:rPr>
          <w:b w:val="false"/>
          <w:sz w:val="28"/>
        </w:rPr>
        <w:t xml:space="preserve"> не превращается в выдачу самопроизвольно. При отсутствии нового полного допустимого </w:t>
      </w:r>
      <w:r>
        <w:rPr>
          <w:b w:val="false"/>
          <w:sz w:val="28"/>
          <w:lang w:val="zxx"/>
        </w:rPr>
        <w:t>acquire</w:t>
      </w:r>
      <w:r>
        <w:rPr>
          <w:b w:val="false"/>
          <w:sz w:val="28"/>
        </w:rPr>
        <w:t xml:space="preserve"> в течение </w:t>
      </w:r>
      <w:r>
        <w:rPr>
          <w:b w:val="false"/>
          <w:sz w:val="28"/>
          <w:lang w:val="zxx"/>
        </w:rPr>
        <w:t>10000</w:t>
      </w:r>
      <w:r>
        <w:rPr>
          <w:b w:val="false"/>
          <w:sz w:val="28"/>
        </w:rPr>
        <w:t xml:space="preserve"> мс намерение удаляется; исходный срок очереди </w:t>
      </w:r>
      <w:r>
        <w:rPr>
          <w:b w:val="false"/>
          <w:sz w:val="28"/>
          <w:lang w:val="zxx"/>
        </w:rPr>
        <w:t>35000</w:t>
      </w:r>
      <w:r>
        <w:rPr>
          <w:b w:val="false"/>
          <w:sz w:val="28"/>
        </w:rPr>
        <w:t xml:space="preserve"> мс не продлевается. Потеря соединения и смена </w:t>
      </w:r>
      <w:r>
        <w:rPr>
          <w:b w:val="false"/>
          <w:sz w:val="28"/>
          <w:lang w:val="zxx"/>
        </w:rPr>
        <w:t>bootId</w:t>
      </w:r>
      <w:r>
        <w:rPr>
          <w:b w:val="false"/>
          <w:sz w:val="28"/>
        </w:rPr>
        <w:t xml:space="preserve"> удаляют намерение. Число записей ограничено числом заранее допущенных участников. Уже выданная </w:t>
      </w:r>
      <w:r>
        <w:rPr>
          <w:b w:val="false"/>
          <w:sz w:val="28"/>
          <w:lang w:val="zxx"/>
        </w:rPr>
        <w:t>real-</w:t>
      </w:r>
      <w:r>
        <w:rPr>
          <w:b w:val="false"/>
          <w:sz w:val="28"/>
        </w:rPr>
        <w:t xml:space="preserve">эпоха сохраняется до собственного </w:t>
      </w:r>
      <w:r>
        <w:rPr>
          <w:b w:val="false"/>
          <w:sz w:val="28"/>
          <w:lang w:val="zxx"/>
        </w:rPr>
        <w:t>idleDeadlineMs</w:t>
      </w:r>
      <w:r>
        <w:rPr>
          <w:b w:val="false"/>
          <w:sz w:val="28"/>
        </w:rPr>
        <w:t xml:space="preserve"> или завершения сеанса.</w:t>
      </w:r>
    </w:p>
    <w:p>
      <w:pPr>
        <w:pStyle w:val="Normal"/>
        <w:jc w:val="both"/>
        <w:rPr/>
      </w:pPr>
      <w:r>
        <w:rPr>
          <w:b w:val="false"/>
          <w:sz w:val="28"/>
          <w:lang w:val="zxx"/>
        </w:rPr>
        <w:t>5.39</w:t>
      </w:r>
      <w:r>
        <w:rPr>
          <w:b w:val="false"/>
          <w:sz w:val="28"/>
        </w:rPr>
        <w:t xml:space="preserve"> Граница доступности: отзыв свободного сервисного владения занимает не более </w:t>
      </w:r>
      <w:r>
        <w:rPr>
          <w:b w:val="false"/>
          <w:sz w:val="28"/>
          <w:lang w:val="zxx"/>
        </w:rPr>
        <w:t>500</w:t>
      </w:r>
      <w:r>
        <w:rPr>
          <w:b w:val="false"/>
          <w:sz w:val="28"/>
        </w:rPr>
        <w:t xml:space="preserve"> мс локально; доставка запроса/ответа и следующего </w:t>
      </w:r>
      <w:r>
        <w:rPr>
          <w:b w:val="false"/>
          <w:sz w:val="28"/>
          <w:lang w:val="zxx"/>
        </w:rPr>
        <w:t>session.start</w:t>
      </w:r>
      <w:r>
        <w:rPr>
          <w:b w:val="false"/>
          <w:sz w:val="28"/>
        </w:rPr>
        <w:t xml:space="preserve"> добавляет бюджет сети. При занятой свободной </w:t>
      </w:r>
      <w:r>
        <w:rPr>
          <w:b w:val="false"/>
          <w:sz w:val="28"/>
          <w:lang w:val="zxx"/>
        </w:rPr>
        <w:t>real-</w:t>
      </w:r>
      <w:r>
        <w:rPr>
          <w:b w:val="false"/>
          <w:sz w:val="28"/>
        </w:rPr>
        <w:t xml:space="preserve">эпохе добавляется не более оставшихся </w:t>
      </w:r>
      <w:r>
        <w:rPr>
          <w:b w:val="false"/>
          <w:sz w:val="28"/>
          <w:lang w:val="zxx"/>
        </w:rPr>
        <w:t>10000</w:t>
      </w:r>
      <w:r>
        <w:rPr>
          <w:b w:val="false"/>
          <w:sz w:val="28"/>
        </w:rPr>
        <w:t xml:space="preserve"> мс </w:t>
      </w:r>
      <w:r>
        <w:rPr>
          <w:b w:val="false"/>
          <w:sz w:val="28"/>
          <w:lang w:val="zxx"/>
        </w:rPr>
        <w:t>idleDeadlineMs</w:t>
      </w:r>
      <w:r>
        <w:rPr>
          <w:b w:val="false"/>
          <w:sz w:val="28"/>
        </w:rPr>
        <w:t xml:space="preserve"> и период повторной попытки. Неисправность хранилища, неизвестное выключение и активное чужое исполнение не обходятся приоритетом. Операции, выводящие сам контроллер из готовности (</w:t>
      </w:r>
      <w:r>
        <w:rPr>
          <w:b w:val="false"/>
          <w:sz w:val="28"/>
          <w:lang w:val="zxx"/>
        </w:rPr>
        <w:t>firmware.commit</w:t>
      </w:r>
      <w:r>
        <w:rPr>
          <w:b w:val="false"/>
          <w:sz w:val="28"/>
        </w:rPr>
        <w:t xml:space="preserve"> и </w:t>
      </w:r>
      <w:r>
        <w:rPr>
          <w:b w:val="false"/>
          <w:sz w:val="28"/>
          <w:lang w:val="zxx"/>
        </w:rPr>
        <w:t>network.stage</w:t>
      </w:r>
      <w:r>
        <w:rPr>
          <w:b w:val="false"/>
          <w:sz w:val="28"/>
        </w:rPr>
        <w:t xml:space="preserve">), разрешены только при местном разрешении обслуживания и готовом независимом тракте тревоги, указанном в конфигурации развертывания. Разрешение и готовность подтверждаются независимыми входами, не устанавливаются сетевой сервисной командой; без них </w:t>
      </w:r>
      <w:r>
        <w:rPr>
          <w:b w:val="false"/>
          <w:sz w:val="28"/>
          <w:lang w:val="zxx"/>
        </w:rPr>
        <w:t>unsafeState.</w:t>
      </w:r>
      <w:r>
        <w:rPr>
          <w:b w:val="false"/>
          <w:sz w:val="28"/>
        </w:rPr>
        <w:t xml:space="preserve"> На время перезагрузки/смены сети тревога обслуживается резервным трактом.</w:t>
      </w:r>
    </w:p>
    <w:p>
      <w:pPr>
        <w:pStyle w:val="2"/>
        <w:rPr/>
      </w:pPr>
      <w:r>
        <w:rPr/>
        <w:t>Допуск учений и доступность реального оповещения</w:t>
      </w:r>
    </w:p>
    <w:p>
      <w:pPr>
        <w:pStyle w:val="Normal"/>
        <w:jc w:val="start"/>
        <w:rPr/>
      </w:pPr>
      <w:r>
        <w:rPr>
          <w:b w:val="false"/>
          <w:sz w:val="28"/>
          <w:lang w:val="zxx"/>
        </w:rPr>
        <w:t>5.40</w:t>
      </w:r>
      <w:r>
        <w:rPr>
          <w:b w:val="false"/>
          <w:sz w:val="28"/>
        </w:rPr>
        <w:t xml:space="preserve"> Техническая проверка </w:t>
      </w:r>
      <w:r>
        <w:rPr>
          <w:b w:val="false"/>
          <w:sz w:val="28"/>
          <w:lang w:val="zxx"/>
        </w:rPr>
        <w:t>mode=test</w:t>
      </w:r>
      <w:r>
        <w:rPr>
          <w:b w:val="false"/>
          <w:sz w:val="28"/>
        </w:rPr>
        <w:t xml:space="preserve"> либо </w:t>
      </w:r>
      <w:r>
        <w:rPr>
          <w:b w:val="false"/>
          <w:sz w:val="28"/>
          <w:lang w:val="zxx"/>
        </w:rPr>
        <w:t>purpose=technical</w:t>
      </w:r>
      <w:r>
        <w:rPr>
          <w:b w:val="false"/>
          <w:sz w:val="28"/>
        </w:rPr>
        <w:t xml:space="preserve"> имеет </w:t>
      </w:r>
      <w:r>
        <w:rPr>
          <w:b w:val="false"/>
          <w:sz w:val="28"/>
          <w:lang w:val="zxx"/>
        </w:rPr>
        <w:t>maxDurationMs</w:t>
      </w:r>
      <w:r>
        <w:rPr>
          <w:b w:val="false"/>
          <w:sz w:val="28"/>
        </w:rPr>
        <w:t xml:space="preserve"> не более </w:t>
      </w:r>
      <w:r>
        <w:rPr>
          <w:b w:val="false"/>
          <w:sz w:val="28"/>
          <w:lang w:val="zxx"/>
        </w:rPr>
        <w:t>30000.</w:t>
      </w:r>
      <w:r>
        <w:rPr>
          <w:b w:val="false"/>
          <w:sz w:val="28"/>
        </w:rPr>
        <w:t xml:space="preserve"> Полноценные учения </w:t>
      </w:r>
      <w:r>
        <w:rPr>
          <w:b w:val="false"/>
          <w:sz w:val="28"/>
          <w:lang w:val="zxx"/>
        </w:rPr>
        <w:t>purpose=exercise</w:t>
      </w:r>
      <w:r>
        <w:rPr>
          <w:b w:val="false"/>
          <w:sz w:val="28"/>
        </w:rPr>
        <w:t xml:space="preserve"> допускают сирену, запись, программу или поток общей длительностью до </w:t>
      </w:r>
      <w:r>
        <w:rPr>
          <w:b w:val="false"/>
          <w:sz w:val="28"/>
          <w:lang w:val="zxx"/>
        </w:rPr>
        <w:t>1080000</w:t>
      </w:r>
      <w:r>
        <w:rPr>
          <w:b w:val="false"/>
          <w:sz w:val="28"/>
        </w:rPr>
        <w:t xml:space="preserve"> мс, включая подготовку и паузы. Учения всегда применяют </w:t>
      </w:r>
      <w:r>
        <w:rPr>
          <w:b w:val="false"/>
          <w:sz w:val="28"/>
          <w:lang w:val="zxx"/>
        </w:rPr>
        <w:t>onControlLoss=stop</w:t>
      </w:r>
      <w:r>
        <w:rPr>
          <w:b w:val="false"/>
          <w:sz w:val="28"/>
        </w:rPr>
        <w:t xml:space="preserve">, </w:t>
      </w:r>
      <w:r>
        <w:rPr>
          <w:b w:val="false"/>
          <w:sz w:val="28"/>
          <w:lang w:val="zxx"/>
        </w:rPr>
        <w:t>stopBeginMs</w:t>
      </w:r>
      <w:r>
        <w:rPr>
          <w:b w:val="false"/>
          <w:sz w:val="28"/>
        </w:rPr>
        <w:t xml:space="preserve"> не более </w:t>
      </w:r>
      <w:r>
        <w:rPr>
          <w:b w:val="false"/>
          <w:sz w:val="28"/>
          <w:lang w:val="zxx"/>
        </w:rPr>
        <w:t>100</w:t>
      </w:r>
      <w:r>
        <w:rPr>
          <w:b w:val="false"/>
          <w:sz w:val="28"/>
        </w:rPr>
        <w:t xml:space="preserve"> и </w:t>
      </w:r>
      <w:r>
        <w:rPr>
          <w:b w:val="false"/>
          <w:sz w:val="28"/>
          <w:lang w:val="zxx"/>
        </w:rPr>
        <w:t>stopConfirmMs</w:t>
      </w:r>
      <w:r>
        <w:rPr>
          <w:b w:val="false"/>
          <w:sz w:val="28"/>
        </w:rPr>
        <w:t xml:space="preserve"> не более </w:t>
      </w:r>
      <w:r>
        <w:rPr>
          <w:b w:val="false"/>
          <w:sz w:val="28"/>
          <w:lang w:val="zxx"/>
        </w:rPr>
        <w:t>3000</w:t>
      </w:r>
      <w:r>
        <w:rPr>
          <w:b w:val="false"/>
          <w:sz w:val="28"/>
        </w:rPr>
        <w:t xml:space="preserve">; отсутствие таких физических возможностей дает </w:t>
      </w:r>
      <w:r>
        <w:rPr>
          <w:b w:val="false"/>
          <w:sz w:val="28"/>
          <w:lang w:val="zxx"/>
        </w:rPr>
        <w:t>unsafeState</w:t>
      </w:r>
      <w:r>
        <w:rPr>
          <w:b w:val="false"/>
          <w:sz w:val="28"/>
        </w:rPr>
        <w:t xml:space="preserve"> до воздействия. После </w:t>
      </w:r>
      <w:r>
        <w:rPr>
          <w:b w:val="false"/>
          <w:sz w:val="28"/>
          <w:lang w:val="zxx"/>
        </w:rPr>
        <w:t>off</w:t>
      </w:r>
      <w:r>
        <w:rPr>
          <w:b w:val="false"/>
          <w:sz w:val="28"/>
        </w:rPr>
        <w:t xml:space="preserve"> и сохранения результата эпоха автоматически освобождается. Следующий учебный запуск требует нового </w:t>
      </w:r>
      <w:r>
        <w:rPr>
          <w:b w:val="false"/>
          <w:sz w:val="28"/>
          <w:lang w:val="zxx"/>
        </w:rPr>
        <w:t>acquire</w:t>
      </w:r>
      <w:r>
        <w:rPr>
          <w:b w:val="false"/>
          <w:sz w:val="28"/>
        </w:rPr>
        <w:t xml:space="preserve"> и не обходит ожидающую тревогу.</w:t>
      </w:r>
    </w:p>
    <w:p>
      <w:pPr>
        <w:pStyle w:val="Normal"/>
        <w:jc w:val="both"/>
        <w:rPr/>
      </w:pPr>
      <w:r>
        <w:rPr>
          <w:b w:val="false"/>
          <w:sz w:val="28"/>
          <w:lang w:val="zxx"/>
        </w:rPr>
        <w:t>5.41</w:t>
      </w:r>
      <w:r>
        <w:rPr>
          <w:b w:val="false"/>
          <w:sz w:val="28"/>
        </w:rPr>
        <w:t xml:space="preserve"> Сохранение результата и освобождение эпохи после </w:t>
      </w:r>
      <w:r>
        <w:rPr>
          <w:b w:val="false"/>
          <w:sz w:val="28"/>
          <w:lang w:val="zxx"/>
        </w:rPr>
        <w:t>off</w:t>
      </w:r>
      <w:r>
        <w:rPr>
          <w:b w:val="false"/>
          <w:sz w:val="28"/>
        </w:rPr>
        <w:t xml:space="preserve"> занимают не более </w:t>
      </w:r>
      <w:r>
        <w:rPr>
          <w:b w:val="false"/>
          <w:sz w:val="28"/>
          <w:lang w:val="zxx"/>
        </w:rPr>
        <w:t>500</w:t>
      </w:r>
      <w:r>
        <w:rPr>
          <w:b w:val="false"/>
          <w:sz w:val="28"/>
        </w:rPr>
        <w:t xml:space="preserve"> мс. Для технической проверки и учения до </w:t>
      </w:r>
      <w:r>
        <w:rPr>
          <w:b w:val="false"/>
          <w:sz w:val="28"/>
          <w:lang w:val="zxx"/>
        </w:rPr>
        <w:t>30000</w:t>
      </w:r>
      <w:r>
        <w:rPr>
          <w:b w:val="false"/>
          <w:sz w:val="28"/>
        </w:rPr>
        <w:t xml:space="preserve"> мс применяется единый бюджет раздела </w:t>
      </w:r>
      <w:r>
        <w:rPr>
          <w:b w:val="false"/>
          <w:sz w:val="28"/>
          <w:lang w:val="zxx"/>
        </w:rPr>
        <w:t>12:</w:t>
      </w:r>
      <w:r>
        <w:rPr>
          <w:b w:val="false"/>
          <w:sz w:val="28"/>
        </w:rPr>
        <w:t xml:space="preserve"> </w:t>
      </w:r>
      <w:r>
        <w:rPr>
          <w:b w:val="false"/>
          <w:sz w:val="28"/>
          <w:lang w:val="zxx"/>
        </w:rPr>
        <w:t>30000+3000+2000=35000</w:t>
      </w:r>
      <w:r>
        <w:rPr>
          <w:b w:val="false"/>
          <w:sz w:val="28"/>
        </w:rPr>
        <w:t xml:space="preserve"> мс до принятия нового </w:t>
      </w:r>
      <w:r>
        <w:rPr>
          <w:b w:val="false"/>
          <w:sz w:val="28"/>
          <w:lang w:val="zxx"/>
        </w:rPr>
        <w:t>session.start</w:t>
      </w:r>
      <w:r>
        <w:rPr>
          <w:b w:val="false"/>
          <w:sz w:val="28"/>
        </w:rPr>
        <w:t xml:space="preserve"> первого ожидающего </w:t>
      </w:r>
      <w:r>
        <w:rPr>
          <w:b w:val="false"/>
          <w:sz w:val="28"/>
          <w:lang w:val="zxx"/>
        </w:rPr>
        <w:t>real.</w:t>
      </w:r>
      <w:r>
        <w:rPr>
          <w:b w:val="false"/>
          <w:sz w:val="28"/>
        </w:rPr>
        <w:t xml:space="preserve"> Последние </w:t>
      </w:r>
      <w:r>
        <w:rPr>
          <w:b w:val="false"/>
          <w:sz w:val="28"/>
          <w:lang w:val="zxx"/>
        </w:rPr>
        <w:t>2000</w:t>
      </w:r>
      <w:r>
        <w:rPr>
          <w:b w:val="false"/>
          <w:sz w:val="28"/>
        </w:rPr>
        <w:t xml:space="preserve"> мс включают сохранение результата, освобождение, ожидание повтора, сетевой обмен и обработку </w:t>
      </w:r>
      <w:r>
        <w:rPr>
          <w:b w:val="false"/>
          <w:sz w:val="28"/>
          <w:lang w:val="zxx"/>
        </w:rPr>
        <w:t>acquire</w:t>
      </w:r>
      <w:r>
        <w:rPr>
          <w:b w:val="false"/>
          <w:sz w:val="28"/>
        </w:rPr>
        <w:t xml:space="preserve"> и </w:t>
      </w:r>
      <w:r>
        <w:rPr>
          <w:b w:val="false"/>
          <w:sz w:val="28"/>
          <w:lang w:val="zxx"/>
        </w:rPr>
        <w:t>session.start.</w:t>
      </w:r>
      <w:r>
        <w:rPr>
          <w:b w:val="false"/>
          <w:sz w:val="28"/>
        </w:rPr>
        <w:t xml:space="preserve"> Предел сетевой доставки </w:t>
      </w:r>
      <w:r>
        <w:rPr>
          <w:b w:val="false"/>
          <w:sz w:val="28"/>
          <w:lang w:val="zxx"/>
        </w:rPr>
        <w:t>1500</w:t>
      </w:r>
      <w:r>
        <w:rPr>
          <w:b w:val="false"/>
          <w:sz w:val="28"/>
        </w:rPr>
        <w:t xml:space="preserve"> мс сам по себе не обеспечивает этот срок. Если сумма выбранных пределов больше, допустимая длительность теста или короткого учения уменьшается. Длительное учение допускается только при независимом готовом тракте реального оповещения, не занятом учением, с </w:t>
      </w:r>
      <w:r>
        <w:rPr>
          <w:b w:val="false"/>
          <w:sz w:val="28"/>
          <w:lang w:val="zxx"/>
        </w:rPr>
        <w:t>alarmTransitionMaxMs</w:t>
      </w:r>
      <w:r>
        <w:rPr>
          <w:b w:val="false"/>
          <w:sz w:val="28"/>
        </w:rPr>
        <w:t xml:space="preserve"> не более </w:t>
      </w:r>
      <w:r>
        <w:rPr>
          <w:b w:val="false"/>
          <w:sz w:val="28"/>
          <w:lang w:val="zxx"/>
        </w:rPr>
        <w:t>35000</w:t>
      </w:r>
      <w:r>
        <w:rPr>
          <w:b w:val="false"/>
          <w:sz w:val="28"/>
        </w:rPr>
        <w:t xml:space="preserve"> мс. При отсутствии такого тракта длительность </w:t>
      </w:r>
      <w:r>
        <w:rPr>
          <w:b w:val="false"/>
          <w:sz w:val="28"/>
          <w:lang w:val="zxx"/>
        </w:rPr>
        <w:t>exercise</w:t>
      </w:r>
      <w:r>
        <w:rPr>
          <w:b w:val="false"/>
          <w:sz w:val="28"/>
        </w:rPr>
        <w:t xml:space="preserve"> ограничивается </w:t>
      </w:r>
      <w:r>
        <w:rPr>
          <w:b w:val="false"/>
          <w:sz w:val="28"/>
          <w:lang w:val="zxx"/>
        </w:rPr>
        <w:t>30000</w:t>
      </w:r>
      <w:r>
        <w:rPr>
          <w:b w:val="false"/>
          <w:sz w:val="28"/>
        </w:rPr>
        <w:t xml:space="preserve"> мс с соблюдением общего бюджета. Самостоятельная тревога не отбирает чужую эпоху; независимость ресурсов и путей управления проверяется до допуска длительного учения. Если проект требует меньшего срока, применяется именно он. Неподтвержденный </w:t>
      </w:r>
      <w:r>
        <w:rPr>
          <w:b w:val="false"/>
          <w:sz w:val="28"/>
          <w:lang w:val="zxx"/>
        </w:rPr>
        <w:t>off</w:t>
      </w:r>
      <w:r>
        <w:rPr>
          <w:b w:val="false"/>
          <w:sz w:val="28"/>
        </w:rPr>
        <w:t xml:space="preserve"> и отказ </w:t>
      </w:r>
      <w:r>
        <w:rPr>
          <w:b w:val="false"/>
          <w:sz w:val="28"/>
          <w:lang w:val="zxx"/>
        </w:rPr>
        <w:t>Flash</w:t>
      </w:r>
      <w:r>
        <w:rPr>
          <w:b w:val="false"/>
          <w:sz w:val="28"/>
        </w:rPr>
        <w:t xml:space="preserve"> обрабатываются предусмотренным резервом.</w:t>
      </w:r>
    </w:p>
    <w:p>
      <w:pPr>
        <w:pStyle w:val="Normal"/>
        <w:jc w:val="both"/>
        <w:rPr/>
      </w:pPr>
      <w:r>
        <w:rPr>
          <w:b w:val="false"/>
          <w:sz w:val="28"/>
          <w:lang w:val="zxx"/>
        </w:rPr>
        <w:t>5.42</w:t>
      </w:r>
      <w:r>
        <w:rPr>
          <w:b w:val="false"/>
          <w:sz w:val="28"/>
        </w:rPr>
        <w:t xml:space="preserve"> Живая привязка означает одновременно открытое допущенное соединение выбранного режима (аутентифицированное при </w:t>
      </w:r>
      <w:r>
        <w:rPr>
          <w:b w:val="false"/>
          <w:sz w:val="28"/>
          <w:lang w:val="zxx"/>
        </w:rPr>
        <w:t>tls</w:t>
      </w:r>
      <w:r>
        <w:rPr>
          <w:b w:val="false"/>
          <w:sz w:val="28"/>
        </w:rPr>
        <w:t xml:space="preserve">) и </w:t>
      </w:r>
      <w:r>
        <w:rPr>
          <w:b w:val="false"/>
          <w:sz w:val="28"/>
          <w:lang w:val="zxx"/>
        </w:rPr>
        <w:t>now</w:t>
      </w:r>
      <w:r>
        <w:rPr>
          <w:b w:val="false"/>
          <w:sz w:val="28"/>
        </w:rPr>
        <w:t xml:space="preserve"> &lt; </w:t>
      </w:r>
      <w:r>
        <w:rPr>
          <w:b w:val="false"/>
          <w:sz w:val="28"/>
          <w:lang w:val="zxx"/>
        </w:rPr>
        <w:t>leaseDeadlineMs.</w:t>
      </w:r>
      <w:r>
        <w:rPr>
          <w:b w:val="false"/>
          <w:sz w:val="28"/>
        </w:rPr>
        <w:t xml:space="preserve"> </w:t>
      </w:r>
      <w:r>
        <w:rPr>
          <w:b w:val="false"/>
          <w:sz w:val="28"/>
          <w:lang w:val="zxx"/>
        </w:rPr>
        <w:t>Lease</w:t>
      </w:r>
      <w:r>
        <w:rPr>
          <w:b w:val="false"/>
          <w:sz w:val="28"/>
        </w:rPr>
        <w:t xml:space="preserve"> длится </w:t>
      </w:r>
      <w:r>
        <w:rPr>
          <w:b w:val="false"/>
          <w:sz w:val="28"/>
          <w:lang w:val="zxx"/>
        </w:rPr>
        <w:t>30000</w:t>
      </w:r>
      <w:r>
        <w:rPr>
          <w:b w:val="false"/>
          <w:sz w:val="28"/>
        </w:rPr>
        <w:t xml:space="preserve"> мс от последнего допустимого продления; </w:t>
      </w:r>
      <w:r>
        <w:rPr>
          <w:b w:val="false"/>
          <w:sz w:val="28"/>
          <w:lang w:val="zxx"/>
        </w:rPr>
        <w:t>heartbeat</w:t>
      </w:r>
      <w:r>
        <w:rPr>
          <w:b w:val="false"/>
          <w:sz w:val="28"/>
        </w:rPr>
        <w:t xml:space="preserve"> или другой разрешенный запрос прикрепленного владельца продлевает его по общим правилам. </w:t>
      </w:r>
      <w:r>
        <w:rPr>
          <w:b w:val="false"/>
          <w:sz w:val="28"/>
          <w:lang w:val="zxx"/>
        </w:rPr>
        <w:t>TCP</w:t>
      </w:r>
      <w:r>
        <w:rPr>
          <w:b w:val="false"/>
          <w:sz w:val="28"/>
        </w:rPr>
        <w:t xml:space="preserve"> </w:t>
      </w:r>
      <w:r>
        <w:rPr>
          <w:b w:val="false"/>
          <w:sz w:val="28"/>
          <w:lang w:val="zxx"/>
        </w:rPr>
        <w:t>ACK</w:t>
      </w:r>
      <w:r>
        <w:rPr>
          <w:b w:val="false"/>
          <w:sz w:val="28"/>
        </w:rPr>
        <w:t xml:space="preserve"> и запрос наблюдателя не продлевают. Обнаруженное закрытие </w:t>
      </w:r>
      <w:r>
        <w:rPr>
          <w:b w:val="false"/>
          <w:sz w:val="28"/>
          <w:lang w:val="zxx"/>
        </w:rPr>
        <w:t>TLS/</w:t>
      </w:r>
      <w:r>
        <w:rPr>
          <w:b w:val="false"/>
          <w:sz w:val="28"/>
        </w:rPr>
        <w:t>​</w:t>
      </w:r>
      <w:r>
        <w:rPr>
          <w:b w:val="false"/>
          <w:sz w:val="28"/>
          <w:lang w:val="zxx"/>
        </w:rPr>
        <w:t>TCP</w:t>
      </w:r>
      <w:r>
        <w:rPr>
          <w:b w:val="false"/>
          <w:sz w:val="28"/>
        </w:rPr>
        <w:t xml:space="preserve"> либо истечение таймера сборки/отправки немедленно отсоединяет канал: </w:t>
      </w:r>
      <w:r>
        <w:rPr>
          <w:b w:val="false"/>
          <w:sz w:val="28"/>
          <w:lang w:val="zxx"/>
        </w:rPr>
        <w:t>resume</w:t>
      </w:r>
      <w:r>
        <w:rPr>
          <w:b w:val="false"/>
          <w:sz w:val="28"/>
        </w:rPr>
        <w:t xml:space="preserve"> разрешен без ожидания остатка </w:t>
      </w:r>
      <w:r>
        <w:rPr>
          <w:b w:val="false"/>
          <w:sz w:val="28"/>
          <w:lang w:val="zxx"/>
        </w:rPr>
        <w:t>lease</w:t>
      </w:r>
      <w:r>
        <w:rPr>
          <w:b w:val="false"/>
          <w:sz w:val="28"/>
        </w:rPr>
        <w:t>, но только прежней идентичности и после требуемого ограждения резервной копии. Необнаруженный обрыв остается живой привязкой до указанного предела; УУ не угадывает доступность удаленной копии.</w:t>
      </w:r>
    </w:p>
    <w:p>
      <w:pPr>
        <w:pStyle w:val="Normal"/>
        <w:jc w:val="both"/>
        <w:rPr/>
      </w:pPr>
      <w:r>
        <w:rPr>
          <w:b w:val="false"/>
          <w:sz w:val="28"/>
          <w:lang w:val="zxx"/>
        </w:rPr>
        <w:t>5.43</w:t>
      </w:r>
      <w:r>
        <w:rPr>
          <w:b w:val="false"/>
          <w:sz w:val="28"/>
        </w:rPr>
        <w:t xml:space="preserve"> Плановая смена активной копии при подтвержденном </w:t>
      </w:r>
      <w:r>
        <w:rPr>
          <w:b w:val="false"/>
          <w:sz w:val="28"/>
          <w:lang w:val="zxx"/>
        </w:rPr>
        <w:t>off:</w:t>
      </w:r>
      <w:r>
        <w:rPr>
          <w:b w:val="false"/>
          <w:sz w:val="28"/>
        </w:rPr>
        <w:t xml:space="preserve"> прежняя копия выполняет </w:t>
      </w:r>
      <w:r>
        <w:rPr>
          <w:b w:val="false"/>
          <w:sz w:val="28"/>
          <w:lang w:val="zxx"/>
        </w:rPr>
        <w:t>control.release</w:t>
      </w:r>
      <w:r>
        <w:rPr>
          <w:b w:val="false"/>
          <w:sz w:val="28"/>
        </w:rPr>
        <w:t xml:space="preserve"> и прекращает управление, затем новая выполняет </w:t>
      </w:r>
      <w:r>
        <w:rPr>
          <w:b w:val="false"/>
          <w:sz w:val="28"/>
          <w:lang w:val="zxx"/>
        </w:rPr>
        <w:t>control.acquire</w:t>
      </w:r>
      <w:r>
        <w:rPr>
          <w:b w:val="false"/>
          <w:sz w:val="28"/>
        </w:rPr>
        <w:t xml:space="preserve"> с собственным сохраненным контекстом. После </w:t>
      </w:r>
      <w:r>
        <w:rPr>
          <w:b w:val="false"/>
          <w:sz w:val="28"/>
          <w:lang w:val="zxx"/>
        </w:rPr>
        <w:t>release</w:t>
      </w:r>
      <w:r>
        <w:rPr>
          <w:b w:val="false"/>
          <w:sz w:val="28"/>
        </w:rPr>
        <w:t xml:space="preserve"> </w:t>
      </w:r>
      <w:r>
        <w:rPr>
          <w:b w:val="false"/>
          <w:sz w:val="28"/>
          <w:lang w:val="zxx"/>
        </w:rPr>
        <w:t>resume</w:t>
      </w:r>
      <w:r>
        <w:rPr>
          <w:b w:val="false"/>
          <w:sz w:val="28"/>
        </w:rPr>
        <w:t xml:space="preserve"> завершенной эпохи запрещен. Передача активного сеанса без новой эпохи: координатор независимо ограждает прежнюю копию, УУ отсоединяет ее канал, резерв с сохраненным разрешенным контекстом выполняет </w:t>
      </w:r>
      <w:r>
        <w:rPr>
          <w:b w:val="false"/>
          <w:sz w:val="28"/>
          <w:lang w:val="zxx"/>
        </w:rPr>
        <w:t>resume</w:t>
      </w:r>
      <w:r>
        <w:rPr>
          <w:b w:val="false"/>
          <w:sz w:val="28"/>
        </w:rPr>
        <w:t xml:space="preserve">; уже начатая остановка не отменяется. Если ограждение не доказано, такой переход запрещен. Для кластера с несколькими УУ отдельные привязки не выбирают единую активную копию: разные копии могут занять разные УУ. Координатор </w:t>
      </w:r>
      <w:r>
        <w:rPr>
          <w:b w:val="false"/>
          <w:sz w:val="28"/>
          <w:lang w:val="zxx"/>
        </w:rPr>
        <w:t>ДОЛЖЕН</w:t>
      </w:r>
      <w:r>
        <w:rPr>
          <w:b w:val="false"/>
          <w:sz w:val="28"/>
        </w:rPr>
        <w:t xml:space="preserve"> обеспечить общее независимое ограждение для всего набора УУ до передачи полномочий.</w:t>
      </w:r>
    </w:p>
    <w:p>
      <w:pPr>
        <w:pStyle w:val="Normal"/>
        <w:jc w:val="both"/>
        <w:rPr/>
      </w:pPr>
      <w:r>
        <w:rPr>
          <w:b w:val="false"/>
          <w:sz w:val="28"/>
          <w:lang w:val="zxx"/>
        </w:rPr>
        <w:t>5.44</w:t>
      </w:r>
      <w:r>
        <w:rPr>
          <w:b w:val="false"/>
          <w:sz w:val="28"/>
        </w:rPr>
        <w:t xml:space="preserve"> Прикрепление является ограждением на стороне УУ: каждая изменяющая команда, </w:t>
      </w:r>
      <w:r>
        <w:rPr>
          <w:b w:val="false"/>
          <w:sz w:val="28"/>
          <w:lang w:val="zxx"/>
        </w:rPr>
        <w:t>heartbeat</w:t>
      </w:r>
      <w:r>
        <w:rPr>
          <w:b w:val="false"/>
          <w:sz w:val="28"/>
        </w:rPr>
        <w:t xml:space="preserve"> и отложенная сервисная операция повторно сверяют внутренний идентификатор соединения с текущей привязкой непосредственно перед изменением состояния. Старый канал не получает полномочий от знания </w:t>
      </w:r>
      <w:r>
        <w:rPr>
          <w:b w:val="false"/>
          <w:sz w:val="28"/>
          <w:lang w:val="zxx"/>
        </w:rPr>
        <w:t>controlEpoch</w:t>
      </w:r>
      <w:r>
        <w:rPr>
          <w:b w:val="false"/>
          <w:sz w:val="28"/>
        </w:rPr>
        <w:t xml:space="preserve"> или большого </w:t>
      </w:r>
      <w:r>
        <w:rPr>
          <w:b w:val="false"/>
          <w:sz w:val="28"/>
          <w:lang w:val="zxx"/>
        </w:rPr>
        <w:t>cmdSeq.</w:t>
      </w:r>
      <w:r>
        <w:rPr>
          <w:b w:val="false"/>
          <w:sz w:val="28"/>
        </w:rPr>
        <w:t xml:space="preserve"> </w:t>
      </w:r>
      <w:r>
        <w:rPr>
          <w:b w:val="false"/>
          <w:sz w:val="28"/>
          <w:lang w:val="zxx"/>
        </w:rPr>
        <w:t>Resume</w:t>
      </w:r>
      <w:r>
        <w:rPr>
          <w:b w:val="false"/>
          <w:sz w:val="28"/>
        </w:rPr>
        <w:t xml:space="preserve"> с другого канала </w:t>
      </w:r>
      <w:r>
        <w:rPr>
          <w:b w:val="false"/>
          <w:sz w:val="28"/>
          <w:lang w:val="zxx"/>
        </w:rPr>
        <w:t>ДОПУСКАЕТСЯ</w:t>
      </w:r>
      <w:r>
        <w:rPr>
          <w:b w:val="false"/>
          <w:sz w:val="28"/>
        </w:rPr>
        <w:t xml:space="preserve"> только после отсоединения прежнего. Пока прежний канал прикреплен и его </w:t>
      </w:r>
      <w:r>
        <w:rPr>
          <w:b w:val="false"/>
          <w:sz w:val="28"/>
          <w:lang w:val="zxx"/>
        </w:rPr>
        <w:t>lease</w:t>
      </w:r>
      <w:r>
        <w:rPr>
          <w:b w:val="false"/>
          <w:sz w:val="28"/>
        </w:rPr>
        <w:t xml:space="preserve"> не истек, возвращается </w:t>
      </w:r>
      <w:r>
        <w:rPr>
          <w:b w:val="false"/>
          <w:sz w:val="28"/>
          <w:lang w:val="zxx"/>
        </w:rPr>
        <w:t>busy/</w:t>
      </w:r>
      <w:r>
        <w:rPr>
          <w:b w:val="false"/>
          <w:sz w:val="28"/>
        </w:rPr>
        <w:t>​</w:t>
      </w:r>
      <w:r>
        <w:rPr>
          <w:b w:val="false"/>
          <w:sz w:val="28"/>
          <w:lang w:val="zxx"/>
        </w:rPr>
        <w:t>detail=ownershipHeld</w:t>
      </w:r>
      <w:r>
        <w:rPr>
          <w:b w:val="false"/>
          <w:sz w:val="28"/>
        </w:rPr>
        <w:t xml:space="preserve"> без изменения </w:t>
      </w:r>
      <w:r>
        <w:rPr>
          <w:b w:val="false"/>
          <w:sz w:val="28"/>
          <w:lang w:val="zxx"/>
        </w:rPr>
        <w:t>attachSeq</w:t>
      </w:r>
      <w:r>
        <w:rPr>
          <w:b w:val="false"/>
          <w:sz w:val="28"/>
        </w:rPr>
        <w:t xml:space="preserve">, </w:t>
      </w:r>
      <w:r>
        <w:rPr>
          <w:b w:val="false"/>
          <w:sz w:val="28"/>
          <w:lang w:val="zxx"/>
        </w:rPr>
        <w:t>highWater</w:t>
      </w:r>
      <w:r>
        <w:rPr>
          <w:b w:val="false"/>
          <w:sz w:val="28"/>
        </w:rPr>
        <w:t xml:space="preserve">, привязки и </w:t>
      </w:r>
      <w:r>
        <w:rPr>
          <w:b w:val="false"/>
          <w:sz w:val="28"/>
          <w:lang w:val="zxx"/>
        </w:rPr>
        <w:t>lease.</w:t>
      </w:r>
      <w:r>
        <w:rPr>
          <w:b w:val="false"/>
          <w:sz w:val="28"/>
        </w:rPr>
        <w:t xml:space="preserve"> Точный повтор </w:t>
      </w:r>
      <w:r>
        <w:rPr>
          <w:b w:val="false"/>
          <w:sz w:val="28"/>
          <w:lang w:val="zxx"/>
        </w:rPr>
        <w:t>resume</w:t>
      </w:r>
      <w:r>
        <w:rPr>
          <w:b w:val="false"/>
          <w:sz w:val="28"/>
        </w:rPr>
        <w:t xml:space="preserve"> на уже прикрепленном канале сохраняет идемпотентность. Истечение </w:t>
      </w:r>
      <w:r>
        <w:rPr>
          <w:b w:val="false"/>
          <w:sz w:val="28"/>
          <w:lang w:val="zxx"/>
        </w:rPr>
        <w:t>lease</w:t>
      </w:r>
      <w:r>
        <w:rPr>
          <w:b w:val="false"/>
          <w:sz w:val="28"/>
        </w:rPr>
        <w:t xml:space="preserve"> сначала применяет политику потери управления и отсоединяет старый канал; это не разрешает новый </w:t>
      </w:r>
      <w:r>
        <w:rPr>
          <w:b w:val="false"/>
          <w:sz w:val="28"/>
          <w:lang w:val="zxx"/>
        </w:rPr>
        <w:t>session.start</w:t>
      </w:r>
      <w:r>
        <w:rPr>
          <w:b w:val="false"/>
          <w:sz w:val="28"/>
        </w:rPr>
        <w:t xml:space="preserve"> в </w:t>
      </w:r>
      <w:r>
        <w:rPr>
          <w:b w:val="false"/>
          <w:sz w:val="28"/>
          <w:lang w:val="zxx"/>
        </w:rPr>
        <w:t>draining.</w:t>
      </w:r>
    </w:p>
    <w:p>
      <w:pPr>
        <w:pStyle w:val="Normal"/>
        <w:jc w:val="both"/>
        <w:rPr/>
      </w:pPr>
      <w:r>
        <w:rPr>
          <w:b w:val="false"/>
          <w:sz w:val="28"/>
          <w:lang w:val="zxx"/>
        </w:rPr>
        <w:t>5.45</w:t>
      </w:r>
      <w:r>
        <w:rPr>
          <w:b w:val="false"/>
          <w:sz w:val="28"/>
        </w:rPr>
        <w:t xml:space="preserve"> Привязка не выбирает лидера среди копий с одинаковыми секретами. Автоматическая передача сохраненного </w:t>
      </w:r>
      <w:r>
        <w:rPr>
          <w:b w:val="false"/>
          <w:sz w:val="28"/>
          <w:lang w:val="zxx"/>
        </w:rPr>
        <w:t>instanceId</w:t>
      </w:r>
      <w:r>
        <w:rPr>
          <w:b w:val="false"/>
          <w:sz w:val="28"/>
        </w:rPr>
        <w:t xml:space="preserve"> резерву </w:t>
      </w:r>
      <w:r>
        <w:rPr>
          <w:b w:val="false"/>
          <w:sz w:val="28"/>
          <w:lang w:val="zxx"/>
        </w:rPr>
        <w:t>ДОПУСКАЕТСЯ</w:t>
      </w:r>
      <w:r>
        <w:rPr>
          <w:b w:val="false"/>
          <w:sz w:val="28"/>
        </w:rPr>
        <w:t xml:space="preserve"> только после независимого ограждения прежней копии, установленного разделом </w:t>
      </w:r>
      <w:r>
        <w:rPr>
          <w:b w:val="false"/>
          <w:sz w:val="28"/>
          <w:lang w:val="zxx"/>
        </w:rPr>
        <w:t>5.</w:t>
      </w:r>
      <w:r>
        <w:rPr>
          <w:b w:val="false"/>
          <w:sz w:val="28"/>
        </w:rPr>
        <w:t xml:space="preserve"> До этого резерв может наблюдать, но </w:t>
      </w:r>
      <w:r>
        <w:rPr>
          <w:b w:val="false"/>
          <w:sz w:val="28"/>
          <w:lang w:val="zxx"/>
        </w:rPr>
        <w:t>НЕ ДОЛЖЕН</w:t>
      </w:r>
      <w:r>
        <w:rPr>
          <w:b w:val="false"/>
          <w:sz w:val="28"/>
        </w:rPr>
        <w:t xml:space="preserve"> выполнять </w:t>
      </w:r>
      <w:r>
        <w:rPr>
          <w:b w:val="false"/>
          <w:sz w:val="28"/>
          <w:lang w:val="zxx"/>
        </w:rPr>
        <w:t>acquire</w:t>
      </w:r>
      <w:r>
        <w:rPr>
          <w:b w:val="false"/>
          <w:sz w:val="28"/>
        </w:rPr>
        <w:t xml:space="preserve">, </w:t>
      </w:r>
      <w:r>
        <w:rPr>
          <w:b w:val="false"/>
          <w:sz w:val="28"/>
          <w:lang w:val="zxx"/>
        </w:rPr>
        <w:t>resume</w:t>
      </w:r>
      <w:r>
        <w:rPr>
          <w:b w:val="false"/>
          <w:sz w:val="28"/>
        </w:rPr>
        <w:t xml:space="preserve">, </w:t>
      </w:r>
      <w:r>
        <w:rPr>
          <w:b w:val="false"/>
          <w:sz w:val="28"/>
          <w:lang w:val="zxx"/>
        </w:rPr>
        <w:t>session.start</w:t>
      </w:r>
      <w:r>
        <w:rPr>
          <w:b w:val="false"/>
          <w:sz w:val="28"/>
        </w:rPr>
        <w:t xml:space="preserve"> или продлевать </w:t>
      </w:r>
      <w:r>
        <w:rPr>
          <w:b w:val="false"/>
          <w:sz w:val="28"/>
          <w:lang w:val="zxx"/>
        </w:rPr>
        <w:t>lease</w:t>
      </w:r>
      <w:r>
        <w:rPr>
          <w:b w:val="false"/>
          <w:sz w:val="28"/>
        </w:rPr>
        <w:t xml:space="preserve"> от имени активной копии. Увеличиваемое самой копией число, в том числе </w:t>
      </w:r>
      <w:r>
        <w:rPr>
          <w:b w:val="false"/>
          <w:sz w:val="28"/>
          <w:lang w:val="zxx"/>
        </w:rPr>
        <w:t>attachSeq</w:t>
      </w:r>
      <w:r>
        <w:rPr>
          <w:b w:val="false"/>
          <w:sz w:val="28"/>
        </w:rPr>
        <w:t>, не является разрешением арбитра. Для реализации с программным арбитром его проверяемое разрешение и отдельная идентичность каждой копии требуют отдельного согласованного профиля; арбитраж между несколькими УУ не входит в базовый профиль.</w:t>
      </w:r>
    </w:p>
    <w:p>
      <w:pPr>
        <w:pStyle w:val="1"/>
        <w:rPr/>
      </w:pPr>
      <w:bookmarkStart w:id="6" w:name="__RefHeading___Toc43261_1766585215"/>
      <w:bookmarkEnd w:id="6"/>
      <w:r>
        <w:rPr/>
        <w:t>6 Идентификаторы и контекст</w:t>
      </w:r>
    </w:p>
    <w:p>
      <w:pPr>
        <w:pStyle w:val="Normal"/>
        <w:keepNext w:val="true"/>
        <w:ind w:hanging="0"/>
        <w:jc w:val="start"/>
        <w:rPr/>
      </w:pPr>
      <w:r>
        <w:rPr>
          <w:b w:val="false"/>
          <w:sz w:val="24"/>
        </w:rPr>
        <w:t xml:space="preserve">Таблица </w:t>
      </w:r>
      <w:r>
        <w:rPr>
          <w:b w:val="false"/>
          <w:sz w:val="24"/>
          <w:lang w:val="zxx"/>
        </w:rPr>
        <w:t>6</w:t>
      </w:r>
      <w:r>
        <w:rPr>
          <w:b w:val="false"/>
          <w:sz w:val="24"/>
        </w:rPr>
        <w:t xml:space="preserve"> - Идентификаторы и контекст</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130"/>
        <w:gridCol w:w="5507"/>
      </w:tblGrid>
      <w:tr>
        <w:trPr>
          <w:cantSplit w:val="true"/>
        </w:trPr>
        <w:tc>
          <w:tcPr>
            <w:tcW w:w="4130"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550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смысл</w:t>
            </w:r>
          </w:p>
        </w:tc>
      </w:tr>
      <w:tr>
        <w:trPr>
          <w:cantSplit w:val="true"/>
        </w:trPr>
        <w:tc>
          <w:tcPr>
            <w:tcW w:w="413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deviceId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bootId</w:t>
            </w:r>
          </w:p>
        </w:tc>
        <w:tc>
          <w:tcPr>
            <w:tcW w:w="550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128</w:t>
            </w:r>
            <w:r>
              <w:rPr>
                <w:rFonts w:eastAsia="ＭＳ 明朝" w:cs=""/>
                <w:b w:val="false"/>
                <w:kern w:val="0"/>
                <w:sz w:val="28"/>
                <w:szCs w:val="22"/>
                <w:lang w:eastAsia="en-US" w:bidi="ar-SA"/>
              </w:rPr>
              <w:t xml:space="preserve"> бит,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строчных </w:t>
            </w:r>
            <w:r>
              <w:rPr>
                <w:rFonts w:eastAsia="ＭＳ 明朝" w:cs=""/>
                <w:b w:val="false"/>
                <w:kern w:val="0"/>
                <w:sz w:val="28"/>
                <w:szCs w:val="22"/>
                <w:lang w:val="zxx" w:eastAsia="en-US" w:bidi="ar-SA"/>
              </w:rPr>
              <w:t>hex-</w:t>
            </w:r>
            <w:r>
              <w:rPr>
                <w:rFonts w:eastAsia="ＭＳ 明朝" w:cs=""/>
                <w:b w:val="false"/>
                <w:kern w:val="0"/>
                <w:sz w:val="28"/>
                <w:szCs w:val="22"/>
                <w:lang w:eastAsia="en-US" w:bidi="ar-SA"/>
              </w:rPr>
              <w:t xml:space="preserve">символа. Идентичность устройства / текущего запуска прошивки. </w:t>
            </w:r>
            <w:r>
              <w:rPr>
                <w:rFonts w:eastAsia="ＭＳ 明朝" w:cs=""/>
                <w:b w:val="false"/>
                <w:kern w:val="0"/>
                <w:sz w:val="28"/>
                <w:szCs w:val="22"/>
                <w:lang w:val="zxx" w:eastAsia="en-US" w:bidi="ar-SA"/>
              </w:rPr>
              <w:t>bootId</w:t>
            </w:r>
            <w:r>
              <w:rPr>
                <w:rFonts w:eastAsia="ＭＳ 明朝" w:cs=""/>
                <w:b w:val="false"/>
                <w:kern w:val="0"/>
                <w:sz w:val="28"/>
                <w:szCs w:val="22"/>
                <w:lang w:eastAsia="en-US" w:bidi="ar-SA"/>
              </w:rPr>
              <w:t xml:space="preserve"> меняется при перезагрузке. </w:t>
            </w:r>
            <w:r>
              <w:rPr>
                <w:rFonts w:eastAsia="ＭＳ 明朝" w:cs=""/>
                <w:b w:val="false"/>
                <w:kern w:val="0"/>
                <w:sz w:val="28"/>
                <w:szCs w:val="22"/>
                <w:lang w:val="zxx" w:eastAsia="en-US" w:bidi="ar-SA"/>
              </w:rPr>
              <w:t>IP</w:t>
            </w:r>
            <w:r>
              <w:rPr>
                <w:rFonts w:eastAsia="ＭＳ 明朝" w:cs=""/>
                <w:b w:val="false"/>
                <w:kern w:val="0"/>
                <w:sz w:val="28"/>
                <w:szCs w:val="22"/>
                <w:lang w:eastAsia="en-US" w:bidi="ar-SA"/>
              </w:rPr>
              <w:t xml:space="preserve"> не является </w:t>
            </w:r>
            <w:r>
              <w:rPr>
                <w:rFonts w:eastAsia="ＭＳ 明朝" w:cs=""/>
                <w:b w:val="false"/>
                <w:kern w:val="0"/>
                <w:sz w:val="28"/>
                <w:szCs w:val="22"/>
                <w:lang w:val="zxx" w:eastAsia="en-US" w:bidi="ar-SA"/>
              </w:rPr>
              <w:t>deviceId.</w:t>
            </w:r>
          </w:p>
        </w:tc>
      </w:tr>
      <w:tr>
        <w:trPr>
          <w:cantSplit w:val="true"/>
        </w:trPr>
        <w:tc>
          <w:tcPr>
            <w:tcW w:w="413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channelId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controlEpoch</w:t>
            </w:r>
          </w:p>
        </w:tc>
        <w:tc>
          <w:tcPr>
            <w:tcW w:w="550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Отдельные </w:t>
            </w:r>
            <w:r>
              <w:rPr>
                <w:rFonts w:eastAsia="ＭＳ 明朝" w:cs=""/>
                <w:b w:val="false"/>
                <w:kern w:val="0"/>
                <w:sz w:val="28"/>
                <w:szCs w:val="22"/>
                <w:lang w:val="zxx" w:eastAsia="en-US" w:bidi="ar-SA"/>
              </w:rPr>
              <w:t>128-</w:t>
            </w:r>
            <w:r>
              <w:rPr>
                <w:rFonts w:eastAsia="ＭＳ 明朝" w:cs=""/>
                <w:b w:val="false"/>
                <w:kern w:val="0"/>
                <w:sz w:val="28"/>
                <w:szCs w:val="22"/>
                <w:lang w:eastAsia="en-US" w:bidi="ar-SA"/>
              </w:rPr>
              <w:t xml:space="preserve">битные </w:t>
            </w:r>
            <w:r>
              <w:rPr>
                <w:rFonts w:eastAsia="ＭＳ 明朝" w:cs=""/>
                <w:b w:val="false"/>
                <w:kern w:val="0"/>
                <w:sz w:val="28"/>
                <w:szCs w:val="22"/>
                <w:lang w:val="zxx" w:eastAsia="en-US" w:bidi="ar-SA"/>
              </w:rPr>
              <w:t>ID</w:t>
            </w:r>
            <w:r>
              <w:rPr>
                <w:rFonts w:eastAsia="ＭＳ 明朝" w:cs=""/>
                <w:b w:val="false"/>
                <w:kern w:val="0"/>
                <w:sz w:val="28"/>
                <w:szCs w:val="22"/>
                <w:lang w:eastAsia="en-US" w:bidi="ar-SA"/>
              </w:rPr>
              <w:t xml:space="preserve"> защищенного подключения и периода владения. Переподключение не сбрасывает историю команд текущего владения.</w:t>
            </w:r>
          </w:p>
        </w:tc>
      </w:tr>
      <w:tr>
        <w:trPr>
          <w:cantSplit w:val="true"/>
        </w:trPr>
        <w:tc>
          <w:tcPr>
            <w:tcW w:w="413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capabilityRevision</w:t>
            </w:r>
          </w:p>
        </w:tc>
        <w:tc>
          <w:tcPr>
            <w:tcW w:w="550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Ревизия возможностей и состава каталога точек. Каталог и значения связываются через нее; изменение состава или смысла точки меняет ревизию.</w:t>
            </w:r>
          </w:p>
        </w:tc>
      </w:tr>
      <w:tr>
        <w:trPr>
          <w:cantSplit w:val="true"/>
        </w:trPr>
        <w:tc>
          <w:tcPr>
            <w:tcW w:w="4130"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to</w:t>
            </w:r>
          </w:p>
        </w:tc>
        <w:tc>
          <w:tcPr>
            <w:tcW w:w="550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128-</w:t>
            </w:r>
            <w:r>
              <w:rPr>
                <w:rFonts w:eastAsia="ＭＳ 明朝" w:cs=""/>
                <w:b w:val="false"/>
                <w:kern w:val="0"/>
                <w:sz w:val="28"/>
                <w:szCs w:val="22"/>
                <w:lang w:eastAsia="en-US" w:bidi="ar-SA"/>
              </w:rPr>
              <w:t xml:space="preserve">битный </w:t>
            </w:r>
            <w:r>
              <w:rPr>
                <w:rFonts w:eastAsia="ＭＳ 明朝" w:cs=""/>
                <w:b w:val="false"/>
                <w:kern w:val="0"/>
                <w:sz w:val="28"/>
                <w:szCs w:val="22"/>
                <w:lang w:val="zxx" w:eastAsia="en-US" w:bidi="ar-SA"/>
              </w:rPr>
              <w:t>ID</w:t>
            </w:r>
            <w:r>
              <w:rPr>
                <w:rFonts w:eastAsia="ＭＳ 明朝" w:cs=""/>
                <w:b w:val="false"/>
                <w:kern w:val="0"/>
                <w:sz w:val="28"/>
                <w:szCs w:val="22"/>
                <w:lang w:eastAsia="en-US" w:bidi="ar-SA"/>
              </w:rPr>
              <w:t xml:space="preserve"> запроса и ссылка ответа на запрос. Направление обмена входит в область корреляции.</w:t>
            </w:r>
          </w:p>
        </w:tc>
      </w:tr>
    </w:tbl>
    <w:p>
      <w:pPr>
        <w:pStyle w:val="Normal"/>
        <w:keepNext w:val="true"/>
        <w:ind w:hanging="0"/>
        <w:jc w:val="start"/>
        <w:rPr/>
      </w:pPr>
      <w:r>
        <w:br w:type="page"/>
      </w:r>
      <w:r>
        <w:rPr>
          <w:b w:val="false"/>
          <w:i/>
          <w:sz w:val="24"/>
        </w:rPr>
        <w:t xml:space="preserve">Окончание таблицы </w:t>
      </w:r>
      <w:r>
        <w:rPr>
          <w:b w:val="false"/>
          <w:i/>
          <w:sz w:val="24"/>
          <w:lang w:val="zxx"/>
        </w:rPr>
        <w:t>6</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130"/>
        <w:gridCol w:w="5507"/>
      </w:tblGrid>
      <w:tr>
        <w:trPr>
          <w:cantSplit w:val="true"/>
        </w:trPr>
        <w:tc>
          <w:tcPr>
            <w:tcW w:w="4130"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550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смысл</w:t>
            </w:r>
          </w:p>
        </w:tc>
      </w:tr>
      <w:tr>
        <w:trPr>
          <w:cantSplit w:val="true"/>
        </w:trPr>
        <w:tc>
          <w:tcPr>
            <w:tcW w:w="413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cmdSeq</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startSeq</w:t>
            </w:r>
          </w:p>
        </w:tc>
        <w:tc>
          <w:tcPr>
            <w:tcW w:w="550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uint64</w:t>
            </w:r>
            <w:r>
              <w:rPr>
                <w:rFonts w:eastAsia="ＭＳ 明朝" w:cs=""/>
                <w:b w:val="false"/>
                <w:kern w:val="0"/>
                <w:sz w:val="28"/>
                <w:szCs w:val="22"/>
                <w:lang w:eastAsia="en-US" w:bidi="ar-SA"/>
              </w:rPr>
              <w:t xml:space="preserve"> в десятичной записи. </w:t>
            </w:r>
            <w:r>
              <w:rPr>
                <w:rFonts w:eastAsia="ＭＳ 明朝" w:cs=""/>
                <w:b w:val="false"/>
                <w:kern w:val="0"/>
                <w:sz w:val="28"/>
                <w:szCs w:val="22"/>
                <w:lang w:val="zxx" w:eastAsia="en-US" w:bidi="ar-SA"/>
              </w:rPr>
              <w:t>cmdSeq</w:t>
            </w:r>
            <w:r>
              <w:rPr>
                <w:rFonts w:eastAsia="ＭＳ 明朝" w:cs=""/>
                <w:b w:val="false"/>
                <w:kern w:val="0"/>
                <w:sz w:val="28"/>
                <w:szCs w:val="22"/>
                <w:lang w:eastAsia="en-US" w:bidi="ar-SA"/>
              </w:rPr>
              <w:t xml:space="preserve"> растет в </w:t>
            </w:r>
            <w:r>
              <w:rPr>
                <w:rFonts w:eastAsia="ＭＳ 明朝" w:cs=""/>
                <w:b w:val="false"/>
                <w:kern w:val="0"/>
                <w:sz w:val="28"/>
                <w:szCs w:val="22"/>
                <w:lang w:val="zxx" w:eastAsia="en-US" w:bidi="ar-SA"/>
              </w:rPr>
              <w:t>bootId/</w:t>
            </w:r>
            <w:r>
              <w:rPr>
                <w:rFonts w:eastAsia="ＭＳ 明朝" w:cs=""/>
                <w:b w:val="false"/>
                <w:kern w:val="0"/>
                <w:sz w:val="28"/>
                <w:szCs w:val="22"/>
                <w:lang w:eastAsia="en-US" w:bidi="ar-SA"/>
              </w:rPr>
              <w:t>​</w:t>
            </w:r>
            <w:r>
              <w:rPr>
                <w:rFonts w:eastAsia="ＭＳ 明朝" w:cs=""/>
                <w:b w:val="false"/>
                <w:kern w:val="0"/>
                <w:sz w:val="28"/>
                <w:szCs w:val="22"/>
                <w:lang w:val="zxx" w:eastAsia="en-US" w:bidi="ar-SA"/>
              </w:rPr>
              <w:t>controlEpoch</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startSeq</w:t>
            </w:r>
            <w:r>
              <w:rPr>
                <w:rFonts w:eastAsia="ＭＳ 明朝" w:cs=""/>
                <w:b w:val="false"/>
                <w:kern w:val="0"/>
                <w:sz w:val="28"/>
                <w:szCs w:val="22"/>
                <w:lang w:eastAsia="en-US" w:bidi="ar-SA"/>
              </w:rPr>
              <w:t xml:space="preserve"> равен </w:t>
            </w:r>
            <w:r>
              <w:rPr>
                <w:rFonts w:eastAsia="ＭＳ 明朝" w:cs=""/>
                <w:b w:val="false"/>
                <w:kern w:val="0"/>
                <w:sz w:val="28"/>
                <w:szCs w:val="22"/>
                <w:lang w:val="zxx" w:eastAsia="en-US" w:bidi="ar-SA"/>
              </w:rPr>
              <w:t>cmdSeq</w:t>
            </w:r>
            <w:r>
              <w:rPr>
                <w:rFonts w:eastAsia="ＭＳ 明朝" w:cs=""/>
                <w:b w:val="false"/>
                <w:kern w:val="0"/>
                <w:sz w:val="28"/>
                <w:szCs w:val="22"/>
                <w:lang w:eastAsia="en-US" w:bidi="ar-SA"/>
              </w:rPr>
              <w:t xml:space="preserve"> исходного </w:t>
            </w:r>
            <w:r>
              <w:rPr>
                <w:rFonts w:eastAsia="ＭＳ 明朝" w:cs=""/>
                <w:b w:val="false"/>
                <w:kern w:val="0"/>
                <w:sz w:val="28"/>
                <w:szCs w:val="22"/>
                <w:lang w:val="zxx" w:eastAsia="en-US" w:bidi="ar-SA"/>
              </w:rPr>
              <w:t>session.start.</w:t>
            </w:r>
          </w:p>
        </w:tc>
      </w:tr>
      <w:tr>
        <w:trPr>
          <w:cantSplit w:val="true"/>
        </w:trPr>
        <w:tc>
          <w:tcPr>
            <w:tcW w:w="413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sessionId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operationId</w:t>
            </w:r>
          </w:p>
        </w:tc>
        <w:tc>
          <w:tcPr>
            <w:tcW w:w="550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128-</w:t>
            </w:r>
            <w:r>
              <w:rPr>
                <w:rFonts w:eastAsia="ＭＳ 明朝" w:cs=""/>
                <w:b w:val="false"/>
                <w:kern w:val="0"/>
                <w:sz w:val="28"/>
                <w:szCs w:val="22"/>
                <w:lang w:eastAsia="en-US" w:bidi="ar-SA"/>
              </w:rPr>
              <w:t xml:space="preserve">битные </w:t>
            </w:r>
            <w:r>
              <w:rPr>
                <w:rFonts w:eastAsia="ＭＳ 明朝" w:cs=""/>
                <w:b w:val="false"/>
                <w:kern w:val="0"/>
                <w:sz w:val="28"/>
                <w:szCs w:val="22"/>
                <w:lang w:val="zxx" w:eastAsia="en-US" w:bidi="ar-SA"/>
              </w:rPr>
              <w:t>ID</w:t>
            </w:r>
            <w:r>
              <w:rPr>
                <w:rFonts w:eastAsia="ＭＳ 明朝" w:cs=""/>
                <w:b w:val="false"/>
                <w:kern w:val="0"/>
                <w:sz w:val="28"/>
                <w:szCs w:val="22"/>
                <w:lang w:eastAsia="en-US" w:bidi="ar-SA"/>
              </w:rPr>
              <w:t xml:space="preserve"> принятого сеанса и длительной операции. Идентификатор сеанса назначает УУ.</w:t>
            </w:r>
          </w:p>
        </w:tc>
      </w:tr>
      <w:tr>
        <w:trPr>
          <w:cantSplit w:val="true"/>
        </w:trPr>
        <w:tc>
          <w:tcPr>
            <w:tcW w:w="413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ouId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bindingGeneration</w:t>
            </w:r>
          </w:p>
        </w:tc>
        <w:tc>
          <w:tcPr>
            <w:tcW w:w="550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Локальная привязка ОУ и ее поколение. Это контекст драйвера и наблюдений, а не замена криптографической идентичности.</w:t>
            </w:r>
          </w:p>
        </w:tc>
      </w:tr>
      <w:tr>
        <w:trPr>
          <w:cantSplit w:val="true"/>
        </w:trPr>
        <w:tc>
          <w:tcPr>
            <w:tcW w:w="4130"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stateRevision</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eventSeq</w:t>
            </w:r>
          </w:p>
        </w:tc>
        <w:tc>
          <w:tcPr>
            <w:tcW w:w="5507"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Версия согласованного состояния и курсор событий в пределах </w:t>
            </w:r>
            <w:r>
              <w:rPr>
                <w:rFonts w:eastAsia="ＭＳ 明朝" w:cs=""/>
                <w:b w:val="false"/>
                <w:kern w:val="0"/>
                <w:sz w:val="28"/>
                <w:szCs w:val="22"/>
                <w:lang w:val="zxx" w:eastAsia="en-US" w:bidi="ar-SA"/>
              </w:rPr>
              <w:t>bootId.</w:t>
            </w:r>
            <w:r>
              <w:rPr>
                <w:rFonts w:eastAsia="ＭＳ 明朝" w:cs=""/>
                <w:b w:val="false"/>
                <w:kern w:val="0"/>
                <w:sz w:val="28"/>
                <w:szCs w:val="22"/>
                <w:lang w:eastAsia="en-US" w:bidi="ar-SA"/>
              </w:rPr>
              <w:t xml:space="preserve"> Значения не сравниваются между загрузками.</w:t>
            </w:r>
          </w:p>
        </w:tc>
      </w:tr>
    </w:tbl>
    <w:p>
      <w:pPr>
        <w:pStyle w:val="Normal"/>
        <w:spacing w:before="0" w:after="0"/>
        <w:rPr/>
      </w:pPr>
      <w:r>
        <w:rPr/>
      </w:r>
    </w:p>
    <w:p>
      <w:pPr>
        <w:pStyle w:val="Normal"/>
        <w:jc w:val="both"/>
        <w:rPr/>
      </w:pPr>
      <w:r>
        <w:rPr>
          <w:b w:val="false"/>
          <w:sz w:val="28"/>
          <w:lang w:val="zxx"/>
        </w:rPr>
        <w:t>6.1</w:t>
      </w:r>
      <w:r>
        <w:rPr>
          <w:b w:val="false"/>
          <w:sz w:val="28"/>
        </w:rPr>
        <w:t xml:space="preserve"> Счетчики </w:t>
      </w:r>
      <w:r>
        <w:rPr>
          <w:b w:val="false"/>
          <w:sz w:val="28"/>
          <w:lang w:val="zxx"/>
        </w:rPr>
        <w:t>uint64</w:t>
      </w:r>
      <w:r>
        <w:rPr>
          <w:b w:val="false"/>
          <w:sz w:val="28"/>
        </w:rPr>
        <w:t xml:space="preserve"> передаются строкой десятичных цифр, без знака, экспоненты и дробной части. В </w:t>
      </w:r>
      <w:r>
        <w:rPr>
          <w:b w:val="false"/>
          <w:sz w:val="28"/>
          <w:lang w:val="zxx"/>
        </w:rPr>
        <w:t>JavaScript</w:t>
      </w:r>
      <w:r>
        <w:rPr>
          <w:b w:val="false"/>
          <w:sz w:val="28"/>
        </w:rPr>
        <w:t xml:space="preserve"> используется </w:t>
      </w:r>
      <w:r>
        <w:rPr>
          <w:b w:val="false"/>
          <w:sz w:val="28"/>
          <w:lang w:val="zxx"/>
        </w:rPr>
        <w:t>BigInt</w:t>
      </w:r>
      <w:r>
        <w:rPr>
          <w:b w:val="false"/>
          <w:sz w:val="28"/>
        </w:rPr>
        <w:t xml:space="preserve"> или строка, а не </w:t>
      </w:r>
      <w:r>
        <w:rPr>
          <w:b w:val="false"/>
          <w:sz w:val="28"/>
          <w:lang w:val="zxx"/>
        </w:rPr>
        <w:t>Number.</w:t>
      </w:r>
      <w:r>
        <w:rPr>
          <w:b w:val="false"/>
          <w:sz w:val="28"/>
        </w:rPr>
        <w:t xml:space="preserve"> При исчерпании счетчика новые действия в его области запрещены; перенос через ноль недопустим. Завершение уже принятого исполнения и чтение результата сохраняются. Новая область создается только штатной сменой контекста после подтвержденного выключения; скрытая перезагрузка ради сброса счетчика запрещена.</w:t>
      </w:r>
    </w:p>
    <w:p>
      <w:pPr>
        <w:pStyle w:val="Normal"/>
        <w:jc w:val="both"/>
        <w:rPr/>
      </w:pPr>
      <w:r>
        <w:rPr>
          <w:b w:val="false"/>
          <w:sz w:val="28"/>
          <w:lang w:val="zxx"/>
        </w:rPr>
        <w:t>6.2</w:t>
      </w:r>
      <w:r>
        <w:rPr>
          <w:b w:val="false"/>
          <w:sz w:val="28"/>
        </w:rPr>
        <w:t xml:space="preserve"> </w:t>
      </w:r>
      <w:r>
        <w:rPr>
          <w:b w:val="false"/>
          <w:sz w:val="28"/>
          <w:lang w:val="zxx"/>
        </w:rPr>
        <w:t>controlEpoch</w:t>
      </w:r>
      <w:r>
        <w:rPr>
          <w:b w:val="false"/>
          <w:sz w:val="28"/>
        </w:rPr>
        <w:t xml:space="preserve"> является непрозрачным идентификатором, а не упорядоченным </w:t>
      </w:r>
      <w:r>
        <w:rPr>
          <w:b w:val="false"/>
          <w:sz w:val="28"/>
          <w:lang w:val="zxx"/>
        </w:rPr>
        <w:t>fencing-</w:t>
      </w:r>
      <w:r>
        <w:rPr>
          <w:b w:val="false"/>
          <w:sz w:val="28"/>
        </w:rPr>
        <w:t xml:space="preserve">счетчиком. УУ Обязательно принимать изменяющую команду только при точном совпадении </w:t>
      </w:r>
      <w:r>
        <w:rPr>
          <w:b w:val="false"/>
          <w:sz w:val="28"/>
          <w:lang w:val="zxx"/>
        </w:rPr>
        <w:t>bootId</w:t>
      </w:r>
      <w:r>
        <w:rPr>
          <w:b w:val="false"/>
          <w:sz w:val="28"/>
        </w:rPr>
        <w:t xml:space="preserve">, текущего </w:t>
      </w:r>
      <w:r>
        <w:rPr>
          <w:b w:val="false"/>
          <w:sz w:val="28"/>
          <w:lang w:val="zxx"/>
        </w:rPr>
        <w:t>controlEpoch</w:t>
      </w:r>
      <w:r>
        <w:rPr>
          <w:b w:val="false"/>
          <w:sz w:val="28"/>
        </w:rPr>
        <w:t xml:space="preserve">, владельца и действующего канала. Несовпавшая эпоха отклоняется независимо от лексикографического значения. При </w:t>
      </w:r>
      <w:r>
        <w:rPr>
          <w:b w:val="false"/>
          <w:sz w:val="28"/>
          <w:lang w:val="zxx"/>
        </w:rPr>
        <w:t>control.resume</w:t>
      </w:r>
      <w:r>
        <w:rPr>
          <w:b w:val="false"/>
          <w:sz w:val="28"/>
        </w:rPr>
        <w:t xml:space="preserve"> привязка нового канала и отзыв прежнего выполняются атомарно до разрешения следующего изменения; уже переданные физические действия учитываются при согласовании состояния. Право резервной копии выполнить </w:t>
      </w:r>
      <w:r>
        <w:rPr>
          <w:b w:val="false"/>
          <w:sz w:val="28"/>
          <w:lang w:val="zxx"/>
        </w:rPr>
        <w:t>resume</w:t>
      </w:r>
      <w:r>
        <w:rPr>
          <w:b w:val="false"/>
          <w:sz w:val="28"/>
        </w:rPr>
        <w:t xml:space="preserve"> проверяется по правилу ограждения раздела </w:t>
      </w:r>
      <w:r>
        <w:rPr>
          <w:b w:val="false"/>
          <w:sz w:val="28"/>
          <w:lang w:val="zxx"/>
        </w:rPr>
        <w:t>5</w:t>
      </w:r>
      <w:r>
        <w:rPr>
          <w:b w:val="false"/>
          <w:sz w:val="28"/>
        </w:rPr>
        <w:t>, отдельно от знания эпохи.</w:t>
      </w:r>
    </w:p>
    <w:p>
      <w:pPr>
        <w:pStyle w:val="Normal"/>
        <w:jc w:val="both"/>
        <w:rPr/>
      </w:pPr>
      <w:r>
        <w:rPr>
          <w:b w:val="false"/>
          <w:sz w:val="28"/>
          <w:lang w:val="zxx"/>
        </w:rPr>
        <w:t>6.3</w:t>
      </w:r>
      <w:r>
        <w:rPr>
          <w:b w:val="false"/>
          <w:sz w:val="28"/>
        </w:rPr>
        <w:t xml:space="preserve"> Группа фиксируется в плане АРМ до запуска. Добавление прибора в группу не включает его в уже начатую ветвь. Два маршрута к одному УУ требуют дедупликации на уровне координатора.</w:t>
      </w:r>
    </w:p>
    <w:p>
      <w:pPr>
        <w:pStyle w:val="Normal"/>
        <w:jc w:val="both"/>
        <w:rPr/>
      </w:pPr>
      <w:r>
        <w:rPr>
          <w:b w:val="false"/>
          <w:sz w:val="28"/>
          <w:lang w:val="zxx"/>
        </w:rPr>
        <w:t>6.4</w:t>
      </w:r>
      <w:r>
        <w:rPr>
          <w:b w:val="false"/>
          <w:sz w:val="28"/>
        </w:rPr>
        <w:t xml:space="preserve"> Назначение запуска (реальное оповещение, учения или техническая проверка) задается отдельно от физического режима </w:t>
      </w:r>
      <w:r>
        <w:rPr>
          <w:b w:val="false"/>
          <w:sz w:val="28"/>
          <w:lang w:val="zxx"/>
        </w:rPr>
        <w:t>siren/</w:t>
      </w:r>
      <w:r>
        <w:rPr>
          <w:b w:val="false"/>
          <w:sz w:val="28"/>
        </w:rPr>
        <w:t>​</w:t>
      </w:r>
      <w:r>
        <w:rPr>
          <w:b w:val="false"/>
          <w:sz w:val="28"/>
          <w:lang w:val="zxx"/>
        </w:rPr>
        <w:t>recording/</w:t>
      </w:r>
      <w:r>
        <w:rPr>
          <w:b w:val="false"/>
          <w:sz w:val="28"/>
        </w:rPr>
        <w:t>​</w:t>
      </w:r>
      <w:r>
        <w:rPr>
          <w:b w:val="false"/>
          <w:sz w:val="28"/>
          <w:lang w:val="zxx"/>
        </w:rPr>
        <w:t>program/</w:t>
      </w:r>
      <w:r>
        <w:rPr>
          <w:b w:val="false"/>
          <w:sz w:val="28"/>
        </w:rPr>
        <w:t>​</w:t>
      </w:r>
      <w:r>
        <w:rPr>
          <w:b w:val="false"/>
          <w:sz w:val="28"/>
          <w:lang w:val="zxx"/>
        </w:rPr>
        <w:t>stream/</w:t>
      </w:r>
      <w:r>
        <w:rPr>
          <w:b w:val="false"/>
          <w:sz w:val="28"/>
        </w:rPr>
        <w:t>​</w:t>
      </w:r>
      <w:r>
        <w:rPr>
          <w:b w:val="false"/>
          <w:sz w:val="28"/>
          <w:lang w:val="zxx"/>
        </w:rPr>
        <w:t>test.</w:t>
      </w:r>
      <w:r>
        <w:rPr>
          <w:b w:val="false"/>
          <w:sz w:val="28"/>
        </w:rPr>
        <w:t xml:space="preserve"> Учебное оповещение может звучать. Предварительная оценка </w:t>
      </w:r>
      <w:r>
        <w:rPr>
          <w:b w:val="false"/>
          <w:sz w:val="28"/>
          <w:lang w:val="zxx"/>
        </w:rPr>
        <w:t>readiness</w:t>
      </w:r>
      <w:r>
        <w:rPr>
          <w:b w:val="false"/>
          <w:sz w:val="28"/>
        </w:rPr>
        <w:t xml:space="preserve"> не имеет воздействия. Назначение передается полем </w:t>
      </w:r>
      <w:r>
        <w:rPr>
          <w:b w:val="false"/>
          <w:sz w:val="28"/>
          <w:lang w:val="zxx"/>
        </w:rPr>
        <w:t>purpose=real|</w:t>
      </w:r>
      <w:r>
        <w:rPr>
          <w:b w:val="false"/>
          <w:sz w:val="28"/>
        </w:rPr>
        <w:t>​</w:t>
      </w:r>
      <w:r>
        <w:rPr>
          <w:b w:val="false"/>
          <w:sz w:val="28"/>
          <w:lang w:val="zxx"/>
        </w:rPr>
        <w:t>exercise|</w:t>
      </w:r>
      <w:r>
        <w:rPr>
          <w:b w:val="false"/>
          <w:sz w:val="28"/>
        </w:rPr>
        <w:t>​</w:t>
      </w:r>
      <w:r>
        <w:rPr>
          <w:b w:val="false"/>
          <w:sz w:val="28"/>
          <w:lang w:val="zxx"/>
        </w:rPr>
        <w:t>technical</w:t>
      </w:r>
      <w:r>
        <w:rPr>
          <w:b w:val="false"/>
          <w:sz w:val="28"/>
        </w:rPr>
        <w:t>; право каждого назначения хранится отдельно; подмена звучащих учений тихой проверкой или обратная подмена запрещены.</w:t>
      </w:r>
    </w:p>
    <w:p>
      <w:pPr>
        <w:pStyle w:val="2"/>
        <w:rPr/>
      </w:pPr>
      <w:r>
        <w:rPr/>
        <w:t>Резерв номеров для остановки и освобождения</w:t>
      </w:r>
    </w:p>
    <w:p>
      <w:pPr>
        <w:pStyle w:val="Normal"/>
        <w:jc w:val="start"/>
        <w:rPr/>
      </w:pPr>
      <w:r>
        <w:rPr>
          <w:b w:val="false"/>
          <w:sz w:val="28"/>
          <w:lang w:val="zxx"/>
        </w:rPr>
        <w:t>6.5</w:t>
      </w:r>
      <w:r>
        <w:rPr>
          <w:b w:val="false"/>
          <w:sz w:val="28"/>
        </w:rPr>
        <w:t xml:space="preserve"> Для </w:t>
      </w:r>
      <w:r>
        <w:rPr>
          <w:b w:val="false"/>
          <w:sz w:val="28"/>
          <w:lang w:val="zxx"/>
        </w:rPr>
        <w:t>cmdSeq</w:t>
      </w:r>
      <w:r>
        <w:rPr>
          <w:b w:val="false"/>
          <w:sz w:val="28"/>
        </w:rPr>
        <w:t xml:space="preserve"> установлены три области: обычные номера </w:t>
      </w:r>
      <w:r>
        <w:rPr>
          <w:b w:val="false"/>
          <w:sz w:val="28"/>
          <w:lang w:val="zxx"/>
        </w:rPr>
        <w:t>1..18446744073709551613</w:t>
      </w:r>
      <w:r>
        <w:rPr>
          <w:b w:val="false"/>
          <w:sz w:val="28"/>
        </w:rPr>
        <w:t xml:space="preserve">, номер завершения </w:t>
      </w:r>
      <w:r>
        <w:rPr>
          <w:b w:val="false"/>
          <w:sz w:val="28"/>
          <w:lang w:val="zxx"/>
        </w:rPr>
        <w:t>18446744073709551614</w:t>
      </w:r>
      <w:r>
        <w:rPr>
          <w:b w:val="false"/>
          <w:sz w:val="28"/>
        </w:rPr>
        <w:t xml:space="preserve"> и номер освобождения </w:t>
      </w:r>
      <w:r>
        <w:rPr>
          <w:b w:val="false"/>
          <w:sz w:val="28"/>
          <w:lang w:val="zxx"/>
        </w:rPr>
        <w:t>18446744073709551615.</w:t>
      </w:r>
      <w:r>
        <w:rPr>
          <w:b w:val="false"/>
          <w:sz w:val="28"/>
        </w:rPr>
        <w:t xml:space="preserve"> Обычный новый номер превышает </w:t>
      </w:r>
      <w:r>
        <w:rPr>
          <w:b w:val="false"/>
          <w:sz w:val="28"/>
          <w:lang w:val="zxx"/>
        </w:rPr>
        <w:t>highWater</w:t>
      </w:r>
      <w:r>
        <w:rPr>
          <w:b w:val="false"/>
          <w:sz w:val="28"/>
        </w:rPr>
        <w:t xml:space="preserve"> не более чем на </w:t>
      </w:r>
      <w:r>
        <w:rPr>
          <w:b w:val="false"/>
          <w:sz w:val="28"/>
          <w:lang w:val="zxx"/>
        </w:rPr>
        <w:t>4096</w:t>
      </w:r>
      <w:r>
        <w:rPr>
          <w:b w:val="false"/>
          <w:sz w:val="28"/>
        </w:rPr>
        <w:t xml:space="preserve">; пропуски в этом окне допустимы. Последние два номера </w:t>
      </w:r>
      <w:r>
        <w:rPr>
          <w:b w:val="false"/>
          <w:sz w:val="28"/>
          <w:lang w:val="zxx"/>
        </w:rPr>
        <w:t>НЕ ДОЛЖНЫ</w:t>
      </w:r>
      <w:r>
        <w:rPr>
          <w:b w:val="false"/>
          <w:sz w:val="28"/>
        </w:rPr>
        <w:t xml:space="preserve"> использоваться для </w:t>
      </w:r>
      <w:r>
        <w:rPr>
          <w:b w:val="false"/>
          <w:sz w:val="28"/>
          <w:lang w:val="zxx"/>
        </w:rPr>
        <w:t>session.start</w:t>
      </w:r>
      <w:r>
        <w:rPr>
          <w:b w:val="false"/>
          <w:sz w:val="28"/>
        </w:rPr>
        <w:t xml:space="preserve">, изменения конфигурации, неизвестного действия или другого обычного изменения. Проверка области номера относится к общей оболочке и предшествует расходованию </w:t>
      </w:r>
      <w:r>
        <w:rPr>
          <w:b w:val="false"/>
          <w:sz w:val="28"/>
          <w:lang w:val="zxx"/>
        </w:rPr>
        <w:t>highWater.</w:t>
      </w:r>
    </w:p>
    <w:p>
      <w:pPr>
        <w:pStyle w:val="Normal"/>
        <w:keepNext w:val="true"/>
        <w:jc w:val="start"/>
        <w:rPr/>
      </w:pPr>
      <w:r>
        <w:rPr>
          <w:b/>
          <w:sz w:val="28"/>
          <w:lang w:val="zxx"/>
        </w:rPr>
        <w:t>6.6</w:t>
      </w:r>
      <w:r>
        <w:rPr>
          <w:b/>
          <w:sz w:val="28"/>
        </w:rPr>
        <w:t xml:space="preserve"> </w:t>
      </w:r>
      <w:r>
        <w:rPr>
          <w:b/>
          <w:sz w:val="28"/>
          <w:lang w:val="zxx"/>
        </w:rPr>
        <w:t>1..18446744073709551613</w:t>
      </w:r>
    </w:p>
    <w:p>
      <w:pPr>
        <w:pStyle w:val="Normal"/>
        <w:jc w:val="both"/>
        <w:rPr/>
      </w:pPr>
      <w:r>
        <w:rPr>
          <w:b w:val="false"/>
          <w:sz w:val="28"/>
        </w:rPr>
        <w:t>Допустимое действие: Любое разрешенное изменяющее действие</w:t>
      </w:r>
    </w:p>
    <w:p>
      <w:pPr>
        <w:pStyle w:val="Normal"/>
        <w:jc w:val="start"/>
        <w:rPr/>
      </w:pPr>
      <w:r>
        <w:rPr>
          <w:b w:val="false"/>
          <w:sz w:val="28"/>
        </w:rPr>
        <w:t xml:space="preserve">Условие расходования: Новый номер в </w:t>
      </w:r>
      <w:r>
        <w:rPr>
          <w:b w:val="false"/>
          <w:sz w:val="28"/>
          <w:lang w:val="zxx"/>
        </w:rPr>
        <w:t>highWater+1..min</w:t>
      </w:r>
      <w:r>
        <w:rPr>
          <w:b w:val="false"/>
          <w:sz w:val="28"/>
        </w:rPr>
        <w:t>(</w:t>
      </w:r>
      <w:r>
        <w:rPr>
          <w:b w:val="false"/>
          <w:sz w:val="28"/>
          <w:lang w:val="zxx"/>
        </w:rPr>
        <w:t>highWater+4096</w:t>
      </w:r>
      <w:r>
        <w:rPr>
          <w:b w:val="false"/>
          <w:sz w:val="28"/>
        </w:rPr>
        <w:t>,</w:t>
      </w:r>
      <w:r>
        <w:rPr>
          <w:b w:val="false"/>
          <w:sz w:val="28"/>
          <w:lang w:val="zxx"/>
        </w:rPr>
        <w:t>18446744073709551613</w:t>
      </w:r>
      <w:r>
        <w:rPr>
          <w:b w:val="false"/>
          <w:sz w:val="28"/>
        </w:rPr>
        <w:t>); предметные отказы сохраняются по общему правилу.</w:t>
      </w:r>
    </w:p>
    <w:p>
      <w:pPr>
        <w:pStyle w:val="Normal"/>
        <w:keepNext w:val="true"/>
        <w:jc w:val="start"/>
        <w:rPr/>
      </w:pPr>
      <w:r>
        <w:rPr>
          <w:b/>
          <w:sz w:val="28"/>
          <w:lang w:val="zxx"/>
        </w:rPr>
        <w:t>6.7</w:t>
      </w:r>
      <w:r>
        <w:rPr>
          <w:b/>
          <w:sz w:val="28"/>
        </w:rPr>
        <w:t xml:space="preserve"> </w:t>
      </w:r>
      <w:r>
        <w:rPr>
          <w:b/>
          <w:sz w:val="28"/>
          <w:lang w:val="zxx"/>
        </w:rPr>
        <w:t>18446744073709551614</w:t>
      </w:r>
    </w:p>
    <w:p>
      <w:pPr>
        <w:pStyle w:val="Normal"/>
        <w:jc w:val="start"/>
        <w:rPr/>
      </w:pPr>
      <w:r>
        <w:rPr>
          <w:b w:val="false"/>
          <w:sz w:val="28"/>
        </w:rPr>
        <w:t xml:space="preserve">Допустимое действие: Только </w:t>
      </w:r>
      <w:r>
        <w:rPr>
          <w:b w:val="false"/>
          <w:sz w:val="28"/>
          <w:lang w:val="zxx"/>
        </w:rPr>
        <w:t>session.stop</w:t>
      </w:r>
      <w:r>
        <w:rPr>
          <w:b w:val="false"/>
          <w:sz w:val="28"/>
        </w:rPr>
        <w:t xml:space="preserve"> или </w:t>
      </w:r>
      <w:r>
        <w:rPr>
          <w:b w:val="false"/>
          <w:sz w:val="28"/>
          <w:lang w:val="zxx"/>
        </w:rPr>
        <w:t>session.cancel</w:t>
      </w:r>
    </w:p>
    <w:p>
      <w:pPr>
        <w:pStyle w:val="Normal"/>
        <w:jc w:val="both"/>
        <w:rPr/>
      </w:pPr>
      <w:r>
        <w:rPr>
          <w:b w:val="false"/>
          <w:sz w:val="28"/>
        </w:rPr>
        <w:t xml:space="preserve">Условие расходования: Все поля и полномочия проверены. При незавершенном или невыключенном собственном исполнении ссылка </w:t>
      </w:r>
      <w:r>
        <w:rPr>
          <w:b w:val="false"/>
          <w:sz w:val="28"/>
          <w:lang w:val="zxx"/>
        </w:rPr>
        <w:t>ДОЛЖНА</w:t>
      </w:r>
      <w:r>
        <w:rPr>
          <w:b w:val="false"/>
          <w:sz w:val="28"/>
        </w:rPr>
        <w:t xml:space="preserve"> совпадать с ним. При отсутствии такого исполнения </w:t>
      </w:r>
      <w:r>
        <w:rPr>
          <w:b w:val="false"/>
          <w:sz w:val="28"/>
          <w:lang w:val="zxx"/>
        </w:rPr>
        <w:t>session.cancel</w:t>
      </w:r>
      <w:r>
        <w:rPr>
          <w:b w:val="false"/>
          <w:sz w:val="28"/>
        </w:rPr>
        <w:t xml:space="preserve"> ставит запрет позднего </w:t>
      </w:r>
      <w:r>
        <w:rPr>
          <w:b w:val="false"/>
          <w:sz w:val="28"/>
          <w:lang w:val="zxx"/>
        </w:rPr>
        <w:t>session.start</w:t>
      </w:r>
      <w:r>
        <w:rPr>
          <w:b w:val="false"/>
          <w:sz w:val="28"/>
        </w:rPr>
        <w:t xml:space="preserve">, а </w:t>
      </w:r>
      <w:r>
        <w:rPr>
          <w:b w:val="false"/>
          <w:sz w:val="28"/>
          <w:lang w:val="zxx"/>
        </w:rPr>
        <w:t>session.stop</w:t>
      </w:r>
      <w:r>
        <w:rPr>
          <w:b w:val="false"/>
          <w:sz w:val="28"/>
        </w:rPr>
        <w:t xml:space="preserve"> </w:t>
      </w:r>
      <w:r>
        <w:rPr>
          <w:b w:val="false"/>
          <w:sz w:val="28"/>
          <w:lang w:val="zxx"/>
        </w:rPr>
        <w:t>ДОПУСКАЕТСЯ</w:t>
      </w:r>
      <w:r>
        <w:rPr>
          <w:b w:val="false"/>
          <w:sz w:val="28"/>
        </w:rPr>
        <w:t xml:space="preserve"> только для известного завершенного сеанса.</w:t>
      </w:r>
    </w:p>
    <w:p>
      <w:pPr>
        <w:pStyle w:val="Normal"/>
        <w:keepNext w:val="true"/>
        <w:jc w:val="start"/>
        <w:rPr/>
      </w:pPr>
      <w:r>
        <w:rPr>
          <w:b/>
          <w:sz w:val="28"/>
          <w:lang w:val="zxx"/>
        </w:rPr>
        <w:t>6.8</w:t>
      </w:r>
      <w:r>
        <w:rPr>
          <w:b/>
          <w:sz w:val="28"/>
        </w:rPr>
        <w:t xml:space="preserve"> </w:t>
      </w:r>
      <w:r>
        <w:rPr>
          <w:b/>
          <w:sz w:val="28"/>
          <w:lang w:val="zxx"/>
        </w:rPr>
        <w:t>18446744073709551615</w:t>
      </w:r>
    </w:p>
    <w:p>
      <w:pPr>
        <w:pStyle w:val="Normal"/>
        <w:jc w:val="start"/>
        <w:rPr/>
      </w:pPr>
      <w:r>
        <w:rPr>
          <w:b w:val="false"/>
          <w:sz w:val="28"/>
        </w:rPr>
        <w:t xml:space="preserve">Допустимое действие: Только </w:t>
      </w:r>
      <w:r>
        <w:rPr>
          <w:b w:val="false"/>
          <w:sz w:val="28"/>
          <w:lang w:val="zxx"/>
        </w:rPr>
        <w:t>control.release</w:t>
      </w:r>
    </w:p>
    <w:p>
      <w:pPr>
        <w:pStyle w:val="Normal"/>
        <w:jc w:val="both"/>
        <w:rPr/>
      </w:pPr>
      <w:r>
        <w:rPr>
          <w:b w:val="false"/>
          <w:sz w:val="28"/>
        </w:rPr>
        <w:t xml:space="preserve">Условие расходования: Нет действующего или неопределенного исполнения, </w:t>
      </w:r>
      <w:r>
        <w:rPr>
          <w:b w:val="false"/>
          <w:sz w:val="28"/>
          <w:lang w:val="zxx"/>
        </w:rPr>
        <w:t>off</w:t>
      </w:r>
      <w:r>
        <w:rPr>
          <w:b w:val="false"/>
          <w:sz w:val="28"/>
        </w:rPr>
        <w:t xml:space="preserve"> подтвержден, результат и закрытие журнала сохранены. Расходование номера и освобождение эпохи атомарны.</w:t>
      </w:r>
    </w:p>
    <w:p>
      <w:pPr>
        <w:pStyle w:val="Normal"/>
        <w:jc w:val="start"/>
        <w:rPr/>
      </w:pPr>
      <w:r>
        <w:rPr>
          <w:b w:val="false"/>
          <w:sz w:val="28"/>
          <w:lang w:val="zxx"/>
        </w:rPr>
        <w:t>6.9</w:t>
      </w:r>
      <w:r>
        <w:rPr>
          <w:b w:val="false"/>
          <w:sz w:val="28"/>
        </w:rPr>
        <w:t xml:space="preserve"> Любой отказ проверки зарезервированного номера, включая неверное тело, чужой </w:t>
      </w:r>
      <w:r>
        <w:rPr>
          <w:b w:val="false"/>
          <w:sz w:val="28"/>
          <w:lang w:val="zxx"/>
        </w:rPr>
        <w:t>startSeq/</w:t>
      </w:r>
      <w:r>
        <w:rPr>
          <w:b w:val="false"/>
          <w:sz w:val="28"/>
        </w:rPr>
        <w:t>​</w:t>
      </w:r>
      <w:r>
        <w:rPr>
          <w:b w:val="false"/>
          <w:sz w:val="28"/>
          <w:lang w:val="zxx"/>
        </w:rPr>
        <w:t>sessionId</w:t>
      </w:r>
      <w:r>
        <w:rPr>
          <w:b w:val="false"/>
          <w:sz w:val="28"/>
        </w:rPr>
        <w:t xml:space="preserve">, неизвестный сеанс и преждевременный </w:t>
      </w:r>
      <w:r>
        <w:rPr>
          <w:b w:val="false"/>
          <w:sz w:val="28"/>
          <w:lang w:val="zxx"/>
        </w:rPr>
        <w:t>control.release</w:t>
      </w:r>
      <w:r>
        <w:rPr>
          <w:b w:val="false"/>
          <w:sz w:val="28"/>
        </w:rPr>
        <w:t xml:space="preserve">, </w:t>
      </w:r>
      <w:r>
        <w:rPr>
          <w:b w:val="false"/>
          <w:sz w:val="28"/>
          <w:lang w:val="zxx"/>
        </w:rPr>
        <w:t>НЕ ДОЛЖЕН</w:t>
      </w:r>
      <w:r>
        <w:rPr>
          <w:b w:val="false"/>
          <w:sz w:val="28"/>
        </w:rPr>
        <w:t xml:space="preserve"> изменять </w:t>
      </w:r>
      <w:r>
        <w:rPr>
          <w:b w:val="false"/>
          <w:sz w:val="28"/>
          <w:lang w:val="zxx"/>
        </w:rPr>
        <w:t>highWater</w:t>
      </w:r>
      <w:r>
        <w:rPr>
          <w:b w:val="false"/>
          <w:sz w:val="28"/>
        </w:rPr>
        <w:t xml:space="preserve">, занимать запись дедупликации или продлевать </w:t>
      </w:r>
      <w:r>
        <w:rPr>
          <w:b w:val="false"/>
          <w:sz w:val="28"/>
          <w:lang w:val="zxx"/>
        </w:rPr>
        <w:t>lease.</w:t>
      </w:r>
      <w:r>
        <w:rPr>
          <w:b w:val="false"/>
          <w:sz w:val="28"/>
        </w:rPr>
        <w:t xml:space="preserve"> Возвращается </w:t>
      </w:r>
      <w:r>
        <w:rPr>
          <w:b w:val="false"/>
          <w:sz w:val="28"/>
          <w:lang w:val="zxx"/>
        </w:rPr>
        <w:t>invalidArgument</w:t>
      </w:r>
      <w:r>
        <w:rPr>
          <w:b w:val="false"/>
          <w:sz w:val="28"/>
        </w:rPr>
        <w:t xml:space="preserve"> для области/формы, </w:t>
      </w:r>
      <w:r>
        <w:rPr>
          <w:b w:val="false"/>
          <w:sz w:val="28"/>
          <w:lang w:val="zxx"/>
        </w:rPr>
        <w:t>forbidden</w:t>
      </w:r>
      <w:r>
        <w:rPr>
          <w:b w:val="false"/>
          <w:sz w:val="28"/>
        </w:rPr>
        <w:t xml:space="preserve"> для полномочий, </w:t>
      </w:r>
      <w:r>
        <w:rPr>
          <w:b w:val="false"/>
          <w:sz w:val="28"/>
          <w:lang w:val="zxx"/>
        </w:rPr>
        <w:t>notFound</w:t>
      </w:r>
      <w:r>
        <w:rPr>
          <w:b w:val="false"/>
          <w:sz w:val="28"/>
        </w:rPr>
        <w:t xml:space="preserve"> для неизвестного </w:t>
      </w:r>
      <w:r>
        <w:rPr>
          <w:b w:val="false"/>
          <w:sz w:val="28"/>
          <w:lang w:val="zxx"/>
        </w:rPr>
        <w:t>session.stop</w:t>
      </w:r>
      <w:r>
        <w:rPr>
          <w:b w:val="false"/>
          <w:sz w:val="28"/>
        </w:rPr>
        <w:t xml:space="preserve">, </w:t>
      </w:r>
      <w:r>
        <w:rPr>
          <w:b w:val="false"/>
          <w:sz w:val="28"/>
          <w:lang w:val="zxx"/>
        </w:rPr>
        <w:t>conflict</w:t>
      </w:r>
      <w:r>
        <w:rPr>
          <w:b w:val="false"/>
          <w:sz w:val="28"/>
        </w:rPr>
        <w:t xml:space="preserve"> с </w:t>
      </w:r>
      <w:r>
        <w:rPr>
          <w:b w:val="false"/>
          <w:sz w:val="28"/>
          <w:lang w:val="zxx"/>
        </w:rPr>
        <w:t>detail=operationStateMismatch</w:t>
      </w:r>
      <w:r>
        <w:rPr>
          <w:b w:val="false"/>
          <w:sz w:val="28"/>
        </w:rPr>
        <w:t xml:space="preserve"> для чужого исполнения либо </w:t>
      </w:r>
      <w:r>
        <w:rPr>
          <w:b w:val="false"/>
          <w:sz w:val="28"/>
          <w:lang w:val="zxx"/>
        </w:rPr>
        <w:t>unsafeState</w:t>
      </w:r>
      <w:r>
        <w:rPr>
          <w:b w:val="false"/>
          <w:sz w:val="28"/>
        </w:rPr>
        <w:t xml:space="preserve"> для преждевременного </w:t>
      </w:r>
      <w:r>
        <w:rPr>
          <w:b w:val="false"/>
          <w:sz w:val="28"/>
          <w:lang w:val="zxx"/>
        </w:rPr>
        <w:t>control.release.</w:t>
      </w:r>
      <w:r>
        <w:rPr>
          <w:b w:val="false"/>
          <w:sz w:val="28"/>
        </w:rPr>
        <w:t xml:space="preserve"> Это специальное правило имеет приоритет перед обычным расходованием номера при предметном отказе.</w:t>
      </w:r>
    </w:p>
    <w:p>
      <w:pPr>
        <w:pStyle w:val="Normal"/>
        <w:jc w:val="both"/>
        <w:rPr/>
      </w:pPr>
      <w:r>
        <w:rPr>
          <w:b w:val="false"/>
          <w:sz w:val="28"/>
          <w:lang w:val="zxx"/>
        </w:rPr>
        <w:t>6.10</w:t>
      </w:r>
      <w:r>
        <w:rPr>
          <w:b w:val="false"/>
          <w:sz w:val="28"/>
        </w:rPr>
        <w:t xml:space="preserve"> После расходования номера завершения новые обычные действия запрещены. Точный повтор </w:t>
      </w:r>
      <w:r>
        <w:rPr>
          <w:b w:val="false"/>
          <w:sz w:val="28"/>
          <w:lang w:val="zxx"/>
        </w:rPr>
        <w:t>session.stop/</w:t>
      </w:r>
      <w:r>
        <w:rPr>
          <w:b w:val="false"/>
          <w:sz w:val="28"/>
        </w:rPr>
        <w:t>​</w:t>
      </w:r>
      <w:r>
        <w:rPr>
          <w:b w:val="false"/>
          <w:sz w:val="28"/>
          <w:lang w:val="zxx"/>
        </w:rPr>
        <w:t>session.cancel</w:t>
      </w:r>
      <w:r>
        <w:rPr>
          <w:b w:val="false"/>
          <w:sz w:val="28"/>
        </w:rPr>
        <w:t xml:space="preserve"> с тем же номером и нормализованным телом сохраняет смысл и доступен до освобождения эпохи; его решение не вытесняется. Повтор не начинает воздействие заново и не продлевает сроки остановки. Исполнитель продолжает ранее принятую остановку и предусмотренное восстановление. При подтвержденном </w:t>
      </w:r>
      <w:r>
        <w:rPr>
          <w:b w:val="false"/>
          <w:sz w:val="28"/>
          <w:lang w:val="zxx"/>
        </w:rPr>
        <w:t>off</w:t>
      </w:r>
      <w:r>
        <w:rPr>
          <w:b w:val="false"/>
          <w:sz w:val="28"/>
        </w:rPr>
        <w:t xml:space="preserve"> применяется номер освобождения; следующее владение получается новым </w:t>
      </w:r>
      <w:r>
        <w:rPr>
          <w:b w:val="false"/>
          <w:sz w:val="28"/>
          <w:lang w:val="zxx"/>
        </w:rPr>
        <w:t>acquireSeq.</w:t>
      </w:r>
      <w:r>
        <w:rPr>
          <w:b w:val="false"/>
          <w:sz w:val="28"/>
        </w:rPr>
        <w:t xml:space="preserve"> Нумерация никогда не переносится через ноль.</w:t>
      </w:r>
    </w:p>
    <w:p>
      <w:pPr>
        <w:pStyle w:val="Normal"/>
        <w:jc w:val="start"/>
        <w:rPr/>
      </w:pPr>
      <w:r>
        <w:rPr>
          <w:b w:val="false"/>
          <w:sz w:val="28"/>
          <w:lang w:val="zxx"/>
        </w:rPr>
        <w:t>6.11</w:t>
      </w:r>
      <w:r>
        <w:rPr>
          <w:b w:val="false"/>
          <w:sz w:val="28"/>
        </w:rPr>
        <w:t xml:space="preserve"> АРМ </w:t>
      </w:r>
      <w:r>
        <w:rPr>
          <w:b w:val="false"/>
          <w:sz w:val="28"/>
          <w:lang w:val="zxx"/>
        </w:rPr>
        <w:t>ДОЛЖЕН</w:t>
      </w:r>
      <w:r>
        <w:rPr>
          <w:b w:val="false"/>
          <w:sz w:val="28"/>
        </w:rPr>
        <w:t xml:space="preserve"> резервировать номер завершения независимо от результата обычной команды. При </w:t>
      </w:r>
      <w:r>
        <w:rPr>
          <w:b w:val="false"/>
          <w:sz w:val="28"/>
          <w:lang w:val="zxx"/>
        </w:rPr>
        <w:t>unknown</w:t>
      </w:r>
      <w:r>
        <w:rPr>
          <w:b w:val="false"/>
          <w:sz w:val="28"/>
        </w:rPr>
        <w:t xml:space="preserve"> исходного </w:t>
      </w:r>
      <w:r>
        <w:rPr>
          <w:b w:val="false"/>
          <w:sz w:val="28"/>
          <w:lang w:val="zxx"/>
        </w:rPr>
        <w:t>session.start</w:t>
      </w:r>
      <w:r>
        <w:rPr>
          <w:b w:val="false"/>
          <w:sz w:val="28"/>
        </w:rPr>
        <w:t xml:space="preserve"> он использует </w:t>
      </w:r>
      <w:r>
        <w:rPr>
          <w:b w:val="false"/>
          <w:sz w:val="28"/>
          <w:lang w:val="zxx"/>
        </w:rPr>
        <w:t>session.cancel</w:t>
      </w:r>
      <w:r>
        <w:rPr>
          <w:b w:val="false"/>
          <w:sz w:val="28"/>
        </w:rPr>
        <w:t xml:space="preserve"> с исходным </w:t>
      </w:r>
      <w:r>
        <w:rPr>
          <w:b w:val="false"/>
          <w:sz w:val="28"/>
          <w:lang w:val="zxx"/>
        </w:rPr>
        <w:t>startSeq</w:t>
      </w:r>
      <w:r>
        <w:rPr>
          <w:b w:val="false"/>
          <w:sz w:val="28"/>
        </w:rPr>
        <w:t xml:space="preserve">; при известном </w:t>
      </w:r>
      <w:r>
        <w:rPr>
          <w:b w:val="false"/>
          <w:sz w:val="28"/>
          <w:lang w:val="zxx"/>
        </w:rPr>
        <w:t>sessionId</w:t>
      </w:r>
      <w:r>
        <w:rPr>
          <w:b w:val="false"/>
          <w:sz w:val="28"/>
        </w:rPr>
        <w:t xml:space="preserve"> - </w:t>
      </w:r>
      <w:r>
        <w:rPr>
          <w:b w:val="false"/>
          <w:sz w:val="28"/>
          <w:lang w:val="zxx"/>
        </w:rPr>
        <w:t>session.stop.</w:t>
      </w:r>
      <w:r>
        <w:rPr>
          <w:b w:val="false"/>
          <w:sz w:val="28"/>
        </w:rPr>
        <w:t xml:space="preserve"> Одновременные обычные изменения после выдачи отмены запрещены до решения этой гонки. УУ </w:t>
      </w:r>
      <w:r>
        <w:rPr>
          <w:b w:val="false"/>
          <w:sz w:val="28"/>
          <w:lang w:val="zxx"/>
        </w:rPr>
        <w:t>ДОЛЖЕН</w:t>
      </w:r>
      <w:r>
        <w:rPr>
          <w:b w:val="false"/>
          <w:sz w:val="28"/>
        </w:rPr>
        <w:t xml:space="preserve"> сохранять возможность принять адресную отмену своего исполнения при </w:t>
      </w:r>
      <w:r>
        <w:rPr>
          <w:b w:val="false"/>
          <w:sz w:val="28"/>
          <w:lang w:val="zxx"/>
        </w:rPr>
        <w:t>highWater</w:t>
      </w:r>
      <w:r>
        <w:rPr>
          <w:b w:val="false"/>
          <w:sz w:val="28"/>
        </w:rPr>
        <w:t xml:space="preserve"> в обычной области; значение </w:t>
      </w:r>
      <w:r>
        <w:rPr>
          <w:b w:val="false"/>
          <w:sz w:val="28"/>
          <w:lang w:val="zxx"/>
        </w:rPr>
        <w:t>highWater=18446744073709551615</w:t>
      </w:r>
      <w:r>
        <w:rPr>
          <w:b w:val="false"/>
          <w:sz w:val="28"/>
        </w:rPr>
        <w:t xml:space="preserve"> допустимо только у освобожденной эпохи.</w:t>
      </w:r>
    </w:p>
    <w:p>
      <w:pPr>
        <w:pStyle w:val="Normal"/>
        <w:jc w:val="both"/>
        <w:rPr/>
      </w:pPr>
      <w:r>
        <w:rPr>
          <w:b w:val="false"/>
          <w:sz w:val="28"/>
          <w:lang w:val="zxx"/>
        </w:rPr>
        <w:t>6.12</w:t>
      </w:r>
      <w:r>
        <w:rPr>
          <w:b w:val="false"/>
          <w:sz w:val="28"/>
        </w:rPr>
        <w:t xml:space="preserve"> </w:t>
      </w:r>
      <w:r>
        <w:rPr>
          <w:b w:val="false"/>
          <w:sz w:val="28"/>
          <w:lang w:val="zxx"/>
        </w:rPr>
        <w:t>cmdSeqWindow</w:t>
      </w:r>
      <w:r>
        <w:rPr>
          <w:b w:val="false"/>
          <w:sz w:val="28"/>
        </w:rPr>
        <w:t xml:space="preserve"> - обязательное имя </w:t>
      </w:r>
      <w:r>
        <w:rPr>
          <w:b w:val="false"/>
          <w:sz w:val="28"/>
          <w:lang w:val="zxx"/>
        </w:rPr>
        <w:t>limit</w:t>
      </w:r>
      <w:r>
        <w:rPr>
          <w:b w:val="false"/>
          <w:sz w:val="28"/>
        </w:rPr>
        <w:t xml:space="preserve"> в </w:t>
      </w:r>
      <w:r>
        <w:rPr>
          <w:b w:val="false"/>
          <w:sz w:val="28"/>
          <w:lang w:val="zxx"/>
        </w:rPr>
        <w:t>device.capabilities</w:t>
      </w:r>
      <w:r>
        <w:rPr>
          <w:b w:val="false"/>
          <w:sz w:val="28"/>
        </w:rPr>
        <w:t xml:space="preserve">, </w:t>
      </w:r>
      <w:r>
        <w:rPr>
          <w:b w:val="false"/>
          <w:sz w:val="28"/>
          <w:lang w:val="zxx"/>
        </w:rPr>
        <w:t>unit=count</w:t>
      </w:r>
      <w:r>
        <w:rPr>
          <w:b w:val="false"/>
          <w:sz w:val="28"/>
        </w:rPr>
        <w:t xml:space="preserve">, </w:t>
      </w:r>
      <w:r>
        <w:rPr>
          <w:b w:val="false"/>
          <w:sz w:val="28"/>
          <w:lang w:val="zxx"/>
        </w:rPr>
        <w:t>value=4096.</w:t>
      </w:r>
      <w:r>
        <w:rPr>
          <w:b w:val="false"/>
          <w:sz w:val="28"/>
        </w:rPr>
        <w:t xml:space="preserve"> Клиент хранит номера до передачи и сверяет </w:t>
      </w:r>
      <w:r>
        <w:rPr>
          <w:b w:val="false"/>
          <w:sz w:val="28"/>
          <w:lang w:val="zxx"/>
        </w:rPr>
        <w:t>highWater</w:t>
      </w:r>
      <w:r>
        <w:rPr>
          <w:b w:val="false"/>
          <w:sz w:val="28"/>
        </w:rPr>
        <w:t xml:space="preserve"> при восстановлении. Протокол не требует скачков выше окна: операции выдаются последовательно с отдельным резервом отмены. Смена процесса, восстановление резервной копии и откат локального журнала не разрешают произвольный скачок вверх. При утраченном контексте старой эпохи АРМ выясняет исход через чтение, при необходимости прекращает собственное исполнение и получает новую эпоху после безопасного освобождения. Номер ниже </w:t>
      </w:r>
      <w:r>
        <w:rPr>
          <w:b w:val="false"/>
          <w:sz w:val="28"/>
          <w:lang w:val="zxx"/>
        </w:rPr>
        <w:t>highWater</w:t>
      </w:r>
      <w:r>
        <w:rPr>
          <w:b w:val="false"/>
          <w:sz w:val="28"/>
        </w:rPr>
        <w:t xml:space="preserve"> не становится новым действием; доступен только сохраненный точный повтор либо </w:t>
      </w:r>
      <w:r>
        <w:rPr>
          <w:b w:val="false"/>
          <w:sz w:val="28"/>
          <w:lang w:val="zxx"/>
        </w:rPr>
        <w:t>resultExpired.</w:t>
      </w:r>
    </w:p>
    <w:p>
      <w:pPr>
        <w:pStyle w:val="Normal"/>
        <w:jc w:val="both"/>
        <w:rPr/>
      </w:pPr>
      <w:r>
        <w:rPr>
          <w:b w:val="false"/>
          <w:sz w:val="28"/>
          <w:lang w:val="zxx"/>
        </w:rPr>
        <w:t>6.13</w:t>
      </w:r>
      <w:r>
        <w:rPr>
          <w:b w:val="false"/>
          <w:sz w:val="28"/>
        </w:rPr>
        <w:t xml:space="preserve"> Окно обычного </w:t>
      </w:r>
      <w:r>
        <w:rPr>
          <w:b w:val="false"/>
          <w:sz w:val="28"/>
          <w:lang w:val="zxx"/>
        </w:rPr>
        <w:t>cmdSeq</w:t>
      </w:r>
      <w:r>
        <w:rPr>
          <w:b w:val="false"/>
          <w:sz w:val="28"/>
        </w:rPr>
        <w:t xml:space="preserve"> равно </w:t>
      </w:r>
      <w:r>
        <w:rPr>
          <w:b w:val="false"/>
          <w:sz w:val="28"/>
          <w:lang w:val="zxx"/>
        </w:rPr>
        <w:t>4096.</w:t>
      </w:r>
      <w:r>
        <w:rPr>
          <w:b w:val="false"/>
          <w:sz w:val="28"/>
        </w:rPr>
        <w:t xml:space="preserve"> Для нового обычного номера обязательны </w:t>
      </w:r>
      <w:r>
        <w:rPr>
          <w:b w:val="false"/>
          <w:sz w:val="28"/>
          <w:lang w:val="zxx"/>
        </w:rPr>
        <w:t>cmdSeq</w:t>
      </w:r>
      <w:r>
        <w:rPr>
          <w:b w:val="false"/>
          <w:sz w:val="28"/>
        </w:rPr>
        <w:t xml:space="preserve"> &gt; </w:t>
      </w:r>
      <w:r>
        <w:rPr>
          <w:b w:val="false"/>
          <w:sz w:val="28"/>
          <w:lang w:val="zxx"/>
        </w:rPr>
        <w:t>highWater</w:t>
      </w:r>
      <w:r>
        <w:rPr>
          <w:b w:val="false"/>
          <w:sz w:val="28"/>
        </w:rPr>
        <w:t xml:space="preserve"> и </w:t>
      </w:r>
      <w:r>
        <w:rPr>
          <w:b w:val="false"/>
          <w:sz w:val="28"/>
          <w:lang w:val="zxx"/>
        </w:rPr>
        <w:t>cmdSeq</w:t>
      </w:r>
      <w:r>
        <w:rPr>
          <w:b w:val="false"/>
          <w:sz w:val="28"/>
        </w:rPr>
        <w:t xml:space="preserve"> - </w:t>
      </w:r>
      <w:r>
        <w:rPr>
          <w:b w:val="false"/>
          <w:sz w:val="28"/>
          <w:lang w:val="zxx"/>
        </w:rPr>
        <w:t>highWater</w:t>
      </w:r>
      <w:r>
        <w:rPr>
          <w:b w:val="false"/>
          <w:sz w:val="28"/>
        </w:rPr>
        <w:t xml:space="preserve"> &lt;= </w:t>
      </w:r>
      <w:r>
        <w:rPr>
          <w:b w:val="false"/>
          <w:sz w:val="28"/>
          <w:lang w:val="zxx"/>
        </w:rPr>
        <w:t>4096</w:t>
      </w:r>
      <w:r>
        <w:rPr>
          <w:b w:val="false"/>
          <w:sz w:val="28"/>
        </w:rPr>
        <w:t xml:space="preserve">; вычитание выполняется только после сравнения, без переполнения. При исходном </w:t>
      </w:r>
      <w:r>
        <w:rPr>
          <w:b w:val="false"/>
          <w:sz w:val="28"/>
          <w:lang w:val="zxx"/>
        </w:rPr>
        <w:t>highWater=0</w:t>
      </w:r>
      <w:r>
        <w:rPr>
          <w:b w:val="false"/>
          <w:sz w:val="28"/>
        </w:rPr>
        <w:t xml:space="preserve"> первый номер находится в </w:t>
      </w:r>
      <w:r>
        <w:rPr>
          <w:b w:val="false"/>
          <w:sz w:val="28"/>
          <w:lang w:val="zxx"/>
        </w:rPr>
        <w:t>1..4096.</w:t>
      </w:r>
      <w:r>
        <w:rPr>
          <w:b w:val="false"/>
          <w:sz w:val="28"/>
        </w:rPr>
        <w:t xml:space="preserve"> Известный точный повтор проверяется до окна. Превышение окна дает </w:t>
      </w:r>
      <w:r>
        <w:rPr>
          <w:b w:val="false"/>
          <w:sz w:val="28"/>
          <w:lang w:val="zxx"/>
        </w:rPr>
        <w:t>invalidArgument</w:t>
      </w:r>
      <w:r>
        <w:rPr>
          <w:b w:val="false"/>
          <w:sz w:val="28"/>
        </w:rPr>
        <w:t xml:space="preserve"> до расходования номера, изменения состояния, дедупликации и продления </w:t>
      </w:r>
      <w:r>
        <w:rPr>
          <w:b w:val="false"/>
          <w:sz w:val="28"/>
          <w:lang w:val="zxx"/>
        </w:rPr>
        <w:t>lease.</w:t>
      </w:r>
      <w:r>
        <w:rPr>
          <w:b w:val="false"/>
          <w:sz w:val="28"/>
        </w:rPr>
        <w:t xml:space="preserve"> Зарезервированные номера адресной остановки и освобождения исключены из окна; их условия раздела </w:t>
      </w:r>
      <w:r>
        <w:rPr>
          <w:b w:val="false"/>
          <w:sz w:val="28"/>
          <w:lang w:val="zxx"/>
        </w:rPr>
        <w:t>6</w:t>
      </w:r>
      <w:r>
        <w:rPr>
          <w:b w:val="false"/>
          <w:sz w:val="28"/>
        </w:rPr>
        <w:t xml:space="preserve"> сохраняются. После исчерпания обычной области АРМ останавливает свое исполнение, освобождает эпоху и получает новую; счетчик не переносится через ноль.</w:t>
      </w:r>
    </w:p>
    <w:p>
      <w:pPr>
        <w:pStyle w:val="1"/>
        <w:rPr/>
      </w:pPr>
      <w:bookmarkStart w:id="7" w:name="__RefHeading___Toc43263_1766585215"/>
      <w:bookmarkEnd w:id="7"/>
      <w:r>
        <w:rPr/>
        <w:t>7 Транспорт и ограниченный XML</w:t>
      </w:r>
    </w:p>
    <w:p>
      <w:pPr>
        <w:pStyle w:val="Normal"/>
        <w:jc w:val="both"/>
        <w:rPr/>
      </w:pPr>
      <w:r>
        <w:rPr>
          <w:b w:val="false"/>
          <w:sz w:val="28"/>
          <w:lang w:val="zxx"/>
        </w:rPr>
        <w:t>7.1</w:t>
      </w:r>
      <w:r>
        <w:rPr>
          <w:b w:val="false"/>
          <w:sz w:val="28"/>
        </w:rPr>
        <w:t xml:space="preserve"> Прикладная модель отделена от транспорта: команды описывают владение, конечное исполнение, отмену и физическое наблюдение. Ограниченный </w:t>
      </w:r>
      <w:r>
        <w:rPr>
          <w:b w:val="false"/>
          <w:sz w:val="28"/>
          <w:lang w:val="zxx"/>
        </w:rPr>
        <w:t>XML</w:t>
      </w:r>
      <w:r>
        <w:rPr>
          <w:b w:val="false"/>
          <w:sz w:val="28"/>
        </w:rPr>
        <w:t xml:space="preserve"> выбран для небольших сообщений контроллера, строгого разбора и чтения трасс при наладке. Лимиты являются условиями профиля; их реализуемость на каждом изделии подтверждается отдельно. </w:t>
      </w:r>
      <w:r>
        <w:rPr>
          <w:b w:val="false"/>
          <w:sz w:val="28"/>
          <w:lang w:val="zxx"/>
        </w:rPr>
        <w:t>NETCONF</w:t>
      </w:r>
      <w:r>
        <w:rPr>
          <w:b w:val="false"/>
          <w:sz w:val="28"/>
        </w:rPr>
        <w:t xml:space="preserve"> и </w:t>
      </w:r>
      <w:r>
        <w:rPr>
          <w:b w:val="false"/>
          <w:sz w:val="28"/>
          <w:lang w:val="zxx"/>
        </w:rPr>
        <w:t>RESTCONF</w:t>
      </w:r>
      <w:r>
        <w:rPr>
          <w:b w:val="false"/>
          <w:sz w:val="28"/>
        </w:rPr>
        <w:t xml:space="preserve"> задают прежде всего управление данными; </w:t>
      </w:r>
      <w:r>
        <w:rPr>
          <w:b w:val="false"/>
          <w:sz w:val="28"/>
          <w:lang w:val="zxx"/>
        </w:rPr>
        <w:t>MQTT</w:t>
      </w:r>
      <w:r>
        <w:rPr>
          <w:b w:val="false"/>
          <w:sz w:val="28"/>
        </w:rPr>
        <w:t xml:space="preserve"> задает доставку сообщений; их применение само по себе не определяет эти правила оповещения. Адаптеры таких систем располагаются на границе АРМ и сохраняют предметную семантику.</w:t>
      </w:r>
    </w:p>
    <w:p>
      <w:pPr>
        <w:pStyle w:val="Normal"/>
        <w:jc w:val="both"/>
        <w:rPr/>
      </w:pPr>
      <w:r>
        <w:rPr>
          <w:b w:val="false"/>
          <w:sz w:val="28"/>
          <w:lang w:val="zxx"/>
        </w:rPr>
        <w:t>7.2</w:t>
      </w:r>
      <w:r>
        <w:rPr>
          <w:b w:val="false"/>
          <w:sz w:val="28"/>
        </w:rPr>
        <w:t xml:space="preserve"> Используется постоянное </w:t>
      </w:r>
      <w:r>
        <w:rPr>
          <w:b w:val="false"/>
          <w:sz w:val="28"/>
          <w:lang w:val="zxx"/>
        </w:rPr>
        <w:t>TCP-</w:t>
      </w:r>
      <w:r>
        <w:rPr>
          <w:b w:val="false"/>
          <w:sz w:val="28"/>
        </w:rPr>
        <w:t xml:space="preserve">соединение выбранного режима </w:t>
      </w:r>
      <w:r>
        <w:rPr>
          <w:b w:val="false"/>
          <w:sz w:val="28"/>
          <w:lang w:val="zxx"/>
        </w:rPr>
        <w:t>tls</w:t>
      </w:r>
      <w:r>
        <w:rPr>
          <w:b w:val="false"/>
          <w:sz w:val="28"/>
        </w:rPr>
        <w:t xml:space="preserve"> либо </w:t>
      </w:r>
      <w:r>
        <w:rPr>
          <w:b w:val="false"/>
          <w:sz w:val="28"/>
          <w:lang w:val="zxx"/>
        </w:rPr>
        <w:t>plain</w:t>
      </w:r>
      <w:r>
        <w:rPr>
          <w:b w:val="false"/>
          <w:sz w:val="28"/>
        </w:rPr>
        <w:t xml:space="preserve"> для управления и отдельный канал медиаданных. Прикладное обрамление после проверки защиты: </w:t>
      </w:r>
      <w:r>
        <w:rPr>
          <w:b w:val="false"/>
          <w:sz w:val="28"/>
          <w:lang w:val="zxx"/>
        </w:rPr>
        <w:t>xmlLength:uint32</w:t>
      </w:r>
      <w:r>
        <w:rPr>
          <w:b w:val="false"/>
          <w:sz w:val="28"/>
        </w:rPr>
        <w:t xml:space="preserve"> </w:t>
      </w:r>
      <w:r>
        <w:rPr>
          <w:b w:val="false"/>
          <w:sz w:val="28"/>
          <w:lang w:val="zxx"/>
        </w:rPr>
        <w:t>BE</w:t>
      </w:r>
      <w:r>
        <w:rPr>
          <w:b w:val="false"/>
          <w:sz w:val="28"/>
        </w:rPr>
        <w:t xml:space="preserve">, затем ровно </w:t>
      </w:r>
      <w:r>
        <w:rPr>
          <w:b w:val="false"/>
          <w:sz w:val="28"/>
          <w:lang w:val="zxx"/>
        </w:rPr>
        <w:t>xmlLength</w:t>
      </w:r>
      <w:r>
        <w:rPr>
          <w:b w:val="false"/>
          <w:sz w:val="28"/>
        </w:rPr>
        <w:t xml:space="preserve"> байтов </w:t>
      </w:r>
      <w:r>
        <w:rPr>
          <w:b w:val="false"/>
          <w:sz w:val="28"/>
          <w:lang w:val="zxx"/>
        </w:rPr>
        <w:t>UTF-</w:t>
      </w:r>
      <w:r>
        <w:rPr>
          <w:b w:val="false"/>
          <w:sz w:val="28"/>
        </w:rPr>
        <w:t>⁠</w:t>
      </w:r>
      <w:r>
        <w:rPr>
          <w:b w:val="false"/>
          <w:sz w:val="28"/>
          <w:lang w:val="zxx"/>
        </w:rPr>
        <w:t>8.</w:t>
      </w:r>
      <w:r>
        <w:rPr>
          <w:b w:val="false"/>
          <w:sz w:val="28"/>
        </w:rPr>
        <w:t xml:space="preserve"> </w:t>
      </w:r>
      <w:r>
        <w:rPr>
          <w:b w:val="false"/>
          <w:sz w:val="28"/>
          <w:lang w:val="zxx"/>
        </w:rPr>
        <w:t>TCP-</w:t>
      </w:r>
      <w:r>
        <w:rPr>
          <w:b w:val="false"/>
          <w:sz w:val="28"/>
        </w:rPr>
        <w:t>сегмент не является сообщением. Часть префикса, часть тела и несколько сообщений в одном чтении обрабатываются корректно.</w:t>
      </w:r>
    </w:p>
    <w:p>
      <w:pPr>
        <w:pStyle w:val="Normal"/>
        <w:keepNext w:val="true"/>
        <w:ind w:hanging="0"/>
        <w:jc w:val="start"/>
        <w:rPr/>
      </w:pPr>
      <w:r>
        <w:rPr>
          <w:b w:val="false"/>
          <w:sz w:val="24"/>
        </w:rPr>
        <w:t xml:space="preserve">Таблица </w:t>
      </w:r>
      <w:r>
        <w:rPr>
          <w:b w:val="false"/>
          <w:sz w:val="24"/>
          <w:lang w:val="zxx"/>
        </w:rPr>
        <w:t>7</w:t>
      </w:r>
      <w:r>
        <w:rPr>
          <w:b w:val="false"/>
          <w:sz w:val="24"/>
        </w:rPr>
        <w:t xml:space="preserve"> - Транспорт и ограниченный </w:t>
      </w:r>
      <w:r>
        <w:rPr>
          <w:b w:val="false"/>
          <w:sz w:val="24"/>
          <w:lang w:val="zxx"/>
        </w:rPr>
        <w:t>XML</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432"/>
        <w:gridCol w:w="6205"/>
      </w:tblGrid>
      <w:tr>
        <w:trPr>
          <w:cantSplit w:val="true"/>
        </w:trPr>
        <w:tc>
          <w:tcPr>
            <w:tcW w:w="343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Ограничение профиля</w:t>
            </w:r>
          </w:p>
        </w:tc>
        <w:tc>
          <w:tcPr>
            <w:tcW w:w="62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Значение</w:t>
            </w:r>
          </w:p>
        </w:tc>
      </w:tr>
      <w:tr>
        <w:trPr>
          <w:cantSplit w:val="true"/>
        </w:trPr>
        <w:tc>
          <w:tcPr>
            <w:tcW w:w="343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Размер </w:t>
            </w:r>
            <w:r>
              <w:rPr>
                <w:rFonts w:eastAsia="ＭＳ 明朝" w:cs=""/>
                <w:b w:val="false"/>
                <w:kern w:val="0"/>
                <w:sz w:val="28"/>
                <w:szCs w:val="22"/>
                <w:lang w:val="zxx" w:eastAsia="en-US" w:bidi="ar-SA"/>
              </w:rPr>
              <w:t>XML</w:t>
            </w:r>
            <w:r>
              <w:rPr>
                <w:rFonts w:eastAsia="ＭＳ 明朝" w:cs=""/>
                <w:b w:val="false"/>
                <w:kern w:val="0"/>
                <w:sz w:val="28"/>
                <w:szCs w:val="22"/>
                <w:lang w:eastAsia="en-US" w:bidi="ar-SA"/>
              </w:rPr>
              <w:t xml:space="preserve"> / глубина / число элементов</w:t>
            </w:r>
          </w:p>
        </w:tc>
        <w:tc>
          <w:tcPr>
            <w:tcW w:w="62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1024</w:t>
            </w:r>
            <w:r>
              <w:rPr>
                <w:rFonts w:eastAsia="ＭＳ 明朝" w:cs=""/>
                <w:b w:val="false"/>
                <w:kern w:val="0"/>
                <w:sz w:val="28"/>
                <w:szCs w:val="22"/>
                <w:lang w:eastAsia="en-US" w:bidi="ar-SA"/>
              </w:rPr>
              <w:t xml:space="preserve"> байта / </w:t>
            </w:r>
            <w:r>
              <w:rPr>
                <w:rFonts w:eastAsia="ＭＳ 明朝" w:cs=""/>
                <w:b w:val="false"/>
                <w:kern w:val="0"/>
                <w:sz w:val="28"/>
                <w:szCs w:val="22"/>
                <w:lang w:val="zxx" w:eastAsia="en-US" w:bidi="ar-SA"/>
              </w:rPr>
              <w:t>4</w:t>
            </w:r>
            <w:r>
              <w:rPr>
                <w:rFonts w:eastAsia="ＭＳ 明朝" w:cs=""/>
                <w:b w:val="false"/>
                <w:kern w:val="0"/>
                <w:sz w:val="28"/>
                <w:szCs w:val="22"/>
                <w:lang w:eastAsia="en-US" w:bidi="ar-SA"/>
              </w:rPr>
              <w:t xml:space="preserve"> с учетом корня / </w:t>
            </w:r>
            <w:r>
              <w:rPr>
                <w:rFonts w:eastAsia="ＭＳ 明朝" w:cs=""/>
                <w:b w:val="false"/>
                <w:kern w:val="0"/>
                <w:sz w:val="28"/>
                <w:szCs w:val="22"/>
                <w:lang w:val="zxx" w:eastAsia="en-US" w:bidi="ar-SA"/>
              </w:rPr>
              <w:t>32</w:t>
            </w:r>
          </w:p>
        </w:tc>
      </w:tr>
      <w:tr>
        <w:trPr>
          <w:cantSplit w:val="true"/>
        </w:trPr>
        <w:tc>
          <w:tcPr>
            <w:tcW w:w="343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Атрибутов на элемент / длина имени</w:t>
            </w:r>
          </w:p>
        </w:tc>
        <w:tc>
          <w:tcPr>
            <w:tcW w:w="62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12</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ASCII-</w:t>
            </w:r>
            <w:r>
              <w:rPr>
                <w:rFonts w:eastAsia="ＭＳ 明朝" w:cs=""/>
                <w:b w:val="false"/>
                <w:kern w:val="0"/>
                <w:sz w:val="28"/>
                <w:szCs w:val="22"/>
                <w:lang w:eastAsia="en-US" w:bidi="ar-SA"/>
              </w:rPr>
              <w:t>байта</w:t>
            </w:r>
          </w:p>
        </w:tc>
      </w:tr>
      <w:tr>
        <w:trPr>
          <w:cantSplit w:val="true"/>
        </w:trPr>
        <w:tc>
          <w:tcPr>
            <w:tcW w:w="343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Декодированное строковое значение</w:t>
            </w:r>
          </w:p>
        </w:tc>
        <w:tc>
          <w:tcPr>
            <w:tcW w:w="62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До </w:t>
            </w:r>
            <w:r>
              <w:rPr>
                <w:rFonts w:eastAsia="ＭＳ 明朝" w:cs=""/>
                <w:b w:val="false"/>
                <w:kern w:val="0"/>
                <w:sz w:val="28"/>
                <w:szCs w:val="22"/>
                <w:lang w:val="zxx" w:eastAsia="en-US" w:bidi="ar-SA"/>
              </w:rPr>
              <w:t>128</w:t>
            </w:r>
            <w:r>
              <w:rPr>
                <w:rFonts w:eastAsia="ＭＳ 明朝" w:cs=""/>
                <w:b w:val="false"/>
                <w:kern w:val="0"/>
                <w:sz w:val="28"/>
                <w:szCs w:val="22"/>
                <w:lang w:eastAsia="en-US" w:bidi="ar-SA"/>
              </w:rPr>
              <w:t xml:space="preserve"> байт </w:t>
            </w:r>
            <w:r>
              <w:rPr>
                <w:rFonts w:eastAsia="ＭＳ 明朝" w:cs=""/>
                <w:b w:val="false"/>
                <w:kern w:val="0"/>
                <w:sz w:val="28"/>
                <w:szCs w:val="22"/>
                <w:lang w:val="zxx" w:eastAsia="en-US" w:bidi="ar-SA"/>
              </w:rPr>
              <w:t>UTF-</w:t>
            </w:r>
            <w:r>
              <w:rPr>
                <w:rFonts w:eastAsia="ＭＳ 明朝" w:cs=""/>
                <w:b w:val="false"/>
                <w:kern w:val="0"/>
                <w:sz w:val="28"/>
                <w:szCs w:val="22"/>
                <w:lang w:eastAsia="en-US" w:bidi="ar-SA"/>
              </w:rPr>
              <w:t>⁠</w:t>
            </w:r>
            <w:r>
              <w:rPr>
                <w:rFonts w:eastAsia="ＭＳ 明朝" w:cs=""/>
                <w:b w:val="false"/>
                <w:kern w:val="0"/>
                <w:sz w:val="28"/>
                <w:szCs w:val="22"/>
                <w:lang w:val="zxx" w:eastAsia="en-US" w:bidi="ar-SA"/>
              </w:rPr>
              <w:t>8</w:t>
            </w:r>
          </w:p>
        </w:tc>
      </w:tr>
      <w:tr>
        <w:trPr>
          <w:cantSplit w:val="true"/>
        </w:trPr>
        <w:tc>
          <w:tcPr>
            <w:tcW w:w="343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Сборка неполного сообщения</w:t>
            </w:r>
          </w:p>
        </w:tc>
        <w:tc>
          <w:tcPr>
            <w:tcW w:w="62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10000</w:t>
            </w:r>
            <w:r>
              <w:rPr>
                <w:rFonts w:eastAsia="ＭＳ 明朝" w:cs=""/>
                <w:b w:val="false"/>
                <w:kern w:val="0"/>
                <w:sz w:val="28"/>
                <w:szCs w:val="22"/>
                <w:lang w:eastAsia="en-US" w:bidi="ar-SA"/>
              </w:rPr>
              <w:t xml:space="preserve"> мс от первого байта кадра, включая префикс длины, без продления каждым байтом</w:t>
            </w:r>
          </w:p>
        </w:tc>
      </w:tr>
      <w:tr>
        <w:trPr>
          <w:cantSplit w:val="true"/>
        </w:trPr>
        <w:tc>
          <w:tcPr>
            <w:tcW w:w="343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Запросы в полете в проектном профиле</w:t>
            </w:r>
          </w:p>
        </w:tc>
        <w:tc>
          <w:tcPr>
            <w:tcW w:w="62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w:t>
            </w:r>
            <w:r>
              <w:rPr>
                <w:rFonts w:eastAsia="ＭＳ 明朝" w:cs=""/>
                <w:b w:val="false"/>
                <w:kern w:val="0"/>
                <w:sz w:val="28"/>
                <w:szCs w:val="22"/>
                <w:lang w:eastAsia="en-US" w:bidi="ar-SA"/>
              </w:rPr>
              <w:t xml:space="preserve"> обычный запрос, </w:t>
            </w:r>
            <w:r>
              <w:rPr>
                <w:rFonts w:eastAsia="ＭＳ 明朝" w:cs=""/>
                <w:b w:val="false"/>
                <w:kern w:val="0"/>
                <w:sz w:val="28"/>
                <w:szCs w:val="22"/>
                <w:lang w:val="zxx" w:eastAsia="en-US" w:bidi="ar-SA"/>
              </w:rPr>
              <w:t>1</w:t>
            </w:r>
            <w:r>
              <w:rPr>
                <w:rFonts w:eastAsia="ＭＳ 明朝" w:cs=""/>
                <w:b w:val="false"/>
                <w:kern w:val="0"/>
                <w:sz w:val="28"/>
                <w:szCs w:val="22"/>
                <w:lang w:eastAsia="en-US" w:bidi="ar-SA"/>
              </w:rPr>
              <w:t xml:space="preserve"> слот </w:t>
            </w:r>
            <w:r>
              <w:rPr>
                <w:rFonts w:eastAsia="ＭＳ 明朝" w:cs=""/>
                <w:b w:val="false"/>
                <w:kern w:val="0"/>
                <w:sz w:val="28"/>
                <w:szCs w:val="22"/>
                <w:lang w:val="zxx" w:eastAsia="en-US" w:bidi="ar-SA"/>
              </w:rPr>
              <w:t>session.stop/</w:t>
            </w:r>
            <w:r>
              <w:rPr>
                <w:rFonts w:eastAsia="ＭＳ 明朝" w:cs=""/>
                <w:b w:val="false"/>
                <w:kern w:val="0"/>
                <w:sz w:val="28"/>
                <w:szCs w:val="22"/>
                <w:lang w:eastAsia="en-US" w:bidi="ar-SA"/>
              </w:rPr>
              <w:t>​</w:t>
            </w:r>
            <w:r>
              <w:rPr>
                <w:rFonts w:eastAsia="ＭＳ 明朝" w:cs=""/>
                <w:b w:val="false"/>
                <w:kern w:val="0"/>
                <w:sz w:val="28"/>
                <w:szCs w:val="22"/>
                <w:lang w:val="zxx" w:eastAsia="en-US" w:bidi="ar-SA"/>
              </w:rPr>
              <w:t>session.cancel</w:t>
            </w:r>
            <w:r>
              <w:rPr>
                <w:rFonts w:eastAsia="ＭＳ 明朝" w:cs=""/>
                <w:b w:val="false"/>
                <w:kern w:val="0"/>
                <w:sz w:val="28"/>
                <w:szCs w:val="22"/>
                <w:lang w:eastAsia="en-US" w:bidi="ar-SA"/>
              </w:rPr>
              <w:t xml:space="preserve"> и </w:t>
            </w:r>
            <w:r>
              <w:rPr>
                <w:rFonts w:eastAsia="ＭＳ 明朝" w:cs=""/>
                <w:b w:val="false"/>
                <w:kern w:val="0"/>
                <w:sz w:val="28"/>
                <w:szCs w:val="22"/>
                <w:lang w:val="zxx" w:eastAsia="en-US" w:bidi="ar-SA"/>
              </w:rPr>
              <w:t>1</w:t>
            </w:r>
            <w:r>
              <w:rPr>
                <w:rFonts w:eastAsia="ＭＳ 明朝" w:cs=""/>
                <w:b w:val="false"/>
                <w:kern w:val="0"/>
                <w:sz w:val="28"/>
                <w:szCs w:val="22"/>
                <w:lang w:eastAsia="en-US" w:bidi="ar-SA"/>
              </w:rPr>
              <w:t xml:space="preserve"> слот </w:t>
            </w:r>
            <w:r>
              <w:rPr>
                <w:rFonts w:eastAsia="ＭＳ 明朝" w:cs=""/>
                <w:b w:val="false"/>
                <w:kern w:val="0"/>
                <w:sz w:val="28"/>
                <w:szCs w:val="22"/>
                <w:lang w:val="zxx" w:eastAsia="en-US" w:bidi="ar-SA"/>
              </w:rPr>
              <w:t>channel.ping</w:t>
            </w:r>
            <w:r>
              <w:rPr>
                <w:rFonts w:eastAsia="ＭＳ 明朝" w:cs=""/>
                <w:b w:val="false"/>
                <w:kern w:val="0"/>
                <w:sz w:val="28"/>
                <w:szCs w:val="22"/>
                <w:lang w:eastAsia="en-US" w:bidi="ar-SA"/>
              </w:rPr>
              <w:t>; по одному запросу без ответа на слот</w:t>
            </w:r>
          </w:p>
        </w:tc>
      </w:tr>
      <w:tr>
        <w:trPr>
          <w:cantSplit w:val="true"/>
        </w:trPr>
        <w:tc>
          <w:tcPr>
            <w:tcW w:w="3432"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Большие ответы</w:t>
            </w:r>
          </w:p>
        </w:tc>
        <w:tc>
          <w:tcPr>
            <w:tcW w:w="620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Страницы с ограничением по байтам; недостаточно ограничивать только число строк</w:t>
            </w:r>
          </w:p>
        </w:tc>
      </w:tr>
    </w:tbl>
    <w:p>
      <w:pPr>
        <w:pStyle w:val="Normal"/>
        <w:spacing w:before="0" w:after="0"/>
        <w:rPr/>
      </w:pPr>
      <w:r>
        <w:rPr/>
      </w:r>
    </w:p>
    <w:p>
      <w:pPr>
        <w:pStyle w:val="Normal"/>
        <w:jc w:val="start"/>
        <w:rPr/>
      </w:pPr>
      <w:r>
        <w:rPr>
          <w:b w:val="false"/>
          <w:sz w:val="28"/>
          <w:lang w:val="zxx"/>
        </w:rPr>
        <w:t>7.3</w:t>
      </w:r>
      <w:r>
        <w:rPr>
          <w:b w:val="false"/>
          <w:sz w:val="28"/>
        </w:rPr>
        <w:t xml:space="preserve"> Базовые корни сообщений: </w:t>
      </w:r>
      <w:r>
        <w:rPr>
          <w:b w:val="false"/>
          <w:sz w:val="28"/>
          <w:lang w:val="zxx"/>
        </w:rPr>
        <w:t>request</w:t>
      </w:r>
      <w:r>
        <w:rPr>
          <w:b w:val="false"/>
          <w:sz w:val="28"/>
        </w:rPr>
        <w:t xml:space="preserve"> и </w:t>
      </w:r>
      <w:r>
        <w:rPr>
          <w:b w:val="false"/>
          <w:sz w:val="28"/>
          <w:lang w:val="zxx"/>
        </w:rPr>
        <w:t>response.</w:t>
      </w:r>
      <w:r>
        <w:rPr>
          <w:b w:val="false"/>
          <w:sz w:val="28"/>
        </w:rPr>
        <w:t xml:space="preserve"> При явно включенной возможности </w:t>
      </w:r>
      <w:r>
        <w:rPr>
          <w:b w:val="false"/>
          <w:sz w:val="28"/>
          <w:lang w:val="zxx"/>
        </w:rPr>
        <w:t>eventsPush=1</w:t>
      </w:r>
      <w:r>
        <w:rPr>
          <w:b w:val="false"/>
          <w:sz w:val="28"/>
        </w:rPr>
        <w:t xml:space="preserve"> также используются </w:t>
      </w:r>
      <w:r>
        <w:rPr>
          <w:b w:val="false"/>
          <w:sz w:val="28"/>
          <w:lang w:val="zxx"/>
        </w:rPr>
        <w:t>notification</w:t>
      </w:r>
      <w:r>
        <w:rPr>
          <w:b w:val="false"/>
          <w:sz w:val="28"/>
        </w:rPr>
        <w:t xml:space="preserve"> и </w:t>
      </w:r>
      <w:r>
        <w:rPr>
          <w:b w:val="false"/>
          <w:sz w:val="28"/>
          <w:lang w:val="zxx"/>
        </w:rPr>
        <w:t>notificationAck.</w:t>
      </w:r>
      <w:r>
        <w:rPr>
          <w:b w:val="false"/>
          <w:sz w:val="28"/>
        </w:rPr>
        <w:t xml:space="preserve"> </w:t>
      </w:r>
      <w:r>
        <w:rPr>
          <w:b w:val="false"/>
          <w:sz w:val="28"/>
          <w:lang w:val="zxx"/>
        </w:rPr>
        <w:t>event</w:t>
      </w:r>
      <w:r>
        <w:rPr>
          <w:b w:val="false"/>
          <w:sz w:val="28"/>
        </w:rPr>
        <w:t xml:space="preserve"> является записью журнала внутри </w:t>
      </w:r>
      <w:r>
        <w:rPr>
          <w:b w:val="false"/>
          <w:sz w:val="28"/>
          <w:lang w:val="zxx"/>
        </w:rPr>
        <w:t>events</w:t>
      </w:r>
      <w:r>
        <w:rPr>
          <w:b w:val="false"/>
          <w:sz w:val="28"/>
        </w:rPr>
        <w:t xml:space="preserve"> в ответе </w:t>
      </w:r>
      <w:r>
        <w:rPr>
          <w:b w:val="false"/>
          <w:sz w:val="28"/>
          <w:lang w:val="zxx"/>
        </w:rPr>
        <w:t>events.read</w:t>
      </w:r>
      <w:r>
        <w:rPr>
          <w:b w:val="false"/>
          <w:sz w:val="28"/>
        </w:rPr>
        <w:t xml:space="preserve"> либо в </w:t>
      </w:r>
      <w:r>
        <w:rPr>
          <w:b w:val="false"/>
          <w:sz w:val="28"/>
          <w:lang w:val="zxx"/>
        </w:rPr>
        <w:t>notification.</w:t>
      </w:r>
      <w:r>
        <w:rPr>
          <w:b w:val="false"/>
          <w:sz w:val="28"/>
        </w:rPr>
        <w:t xml:space="preserve"> </w:t>
      </w:r>
      <w:r>
        <w:rPr>
          <w:b w:val="false"/>
          <w:sz w:val="28"/>
          <w:lang w:val="zxx"/>
        </w:rPr>
        <w:t>v=</w:t>
      </w:r>
      <w:r>
        <w:rPr>
          <w:b w:val="false"/>
          <w:sz w:val="28"/>
        </w:rPr>
        <w:t>"</w:t>
      </w:r>
      <w:r>
        <w:rPr>
          <w:b w:val="false"/>
          <w:sz w:val="28"/>
          <w:lang w:val="zxx"/>
        </w:rPr>
        <w:t>1</w:t>
      </w:r>
      <w:r>
        <w:rPr>
          <w:b w:val="false"/>
          <w:sz w:val="28"/>
        </w:rPr>
        <w:t xml:space="preserve">" задает версию оболочки, </w:t>
      </w:r>
      <w:r>
        <w:rPr>
          <w:b w:val="false"/>
          <w:sz w:val="28"/>
          <w:lang w:val="zxx"/>
        </w:rPr>
        <w:t>profile=</w:t>
      </w:r>
      <w:r>
        <w:rPr>
          <w:b w:val="false"/>
          <w:sz w:val="28"/>
        </w:rPr>
        <w:t>"</w:t>
      </w:r>
      <w:r>
        <w:rPr>
          <w:b w:val="false"/>
          <w:sz w:val="28"/>
          <w:lang w:val="zxx"/>
        </w:rPr>
        <w:t>open-</w:t>
      </w:r>
      <w:r>
        <w:rPr>
          <w:b w:val="false"/>
          <w:sz w:val="28"/>
        </w:rPr>
        <w:t>⁠</w:t>
      </w:r>
      <w:r>
        <w:rPr>
          <w:b w:val="false"/>
          <w:sz w:val="28"/>
          <w:lang w:val="zxx"/>
        </w:rPr>
        <w:t>alert-</w:t>
      </w:r>
      <w:r>
        <w:rPr>
          <w:b w:val="false"/>
          <w:sz w:val="28"/>
        </w:rPr>
        <w:t>⁠</w:t>
      </w:r>
      <w:r>
        <w:rPr>
          <w:b w:val="false"/>
          <w:sz w:val="28"/>
          <w:lang w:val="zxx"/>
        </w:rPr>
        <w:t>draft/</w:t>
      </w:r>
      <w:r>
        <w:rPr>
          <w:b w:val="false"/>
          <w:sz w:val="28"/>
        </w:rPr>
        <w:t>⁠</w:t>
      </w:r>
      <w:r>
        <w:rPr>
          <w:b w:val="false"/>
          <w:sz w:val="28"/>
          <w:lang w:val="zxx"/>
        </w:rPr>
        <w:t>0.21</w:t>
      </w:r>
      <w:r>
        <w:rPr>
          <w:b w:val="false"/>
          <w:sz w:val="28"/>
        </w:rPr>
        <w:t>" - точную редакцию проектной схемы. Пространства имен в базовом профиле отсутствуют.</w:t>
      </w:r>
    </w:p>
    <w:p>
      <w:pPr>
        <w:pStyle w:val="Normal"/>
        <w:jc w:val="start"/>
        <w:rPr/>
      </w:pPr>
      <w:r>
        <w:rPr>
          <w:b w:val="false"/>
          <w:sz w:val="28"/>
          <w:lang w:val="zxx"/>
        </w:rPr>
        <w:t>7.4</w:t>
      </w:r>
      <w:r>
        <w:rPr>
          <w:b w:val="false"/>
          <w:sz w:val="28"/>
        </w:rPr>
        <w:t xml:space="preserve"> </w:t>
      </w:r>
      <w:r>
        <w:rPr>
          <w:b w:val="false"/>
          <w:sz w:val="28"/>
          <w:lang w:val="zxx"/>
        </w:rPr>
        <w:t>DTD</w:t>
      </w:r>
      <w:r>
        <w:rPr>
          <w:b w:val="false"/>
          <w:sz w:val="28"/>
        </w:rPr>
        <w:t xml:space="preserve">, пользовательские сущности, внешние ресурсы, </w:t>
      </w:r>
      <w:r>
        <w:rPr>
          <w:b w:val="false"/>
          <w:sz w:val="28"/>
          <w:lang w:val="zxx"/>
        </w:rPr>
        <w:t>CDATA</w:t>
      </w:r>
      <w:r>
        <w:rPr>
          <w:b w:val="false"/>
          <w:sz w:val="28"/>
        </w:rPr>
        <w:t xml:space="preserve">, комментарии, </w:t>
      </w:r>
      <w:r>
        <w:rPr>
          <w:b w:val="false"/>
          <w:sz w:val="28"/>
          <w:lang w:val="zxx"/>
        </w:rPr>
        <w:t>processing</w:t>
      </w:r>
      <w:r>
        <w:rPr>
          <w:b w:val="false"/>
          <w:sz w:val="28"/>
        </w:rPr>
        <w:t xml:space="preserve"> </w:t>
      </w:r>
      <w:r>
        <w:rPr>
          <w:b w:val="false"/>
          <w:sz w:val="28"/>
          <w:lang w:val="zxx"/>
        </w:rPr>
        <w:t>instructions</w:t>
      </w:r>
      <w:r>
        <w:rPr>
          <w:b w:val="false"/>
          <w:sz w:val="28"/>
        </w:rPr>
        <w:t xml:space="preserve">, </w:t>
      </w:r>
      <w:r>
        <w:rPr>
          <w:b w:val="false"/>
          <w:sz w:val="28"/>
          <w:lang w:val="zxx"/>
        </w:rPr>
        <w:t>XML-</w:t>
      </w:r>
      <w:r>
        <w:rPr>
          <w:b w:val="false"/>
          <w:sz w:val="28"/>
        </w:rPr>
        <w:t xml:space="preserve">декларация и </w:t>
      </w:r>
      <w:r>
        <w:rPr>
          <w:b w:val="false"/>
          <w:sz w:val="28"/>
          <w:lang w:val="zxx"/>
        </w:rPr>
        <w:t>BOM</w:t>
      </w:r>
      <w:r>
        <w:rPr>
          <w:b w:val="false"/>
          <w:sz w:val="28"/>
        </w:rPr>
        <w:t xml:space="preserve"> запрещены.</w:t>
      </w:r>
    </w:p>
    <w:p>
      <w:pPr>
        <w:pStyle w:val="Normal"/>
        <w:jc w:val="both"/>
        <w:rPr/>
      </w:pPr>
      <w:r>
        <w:rPr>
          <w:b w:val="false"/>
          <w:sz w:val="28"/>
          <w:lang w:val="zxx"/>
        </w:rPr>
        <w:t>7.5</w:t>
      </w:r>
      <w:r>
        <w:rPr>
          <w:b w:val="false"/>
          <w:sz w:val="28"/>
        </w:rPr>
        <w:t xml:space="preserve"> Пять стандартных </w:t>
      </w:r>
      <w:r>
        <w:rPr>
          <w:b w:val="false"/>
          <w:sz w:val="28"/>
          <w:lang w:val="zxx"/>
        </w:rPr>
        <w:t>XML-</w:t>
      </w:r>
      <w:r>
        <w:rPr>
          <w:b w:val="false"/>
          <w:sz w:val="28"/>
        </w:rPr>
        <w:t>сущностей и числовые ссылки допускаются после проверки символов и размера декодированного значения.</w:t>
      </w:r>
    </w:p>
    <w:p>
      <w:pPr>
        <w:pStyle w:val="Normal"/>
        <w:jc w:val="both"/>
        <w:rPr/>
      </w:pPr>
      <w:r>
        <w:rPr>
          <w:b w:val="false"/>
          <w:sz w:val="28"/>
          <w:lang w:val="zxx"/>
        </w:rPr>
        <w:t>7.6</w:t>
      </w:r>
      <w:r>
        <w:rPr>
          <w:b w:val="false"/>
          <w:sz w:val="28"/>
        </w:rPr>
        <w:t xml:space="preserve"> Повтор атрибута, неверный тип, неизвестное управляющее поле или лишний элемент-одиночка отклоняют весь запрос. Порядок атрибутов и вид кавычек не меняют смысл.</w:t>
      </w:r>
    </w:p>
    <w:p>
      <w:pPr>
        <w:pStyle w:val="Normal"/>
        <w:jc w:val="both"/>
        <w:rPr/>
      </w:pPr>
      <w:r>
        <w:rPr>
          <w:b w:val="false"/>
          <w:sz w:val="28"/>
          <w:lang w:val="zxx"/>
        </w:rPr>
        <w:t>7.7</w:t>
      </w:r>
      <w:r>
        <w:rPr>
          <w:b w:val="false"/>
          <w:sz w:val="28"/>
        </w:rPr>
        <w:t xml:space="preserve"> Неверная длина или синтаксис </w:t>
      </w:r>
      <w:r>
        <w:rPr>
          <w:b w:val="false"/>
          <w:sz w:val="28"/>
          <w:lang w:val="zxx"/>
        </w:rPr>
        <w:t>XML</w:t>
      </w:r>
      <w:r>
        <w:rPr>
          <w:b w:val="false"/>
          <w:sz w:val="28"/>
        </w:rPr>
        <w:t xml:space="preserve"> закрывают соединение. Корректный </w:t>
      </w:r>
      <w:r>
        <w:rPr>
          <w:b w:val="false"/>
          <w:sz w:val="28"/>
          <w:lang w:val="zxx"/>
        </w:rPr>
        <w:t>XML</w:t>
      </w:r>
      <w:r>
        <w:rPr>
          <w:b w:val="false"/>
          <w:sz w:val="28"/>
        </w:rPr>
        <w:t xml:space="preserve"> с ошибкой команды получает структурированный отказ. Парсер не включает выходы по мере чтения.</w:t>
      </w:r>
    </w:p>
    <w:p>
      <w:pPr>
        <w:pStyle w:val="Normal"/>
        <w:jc w:val="both"/>
        <w:rPr/>
      </w:pPr>
      <w:r>
        <w:rPr>
          <w:b w:val="false"/>
          <w:sz w:val="24"/>
          <w:lang w:val="zxx"/>
        </w:rPr>
        <w:t>XML</w:t>
      </w:r>
      <w:r>
        <w:rPr>
          <w:b w:val="false"/>
          <w:sz w:val="24"/>
        </w:rPr>
        <w:t xml:space="preserve"> в примерах показывает прикладное тело. При </w:t>
      </w:r>
      <w:r>
        <w:rPr>
          <w:b w:val="false"/>
          <w:sz w:val="24"/>
          <w:lang w:val="zxx"/>
        </w:rPr>
        <w:t>tls</w:t>
      </w:r>
      <w:r>
        <w:rPr>
          <w:b w:val="false"/>
          <w:sz w:val="24"/>
        </w:rPr>
        <w:t xml:space="preserve"> оно передается внутри защищенного потока, при явно выбранном </w:t>
      </w:r>
      <w:r>
        <w:rPr>
          <w:b w:val="false"/>
          <w:sz w:val="24"/>
          <w:lang w:val="zxx"/>
        </w:rPr>
        <w:t>plain</w:t>
      </w:r>
      <w:r>
        <w:rPr>
          <w:b w:val="false"/>
          <w:sz w:val="24"/>
        </w:rPr>
        <w:t xml:space="preserve"> — непосредственно по </w:t>
      </w:r>
      <w:r>
        <w:rPr>
          <w:b w:val="false"/>
          <w:sz w:val="24"/>
          <w:lang w:val="zxx"/>
        </w:rPr>
        <w:t>TCP.</w:t>
      </w:r>
      <w:r>
        <w:rPr>
          <w:b w:val="false"/>
          <w:sz w:val="24"/>
        </w:rPr>
        <w:t xml:space="preserve"> Настройка </w:t>
      </w:r>
      <w:r>
        <w:rPr>
          <w:b w:val="false"/>
          <w:sz w:val="24"/>
          <w:lang w:val="zxx"/>
        </w:rPr>
        <w:t>securityPolicy</w:t>
      </w:r>
      <w:r>
        <w:rPr>
          <w:b w:val="false"/>
          <w:sz w:val="24"/>
        </w:rPr>
        <w:t xml:space="preserve"> УУ определяет допустимость открытого режима; порт и направление задаются при вводе.</w:t>
      </w:r>
    </w:p>
    <w:p>
      <w:pPr>
        <w:pStyle w:val="2"/>
        <w:rPr/>
      </w:pPr>
      <w:r>
        <w:rPr/>
        <w:t>Обрамление и приоритет отмены</w:t>
      </w:r>
    </w:p>
    <w:p>
      <w:pPr>
        <w:pStyle w:val="Normal"/>
        <w:jc w:val="both"/>
        <w:rPr/>
      </w:pPr>
      <w:r>
        <w:rPr>
          <w:b w:val="false"/>
          <w:sz w:val="28"/>
          <w:lang w:val="zxx"/>
        </w:rPr>
        <w:t>7.8</w:t>
      </w:r>
      <w:r>
        <w:rPr>
          <w:b w:val="false"/>
          <w:sz w:val="28"/>
        </w:rPr>
        <w:t xml:space="preserve"> Пределы этой таблицы относятся к сообщениям АРМ-УУ после расшифрования. АРМ-АРМ, пакет конфигурации и внешнее предупреждение имеют собственные профили и бюджеты; целый </w:t>
      </w:r>
      <w:r>
        <w:rPr>
          <w:b w:val="false"/>
          <w:sz w:val="28"/>
          <w:lang w:val="zxx"/>
        </w:rPr>
        <w:t>CAP-</w:t>
      </w:r>
      <w:r>
        <w:rPr>
          <w:b w:val="false"/>
          <w:sz w:val="28"/>
        </w:rPr>
        <w:t>документ не помещается в команду УУ автоматически. Страница является самостоятельным ограниченным ответом; следующая страница запрашивается отдельно.</w:t>
      </w:r>
    </w:p>
    <w:p>
      <w:pPr>
        <w:pStyle w:val="Normal"/>
        <w:jc w:val="both"/>
        <w:rPr/>
      </w:pPr>
      <w:r>
        <w:rPr>
          <w:b w:val="false"/>
          <w:sz w:val="28"/>
          <w:lang w:val="zxx"/>
        </w:rPr>
        <w:t>7.9</w:t>
      </w:r>
      <w:r>
        <w:rPr>
          <w:b w:val="false"/>
          <w:sz w:val="28"/>
        </w:rPr>
        <w:t xml:space="preserve"> УУ и АРМ </w:t>
      </w:r>
      <w:r>
        <w:rPr>
          <w:b w:val="false"/>
          <w:sz w:val="28"/>
          <w:lang w:val="zxx"/>
        </w:rPr>
        <w:t>ДОЛЖНЫ</w:t>
      </w:r>
      <w:r>
        <w:rPr>
          <w:b w:val="false"/>
          <w:sz w:val="28"/>
        </w:rPr>
        <w:t xml:space="preserve"> обслуживать дополнительный слот </w:t>
      </w:r>
      <w:r>
        <w:rPr>
          <w:b w:val="false"/>
          <w:sz w:val="28"/>
          <w:lang w:val="zxx"/>
        </w:rPr>
        <w:t>session.stop/</w:t>
      </w:r>
      <w:r>
        <w:rPr>
          <w:b w:val="false"/>
          <w:sz w:val="28"/>
        </w:rPr>
        <w:t>​</w:t>
      </w:r>
      <w:r>
        <w:rPr>
          <w:b w:val="false"/>
          <w:sz w:val="28"/>
          <w:lang w:val="zxx"/>
        </w:rPr>
        <w:t>session.cancel</w:t>
      </w:r>
      <w:r>
        <w:rPr>
          <w:b w:val="false"/>
          <w:sz w:val="28"/>
        </w:rPr>
        <w:t xml:space="preserve"> независимо от ожидания обычного ответа. Ответы могут идти в другом порядке и связываются через </w:t>
      </w:r>
      <w:r>
        <w:rPr>
          <w:b w:val="false"/>
          <w:sz w:val="28"/>
          <w:lang w:val="zxx"/>
        </w:rPr>
        <w:t>to.</w:t>
      </w:r>
      <w:r>
        <w:rPr>
          <w:b w:val="false"/>
          <w:sz w:val="28"/>
        </w:rPr>
        <w:t xml:space="preserve"> Отмена имеет приоритет перед следующей страницей, сервисным блоком и новым запуском. Уже передаваемый кадр </w:t>
      </w:r>
      <w:r>
        <w:rPr>
          <w:b w:val="false"/>
          <w:sz w:val="28"/>
          <w:lang w:val="zxx"/>
        </w:rPr>
        <w:t>TCP</w:t>
      </w:r>
      <w:r>
        <w:rPr>
          <w:b w:val="false"/>
          <w:sz w:val="28"/>
        </w:rPr>
        <w:t xml:space="preserve"> не прерывается: его максимальный размер и время передачи входят в бюджет остановки. УУ </w:t>
      </w:r>
      <w:r>
        <w:rPr>
          <w:b w:val="false"/>
          <w:sz w:val="28"/>
          <w:lang w:val="zxx"/>
        </w:rPr>
        <w:t>ДОЛЖЕН</w:t>
      </w:r>
      <w:r>
        <w:rPr>
          <w:b w:val="false"/>
          <w:sz w:val="28"/>
        </w:rPr>
        <w:t xml:space="preserve"> ограничивать исходящую очередь и неблокирующе принимать входящие команды; медленное чтение клиентом не блокирует исполнитель. Истечение таймера передачи закрывает канал и вызывает переход по разделу </w:t>
      </w:r>
      <w:r>
        <w:rPr>
          <w:b w:val="false"/>
          <w:sz w:val="28"/>
          <w:lang w:val="zxx"/>
        </w:rPr>
        <w:t>5:</w:t>
      </w:r>
      <w:r>
        <w:rPr>
          <w:b w:val="false"/>
          <w:sz w:val="28"/>
        </w:rPr>
        <w:t xml:space="preserve"> прикрепленный владелец переходит в </w:t>
      </w:r>
      <w:r>
        <w:rPr>
          <w:b w:val="false"/>
          <w:sz w:val="28"/>
          <w:lang w:val="zxx"/>
        </w:rPr>
        <w:t>detached</w:t>
      </w:r>
      <w:r>
        <w:rPr>
          <w:b w:val="false"/>
          <w:sz w:val="28"/>
        </w:rPr>
        <w:t xml:space="preserve">, оставшийся </w:t>
      </w:r>
      <w:r>
        <w:rPr>
          <w:b w:val="false"/>
          <w:sz w:val="28"/>
          <w:lang w:val="zxx"/>
        </w:rPr>
        <w:t>lease</w:t>
      </w:r>
      <w:r>
        <w:rPr>
          <w:b w:val="false"/>
          <w:sz w:val="28"/>
        </w:rPr>
        <w:t xml:space="preserve"> продолжает действовать. Сам таймаут не сокращает </w:t>
      </w:r>
      <w:r>
        <w:rPr>
          <w:b w:val="false"/>
          <w:sz w:val="28"/>
          <w:lang w:val="zxx"/>
        </w:rPr>
        <w:t>lease</w:t>
      </w:r>
      <w:r>
        <w:rPr>
          <w:b w:val="false"/>
          <w:sz w:val="28"/>
        </w:rPr>
        <w:t xml:space="preserve"> и не применяет </w:t>
      </w:r>
      <w:r>
        <w:rPr>
          <w:b w:val="false"/>
          <w:sz w:val="28"/>
          <w:lang w:val="zxx"/>
        </w:rPr>
        <w:t>onControlLoss</w:t>
      </w:r>
      <w:r>
        <w:rPr>
          <w:b w:val="false"/>
          <w:sz w:val="28"/>
        </w:rPr>
        <w:t xml:space="preserve"> раньше его истечения; отдельное событие отзыва полномочий определено в разделе </w:t>
      </w:r>
      <w:r>
        <w:rPr>
          <w:b w:val="false"/>
          <w:sz w:val="28"/>
          <w:lang w:val="zxx"/>
        </w:rPr>
        <w:t>14.</w:t>
      </w:r>
      <w:r>
        <w:rPr>
          <w:b w:val="false"/>
          <w:sz w:val="28"/>
        </w:rPr>
        <w:t xml:space="preserve"> Закрытие канала не подтверждает исполнение </w:t>
      </w:r>
      <w:r>
        <w:rPr>
          <w:b w:val="false"/>
          <w:sz w:val="28"/>
          <w:lang w:val="zxx"/>
        </w:rPr>
        <w:t>session.stop.</w:t>
      </w:r>
    </w:p>
    <w:p>
      <w:pPr>
        <w:pStyle w:val="Normal"/>
        <w:jc w:val="both"/>
        <w:rPr/>
      </w:pPr>
      <w:r>
        <w:rPr>
          <w:b w:val="false"/>
          <w:sz w:val="28"/>
          <w:lang w:val="zxx"/>
        </w:rPr>
        <w:t>7.10</w:t>
      </w:r>
      <w:r>
        <w:rPr>
          <w:b w:val="false"/>
          <w:sz w:val="28"/>
        </w:rPr>
        <w:t xml:space="preserve"> После готовности управляющего транспорта </w:t>
      </w:r>
      <w:r>
        <w:rPr>
          <w:b w:val="false"/>
          <w:sz w:val="28"/>
          <w:lang w:val="zxx"/>
        </w:rPr>
        <w:t>protocol.hello</w:t>
      </w:r>
      <w:r>
        <w:rPr>
          <w:b w:val="false"/>
          <w:sz w:val="28"/>
        </w:rPr>
        <w:t xml:space="preserve"> </w:t>
      </w:r>
      <w:r>
        <w:rPr>
          <w:b w:val="false"/>
          <w:sz w:val="28"/>
          <w:lang w:val="zxx"/>
        </w:rPr>
        <w:t>ДОЛЖЕН</w:t>
      </w:r>
      <w:r>
        <w:rPr>
          <w:b w:val="false"/>
          <w:sz w:val="28"/>
        </w:rPr>
        <w:t xml:space="preserve"> быть принят за </w:t>
      </w:r>
      <w:r>
        <w:rPr>
          <w:b w:val="false"/>
          <w:sz w:val="28"/>
          <w:lang w:val="zxx"/>
        </w:rPr>
        <w:t>10000</w:t>
      </w:r>
      <w:r>
        <w:rPr>
          <w:b w:val="false"/>
          <w:sz w:val="28"/>
        </w:rPr>
        <w:t xml:space="preserve"> мс; в </w:t>
      </w:r>
      <w:r>
        <w:rPr>
          <w:b w:val="false"/>
          <w:sz w:val="28"/>
          <w:lang w:val="zxx"/>
        </w:rPr>
        <w:t>plain</w:t>
      </w:r>
      <w:r>
        <w:rPr>
          <w:b w:val="false"/>
          <w:sz w:val="28"/>
        </w:rPr>
        <w:t xml:space="preserve"> срок начинается с принятия </w:t>
      </w:r>
      <w:r>
        <w:rPr>
          <w:b w:val="false"/>
          <w:sz w:val="28"/>
          <w:lang w:val="zxx"/>
        </w:rPr>
        <w:t>TCP</w:t>
      </w:r>
      <w:r>
        <w:rPr>
          <w:b w:val="false"/>
          <w:sz w:val="28"/>
        </w:rPr>
        <w:t xml:space="preserve">, в </w:t>
      </w:r>
      <w:r>
        <w:rPr>
          <w:b w:val="false"/>
          <w:sz w:val="28"/>
          <w:lang w:val="zxx"/>
        </w:rPr>
        <w:t>tls</w:t>
      </w:r>
      <w:r>
        <w:rPr>
          <w:b w:val="false"/>
          <w:sz w:val="28"/>
        </w:rPr>
        <w:t xml:space="preserve"> - с завершения </w:t>
      </w:r>
      <w:r>
        <w:rPr>
          <w:b w:val="false"/>
          <w:sz w:val="28"/>
          <w:lang w:val="zxx"/>
        </w:rPr>
        <w:t>TLS.</w:t>
      </w:r>
      <w:r>
        <w:rPr>
          <w:b w:val="false"/>
          <w:sz w:val="28"/>
        </w:rPr>
        <w:t xml:space="preserve"> После </w:t>
      </w:r>
      <w:r>
        <w:rPr>
          <w:b w:val="false"/>
          <w:sz w:val="28"/>
          <w:lang w:val="zxx"/>
        </w:rPr>
        <w:t>hello</w:t>
      </w:r>
      <w:r>
        <w:rPr>
          <w:b w:val="false"/>
          <w:sz w:val="28"/>
        </w:rPr>
        <w:t xml:space="preserve"> отсутствие полного допустимого прикладного кадра в течение </w:t>
      </w:r>
      <w:r>
        <w:rPr>
          <w:b w:val="false"/>
          <w:sz w:val="28"/>
          <w:lang w:val="zxx"/>
        </w:rPr>
        <w:t>30000</w:t>
      </w:r>
      <w:r>
        <w:rPr>
          <w:b w:val="false"/>
          <w:sz w:val="28"/>
        </w:rPr>
        <w:t xml:space="preserve"> мс закрывает только это соединение. Частичные байты, </w:t>
      </w:r>
      <w:r>
        <w:rPr>
          <w:b w:val="false"/>
          <w:sz w:val="28"/>
          <w:lang w:val="zxx"/>
        </w:rPr>
        <w:t>TCP</w:t>
      </w:r>
      <w:r>
        <w:rPr>
          <w:b w:val="false"/>
          <w:sz w:val="28"/>
        </w:rPr>
        <w:t xml:space="preserve"> </w:t>
      </w:r>
      <w:r>
        <w:rPr>
          <w:b w:val="false"/>
          <w:sz w:val="28"/>
          <w:lang w:val="zxx"/>
        </w:rPr>
        <w:t>ACK</w:t>
      </w:r>
      <w:r>
        <w:rPr>
          <w:b w:val="false"/>
          <w:sz w:val="28"/>
        </w:rPr>
        <w:t xml:space="preserve"> и пакеты речи не продлевают срок. Постоянный клиент при отсутствии иных запросов посылает </w:t>
      </w:r>
      <w:r>
        <w:rPr>
          <w:b w:val="false"/>
          <w:sz w:val="28"/>
          <w:lang w:val="zxx"/>
        </w:rPr>
        <w:t>channel.ping</w:t>
      </w:r>
      <w:r>
        <w:rPr>
          <w:b w:val="false"/>
          <w:sz w:val="28"/>
        </w:rPr>
        <w:t xml:space="preserve"> не реже одного раза в </w:t>
      </w:r>
      <w:r>
        <w:rPr>
          <w:b w:val="false"/>
          <w:sz w:val="28"/>
          <w:lang w:val="zxx"/>
        </w:rPr>
        <w:t>10000</w:t>
      </w:r>
      <w:r>
        <w:rPr>
          <w:b w:val="false"/>
          <w:sz w:val="28"/>
        </w:rPr>
        <w:t xml:space="preserve"> мс. Такой </w:t>
      </w:r>
      <w:r>
        <w:rPr>
          <w:b w:val="false"/>
          <w:sz w:val="28"/>
          <w:lang w:val="zxx"/>
        </w:rPr>
        <w:t>ping</w:t>
      </w:r>
      <w:r>
        <w:rPr>
          <w:b w:val="false"/>
          <w:sz w:val="28"/>
        </w:rPr>
        <w:t xml:space="preserve"> без </w:t>
      </w:r>
      <w:r>
        <w:rPr>
          <w:b w:val="false"/>
          <w:sz w:val="28"/>
          <w:lang w:val="zxx"/>
        </w:rPr>
        <w:t>controlEpoch</w:t>
      </w:r>
      <w:r>
        <w:rPr>
          <w:b w:val="false"/>
          <w:sz w:val="28"/>
        </w:rPr>
        <w:t xml:space="preserve"> подтверждает живость канала и не продлевает владение. Прикрепленный владелец сохраняет отдельный </w:t>
      </w:r>
      <w:r>
        <w:rPr>
          <w:b w:val="false"/>
          <w:sz w:val="28"/>
          <w:lang w:val="zxx"/>
        </w:rPr>
        <w:t>heartbeat</w:t>
      </w:r>
      <w:r>
        <w:rPr>
          <w:b w:val="false"/>
          <w:sz w:val="28"/>
        </w:rPr>
        <w:t xml:space="preserve"> с эпохой каждые </w:t>
      </w:r>
      <w:r>
        <w:rPr>
          <w:b w:val="false"/>
          <w:sz w:val="28"/>
          <w:lang w:val="zxx"/>
        </w:rPr>
        <w:t>5000</w:t>
      </w:r>
      <w:r>
        <w:rPr>
          <w:b w:val="false"/>
          <w:sz w:val="28"/>
        </w:rPr>
        <w:t xml:space="preserve"> мс, в том числе во время чтения и передачи речи.</w:t>
      </w:r>
    </w:p>
    <w:p>
      <w:pPr>
        <w:pStyle w:val="2"/>
        <w:rPr/>
      </w:pPr>
      <w:r>
        <w:rPr/>
        <w:t>Таймеры и бюджеты</w:t>
      </w:r>
    </w:p>
    <w:p>
      <w:pPr>
        <w:pStyle w:val="Normal"/>
        <w:keepNext w:val="true"/>
        <w:jc w:val="start"/>
        <w:rPr/>
      </w:pPr>
      <w:r>
        <w:rPr>
          <w:b/>
          <w:sz w:val="28"/>
          <w:lang w:val="zxx"/>
        </w:rPr>
        <w:t>7.11</w:t>
      </w:r>
      <w:r>
        <w:rPr>
          <w:b/>
          <w:sz w:val="28"/>
        </w:rPr>
        <w:t xml:space="preserve"> </w:t>
      </w:r>
      <w:r>
        <w:rPr>
          <w:b/>
          <w:sz w:val="28"/>
          <w:lang w:val="zxx"/>
        </w:rPr>
        <w:t>heartbeatIntervalMs</w:t>
      </w:r>
      <w:r>
        <w:rPr>
          <w:b/>
          <w:sz w:val="28"/>
        </w:rPr>
        <w:t xml:space="preserve"> / </w:t>
      </w:r>
      <w:r>
        <w:rPr>
          <w:b/>
          <w:sz w:val="28"/>
          <w:lang w:val="zxx"/>
        </w:rPr>
        <w:t>controlLeaseMs</w:t>
      </w:r>
    </w:p>
    <w:p>
      <w:pPr>
        <w:pStyle w:val="Normal"/>
        <w:jc w:val="both"/>
        <w:rPr/>
      </w:pPr>
      <w:r>
        <w:rPr>
          <w:b w:val="false"/>
          <w:sz w:val="28"/>
          <w:lang w:val="zxx"/>
        </w:rPr>
        <w:t>5000</w:t>
      </w:r>
      <w:r>
        <w:rPr>
          <w:b w:val="false"/>
          <w:sz w:val="28"/>
        </w:rPr>
        <w:t xml:space="preserve"> / </w:t>
      </w:r>
      <w:r>
        <w:rPr>
          <w:b w:val="false"/>
          <w:sz w:val="28"/>
          <w:lang w:val="zxx"/>
        </w:rPr>
        <w:t>30000</w:t>
      </w:r>
      <w:r>
        <w:rPr>
          <w:b w:val="false"/>
          <w:sz w:val="28"/>
        </w:rPr>
        <w:t xml:space="preserve"> мс. </w:t>
      </w:r>
      <w:r>
        <w:rPr>
          <w:b w:val="false"/>
          <w:sz w:val="28"/>
          <w:lang w:val="zxx"/>
        </w:rPr>
        <w:t>Lease</w:t>
      </w:r>
      <w:r>
        <w:rPr>
          <w:b w:val="false"/>
          <w:sz w:val="28"/>
        </w:rPr>
        <w:t xml:space="preserve"> продлевает только принятый запрос прикрепленного владельца; </w:t>
      </w:r>
      <w:r>
        <w:rPr>
          <w:b w:val="false"/>
          <w:sz w:val="28"/>
          <w:lang w:val="zxx"/>
        </w:rPr>
        <w:t>TCP</w:t>
      </w:r>
      <w:r>
        <w:rPr>
          <w:b w:val="false"/>
          <w:sz w:val="28"/>
        </w:rPr>
        <w:t xml:space="preserve"> </w:t>
      </w:r>
      <w:r>
        <w:rPr>
          <w:b w:val="false"/>
          <w:sz w:val="28"/>
          <w:lang w:val="zxx"/>
        </w:rPr>
        <w:t>ACK</w:t>
      </w:r>
      <w:r>
        <w:rPr>
          <w:b w:val="false"/>
          <w:sz w:val="28"/>
        </w:rPr>
        <w:t xml:space="preserve"> и запрос наблюдателя его не продлевают.</w:t>
      </w:r>
    </w:p>
    <w:p>
      <w:pPr>
        <w:pStyle w:val="Normal"/>
        <w:keepNext w:val="true"/>
        <w:jc w:val="start"/>
        <w:rPr/>
      </w:pPr>
      <w:r>
        <w:rPr>
          <w:b/>
          <w:sz w:val="28"/>
          <w:lang w:val="zxx"/>
        </w:rPr>
        <w:t>7.12</w:t>
      </w:r>
      <w:r>
        <w:rPr>
          <w:b/>
          <w:sz w:val="28"/>
        </w:rPr>
        <w:t xml:space="preserve"> </w:t>
      </w:r>
      <w:r>
        <w:rPr>
          <w:b/>
          <w:sz w:val="28"/>
          <w:lang w:val="zxx"/>
        </w:rPr>
        <w:t>ordinaryResponseMs</w:t>
      </w:r>
    </w:p>
    <w:p>
      <w:pPr>
        <w:pStyle w:val="Normal"/>
        <w:jc w:val="both"/>
        <w:rPr/>
      </w:pPr>
      <w:r>
        <w:rPr>
          <w:b w:val="false"/>
          <w:sz w:val="28"/>
        </w:rPr>
        <w:t xml:space="preserve">До </w:t>
      </w:r>
      <w:r>
        <w:rPr>
          <w:b w:val="false"/>
          <w:sz w:val="28"/>
          <w:lang w:val="zxx"/>
        </w:rPr>
        <w:t>500</w:t>
      </w:r>
      <w:r>
        <w:rPr>
          <w:b w:val="false"/>
          <w:sz w:val="28"/>
        </w:rPr>
        <w:t xml:space="preserve"> мс от полного проверенного кадра до постановки ответа на отправку. Длительная операция возвращает </w:t>
      </w:r>
      <w:r>
        <w:rPr>
          <w:b w:val="false"/>
          <w:sz w:val="28"/>
          <w:lang w:val="zxx"/>
        </w:rPr>
        <w:t>accepted</w:t>
      </w:r>
      <w:r>
        <w:rPr>
          <w:b w:val="false"/>
          <w:sz w:val="28"/>
        </w:rPr>
        <w:t xml:space="preserve"> и идентификатор; ожидание физического результата не удерживает обычный слот.</w:t>
      </w:r>
    </w:p>
    <w:p>
      <w:pPr>
        <w:pStyle w:val="Normal"/>
        <w:keepNext w:val="true"/>
        <w:jc w:val="start"/>
        <w:rPr/>
      </w:pPr>
      <w:r>
        <w:rPr>
          <w:b/>
          <w:sz w:val="28"/>
          <w:lang w:val="zxx"/>
        </w:rPr>
        <w:t>7.13</w:t>
      </w:r>
      <w:r>
        <w:rPr>
          <w:b/>
          <w:sz w:val="28"/>
        </w:rPr>
        <w:t xml:space="preserve"> </w:t>
      </w:r>
      <w:r>
        <w:rPr>
          <w:b/>
          <w:sz w:val="28"/>
          <w:lang w:val="zxx"/>
        </w:rPr>
        <w:t>cancelAdmissionMs</w:t>
      </w:r>
    </w:p>
    <w:p>
      <w:pPr>
        <w:pStyle w:val="Normal"/>
        <w:jc w:val="both"/>
        <w:rPr/>
      </w:pPr>
      <w:r>
        <w:rPr>
          <w:b w:val="false"/>
          <w:sz w:val="28"/>
        </w:rPr>
        <w:t xml:space="preserve">До </w:t>
      </w:r>
      <w:r>
        <w:rPr>
          <w:b w:val="false"/>
          <w:sz w:val="28"/>
          <w:lang w:val="zxx"/>
        </w:rPr>
        <w:t>100</w:t>
      </w:r>
      <w:r>
        <w:rPr>
          <w:b w:val="false"/>
          <w:sz w:val="28"/>
        </w:rPr>
        <w:t xml:space="preserve"> мс от полного проверенного </w:t>
      </w:r>
      <w:r>
        <w:rPr>
          <w:b w:val="false"/>
          <w:sz w:val="28"/>
          <w:lang w:val="zxx"/>
        </w:rPr>
        <w:t>session.stop/</w:t>
      </w:r>
      <w:r>
        <w:rPr>
          <w:b w:val="false"/>
          <w:sz w:val="28"/>
        </w:rPr>
        <w:t>​</w:t>
      </w:r>
      <w:r>
        <w:rPr>
          <w:b w:val="false"/>
          <w:sz w:val="28"/>
          <w:lang w:val="zxx"/>
        </w:rPr>
        <w:t>session.cancel</w:t>
      </w:r>
      <w:r>
        <w:rPr>
          <w:b w:val="false"/>
          <w:sz w:val="28"/>
        </w:rPr>
        <w:t xml:space="preserve"> до решения исполнителя. Это локальная задержка, без времени сетевой доставки.</w:t>
      </w:r>
    </w:p>
    <w:p>
      <w:pPr>
        <w:pStyle w:val="Normal"/>
        <w:keepNext w:val="true"/>
        <w:jc w:val="start"/>
        <w:rPr/>
      </w:pPr>
      <w:r>
        <w:rPr>
          <w:b/>
          <w:sz w:val="28"/>
          <w:lang w:val="zxx"/>
        </w:rPr>
        <w:t>7.14</w:t>
      </w:r>
      <w:r>
        <w:rPr>
          <w:b/>
          <w:sz w:val="28"/>
        </w:rPr>
        <w:t xml:space="preserve"> </w:t>
      </w:r>
      <w:r>
        <w:rPr>
          <w:b/>
          <w:sz w:val="28"/>
          <w:lang w:val="zxx"/>
        </w:rPr>
        <w:t>frameAssemblyMs</w:t>
      </w:r>
      <w:r>
        <w:rPr>
          <w:b/>
          <w:sz w:val="28"/>
        </w:rPr>
        <w:t xml:space="preserve"> / </w:t>
      </w:r>
      <w:r>
        <w:rPr>
          <w:b/>
          <w:sz w:val="28"/>
          <w:lang w:val="zxx"/>
        </w:rPr>
        <w:t>writeProgressMs</w:t>
      </w:r>
    </w:p>
    <w:p>
      <w:pPr>
        <w:pStyle w:val="Normal"/>
        <w:jc w:val="both"/>
        <w:rPr/>
      </w:pPr>
      <w:r>
        <w:rPr>
          <w:b w:val="false"/>
          <w:sz w:val="28"/>
          <w:lang w:val="zxx"/>
        </w:rPr>
        <w:t>10000</w:t>
      </w:r>
      <w:r>
        <w:rPr>
          <w:b w:val="false"/>
          <w:sz w:val="28"/>
        </w:rPr>
        <w:t xml:space="preserve"> / </w:t>
      </w:r>
      <w:r>
        <w:rPr>
          <w:b w:val="false"/>
          <w:sz w:val="28"/>
          <w:lang w:val="zxx"/>
        </w:rPr>
        <w:t>10000</w:t>
      </w:r>
      <w:r>
        <w:rPr>
          <w:b w:val="false"/>
          <w:sz w:val="28"/>
        </w:rPr>
        <w:t xml:space="preserve"> мс. Первый таймер начинается с первого байта кадра. Второй начинается при готовности ответа, включает ожидание в очереди и передачу целого кадра защищенному транспорту; буфер </w:t>
      </w:r>
      <w:r>
        <w:rPr>
          <w:b w:val="false"/>
          <w:sz w:val="28"/>
          <w:lang w:val="zxx"/>
        </w:rPr>
        <w:t>TLS</w:t>
      </w:r>
      <w:r>
        <w:rPr>
          <w:b w:val="false"/>
          <w:sz w:val="28"/>
        </w:rPr>
        <w:t xml:space="preserve"> и фактическая отправка также </w:t>
      </w:r>
      <w:r>
        <w:rPr>
          <w:b w:val="false"/>
          <w:sz w:val="28"/>
          <w:lang w:val="zxx"/>
        </w:rPr>
        <w:t>ДОЛЖНЫ</w:t>
      </w:r>
      <w:r>
        <w:rPr>
          <w:b w:val="false"/>
          <w:sz w:val="28"/>
        </w:rPr>
        <w:t xml:space="preserve"> укладываться в этот бюджет. Продвижение отдельных байтов срок не продлевает.</w:t>
      </w:r>
    </w:p>
    <w:p>
      <w:pPr>
        <w:pStyle w:val="Normal"/>
        <w:keepNext w:val="true"/>
        <w:jc w:val="start"/>
        <w:rPr/>
      </w:pPr>
      <w:r>
        <w:rPr>
          <w:b/>
          <w:sz w:val="28"/>
          <w:lang w:val="zxx"/>
        </w:rPr>
        <w:t>7.15</w:t>
      </w:r>
      <w:r>
        <w:rPr>
          <w:b/>
          <w:sz w:val="28"/>
        </w:rPr>
        <w:t xml:space="preserve"> </w:t>
      </w:r>
      <w:r>
        <w:rPr>
          <w:b/>
          <w:sz w:val="28"/>
          <w:lang w:val="zxx"/>
        </w:rPr>
        <w:t>prepareTimeoutMs</w:t>
      </w:r>
    </w:p>
    <w:p>
      <w:pPr>
        <w:pStyle w:val="Normal"/>
        <w:jc w:val="start"/>
        <w:rPr/>
      </w:pPr>
      <w:r>
        <w:rPr>
          <w:b w:val="false"/>
          <w:sz w:val="28"/>
        </w:rPr>
        <w:t xml:space="preserve">От </w:t>
      </w:r>
      <w:r>
        <w:rPr>
          <w:b w:val="false"/>
          <w:sz w:val="28"/>
          <w:lang w:val="zxx"/>
        </w:rPr>
        <w:t>acceptedAtMs</w:t>
      </w:r>
      <w:r>
        <w:rPr>
          <w:b w:val="false"/>
          <w:sz w:val="28"/>
        </w:rPr>
        <w:t xml:space="preserve"> принятого </w:t>
      </w:r>
      <w:r>
        <w:rPr>
          <w:b w:val="false"/>
          <w:sz w:val="28"/>
          <w:lang w:val="zxx"/>
        </w:rPr>
        <w:t>session.start</w:t>
      </w:r>
      <w:r>
        <w:rPr>
          <w:b w:val="false"/>
          <w:sz w:val="28"/>
        </w:rPr>
        <w:t xml:space="preserve"> до выполнения критерия </w:t>
      </w:r>
      <w:r>
        <w:rPr>
          <w:b w:val="false"/>
          <w:sz w:val="28"/>
          <w:lang w:val="zxx"/>
        </w:rPr>
        <w:t>running</w:t>
      </w:r>
      <w:r>
        <w:rPr>
          <w:b w:val="false"/>
          <w:sz w:val="28"/>
        </w:rPr>
        <w:t xml:space="preserve"> для всех выбранных ресурсов. Включает подготовку, ожидание драйвера и подтверждений ОУ; доставка ответа </w:t>
      </w:r>
      <w:r>
        <w:rPr>
          <w:b w:val="false"/>
          <w:sz w:val="28"/>
          <w:lang w:val="zxx"/>
        </w:rPr>
        <w:t>accepted</w:t>
      </w:r>
      <w:r>
        <w:rPr>
          <w:b w:val="false"/>
          <w:sz w:val="28"/>
        </w:rPr>
        <w:t xml:space="preserve"> АРМ не является началом. Истечение в </w:t>
      </w:r>
      <w:r>
        <w:rPr>
          <w:b w:val="false"/>
          <w:sz w:val="28"/>
          <w:lang w:val="zxx"/>
        </w:rPr>
        <w:t>starting</w:t>
      </w:r>
      <w:r>
        <w:rPr>
          <w:b w:val="false"/>
          <w:sz w:val="28"/>
        </w:rPr>
        <w:t xml:space="preserve"> инициирует остановку с причиной </w:t>
      </w:r>
      <w:r>
        <w:rPr>
          <w:b w:val="false"/>
          <w:sz w:val="28"/>
          <w:lang w:val="zxx"/>
        </w:rPr>
        <w:t>prepareTimeout.</w:t>
      </w:r>
    </w:p>
    <w:p>
      <w:pPr>
        <w:pStyle w:val="Normal"/>
        <w:keepNext w:val="true"/>
        <w:jc w:val="start"/>
        <w:rPr/>
      </w:pPr>
      <w:r>
        <w:rPr>
          <w:b/>
          <w:sz w:val="28"/>
          <w:lang w:val="zxx"/>
        </w:rPr>
        <w:t>7.16</w:t>
      </w:r>
      <w:r>
        <w:rPr>
          <w:b/>
          <w:sz w:val="28"/>
        </w:rPr>
        <w:t xml:space="preserve"> </w:t>
      </w:r>
      <w:r>
        <w:rPr>
          <w:b/>
          <w:sz w:val="28"/>
          <w:lang w:val="zxx"/>
        </w:rPr>
        <w:t>durationMs</w:t>
      </w:r>
      <w:r>
        <w:rPr>
          <w:b/>
          <w:sz w:val="28"/>
        </w:rPr>
        <w:t xml:space="preserve"> (</w:t>
      </w:r>
      <w:r>
        <w:rPr>
          <w:b/>
          <w:sz w:val="28"/>
          <w:lang w:val="zxx"/>
        </w:rPr>
        <w:t>siren</w:t>
      </w:r>
      <w:r>
        <w:rPr>
          <w:b/>
          <w:sz w:val="28"/>
        </w:rPr>
        <w:t>)</w:t>
      </w:r>
    </w:p>
    <w:p>
      <w:pPr>
        <w:pStyle w:val="Normal"/>
        <w:jc w:val="start"/>
        <w:rPr/>
      </w:pPr>
      <w:r>
        <w:rPr>
          <w:b w:val="false"/>
          <w:sz w:val="28"/>
        </w:rPr>
        <w:t xml:space="preserve">От перехода сеанса в </w:t>
      </w:r>
      <w:r>
        <w:rPr>
          <w:b w:val="false"/>
          <w:sz w:val="28"/>
          <w:lang w:val="zxx"/>
        </w:rPr>
        <w:t>running</w:t>
      </w:r>
      <w:r>
        <w:rPr>
          <w:b w:val="false"/>
          <w:sz w:val="28"/>
        </w:rPr>
        <w:t xml:space="preserve">; включает все паузы </w:t>
      </w:r>
      <w:r>
        <w:rPr>
          <w:b w:val="false"/>
          <w:sz w:val="28"/>
          <w:lang w:val="zxx"/>
        </w:rPr>
        <w:t>intermittent.</w:t>
      </w:r>
      <w:r>
        <w:rPr>
          <w:b w:val="false"/>
          <w:sz w:val="28"/>
        </w:rPr>
        <w:t xml:space="preserve"> Время </w:t>
      </w:r>
      <w:r>
        <w:rPr>
          <w:b w:val="false"/>
          <w:sz w:val="28"/>
          <w:lang w:val="zxx"/>
        </w:rPr>
        <w:t>starting</w:t>
      </w:r>
      <w:r>
        <w:rPr>
          <w:b w:val="false"/>
          <w:sz w:val="28"/>
        </w:rPr>
        <w:t xml:space="preserve"> не входит в </w:t>
      </w:r>
      <w:r>
        <w:rPr>
          <w:b w:val="false"/>
          <w:sz w:val="28"/>
          <w:lang w:val="zxx"/>
        </w:rPr>
        <w:t>durationMs</w:t>
      </w:r>
      <w:r>
        <w:rPr>
          <w:b w:val="false"/>
          <w:sz w:val="28"/>
        </w:rPr>
        <w:t xml:space="preserve">, но входит в </w:t>
      </w:r>
      <w:r>
        <w:rPr>
          <w:b w:val="false"/>
          <w:sz w:val="28"/>
          <w:lang w:val="zxx"/>
        </w:rPr>
        <w:t>maxDurationMs.</w:t>
      </w:r>
      <w:r>
        <w:rPr>
          <w:b w:val="false"/>
          <w:sz w:val="28"/>
        </w:rPr>
        <w:t xml:space="preserve"> Истечение инициирует </w:t>
      </w:r>
      <w:r>
        <w:rPr>
          <w:b w:val="false"/>
          <w:sz w:val="28"/>
          <w:lang w:val="zxx"/>
        </w:rPr>
        <w:t>stopping</w:t>
      </w:r>
      <w:r>
        <w:rPr>
          <w:b w:val="false"/>
          <w:sz w:val="28"/>
        </w:rPr>
        <w:t xml:space="preserve"> без ожидания конца цикла сигнала.</w:t>
      </w:r>
    </w:p>
    <w:p>
      <w:pPr>
        <w:pStyle w:val="Normal"/>
        <w:keepNext w:val="true"/>
        <w:jc w:val="start"/>
        <w:rPr/>
      </w:pPr>
      <w:r>
        <w:rPr>
          <w:b/>
          <w:sz w:val="28"/>
          <w:lang w:val="zxx"/>
        </w:rPr>
        <w:t>7.17</w:t>
      </w:r>
      <w:r>
        <w:rPr>
          <w:b/>
          <w:sz w:val="28"/>
        </w:rPr>
        <w:t xml:space="preserve"> </w:t>
      </w:r>
      <w:r>
        <w:rPr>
          <w:b/>
          <w:sz w:val="28"/>
          <w:lang w:val="zxx"/>
        </w:rPr>
        <w:t>maxDurationMs</w:t>
      </w:r>
    </w:p>
    <w:p>
      <w:pPr>
        <w:pStyle w:val="Normal"/>
        <w:jc w:val="start"/>
        <w:rPr/>
      </w:pPr>
      <w:r>
        <w:rPr>
          <w:b w:val="false"/>
          <w:sz w:val="28"/>
        </w:rPr>
        <w:t xml:space="preserve">От </w:t>
      </w:r>
      <w:r>
        <w:rPr>
          <w:b w:val="false"/>
          <w:sz w:val="28"/>
          <w:lang w:val="zxx"/>
        </w:rPr>
        <w:t>acceptedAtMs</w:t>
      </w:r>
      <w:r>
        <w:rPr>
          <w:b w:val="false"/>
          <w:sz w:val="28"/>
        </w:rPr>
        <w:t xml:space="preserve">, включая </w:t>
      </w:r>
      <w:r>
        <w:rPr>
          <w:b w:val="false"/>
          <w:sz w:val="28"/>
          <w:lang w:val="zxx"/>
        </w:rPr>
        <w:t>starting</w:t>
      </w:r>
      <w:r>
        <w:rPr>
          <w:b w:val="false"/>
          <w:sz w:val="28"/>
        </w:rPr>
        <w:t xml:space="preserve"> и паузы. При истечении во время </w:t>
      </w:r>
      <w:r>
        <w:rPr>
          <w:b w:val="false"/>
          <w:sz w:val="28"/>
          <w:lang w:val="zxx"/>
        </w:rPr>
        <w:t>starting/</w:t>
      </w:r>
      <w:r>
        <w:rPr>
          <w:b w:val="false"/>
          <w:sz w:val="28"/>
        </w:rPr>
        <w:t>​</w:t>
      </w:r>
      <w:r>
        <w:rPr>
          <w:b w:val="false"/>
          <w:sz w:val="28"/>
          <w:lang w:val="zxx"/>
        </w:rPr>
        <w:t>running</w:t>
      </w:r>
      <w:r>
        <w:rPr>
          <w:b w:val="false"/>
          <w:sz w:val="28"/>
        </w:rPr>
        <w:t xml:space="preserve"> инициируется </w:t>
      </w:r>
      <w:r>
        <w:rPr>
          <w:b w:val="false"/>
          <w:sz w:val="28"/>
          <w:lang w:val="zxx"/>
        </w:rPr>
        <w:t>stopping</w:t>
      </w:r>
      <w:r>
        <w:rPr>
          <w:b w:val="false"/>
          <w:sz w:val="28"/>
        </w:rPr>
        <w:t xml:space="preserve"> с причиной </w:t>
      </w:r>
      <w:r>
        <w:rPr>
          <w:b w:val="false"/>
          <w:sz w:val="28"/>
          <w:lang w:val="zxx"/>
        </w:rPr>
        <w:t>maxDurationExceeded.</w:t>
      </w:r>
      <w:r>
        <w:rPr>
          <w:b w:val="false"/>
          <w:sz w:val="28"/>
        </w:rPr>
        <w:t xml:space="preserve"> Это предел до начала остановки; подтверждение </w:t>
      </w:r>
      <w:r>
        <w:rPr>
          <w:b w:val="false"/>
          <w:sz w:val="28"/>
          <w:lang w:val="zxx"/>
        </w:rPr>
        <w:t>off</w:t>
      </w:r>
      <w:r>
        <w:rPr>
          <w:b w:val="false"/>
          <w:sz w:val="28"/>
        </w:rPr>
        <w:t xml:space="preserve"> имеет отдельный бюджет.</w:t>
      </w:r>
    </w:p>
    <w:p>
      <w:pPr>
        <w:pStyle w:val="Normal"/>
        <w:keepNext w:val="true"/>
        <w:jc w:val="start"/>
        <w:rPr/>
      </w:pPr>
      <w:r>
        <w:rPr>
          <w:b/>
          <w:sz w:val="28"/>
          <w:lang w:val="zxx"/>
        </w:rPr>
        <w:t>7.18</w:t>
      </w:r>
      <w:r>
        <w:rPr>
          <w:b/>
          <w:sz w:val="28"/>
        </w:rPr>
        <w:t xml:space="preserve"> </w:t>
      </w:r>
      <w:r>
        <w:rPr>
          <w:b/>
          <w:sz w:val="28"/>
          <w:lang w:val="zxx"/>
        </w:rPr>
        <w:t>stopBeginMs</w:t>
      </w:r>
      <w:r>
        <w:rPr>
          <w:b/>
          <w:sz w:val="28"/>
        </w:rPr>
        <w:t xml:space="preserve"> / </w:t>
      </w:r>
      <w:r>
        <w:rPr>
          <w:b/>
          <w:sz w:val="28"/>
          <w:lang w:val="zxx"/>
        </w:rPr>
        <w:t>stopConfirmMs</w:t>
      </w:r>
    </w:p>
    <w:p>
      <w:pPr>
        <w:pStyle w:val="Normal"/>
        <w:jc w:val="start"/>
        <w:rPr/>
      </w:pPr>
      <w:r>
        <w:rPr>
          <w:b w:val="false"/>
          <w:sz w:val="28"/>
        </w:rPr>
        <w:t xml:space="preserve">Обязательные значения паспорта ОУ: </w:t>
      </w:r>
      <w:r>
        <w:rPr>
          <w:b w:val="false"/>
          <w:sz w:val="28"/>
          <w:lang w:val="zxx"/>
        </w:rPr>
        <w:t>1..1000</w:t>
      </w:r>
      <w:r>
        <w:rPr>
          <w:b w:val="false"/>
          <w:sz w:val="28"/>
        </w:rPr>
        <w:t xml:space="preserve"> и </w:t>
      </w:r>
      <w:r>
        <w:rPr>
          <w:b w:val="false"/>
          <w:sz w:val="28"/>
          <w:lang w:val="zxx"/>
        </w:rPr>
        <w:t>1..10000</w:t>
      </w:r>
      <w:r>
        <w:rPr>
          <w:b w:val="false"/>
          <w:sz w:val="28"/>
        </w:rPr>
        <w:t xml:space="preserve"> мс, </w:t>
      </w:r>
      <w:r>
        <w:rPr>
          <w:b w:val="false"/>
          <w:sz w:val="28"/>
          <w:lang w:val="zxx"/>
        </w:rPr>
        <w:t>stopBeginMs</w:t>
      </w:r>
      <w:r>
        <w:rPr>
          <w:b w:val="false"/>
          <w:sz w:val="28"/>
        </w:rPr>
        <w:t xml:space="preserve"> &lt;= </w:t>
      </w:r>
      <w:r>
        <w:rPr>
          <w:b w:val="false"/>
          <w:sz w:val="28"/>
          <w:lang w:val="zxx"/>
        </w:rPr>
        <w:t>stopConfirmMs</w:t>
      </w:r>
      <w:r>
        <w:rPr>
          <w:b w:val="false"/>
          <w:sz w:val="28"/>
        </w:rPr>
        <w:t xml:space="preserve">; для </w:t>
      </w:r>
      <w:r>
        <w:rPr>
          <w:b w:val="false"/>
          <w:sz w:val="28"/>
          <w:lang w:val="zxx"/>
        </w:rPr>
        <w:t>technical</w:t>
      </w:r>
      <w:r>
        <w:rPr>
          <w:b w:val="false"/>
          <w:sz w:val="28"/>
        </w:rPr>
        <w:t xml:space="preserve"> не выше </w:t>
      </w:r>
      <w:r>
        <w:rPr>
          <w:b w:val="false"/>
          <w:sz w:val="28"/>
          <w:lang w:val="zxx"/>
        </w:rPr>
        <w:t>100/</w:t>
      </w:r>
      <w:r>
        <w:rPr>
          <w:b w:val="false"/>
          <w:sz w:val="28"/>
        </w:rPr>
        <w:t>⁠</w:t>
      </w:r>
      <w:r>
        <w:rPr>
          <w:b w:val="false"/>
          <w:sz w:val="28"/>
          <w:lang w:val="zxx"/>
        </w:rPr>
        <w:t>3000</w:t>
      </w:r>
      <w:r>
        <w:rPr>
          <w:b w:val="false"/>
          <w:sz w:val="28"/>
        </w:rPr>
        <w:t xml:space="preserve"> мс. Сроки идут от решения </w:t>
      </w:r>
      <w:r>
        <w:rPr>
          <w:b w:val="false"/>
          <w:sz w:val="28"/>
          <w:lang w:val="zxx"/>
        </w:rPr>
        <w:t>stopping</w:t>
      </w:r>
      <w:r>
        <w:rPr>
          <w:b w:val="false"/>
          <w:sz w:val="28"/>
        </w:rPr>
        <w:t xml:space="preserve"> до выдачи физической команды и до подтверждения выключения. Истечение второго дает </w:t>
      </w:r>
      <w:r>
        <w:rPr>
          <w:b w:val="false"/>
          <w:sz w:val="28"/>
          <w:lang w:val="zxx"/>
        </w:rPr>
        <w:t>stopUnconfirmed.</w:t>
      </w:r>
    </w:p>
    <w:p>
      <w:pPr>
        <w:pStyle w:val="Normal"/>
        <w:keepNext w:val="true"/>
        <w:jc w:val="start"/>
        <w:rPr/>
      </w:pPr>
      <w:r>
        <w:rPr>
          <w:b/>
          <w:sz w:val="28"/>
          <w:lang w:val="zxx"/>
        </w:rPr>
        <w:t>7.19</w:t>
      </w:r>
      <w:r>
        <w:rPr>
          <w:b/>
          <w:sz w:val="28"/>
        </w:rPr>
        <w:t xml:space="preserve"> </w:t>
      </w:r>
      <w:r>
        <w:rPr>
          <w:b/>
          <w:sz w:val="28"/>
          <w:lang w:val="zxx"/>
        </w:rPr>
        <w:t>recoveryTimeoutMs</w:t>
      </w:r>
    </w:p>
    <w:p>
      <w:pPr>
        <w:pStyle w:val="Normal"/>
        <w:jc w:val="start"/>
        <w:rPr/>
      </w:pPr>
      <w:r>
        <w:rPr>
          <w:b w:val="false"/>
          <w:sz w:val="28"/>
        </w:rPr>
        <w:t xml:space="preserve">От входа в </w:t>
      </w:r>
      <w:r>
        <w:rPr>
          <w:b w:val="false"/>
          <w:sz w:val="28"/>
          <w:lang w:val="zxx"/>
        </w:rPr>
        <w:t>reconciling</w:t>
      </w:r>
      <w:r>
        <w:rPr>
          <w:b w:val="false"/>
          <w:sz w:val="28"/>
        </w:rPr>
        <w:t xml:space="preserve"> после загрузки или обнаруженного отказа. Возврат сети, опрос и повтор команды не начинают срок заново; истечение требует </w:t>
      </w:r>
      <w:r>
        <w:rPr>
          <w:b w:val="false"/>
          <w:sz w:val="28"/>
          <w:lang w:val="zxx"/>
        </w:rPr>
        <w:t>localInterventionRequired.</w:t>
      </w:r>
    </w:p>
    <w:p>
      <w:pPr>
        <w:pStyle w:val="Normal"/>
        <w:keepNext w:val="true"/>
        <w:jc w:val="start"/>
        <w:rPr/>
      </w:pPr>
      <w:r>
        <w:rPr>
          <w:b/>
          <w:sz w:val="28"/>
          <w:lang w:val="zxx"/>
        </w:rPr>
        <w:t>7.20</w:t>
      </w:r>
      <w:r>
        <w:rPr>
          <w:b/>
          <w:sz w:val="28"/>
        </w:rPr>
        <w:t xml:space="preserve"> </w:t>
      </w:r>
      <w:r>
        <w:rPr>
          <w:b/>
          <w:sz w:val="28"/>
          <w:lang w:val="zxx"/>
        </w:rPr>
        <w:t>resultRetentionMs</w:t>
      </w:r>
    </w:p>
    <w:p>
      <w:pPr>
        <w:pStyle w:val="Normal"/>
        <w:jc w:val="start"/>
        <w:rPr/>
      </w:pPr>
      <w:r>
        <w:rPr>
          <w:b w:val="false"/>
          <w:sz w:val="28"/>
        </w:rPr>
        <w:t xml:space="preserve">От перехода в </w:t>
      </w:r>
      <w:r>
        <w:rPr>
          <w:b w:val="false"/>
          <w:sz w:val="28"/>
          <w:lang w:val="zxx"/>
        </w:rPr>
        <w:t>finished</w:t>
      </w:r>
      <w:r>
        <w:rPr>
          <w:b w:val="false"/>
          <w:sz w:val="28"/>
        </w:rPr>
        <w:t xml:space="preserve"> в текущем </w:t>
      </w:r>
      <w:r>
        <w:rPr>
          <w:b w:val="false"/>
          <w:sz w:val="28"/>
          <w:lang w:val="zxx"/>
        </w:rPr>
        <w:t>bootId</w:t>
      </w:r>
      <w:r>
        <w:rPr>
          <w:b w:val="false"/>
          <w:sz w:val="28"/>
        </w:rPr>
        <w:t xml:space="preserve">; новый снимок или </w:t>
      </w:r>
      <w:r>
        <w:rPr>
          <w:b w:val="false"/>
          <w:sz w:val="28"/>
          <w:lang w:val="zxx"/>
        </w:rPr>
        <w:t>reconnect</w:t>
      </w:r>
      <w:r>
        <w:rPr>
          <w:b w:val="false"/>
          <w:sz w:val="28"/>
        </w:rPr>
        <w:t xml:space="preserve"> срок не перезапускает. Граница гарантии после </w:t>
      </w:r>
      <w:r>
        <w:rPr>
          <w:b w:val="false"/>
          <w:sz w:val="28"/>
          <w:lang w:val="zxx"/>
        </w:rPr>
        <w:t>reboot</w:t>
      </w:r>
      <w:r>
        <w:rPr>
          <w:b w:val="false"/>
          <w:sz w:val="28"/>
        </w:rPr>
        <w:t xml:space="preserve"> определена в разделе </w:t>
      </w:r>
      <w:r>
        <w:rPr>
          <w:b w:val="false"/>
          <w:sz w:val="28"/>
          <w:lang w:val="zxx"/>
        </w:rPr>
        <w:t>8.</w:t>
      </w:r>
    </w:p>
    <w:p>
      <w:pPr>
        <w:pStyle w:val="Normal"/>
        <w:jc w:val="both"/>
        <w:rPr/>
      </w:pPr>
      <w:r>
        <w:rPr>
          <w:b w:val="false"/>
          <w:sz w:val="28"/>
          <w:lang w:val="zxx"/>
        </w:rPr>
        <w:t>7.21</w:t>
      </w:r>
      <w:r>
        <w:rPr>
          <w:b w:val="false"/>
          <w:sz w:val="28"/>
        </w:rPr>
        <w:t xml:space="preserve"> Все сроки считаются по монотонным часам УУ. </w:t>
      </w:r>
      <w:r>
        <w:rPr>
          <w:b w:val="false"/>
          <w:sz w:val="28"/>
          <w:lang w:val="zxx"/>
        </w:rPr>
        <w:t>acceptedAtMs</w:t>
      </w:r>
      <w:r>
        <w:rPr>
          <w:b w:val="false"/>
          <w:sz w:val="28"/>
        </w:rPr>
        <w:t xml:space="preserve"> фиксируется однократно при принятии </w:t>
      </w:r>
      <w:r>
        <w:rPr>
          <w:b w:val="false"/>
          <w:sz w:val="28"/>
          <w:lang w:val="zxx"/>
        </w:rPr>
        <w:t>session.start</w:t>
      </w:r>
      <w:r>
        <w:rPr>
          <w:b w:val="false"/>
          <w:sz w:val="28"/>
        </w:rPr>
        <w:t xml:space="preserve"> в сохраняемом намерении; затраты его фиксации не дают права перенести срок вперед. УУ проверяет истекшие сроки перед новым физическим действием. При </w:t>
      </w:r>
      <w:r>
        <w:rPr>
          <w:b w:val="false"/>
          <w:sz w:val="28"/>
          <w:lang w:val="zxx"/>
        </w:rPr>
        <w:t>now</w:t>
      </w:r>
      <w:r>
        <w:rPr>
          <w:b w:val="false"/>
          <w:sz w:val="28"/>
        </w:rPr>
        <w:t xml:space="preserve"> &gt;= срока таймер истек: позднее подтверждение не дает заново включить ОУ. Если одновременно истекли </w:t>
      </w:r>
      <w:r>
        <w:rPr>
          <w:b w:val="false"/>
          <w:sz w:val="28"/>
          <w:lang w:val="zxx"/>
        </w:rPr>
        <w:t>prepareTimeoutMs</w:t>
      </w:r>
      <w:r>
        <w:rPr>
          <w:b w:val="false"/>
          <w:sz w:val="28"/>
        </w:rPr>
        <w:t xml:space="preserve"> и </w:t>
      </w:r>
      <w:r>
        <w:rPr>
          <w:b w:val="false"/>
          <w:sz w:val="28"/>
          <w:lang w:val="zxx"/>
        </w:rPr>
        <w:t>maxDurationMs</w:t>
      </w:r>
      <w:r>
        <w:rPr>
          <w:b w:val="false"/>
          <w:sz w:val="28"/>
        </w:rPr>
        <w:t xml:space="preserve">, применяется </w:t>
      </w:r>
      <w:r>
        <w:rPr>
          <w:b w:val="false"/>
          <w:sz w:val="28"/>
          <w:lang w:val="zxx"/>
        </w:rPr>
        <w:t>maxDurationExceeded.</w:t>
      </w:r>
      <w:r>
        <w:rPr>
          <w:b w:val="false"/>
          <w:sz w:val="28"/>
        </w:rPr>
        <w:t xml:space="preserve"> Повтор </w:t>
      </w:r>
      <w:r>
        <w:rPr>
          <w:b w:val="false"/>
          <w:sz w:val="28"/>
          <w:lang w:val="zxx"/>
        </w:rPr>
        <w:t>session.start</w:t>
      </w:r>
      <w:r>
        <w:rPr>
          <w:b w:val="false"/>
          <w:sz w:val="28"/>
        </w:rPr>
        <w:t xml:space="preserve">, </w:t>
      </w:r>
      <w:r>
        <w:rPr>
          <w:b w:val="false"/>
          <w:sz w:val="28"/>
          <w:lang w:val="zxx"/>
        </w:rPr>
        <w:t>session.stop/</w:t>
      </w:r>
      <w:r>
        <w:rPr>
          <w:b w:val="false"/>
          <w:sz w:val="28"/>
        </w:rPr>
        <w:t>​</w:t>
      </w:r>
      <w:r>
        <w:rPr>
          <w:b w:val="false"/>
          <w:sz w:val="28"/>
          <w:lang w:val="zxx"/>
        </w:rPr>
        <w:t>session.cancel</w:t>
      </w:r>
      <w:r>
        <w:rPr>
          <w:b w:val="false"/>
          <w:sz w:val="28"/>
        </w:rPr>
        <w:t xml:space="preserve"> и </w:t>
      </w:r>
      <w:r>
        <w:rPr>
          <w:b w:val="false"/>
          <w:sz w:val="28"/>
          <w:lang w:val="zxx"/>
        </w:rPr>
        <w:t>resume</w:t>
      </w:r>
      <w:r>
        <w:rPr>
          <w:b w:val="false"/>
          <w:sz w:val="28"/>
        </w:rPr>
        <w:t xml:space="preserve"> не перезапускает подготовку, длительность или уже начатую остановку. Для остановки по внутреннему сроку или потере управления </w:t>
      </w:r>
      <w:r>
        <w:rPr>
          <w:b w:val="false"/>
          <w:sz w:val="28"/>
          <w:lang w:val="zxx"/>
        </w:rPr>
        <w:t>stopBeginMs/</w:t>
      </w:r>
      <w:r>
        <w:rPr>
          <w:b w:val="false"/>
          <w:sz w:val="28"/>
        </w:rPr>
        <w:t>​</w:t>
      </w:r>
      <w:r>
        <w:rPr>
          <w:b w:val="false"/>
          <w:sz w:val="28"/>
          <w:lang w:val="zxx"/>
        </w:rPr>
        <w:t>stopConfirmMs</w:t>
      </w:r>
      <w:r>
        <w:rPr>
          <w:b w:val="false"/>
          <w:sz w:val="28"/>
        </w:rPr>
        <w:t xml:space="preserve"> отсчитываются от решения перейти в </w:t>
      </w:r>
      <w:r>
        <w:rPr>
          <w:b w:val="false"/>
          <w:sz w:val="28"/>
          <w:lang w:val="zxx"/>
        </w:rPr>
        <w:t>stopping.</w:t>
      </w:r>
      <w:r>
        <w:rPr>
          <w:b w:val="false"/>
          <w:sz w:val="28"/>
        </w:rPr>
        <w:t xml:space="preserve"> Физический сигнал может начаться до подтверждения </w:t>
      </w:r>
      <w:r>
        <w:rPr>
          <w:b w:val="false"/>
          <w:sz w:val="28"/>
          <w:lang w:val="zxx"/>
        </w:rPr>
        <w:t>running</w:t>
      </w:r>
      <w:r>
        <w:rPr>
          <w:b w:val="false"/>
          <w:sz w:val="28"/>
        </w:rPr>
        <w:t xml:space="preserve">; задержка подтверждения и прекращения сигнала входит в паспорт ОУ, </w:t>
      </w:r>
      <w:r>
        <w:rPr>
          <w:b w:val="false"/>
          <w:sz w:val="28"/>
          <w:lang w:val="zxx"/>
        </w:rPr>
        <w:t>durationMs</w:t>
      </w:r>
      <w:r>
        <w:rPr>
          <w:b w:val="false"/>
          <w:sz w:val="28"/>
        </w:rPr>
        <w:t xml:space="preserve"> не обещает точную акустическую длительность.</w:t>
      </w:r>
    </w:p>
    <w:p>
      <w:pPr>
        <w:pStyle w:val="Normal"/>
        <w:jc w:val="both"/>
        <w:rPr/>
      </w:pPr>
      <w:r>
        <w:rPr>
          <w:b w:val="false"/>
          <w:sz w:val="28"/>
          <w:lang w:val="zxx"/>
        </w:rPr>
        <w:t>7.22</w:t>
      </w:r>
      <w:r>
        <w:rPr>
          <w:b w:val="false"/>
          <w:sz w:val="28"/>
        </w:rPr>
        <w:t xml:space="preserve"> Кроме обычного слота и слота </w:t>
      </w:r>
      <w:r>
        <w:rPr>
          <w:b w:val="false"/>
          <w:sz w:val="28"/>
          <w:lang w:val="zxx"/>
        </w:rPr>
        <w:t>session.stop/</w:t>
      </w:r>
      <w:r>
        <w:rPr>
          <w:b w:val="false"/>
          <w:sz w:val="28"/>
        </w:rPr>
        <w:t>​</w:t>
      </w:r>
      <w:r>
        <w:rPr>
          <w:b w:val="false"/>
          <w:sz w:val="28"/>
          <w:lang w:val="zxx"/>
        </w:rPr>
        <w:t>session.cancel</w:t>
      </w:r>
      <w:r>
        <w:rPr>
          <w:b w:val="false"/>
          <w:sz w:val="28"/>
        </w:rPr>
        <w:t xml:space="preserve"> существует один отдельный слот </w:t>
      </w:r>
      <w:r>
        <w:rPr>
          <w:b w:val="false"/>
          <w:sz w:val="28"/>
          <w:lang w:val="zxx"/>
        </w:rPr>
        <w:t>channel.ping.</w:t>
      </w:r>
      <w:r>
        <w:rPr>
          <w:b w:val="false"/>
          <w:sz w:val="28"/>
        </w:rPr>
        <w:t xml:space="preserve"> Каждый слот допускает не более одного запроса без ответа; повтор использует тот же </w:t>
      </w:r>
      <w:r>
        <w:rPr>
          <w:b w:val="false"/>
          <w:sz w:val="28"/>
          <w:lang w:val="zxx"/>
        </w:rPr>
        <w:t>id.</w:t>
      </w:r>
      <w:r>
        <w:rPr>
          <w:b w:val="false"/>
          <w:sz w:val="28"/>
        </w:rPr>
        <w:t xml:space="preserve"> При одновременной готовности порядок обработки: отмена, проверка связи, обычная работа. Проверка связи не обходит байты, уже поставленные в </w:t>
      </w:r>
      <w:r>
        <w:rPr>
          <w:b w:val="false"/>
          <w:sz w:val="28"/>
          <w:lang w:val="zxx"/>
        </w:rPr>
        <w:t>TCP</w:t>
      </w:r>
      <w:r>
        <w:rPr>
          <w:b w:val="false"/>
          <w:sz w:val="28"/>
        </w:rPr>
        <w:t xml:space="preserve">; очередь отправки ограничена одним текущим кадром и по одному ожидающему кадру на слот. Запрос страницы и сервисная команда не могут бесконечно удерживать обычный слот. Байты файлов передаются по отдельному каналу </w:t>
      </w:r>
      <w:r>
        <w:rPr>
          <w:b w:val="false"/>
          <w:sz w:val="28"/>
          <w:lang w:val="zxx"/>
        </w:rPr>
        <w:t>bulk/</w:t>
      </w:r>
      <w:r>
        <w:rPr>
          <w:b w:val="false"/>
          <w:sz w:val="28"/>
        </w:rPr>
        <w:t>⁠</w:t>
      </w:r>
      <w:r>
        <w:rPr>
          <w:b w:val="false"/>
          <w:sz w:val="28"/>
          <w:lang w:val="zxx"/>
        </w:rPr>
        <w:t>1</w:t>
      </w:r>
      <w:r>
        <w:rPr>
          <w:b w:val="false"/>
          <w:sz w:val="28"/>
        </w:rPr>
        <w:t xml:space="preserve"> и в управляющую очередь не помещаются.</w:t>
      </w:r>
    </w:p>
    <w:p>
      <w:pPr>
        <w:pStyle w:val="Normal"/>
        <w:jc w:val="both"/>
        <w:rPr/>
      </w:pPr>
      <w:r>
        <w:rPr>
          <w:b w:val="false"/>
          <w:sz w:val="28"/>
          <w:lang w:val="zxx"/>
        </w:rPr>
        <w:t>7.23</w:t>
      </w:r>
      <w:r>
        <w:rPr>
          <w:b w:val="false"/>
          <w:sz w:val="28"/>
        </w:rPr>
        <w:t xml:space="preserve"> Полная задержка отмены считается как доставка полного кадра + </w:t>
      </w:r>
      <w:r>
        <w:rPr>
          <w:b w:val="false"/>
          <w:sz w:val="28"/>
          <w:lang w:val="zxx"/>
        </w:rPr>
        <w:t>cancelAdmissionMs</w:t>
      </w:r>
      <w:r>
        <w:rPr>
          <w:b w:val="false"/>
          <w:sz w:val="28"/>
        </w:rPr>
        <w:t xml:space="preserve"> + </w:t>
      </w:r>
      <w:r>
        <w:rPr>
          <w:b w:val="false"/>
          <w:sz w:val="28"/>
          <w:lang w:val="zxx"/>
        </w:rPr>
        <w:t>stopBeginMs/</w:t>
      </w:r>
      <w:r>
        <w:rPr>
          <w:b w:val="false"/>
          <w:sz w:val="28"/>
        </w:rPr>
        <w:t>​</w:t>
      </w:r>
      <w:r>
        <w:rPr>
          <w:b w:val="false"/>
          <w:sz w:val="28"/>
          <w:lang w:val="zxx"/>
        </w:rPr>
        <w:t>stopConfirmMs.</w:t>
      </w:r>
      <w:r>
        <w:rPr>
          <w:b w:val="false"/>
          <w:sz w:val="28"/>
        </w:rPr>
        <w:t xml:space="preserve"> </w:t>
      </w:r>
      <w:r>
        <w:rPr>
          <w:b w:val="false"/>
          <w:sz w:val="28"/>
          <w:lang w:val="zxx"/>
        </w:rPr>
        <w:t>TCP</w:t>
      </w:r>
      <w:r>
        <w:rPr>
          <w:b w:val="false"/>
          <w:sz w:val="28"/>
        </w:rPr>
        <w:t xml:space="preserve"> сохраняет порядок байтов, поэтому потерянные предыдущие байты задерживают </w:t>
      </w:r>
      <w:r>
        <w:rPr>
          <w:b w:val="false"/>
          <w:sz w:val="28"/>
          <w:lang w:val="zxx"/>
        </w:rPr>
        <w:t>session.stop.</w:t>
      </w:r>
      <w:r>
        <w:rPr>
          <w:b w:val="false"/>
          <w:sz w:val="28"/>
        </w:rPr>
        <w:t xml:space="preserve"> Паспорт развертывания </w:t>
      </w:r>
      <w:r>
        <w:rPr>
          <w:b w:val="false"/>
          <w:sz w:val="28"/>
          <w:lang w:val="zxx"/>
        </w:rPr>
        <w:t>ДОЛЖЕН</w:t>
      </w:r>
      <w:r>
        <w:rPr>
          <w:b w:val="false"/>
          <w:sz w:val="28"/>
        </w:rPr>
        <w:t xml:space="preserve"> задавать максимальные </w:t>
      </w:r>
      <w:r>
        <w:rPr>
          <w:b w:val="false"/>
          <w:sz w:val="28"/>
          <w:lang w:val="zxx"/>
        </w:rPr>
        <w:t>RTT</w:t>
      </w:r>
      <w:r>
        <w:rPr>
          <w:b w:val="false"/>
          <w:sz w:val="28"/>
        </w:rPr>
        <w:t xml:space="preserve">, потери, время восстановления и допустимый сетевой перерыв, в которых проверяется предел. При полном отказе сети удаленная остановка не гарантируется: действует сохраненная </w:t>
      </w:r>
      <w:r>
        <w:rPr>
          <w:b w:val="false"/>
          <w:sz w:val="28"/>
          <w:lang w:val="zxx"/>
        </w:rPr>
        <w:t>stop/</w:t>
      </w:r>
      <w:r>
        <w:rPr>
          <w:b w:val="false"/>
          <w:sz w:val="28"/>
        </w:rPr>
        <w:t>​</w:t>
      </w:r>
      <w:r>
        <w:rPr>
          <w:b w:val="false"/>
          <w:sz w:val="28"/>
          <w:lang w:val="zxx"/>
        </w:rPr>
        <w:t>finish</w:t>
      </w:r>
      <w:r>
        <w:rPr>
          <w:b w:val="false"/>
          <w:sz w:val="28"/>
        </w:rPr>
        <w:t xml:space="preserve"> и </w:t>
      </w:r>
      <w:r>
        <w:rPr>
          <w:b w:val="false"/>
          <w:sz w:val="28"/>
          <w:lang w:val="zxx"/>
        </w:rPr>
        <w:t>maxDurationMs.</w:t>
      </w:r>
      <w:r>
        <w:rPr>
          <w:b w:val="false"/>
          <w:sz w:val="28"/>
        </w:rPr>
        <w:t xml:space="preserve"> Требование остановки независимо от сети обеспечивается местной защитой или независимым каналом с собственными полномочиями и подтверждением.</w:t>
      </w:r>
    </w:p>
    <w:p>
      <w:pPr>
        <w:pStyle w:val="2"/>
        <w:rPr/>
      </w:pPr>
      <w:r>
        <w:rPr/>
        <w:t>Кодирование в пределах размера кадра</w:t>
      </w:r>
    </w:p>
    <w:p>
      <w:pPr>
        <w:pStyle w:val="Normal"/>
        <w:jc w:val="both"/>
        <w:rPr/>
      </w:pPr>
      <w:r>
        <w:rPr>
          <w:b w:val="false"/>
          <w:sz w:val="28"/>
          <w:lang w:val="zxx"/>
        </w:rPr>
        <w:t>7.24</w:t>
      </w:r>
      <w:r>
        <w:rPr>
          <w:b w:val="false"/>
          <w:sz w:val="28"/>
        </w:rPr>
        <w:t xml:space="preserve"> </w:t>
      </w:r>
      <w:r>
        <w:rPr>
          <w:b w:val="false"/>
          <w:sz w:val="28"/>
          <w:lang w:val="zxx"/>
        </w:rPr>
        <w:t>maxXmlBytes=1024</w:t>
      </w:r>
      <w:r>
        <w:rPr>
          <w:b w:val="false"/>
          <w:sz w:val="28"/>
        </w:rPr>
        <w:t xml:space="preserve"> ограничивает байты всего </w:t>
      </w:r>
      <w:r>
        <w:rPr>
          <w:b w:val="false"/>
          <w:sz w:val="28"/>
          <w:lang w:val="zxx"/>
        </w:rPr>
        <w:t>XML</w:t>
      </w:r>
      <w:r>
        <w:rPr>
          <w:b w:val="false"/>
          <w:sz w:val="28"/>
        </w:rPr>
        <w:t xml:space="preserve"> в </w:t>
      </w:r>
      <w:r>
        <w:rPr>
          <w:b w:val="false"/>
          <w:sz w:val="28"/>
          <w:lang w:val="zxx"/>
        </w:rPr>
        <w:t>UTF-</w:t>
      </w:r>
      <w:r>
        <w:rPr>
          <w:b w:val="false"/>
          <w:sz w:val="28"/>
        </w:rPr>
        <w:t>⁠</w:t>
      </w:r>
      <w:r>
        <w:rPr>
          <w:b w:val="false"/>
          <w:sz w:val="28"/>
          <w:lang w:val="zxx"/>
        </w:rPr>
        <w:t>8</w:t>
      </w:r>
      <w:r>
        <w:rPr>
          <w:b w:val="false"/>
          <w:sz w:val="28"/>
        </w:rPr>
        <w:t xml:space="preserve"> после расшифрования, включая оболочку, имена, кавычки и </w:t>
      </w:r>
      <w:r>
        <w:rPr>
          <w:b w:val="false"/>
          <w:sz w:val="28"/>
          <w:lang w:val="zxx"/>
        </w:rPr>
        <w:t>XML-</w:t>
      </w:r>
      <w:r>
        <w:rPr>
          <w:b w:val="false"/>
          <w:sz w:val="28"/>
        </w:rPr>
        <w:t xml:space="preserve">сущности; четырехбайтовый префикс длины в этот предел не входит. Лимиты </w:t>
      </w:r>
      <w:r>
        <w:rPr>
          <w:b w:val="false"/>
          <w:sz w:val="28"/>
          <w:lang w:val="zxx"/>
        </w:rPr>
        <w:t>12</w:t>
      </w:r>
      <w:r>
        <w:rPr>
          <w:b w:val="false"/>
          <w:sz w:val="28"/>
        </w:rPr>
        <w:t xml:space="preserve"> атрибутов, </w:t>
      </w:r>
      <w:r>
        <w:rPr>
          <w:b w:val="false"/>
          <w:sz w:val="28"/>
          <w:lang w:val="zxx"/>
        </w:rPr>
        <w:t>32</w:t>
      </w:r>
      <w:r>
        <w:rPr>
          <w:b w:val="false"/>
          <w:sz w:val="28"/>
        </w:rPr>
        <w:t xml:space="preserve"> элементов и глубины </w:t>
      </w:r>
      <w:r>
        <w:rPr>
          <w:b w:val="false"/>
          <w:sz w:val="28"/>
          <w:lang w:val="zxx"/>
        </w:rPr>
        <w:t>4</w:t>
      </w:r>
      <w:r>
        <w:rPr>
          <w:b w:val="false"/>
          <w:sz w:val="28"/>
        </w:rPr>
        <w:t xml:space="preserve"> сохраняются. Передатчик </w:t>
      </w:r>
      <w:r>
        <w:rPr>
          <w:b w:val="false"/>
          <w:sz w:val="28"/>
          <w:lang w:val="zxx"/>
        </w:rPr>
        <w:t>ДОЛЖЕН</w:t>
      </w:r>
      <w:r>
        <w:rPr>
          <w:b w:val="false"/>
          <w:sz w:val="28"/>
        </w:rPr>
        <w:t xml:space="preserve"> измерять фактическую сериализацию до отправки. Отступы в примерах не являются обязательными байтами. Не допускаются обрезание чисел, идентификаторов, текста или частичная передача команды ради размера.</w:t>
      </w:r>
    </w:p>
    <w:p>
      <w:pPr>
        <w:pStyle w:val="Normal"/>
        <w:jc w:val="both"/>
        <w:rPr/>
      </w:pPr>
      <w:r>
        <w:rPr>
          <w:b w:val="false"/>
          <w:sz w:val="28"/>
          <w:lang w:val="zxx"/>
        </w:rPr>
        <w:t>7.25</w:t>
      </w:r>
      <w:r>
        <w:rPr>
          <w:b w:val="false"/>
          <w:sz w:val="28"/>
        </w:rPr>
        <w:t xml:space="preserve"> Если явно не задан более узкий тип, локальные идентификаторы </w:t>
      </w:r>
      <w:r>
        <w:rPr>
          <w:b w:val="false"/>
          <w:sz w:val="28"/>
          <w:lang w:val="zxx"/>
        </w:rPr>
        <w:t>resourceId</w:t>
      </w:r>
      <w:r>
        <w:rPr>
          <w:b w:val="false"/>
          <w:sz w:val="28"/>
        </w:rPr>
        <w:t xml:space="preserve">, </w:t>
      </w:r>
      <w:r>
        <w:rPr>
          <w:b w:val="false"/>
          <w:sz w:val="28"/>
          <w:lang w:val="zxx"/>
        </w:rPr>
        <w:t>pointId</w:t>
      </w:r>
      <w:r>
        <w:rPr>
          <w:b w:val="false"/>
          <w:sz w:val="28"/>
        </w:rPr>
        <w:t xml:space="preserve">, </w:t>
      </w:r>
      <w:r>
        <w:rPr>
          <w:b w:val="false"/>
          <w:sz w:val="28"/>
          <w:lang w:val="zxx"/>
        </w:rPr>
        <w:t>sourceId</w:t>
      </w:r>
      <w:r>
        <w:rPr>
          <w:b w:val="false"/>
          <w:sz w:val="28"/>
        </w:rPr>
        <w:t xml:space="preserve">, </w:t>
      </w:r>
      <w:r>
        <w:rPr>
          <w:b w:val="false"/>
          <w:sz w:val="28"/>
          <w:lang w:val="zxx"/>
        </w:rPr>
        <w:t>conditionId</w:t>
      </w:r>
      <w:r>
        <w:rPr>
          <w:b w:val="false"/>
          <w:sz w:val="28"/>
        </w:rPr>
        <w:t xml:space="preserve">, </w:t>
      </w:r>
      <w:r>
        <w:rPr>
          <w:b w:val="false"/>
          <w:sz w:val="28"/>
          <w:lang w:val="zxx"/>
        </w:rPr>
        <w:t>criterionId</w:t>
      </w:r>
      <w:r>
        <w:rPr>
          <w:b w:val="false"/>
          <w:sz w:val="28"/>
        </w:rPr>
        <w:t xml:space="preserve">, </w:t>
      </w:r>
      <w:r>
        <w:rPr>
          <w:b w:val="false"/>
          <w:sz w:val="28"/>
          <w:lang w:val="zxx"/>
        </w:rPr>
        <w:t>testId</w:t>
      </w:r>
      <w:r>
        <w:rPr>
          <w:b w:val="false"/>
          <w:sz w:val="28"/>
        </w:rPr>
        <w:t xml:space="preserve">, </w:t>
      </w:r>
      <w:r>
        <w:rPr>
          <w:b w:val="false"/>
          <w:sz w:val="28"/>
          <w:lang w:val="zxx"/>
        </w:rPr>
        <w:t>contentId</w:t>
      </w:r>
      <w:r>
        <w:rPr>
          <w:b w:val="false"/>
          <w:sz w:val="28"/>
        </w:rPr>
        <w:t xml:space="preserve">, </w:t>
      </w:r>
      <w:r>
        <w:rPr>
          <w:b w:val="false"/>
          <w:sz w:val="28"/>
          <w:lang w:val="zxx"/>
        </w:rPr>
        <w:t>programId</w:t>
      </w:r>
      <w:r>
        <w:rPr>
          <w:b w:val="false"/>
          <w:sz w:val="28"/>
        </w:rPr>
        <w:t xml:space="preserve">, коды и значения </w:t>
      </w:r>
      <w:r>
        <w:rPr>
          <w:b w:val="false"/>
          <w:sz w:val="28"/>
          <w:lang w:val="zxx"/>
        </w:rPr>
        <w:t>token</w:t>
      </w:r>
      <w:r>
        <w:rPr>
          <w:b w:val="false"/>
          <w:sz w:val="28"/>
        </w:rPr>
        <w:t xml:space="preserve"> содержат </w:t>
      </w:r>
      <w:r>
        <w:rPr>
          <w:b w:val="false"/>
          <w:sz w:val="28"/>
          <w:lang w:val="zxx"/>
        </w:rPr>
        <w:t>1..32</w:t>
      </w:r>
      <w:r>
        <w:rPr>
          <w:b w:val="false"/>
          <w:sz w:val="28"/>
        </w:rPr>
        <w:t xml:space="preserve"> символа [</w:t>
      </w:r>
      <w:r>
        <w:rPr>
          <w:b w:val="false"/>
          <w:sz w:val="28"/>
          <w:lang w:val="zxx"/>
        </w:rPr>
        <w:t>A-</w:t>
      </w:r>
      <w:r>
        <w:rPr>
          <w:b w:val="false"/>
          <w:sz w:val="28"/>
        </w:rPr>
        <w:t>⁠</w:t>
      </w:r>
      <w:r>
        <w:rPr>
          <w:b w:val="false"/>
          <w:sz w:val="28"/>
          <w:lang w:val="zxx"/>
        </w:rPr>
        <w:t>Za-</w:t>
      </w:r>
      <w:r>
        <w:rPr>
          <w:b w:val="false"/>
          <w:sz w:val="28"/>
        </w:rPr>
        <w:t>⁠</w:t>
      </w:r>
      <w:r>
        <w:rPr>
          <w:b w:val="false"/>
          <w:sz w:val="28"/>
          <w:lang w:val="zxx"/>
        </w:rPr>
        <w:t>z0-</w:t>
      </w:r>
      <w:r>
        <w:rPr>
          <w:b w:val="false"/>
          <w:sz w:val="28"/>
        </w:rPr>
        <w:t>⁠</w:t>
      </w:r>
      <w:r>
        <w:rPr>
          <w:b w:val="false"/>
          <w:sz w:val="28"/>
          <w:lang w:val="zxx"/>
        </w:rPr>
        <w:t>9_.:-</w:t>
      </w:r>
      <w:r>
        <w:rPr>
          <w:b w:val="false"/>
          <w:sz w:val="28"/>
        </w:rPr>
        <w:t xml:space="preserve">]. Идентификаторы экземпляров, запросов, сеансов и снимков содержат ровно </w:t>
      </w:r>
      <w:r>
        <w:rPr>
          <w:b w:val="false"/>
          <w:sz w:val="28"/>
          <w:lang w:val="zxx"/>
        </w:rPr>
        <w:t>32</w:t>
      </w:r>
      <w:r>
        <w:rPr>
          <w:b w:val="false"/>
          <w:sz w:val="28"/>
        </w:rPr>
        <w:t xml:space="preserve"> строчных </w:t>
      </w:r>
      <w:r>
        <w:rPr>
          <w:b w:val="false"/>
          <w:sz w:val="28"/>
          <w:lang w:val="zxx"/>
        </w:rPr>
        <w:t>hex.</w:t>
      </w:r>
      <w:r>
        <w:rPr>
          <w:b w:val="false"/>
          <w:sz w:val="28"/>
        </w:rPr>
        <w:t xml:space="preserve"> </w:t>
      </w:r>
      <w:r>
        <w:rPr>
          <w:b w:val="false"/>
          <w:sz w:val="28"/>
          <w:lang w:val="zxx"/>
        </w:rPr>
        <w:t>cursor</w:t>
      </w:r>
      <w:r>
        <w:rPr>
          <w:b w:val="false"/>
          <w:sz w:val="28"/>
        </w:rPr>
        <w:t xml:space="preserve"> содержит </w:t>
      </w:r>
      <w:r>
        <w:rPr>
          <w:b w:val="false"/>
          <w:sz w:val="28"/>
          <w:lang w:val="zxx"/>
        </w:rPr>
        <w:t>1..32</w:t>
      </w:r>
      <w:r>
        <w:rPr>
          <w:b w:val="false"/>
          <w:sz w:val="28"/>
        </w:rPr>
        <w:t xml:space="preserve"> символа [</w:t>
      </w:r>
      <w:r>
        <w:rPr>
          <w:b w:val="false"/>
          <w:sz w:val="28"/>
          <w:lang w:val="zxx"/>
        </w:rPr>
        <w:t>A-</w:t>
      </w:r>
      <w:r>
        <w:rPr>
          <w:b w:val="false"/>
          <w:sz w:val="28"/>
        </w:rPr>
        <w:t>⁠</w:t>
      </w:r>
      <w:r>
        <w:rPr>
          <w:b w:val="false"/>
          <w:sz w:val="28"/>
          <w:lang w:val="zxx"/>
        </w:rPr>
        <w:t>Za-</w:t>
      </w:r>
      <w:r>
        <w:rPr>
          <w:b w:val="false"/>
          <w:sz w:val="28"/>
        </w:rPr>
        <w:t>⁠</w:t>
      </w:r>
      <w:r>
        <w:rPr>
          <w:b w:val="false"/>
          <w:sz w:val="28"/>
          <w:lang w:val="zxx"/>
        </w:rPr>
        <w:t>z0-</w:t>
      </w:r>
      <w:r>
        <w:rPr>
          <w:b w:val="false"/>
          <w:sz w:val="28"/>
        </w:rPr>
        <w:t>⁠</w:t>
      </w:r>
      <w:r>
        <w:rPr>
          <w:b w:val="false"/>
          <w:sz w:val="28"/>
          <w:lang w:val="zxx"/>
        </w:rPr>
        <w:t>9_.:-</w:t>
      </w:r>
      <w:r>
        <w:rPr>
          <w:b w:val="false"/>
          <w:sz w:val="28"/>
        </w:rPr>
        <w:t xml:space="preserve">]; это непрозрачное значение, клиент его не вычисляет. Числа кодируются каноническими десятичными строками своего диапазона. Ограничение произвольного строкового значения </w:t>
      </w:r>
      <w:r>
        <w:rPr>
          <w:b w:val="false"/>
          <w:sz w:val="28"/>
          <w:lang w:val="zxx"/>
        </w:rPr>
        <w:t>128</w:t>
      </w:r>
      <w:r>
        <w:rPr>
          <w:b w:val="false"/>
          <w:sz w:val="28"/>
        </w:rPr>
        <w:t xml:space="preserve"> декодированных байт не разрешает идентификатор длиной </w:t>
      </w:r>
      <w:r>
        <w:rPr>
          <w:b w:val="false"/>
          <w:sz w:val="28"/>
          <w:lang w:val="zxx"/>
        </w:rPr>
        <w:t>128</w:t>
      </w:r>
      <w:r>
        <w:rPr>
          <w:b w:val="false"/>
          <w:sz w:val="28"/>
        </w:rPr>
        <w:t xml:space="preserve"> байт.</w:t>
      </w:r>
    </w:p>
    <w:p>
      <w:pPr>
        <w:pStyle w:val="Normal"/>
        <w:jc w:val="both"/>
        <w:rPr/>
      </w:pPr>
      <w:r>
        <w:rPr>
          <w:b w:val="false"/>
          <w:sz w:val="28"/>
          <w:lang w:val="zxx"/>
        </w:rPr>
        <w:t>7.26</w:t>
      </w:r>
      <w:r>
        <w:rPr>
          <w:b w:val="false"/>
          <w:sz w:val="28"/>
        </w:rPr>
        <w:t xml:space="preserve"> Служебные идентификаторы не требуют </w:t>
      </w:r>
      <w:r>
        <w:rPr>
          <w:b w:val="false"/>
          <w:sz w:val="28"/>
          <w:lang w:val="zxx"/>
        </w:rPr>
        <w:t>XML-</w:t>
      </w:r>
      <w:r>
        <w:rPr>
          <w:b w:val="false"/>
          <w:sz w:val="28"/>
        </w:rPr>
        <w:t xml:space="preserve">экранирования. Произвольный человекочитаемый текст остается </w:t>
      </w:r>
      <w:r>
        <w:rPr>
          <w:b w:val="false"/>
          <w:sz w:val="28"/>
          <w:lang w:val="zxx"/>
        </w:rPr>
        <w:t>UTF-</w:t>
      </w:r>
      <w:r>
        <w:rPr>
          <w:b w:val="false"/>
          <w:sz w:val="28"/>
        </w:rPr>
        <w:t>⁠</w:t>
      </w:r>
      <w:r>
        <w:rPr>
          <w:b w:val="false"/>
          <w:sz w:val="28"/>
          <w:lang w:val="zxx"/>
        </w:rPr>
        <w:t>8:</w:t>
      </w:r>
      <w:r>
        <w:rPr>
          <w:b w:val="false"/>
          <w:sz w:val="28"/>
        </w:rPr>
        <w:t xml:space="preserve"> при двойных кавычках передатчик заменяет только &amp;, &lt; и двойную кавычку стандартными сущностями; апостроф передается буквально, &gt; </w:t>
      </w:r>
      <w:r>
        <w:rPr>
          <w:b w:val="false"/>
          <w:sz w:val="28"/>
          <w:lang w:val="zxx"/>
        </w:rPr>
        <w:t>ДОПУСКАЕТСЯ</w:t>
      </w:r>
      <w:r>
        <w:rPr>
          <w:b w:val="false"/>
          <w:sz w:val="28"/>
        </w:rPr>
        <w:t xml:space="preserve"> кодировать как &amp;</w:t>
      </w:r>
      <w:r>
        <w:rPr>
          <w:b w:val="false"/>
          <w:sz w:val="28"/>
          <w:lang w:val="zxx"/>
        </w:rPr>
        <w:t>gt</w:t>
      </w:r>
      <w:r>
        <w:rPr>
          <w:b w:val="false"/>
          <w:sz w:val="28"/>
        </w:rPr>
        <w:t xml:space="preserve">;. </w:t>
      </w:r>
      <w:r>
        <w:rPr>
          <w:b w:val="false"/>
          <w:sz w:val="28"/>
          <w:lang w:val="zxx"/>
        </w:rPr>
        <w:t>config.get</w:t>
      </w:r>
      <w:r>
        <w:rPr>
          <w:b w:val="false"/>
          <w:sz w:val="28"/>
        </w:rPr>
        <w:t xml:space="preserve"> передает параметр записями </w:t>
      </w:r>
      <w:r>
        <w:rPr>
          <w:b w:val="false"/>
          <w:sz w:val="28"/>
          <w:lang w:val="zxx"/>
        </w:rPr>
        <w:t>entry:</w:t>
      </w:r>
      <w:r>
        <w:rPr>
          <w:b w:val="false"/>
          <w:sz w:val="28"/>
        </w:rPr>
        <w:t xml:space="preserve"> </w:t>
      </w:r>
      <w:r>
        <w:rPr>
          <w:b w:val="false"/>
          <w:sz w:val="28"/>
          <w:lang w:val="zxx"/>
        </w:rPr>
        <w:t>id</w:t>
      </w:r>
      <w:r>
        <w:rPr>
          <w:b w:val="false"/>
          <w:sz w:val="28"/>
        </w:rPr>
        <w:t xml:space="preserve"> (положительный порядковый номер в канонической десятичной записи), </w:t>
      </w:r>
      <w:r>
        <w:rPr>
          <w:b w:val="false"/>
          <w:sz w:val="28"/>
          <w:lang w:val="zxx"/>
        </w:rPr>
        <w:t>facet=path|</w:t>
      </w:r>
      <w:r>
        <w:rPr>
          <w:b w:val="false"/>
          <w:sz w:val="28"/>
        </w:rPr>
        <w:t>​</w:t>
      </w:r>
      <w:r>
        <w:rPr>
          <w:b w:val="false"/>
          <w:sz w:val="28"/>
          <w:lang w:val="zxx"/>
        </w:rPr>
        <w:t>value</w:t>
      </w:r>
      <w:r>
        <w:rPr>
          <w:b w:val="false"/>
          <w:sz w:val="28"/>
        </w:rPr>
        <w:t xml:space="preserve">, </w:t>
      </w:r>
      <w:r>
        <w:rPr>
          <w:b w:val="false"/>
          <w:sz w:val="28"/>
          <w:lang w:val="zxx"/>
        </w:rPr>
        <w:t>part=1..3</w:t>
      </w:r>
      <w:r>
        <w:rPr>
          <w:b w:val="false"/>
          <w:sz w:val="28"/>
        </w:rPr>
        <w:t xml:space="preserve">, </w:t>
      </w:r>
      <w:r>
        <w:rPr>
          <w:b w:val="false"/>
          <w:sz w:val="28"/>
          <w:lang w:val="zxx"/>
        </w:rPr>
        <w:t>parts=1..3</w:t>
      </w:r>
      <w:r>
        <w:rPr>
          <w:b w:val="false"/>
          <w:sz w:val="28"/>
        </w:rPr>
        <w:t xml:space="preserve">, </w:t>
      </w:r>
      <w:r>
        <w:rPr>
          <w:b w:val="false"/>
          <w:sz w:val="28"/>
          <w:lang w:val="zxx"/>
        </w:rPr>
        <w:t>type=bool|</w:t>
      </w:r>
      <w:r>
        <w:rPr>
          <w:b w:val="false"/>
          <w:sz w:val="28"/>
        </w:rPr>
        <w:t>​</w:t>
      </w:r>
      <w:r>
        <w:rPr>
          <w:b w:val="false"/>
          <w:sz w:val="28"/>
          <w:lang w:val="zxx"/>
        </w:rPr>
        <w:t>enum|</w:t>
      </w:r>
      <w:r>
        <w:rPr>
          <w:b w:val="false"/>
          <w:sz w:val="28"/>
        </w:rPr>
        <w:t>​</w:t>
      </w:r>
      <w:r>
        <w:rPr>
          <w:b w:val="false"/>
          <w:sz w:val="28"/>
          <w:lang w:val="zxx"/>
        </w:rPr>
        <w:t>int|</w:t>
      </w:r>
      <w:r>
        <w:rPr>
          <w:b w:val="false"/>
          <w:sz w:val="28"/>
        </w:rPr>
        <w:t>​</w:t>
      </w:r>
      <w:r>
        <w:rPr>
          <w:b w:val="false"/>
          <w:sz w:val="28"/>
          <w:lang w:val="zxx"/>
        </w:rPr>
        <w:t>counter|</w:t>
      </w:r>
      <w:r>
        <w:rPr>
          <w:b w:val="false"/>
          <w:sz w:val="28"/>
        </w:rPr>
        <w:t>​</w:t>
      </w:r>
      <w:r>
        <w:rPr>
          <w:b w:val="false"/>
          <w:sz w:val="28"/>
          <w:lang w:val="zxx"/>
        </w:rPr>
        <w:t>string</w:t>
      </w:r>
      <w:r>
        <w:rPr>
          <w:b w:val="false"/>
          <w:sz w:val="28"/>
        </w:rPr>
        <w:t xml:space="preserve">, </w:t>
      </w:r>
      <w:r>
        <w:rPr>
          <w:b w:val="false"/>
          <w:sz w:val="28"/>
          <w:lang w:val="zxx"/>
        </w:rPr>
        <w:t>text</w:t>
      </w:r>
      <w:r>
        <w:rPr>
          <w:b w:val="false"/>
          <w:sz w:val="28"/>
        </w:rPr>
        <w:t xml:space="preserve"> до </w:t>
      </w:r>
      <w:r>
        <w:rPr>
          <w:b w:val="false"/>
          <w:sz w:val="28"/>
          <w:lang w:val="zxx"/>
        </w:rPr>
        <w:t>64</w:t>
      </w:r>
      <w:r>
        <w:rPr>
          <w:b w:val="false"/>
          <w:sz w:val="28"/>
        </w:rPr>
        <w:t xml:space="preserve"> декодированных байт </w:t>
      </w:r>
      <w:r>
        <w:rPr>
          <w:b w:val="false"/>
          <w:sz w:val="28"/>
          <w:lang w:val="zxx"/>
        </w:rPr>
        <w:t>UTF-</w:t>
      </w:r>
      <w:r>
        <w:rPr>
          <w:b w:val="false"/>
          <w:sz w:val="28"/>
        </w:rPr>
        <w:t>⁠</w:t>
      </w:r>
      <w:r>
        <w:rPr>
          <w:b w:val="false"/>
          <w:sz w:val="28"/>
          <w:lang w:val="zxx"/>
        </w:rPr>
        <w:t>8.</w:t>
      </w:r>
      <w:r>
        <w:rPr>
          <w:b w:val="false"/>
          <w:sz w:val="28"/>
        </w:rPr>
        <w:t xml:space="preserve"> Обе </w:t>
      </w:r>
      <w:r>
        <w:rPr>
          <w:b w:val="false"/>
          <w:sz w:val="28"/>
          <w:lang w:val="zxx"/>
        </w:rPr>
        <w:t>facet</w:t>
      </w:r>
      <w:r>
        <w:rPr>
          <w:b w:val="false"/>
          <w:sz w:val="28"/>
        </w:rPr>
        <w:t xml:space="preserve"> обязательны; каждая содержит все части </w:t>
      </w:r>
      <w:r>
        <w:rPr>
          <w:b w:val="false"/>
          <w:sz w:val="28"/>
          <w:lang w:val="zxx"/>
        </w:rPr>
        <w:t>1..parts</w:t>
      </w:r>
      <w:r>
        <w:rPr>
          <w:b w:val="false"/>
          <w:sz w:val="28"/>
        </w:rPr>
        <w:t xml:space="preserve"> без повторов, </w:t>
      </w:r>
      <w:r>
        <w:rPr>
          <w:b w:val="false"/>
          <w:sz w:val="28"/>
          <w:lang w:val="zxx"/>
        </w:rPr>
        <w:t>type</w:t>
      </w:r>
      <w:r>
        <w:rPr>
          <w:b w:val="false"/>
          <w:sz w:val="28"/>
        </w:rPr>
        <w:t xml:space="preserve"> одинаков. Соединение </w:t>
      </w:r>
      <w:r>
        <w:rPr>
          <w:b w:val="false"/>
          <w:sz w:val="28"/>
          <w:lang w:val="zxx"/>
        </w:rPr>
        <w:t>text</w:t>
      </w:r>
      <w:r>
        <w:rPr>
          <w:b w:val="false"/>
          <w:sz w:val="28"/>
        </w:rPr>
        <w:t xml:space="preserve"> по </w:t>
      </w:r>
      <w:r>
        <w:rPr>
          <w:b w:val="false"/>
          <w:sz w:val="28"/>
          <w:lang w:val="zxx"/>
        </w:rPr>
        <w:t>part</w:t>
      </w:r>
      <w:r>
        <w:rPr>
          <w:b w:val="false"/>
          <w:sz w:val="28"/>
        </w:rPr>
        <w:t xml:space="preserve"> восстанавливает путь и значение до </w:t>
      </w:r>
      <w:r>
        <w:rPr>
          <w:b w:val="false"/>
          <w:sz w:val="28"/>
          <w:lang w:val="zxx"/>
        </w:rPr>
        <w:t>128</w:t>
      </w:r>
      <w:r>
        <w:rPr>
          <w:b w:val="false"/>
          <w:sz w:val="28"/>
        </w:rPr>
        <w:t xml:space="preserve"> байт каждое, без обрезания. Разделение проходит только между кодовыми точками </w:t>
      </w:r>
      <w:r>
        <w:rPr>
          <w:b w:val="false"/>
          <w:sz w:val="28"/>
          <w:lang w:val="zxx"/>
        </w:rPr>
        <w:t>UTF-</w:t>
      </w:r>
      <w:r>
        <w:rPr>
          <w:b w:val="false"/>
          <w:sz w:val="28"/>
        </w:rPr>
        <w:t>⁠</w:t>
      </w:r>
      <w:r>
        <w:rPr>
          <w:b w:val="false"/>
          <w:sz w:val="28"/>
          <w:lang w:val="zxx"/>
        </w:rPr>
        <w:t>8</w:t>
      </w:r>
      <w:r>
        <w:rPr>
          <w:b w:val="false"/>
          <w:sz w:val="28"/>
        </w:rPr>
        <w:t xml:space="preserve">; короткая строка имеет одну часть, пустое значение — одну часть </w:t>
      </w:r>
      <w:r>
        <w:rPr>
          <w:b w:val="false"/>
          <w:sz w:val="28"/>
          <w:lang w:val="zxx"/>
        </w:rPr>
        <w:t>text=</w:t>
      </w:r>
      <w:r>
        <w:rPr>
          <w:b w:val="false"/>
          <w:sz w:val="28"/>
        </w:rPr>
        <w:t xml:space="preserve">""; путь не пустой. Уникальный </w:t>
      </w:r>
      <w:r>
        <w:rPr>
          <w:b w:val="false"/>
          <w:sz w:val="28"/>
          <w:lang w:val="zxx"/>
        </w:rPr>
        <w:t>id</w:t>
      </w:r>
      <w:r>
        <w:rPr>
          <w:b w:val="false"/>
          <w:sz w:val="28"/>
        </w:rPr>
        <w:t xml:space="preserve"> связывает параметр во всем снимке. Это формат частей значения, а не фрагментация </w:t>
      </w:r>
      <w:r>
        <w:rPr>
          <w:b w:val="false"/>
          <w:sz w:val="28"/>
          <w:lang w:val="zxx"/>
        </w:rPr>
        <w:t>XML.</w:t>
      </w:r>
      <w:r>
        <w:rPr>
          <w:b w:val="false"/>
          <w:sz w:val="28"/>
        </w:rPr>
        <w:t xml:space="preserve"> </w:t>
      </w:r>
      <w:r>
        <w:rPr>
          <w:b w:val="false"/>
          <w:sz w:val="28"/>
          <w:lang w:val="zxx"/>
        </w:rPr>
        <w:t>profiles.get</w:t>
      </w:r>
      <w:r>
        <w:rPr>
          <w:b w:val="false"/>
          <w:sz w:val="28"/>
        </w:rPr>
        <w:t xml:space="preserve"> </w:t>
      </w:r>
      <w:r>
        <w:rPr>
          <w:b w:val="false"/>
          <w:sz w:val="28"/>
          <w:lang w:val="zxx"/>
        </w:rPr>
        <w:t>parameter</w:t>
      </w:r>
      <w:r>
        <w:rPr>
          <w:b w:val="false"/>
          <w:sz w:val="28"/>
        </w:rPr>
        <w:t xml:space="preserve"> использует </w:t>
      </w:r>
      <w:r>
        <w:rPr>
          <w:b w:val="false"/>
          <w:sz w:val="28"/>
          <w:lang w:val="zxx"/>
        </w:rPr>
        <w:t>name/</w:t>
      </w:r>
      <w:r>
        <w:rPr>
          <w:b w:val="false"/>
          <w:sz w:val="28"/>
        </w:rPr>
        <w:t>​</w:t>
      </w:r>
      <w:r>
        <w:rPr>
          <w:b w:val="false"/>
          <w:sz w:val="28"/>
          <w:lang w:val="zxx"/>
        </w:rPr>
        <w:t>type/</w:t>
      </w:r>
      <w:r>
        <w:rPr>
          <w:b w:val="false"/>
          <w:sz w:val="28"/>
        </w:rPr>
        <w:t>​</w:t>
      </w:r>
      <w:r>
        <w:rPr>
          <w:b w:val="false"/>
          <w:sz w:val="28"/>
          <w:lang w:val="zxx"/>
        </w:rPr>
        <w:t>part/</w:t>
      </w:r>
      <w:r>
        <w:rPr>
          <w:b w:val="false"/>
          <w:sz w:val="28"/>
        </w:rPr>
        <w:t>​</w:t>
      </w:r>
      <w:r>
        <w:rPr>
          <w:b w:val="false"/>
          <w:sz w:val="28"/>
          <w:lang w:val="zxx"/>
        </w:rPr>
        <w:t>parts/</w:t>
      </w:r>
      <w:r>
        <w:rPr>
          <w:b w:val="false"/>
          <w:sz w:val="28"/>
        </w:rPr>
        <w:t>​</w:t>
      </w:r>
      <w:r>
        <w:rPr>
          <w:b w:val="false"/>
          <w:sz w:val="28"/>
          <w:lang w:val="zxx"/>
        </w:rPr>
        <w:t>value</w:t>
      </w:r>
      <w:r>
        <w:rPr>
          <w:b w:val="false"/>
          <w:sz w:val="28"/>
        </w:rPr>
        <w:t xml:space="preserve"> с тем же разбиением значения до </w:t>
      </w:r>
      <w:r>
        <w:rPr>
          <w:b w:val="false"/>
          <w:sz w:val="28"/>
          <w:lang w:val="zxx"/>
        </w:rPr>
        <w:t>128</w:t>
      </w:r>
      <w:r>
        <w:rPr>
          <w:b w:val="false"/>
          <w:sz w:val="28"/>
        </w:rPr>
        <w:t xml:space="preserve"> байт на части по </w:t>
      </w:r>
      <w:r>
        <w:rPr>
          <w:b w:val="false"/>
          <w:sz w:val="28"/>
          <w:lang w:val="zxx"/>
        </w:rPr>
        <w:t>64</w:t>
      </w:r>
      <w:r>
        <w:rPr>
          <w:b w:val="false"/>
          <w:sz w:val="28"/>
        </w:rPr>
        <w:t xml:space="preserve"> байта; остальные поля привязки профиля сохраняются. Сумма частей каждой </w:t>
      </w:r>
      <w:r>
        <w:rPr>
          <w:b w:val="false"/>
          <w:sz w:val="28"/>
          <w:lang w:val="zxx"/>
        </w:rPr>
        <w:t>facet</w:t>
      </w:r>
      <w:r>
        <w:rPr>
          <w:b w:val="false"/>
          <w:sz w:val="28"/>
        </w:rPr>
        <w:t xml:space="preserve"> или </w:t>
      </w:r>
      <w:r>
        <w:rPr>
          <w:b w:val="false"/>
          <w:sz w:val="28"/>
          <w:lang w:val="zxx"/>
        </w:rPr>
        <w:t>parameter</w:t>
      </w:r>
      <w:r>
        <w:rPr>
          <w:b w:val="false"/>
          <w:sz w:val="28"/>
        </w:rPr>
        <w:t xml:space="preserve"> не превышает </w:t>
      </w:r>
      <w:r>
        <w:rPr>
          <w:b w:val="false"/>
          <w:sz w:val="28"/>
          <w:lang w:val="zxx"/>
        </w:rPr>
        <w:t>128</w:t>
      </w:r>
      <w:r>
        <w:rPr>
          <w:b w:val="false"/>
          <w:sz w:val="28"/>
        </w:rPr>
        <w:t xml:space="preserve"> байт; третья часть нужна только при границе многобайтового символа. Размеры строк проверяются в байтах, а не в символах. </w:t>
      </w:r>
      <w:r>
        <w:rPr>
          <w:b w:val="false"/>
          <w:sz w:val="28"/>
          <w:lang w:val="zxx"/>
        </w:rPr>
        <w:t>device.describe</w:t>
      </w:r>
      <w:r>
        <w:rPr>
          <w:b w:val="false"/>
          <w:sz w:val="28"/>
        </w:rPr>
        <w:t xml:space="preserve"> использует </w:t>
      </w:r>
      <w:r>
        <w:rPr>
          <w:b w:val="false"/>
          <w:sz w:val="28"/>
          <w:lang w:val="zxx"/>
        </w:rPr>
        <w:t>version</w:t>
      </w:r>
      <w:r>
        <w:rPr>
          <w:b w:val="false"/>
          <w:sz w:val="28"/>
        </w:rPr>
        <w:t xml:space="preserve">, </w:t>
      </w:r>
      <w:r>
        <w:rPr>
          <w:b w:val="false"/>
          <w:sz w:val="28"/>
          <w:lang w:val="zxx"/>
        </w:rPr>
        <w:t>manufacturer</w:t>
      </w:r>
      <w:r>
        <w:rPr>
          <w:b w:val="false"/>
          <w:sz w:val="28"/>
        </w:rPr>
        <w:t xml:space="preserve"> и </w:t>
      </w:r>
      <w:r>
        <w:rPr>
          <w:b w:val="false"/>
          <w:sz w:val="28"/>
          <w:lang w:val="zxx"/>
        </w:rPr>
        <w:t>softwareDeveloper</w:t>
      </w:r>
      <w:r>
        <w:rPr>
          <w:b w:val="false"/>
          <w:sz w:val="28"/>
        </w:rPr>
        <w:t xml:space="preserve"> как </w:t>
      </w:r>
      <w:r>
        <w:rPr>
          <w:b w:val="false"/>
          <w:sz w:val="28"/>
          <w:lang w:val="zxx"/>
        </w:rPr>
        <w:t>token</w:t>
      </w:r>
      <w:r>
        <w:rPr>
          <w:b w:val="false"/>
          <w:sz w:val="28"/>
        </w:rPr>
        <w:t xml:space="preserve"> до </w:t>
      </w:r>
      <w:r>
        <w:rPr>
          <w:b w:val="false"/>
          <w:sz w:val="28"/>
          <w:lang w:val="zxx"/>
        </w:rPr>
        <w:t>32</w:t>
      </w:r>
      <w:r>
        <w:rPr>
          <w:b w:val="false"/>
          <w:sz w:val="28"/>
        </w:rPr>
        <w:t xml:space="preserve"> </w:t>
      </w:r>
      <w:r>
        <w:rPr>
          <w:b w:val="false"/>
          <w:sz w:val="28"/>
          <w:lang w:val="zxx"/>
        </w:rPr>
        <w:t>ASCII-</w:t>
      </w:r>
      <w:r>
        <w:rPr>
          <w:b w:val="false"/>
          <w:sz w:val="28"/>
        </w:rPr>
        <w:t xml:space="preserve">символов; последние два являются идентификаторами фактических изготовителей, их полные наименования приведены в паспорте. Обязательный элемент </w:t>
      </w:r>
      <w:r>
        <w:rPr>
          <w:b w:val="false"/>
          <w:sz w:val="28"/>
          <w:lang w:val="zxx"/>
        </w:rPr>
        <w:t>info</w:t>
      </w:r>
      <w:r>
        <w:rPr>
          <w:b w:val="false"/>
          <w:sz w:val="28"/>
        </w:rPr>
        <w:t xml:space="preserve"> </w:t>
      </w:r>
      <w:r>
        <w:rPr>
          <w:b w:val="false"/>
          <w:sz w:val="28"/>
          <w:lang w:val="zxx"/>
        </w:rPr>
        <w:t>protocolName=</w:t>
      </w:r>
      <w:r>
        <w:rPr>
          <w:b w:val="false"/>
          <w:sz w:val="28"/>
        </w:rPr>
        <w:t>"Открытый протокол систем оповещения" обозначает только название протокола; обязательная маркировка компанией отсутствует.</w:t>
      </w:r>
    </w:p>
    <w:p>
      <w:pPr>
        <w:pStyle w:val="Normal"/>
        <w:jc w:val="both"/>
        <w:rPr/>
      </w:pPr>
      <w:r>
        <w:rPr>
          <w:b w:val="false"/>
          <w:sz w:val="28"/>
          <w:lang w:val="zxx"/>
        </w:rPr>
        <w:t>7.27</w:t>
      </w:r>
      <w:r>
        <w:rPr>
          <w:b w:val="false"/>
          <w:sz w:val="28"/>
        </w:rPr>
        <w:t xml:space="preserve"> Команда с допустимыми максимальными значениями всех полей и четырьмя ресурсами </w:t>
      </w:r>
      <w:r>
        <w:rPr>
          <w:b w:val="false"/>
          <w:sz w:val="28"/>
          <w:lang w:val="zxx"/>
        </w:rPr>
        <w:t>ДОЛЖНА</w:t>
      </w:r>
      <w:r>
        <w:rPr>
          <w:b w:val="false"/>
          <w:sz w:val="28"/>
        </w:rPr>
        <w:t xml:space="preserve"> помещаться целиком. Ответы делятся только между целыми записями; сводка первой страницы, </w:t>
      </w:r>
      <w:r>
        <w:rPr>
          <w:b w:val="false"/>
          <w:sz w:val="28"/>
          <w:lang w:val="zxx"/>
        </w:rPr>
        <w:t>execution</w:t>
      </w:r>
      <w:r>
        <w:rPr>
          <w:b w:val="false"/>
          <w:sz w:val="28"/>
        </w:rPr>
        <w:t xml:space="preserve">, </w:t>
      </w:r>
      <w:r>
        <w:rPr>
          <w:b w:val="false"/>
          <w:sz w:val="28"/>
          <w:lang w:val="zxx"/>
        </w:rPr>
        <w:t>completion</w:t>
      </w:r>
      <w:r>
        <w:rPr>
          <w:b w:val="false"/>
          <w:sz w:val="28"/>
        </w:rPr>
        <w:t xml:space="preserve">, </w:t>
      </w:r>
      <w:r>
        <w:rPr>
          <w:b w:val="false"/>
          <w:sz w:val="28"/>
          <w:lang w:val="zxx"/>
        </w:rPr>
        <w:t>fault</w:t>
      </w:r>
      <w:r>
        <w:rPr>
          <w:b w:val="false"/>
          <w:sz w:val="28"/>
        </w:rPr>
        <w:t xml:space="preserve"> и </w:t>
      </w:r>
      <w:r>
        <w:rPr>
          <w:b w:val="false"/>
          <w:sz w:val="28"/>
          <w:lang w:val="zxx"/>
        </w:rPr>
        <w:t>timeline</w:t>
      </w:r>
      <w:r>
        <w:rPr>
          <w:b w:val="false"/>
          <w:sz w:val="28"/>
        </w:rPr>
        <w:t xml:space="preserve"> передаются отдельными страницами при необходимости. Запись с оболочкой и самым длинным </w:t>
      </w:r>
      <w:r>
        <w:rPr>
          <w:b w:val="false"/>
          <w:sz w:val="28"/>
          <w:lang w:val="zxx"/>
        </w:rPr>
        <w:t>cursor</w:t>
      </w:r>
      <w:r>
        <w:rPr>
          <w:b w:val="false"/>
          <w:sz w:val="28"/>
        </w:rPr>
        <w:t xml:space="preserve"> </w:t>
      </w:r>
      <w:r>
        <w:rPr>
          <w:b w:val="false"/>
          <w:sz w:val="28"/>
          <w:lang w:val="zxx"/>
        </w:rPr>
        <w:t>ДОЛЖНА</w:t>
      </w:r>
      <w:r>
        <w:rPr>
          <w:b w:val="false"/>
          <w:sz w:val="28"/>
        </w:rPr>
        <w:t xml:space="preserve"> помещаться в </w:t>
      </w:r>
      <w:r>
        <w:rPr>
          <w:b w:val="false"/>
          <w:sz w:val="28"/>
          <w:lang w:val="zxx"/>
        </w:rPr>
        <w:t>1024</w:t>
      </w:r>
      <w:r>
        <w:rPr>
          <w:b w:val="false"/>
          <w:sz w:val="28"/>
        </w:rPr>
        <w:t xml:space="preserve"> байта. Проверка максимальных размеров всех команд и примеров входит в комплект </w:t>
      </w:r>
      <w:r>
        <w:rPr>
          <w:b w:val="false"/>
          <w:sz w:val="28"/>
          <w:lang w:val="zxx"/>
        </w:rPr>
        <w:t>wire-</w:t>
      </w:r>
      <w:r>
        <w:rPr>
          <w:b w:val="false"/>
          <w:sz w:val="28"/>
        </w:rPr>
        <w:t>⁠</w:t>
      </w:r>
      <w:r>
        <w:rPr>
          <w:b w:val="false"/>
          <w:sz w:val="28"/>
          <w:lang w:val="zxx"/>
        </w:rPr>
        <w:t>budget</w:t>
      </w:r>
      <w:r>
        <w:rPr>
          <w:b w:val="false"/>
          <w:sz w:val="28"/>
        </w:rPr>
        <w:t xml:space="preserve"> текущей редакции. Она не заменяет проверку конкретного кодировщика изделия.</w:t>
      </w:r>
    </w:p>
    <w:p>
      <w:pPr>
        <w:pStyle w:val="Normal"/>
        <w:jc w:val="both"/>
        <w:rPr/>
      </w:pPr>
      <w:r>
        <w:rPr>
          <w:b w:val="false"/>
          <w:sz w:val="28"/>
          <w:lang w:val="zxx"/>
        </w:rPr>
        <w:t>7.28</w:t>
      </w:r>
      <w:r>
        <w:rPr>
          <w:b w:val="false"/>
          <w:sz w:val="28"/>
        </w:rPr>
        <w:t xml:space="preserve"> После неудачного </w:t>
      </w:r>
      <w:r>
        <w:rPr>
          <w:b w:val="false"/>
          <w:sz w:val="28"/>
          <w:lang w:val="zxx"/>
        </w:rPr>
        <w:t>TCP/</w:t>
      </w:r>
      <w:r>
        <w:rPr>
          <w:b w:val="false"/>
          <w:sz w:val="28"/>
        </w:rPr>
        <w:t>​</w:t>
      </w:r>
      <w:r>
        <w:rPr>
          <w:b w:val="false"/>
          <w:sz w:val="28"/>
          <w:lang w:val="zxx"/>
        </w:rPr>
        <w:t>TLS-</w:t>
      </w:r>
      <w:r>
        <w:rPr>
          <w:b w:val="false"/>
          <w:sz w:val="28"/>
        </w:rPr>
        <w:t xml:space="preserve">соединения или неуспешного </w:t>
      </w:r>
      <w:r>
        <w:rPr>
          <w:b w:val="false"/>
          <w:sz w:val="28"/>
          <w:lang w:val="zxx"/>
        </w:rPr>
        <w:t>resume</w:t>
      </w:r>
      <w:r>
        <w:rPr>
          <w:b w:val="false"/>
          <w:sz w:val="28"/>
        </w:rPr>
        <w:t xml:space="preserve"> клиент применяет отдельный для </w:t>
      </w:r>
      <w:r>
        <w:rPr>
          <w:b w:val="false"/>
          <w:sz w:val="28"/>
          <w:lang w:val="zxx"/>
        </w:rPr>
        <w:t>deviceId</w:t>
      </w:r>
      <w:r>
        <w:rPr>
          <w:b w:val="false"/>
          <w:sz w:val="28"/>
        </w:rPr>
        <w:t xml:space="preserve"> счетчик </w:t>
      </w:r>
      <w:r>
        <w:rPr>
          <w:b w:val="false"/>
          <w:sz w:val="28"/>
          <w:lang w:val="zxx"/>
        </w:rPr>
        <w:t>n</w:t>
      </w:r>
      <w:r>
        <w:rPr>
          <w:b w:val="false"/>
          <w:sz w:val="28"/>
        </w:rPr>
        <w:t xml:space="preserve">, начиная с </w:t>
      </w:r>
      <w:r>
        <w:rPr>
          <w:b w:val="false"/>
          <w:sz w:val="28"/>
          <w:lang w:val="zxx"/>
        </w:rPr>
        <w:t>0:</w:t>
      </w:r>
      <w:r>
        <w:rPr>
          <w:b w:val="false"/>
          <w:sz w:val="28"/>
        </w:rPr>
        <w:t xml:space="preserve"> перед следующей попыткой ожидает случайное равномерное время от </w:t>
      </w:r>
      <w:r>
        <w:rPr>
          <w:b w:val="false"/>
          <w:sz w:val="28"/>
          <w:lang w:val="zxx"/>
        </w:rPr>
        <w:t>B/</w:t>
      </w:r>
      <w:r>
        <w:rPr>
          <w:b w:val="false"/>
          <w:sz w:val="28"/>
        </w:rPr>
        <w:t>⁠</w:t>
      </w:r>
      <w:r>
        <w:rPr>
          <w:b w:val="false"/>
          <w:sz w:val="28"/>
          <w:lang w:val="zxx"/>
        </w:rPr>
        <w:t>2</w:t>
      </w:r>
      <w:r>
        <w:rPr>
          <w:b w:val="false"/>
          <w:sz w:val="28"/>
        </w:rPr>
        <w:t xml:space="preserve"> до </w:t>
      </w:r>
      <w:r>
        <w:rPr>
          <w:b w:val="false"/>
          <w:sz w:val="28"/>
          <w:lang w:val="zxx"/>
        </w:rPr>
        <w:t>B</w:t>
      </w:r>
      <w:r>
        <w:rPr>
          <w:b w:val="false"/>
          <w:sz w:val="28"/>
        </w:rPr>
        <w:t xml:space="preserve"> включительно, </w:t>
      </w:r>
      <w:r>
        <w:rPr>
          <w:b w:val="false"/>
          <w:sz w:val="28"/>
          <w:lang w:val="zxx"/>
        </w:rPr>
        <w:t>B=min</w:t>
      </w:r>
      <w:r>
        <w:rPr>
          <w:b w:val="false"/>
          <w:sz w:val="28"/>
        </w:rPr>
        <w:t>(</w:t>
      </w:r>
      <w:r>
        <w:rPr>
          <w:b w:val="false"/>
          <w:sz w:val="28"/>
          <w:lang w:val="zxx"/>
        </w:rPr>
        <w:t>30000</w:t>
      </w:r>
      <w:r>
        <w:rPr>
          <w:b w:val="false"/>
          <w:sz w:val="28"/>
        </w:rPr>
        <w:t xml:space="preserve">, </w:t>
      </w:r>
      <w:r>
        <w:rPr>
          <w:b w:val="false"/>
          <w:sz w:val="28"/>
          <w:lang w:val="zxx"/>
        </w:rPr>
        <w:t>500</w:t>
      </w:r>
      <w:r>
        <w:rPr>
          <w:b w:val="false"/>
          <w:sz w:val="28"/>
        </w:rPr>
        <w:t>*</w:t>
      </w:r>
      <w:r>
        <w:rPr>
          <w:b w:val="false"/>
          <w:sz w:val="28"/>
          <w:lang w:val="zxx"/>
        </w:rPr>
        <w:t>2</w:t>
      </w:r>
      <w:r>
        <w:rPr>
          <w:b w:val="false"/>
          <w:sz w:val="28"/>
        </w:rPr>
        <w:t>^</w:t>
      </w:r>
      <w:r>
        <w:rPr>
          <w:b w:val="false"/>
          <w:sz w:val="28"/>
          <w:lang w:val="zxx"/>
        </w:rPr>
        <w:t>min</w:t>
      </w:r>
      <w:r>
        <w:rPr>
          <w:b w:val="false"/>
          <w:sz w:val="28"/>
        </w:rPr>
        <w:t>(</w:t>
      </w:r>
      <w:r>
        <w:rPr>
          <w:b w:val="false"/>
          <w:sz w:val="28"/>
          <w:lang w:val="zxx"/>
        </w:rPr>
        <w:t>n</w:t>
      </w:r>
      <w:r>
        <w:rPr>
          <w:b w:val="false"/>
          <w:sz w:val="28"/>
        </w:rPr>
        <w:t>,</w:t>
      </w:r>
      <w:r>
        <w:rPr>
          <w:b w:val="false"/>
          <w:sz w:val="28"/>
          <w:lang w:val="zxx"/>
        </w:rPr>
        <w:t>6</w:t>
      </w:r>
      <w:r>
        <w:rPr>
          <w:b w:val="false"/>
          <w:sz w:val="28"/>
        </w:rPr>
        <w:t xml:space="preserve">)) мс, затем увеличивает </w:t>
      </w:r>
      <w:r>
        <w:rPr>
          <w:b w:val="false"/>
          <w:sz w:val="28"/>
          <w:lang w:val="zxx"/>
        </w:rPr>
        <w:t>n.</w:t>
      </w:r>
      <w:r>
        <w:rPr>
          <w:b w:val="false"/>
          <w:sz w:val="28"/>
        </w:rPr>
        <w:t xml:space="preserve"> Одновременно </w:t>
      </w:r>
      <w:r>
        <w:rPr>
          <w:b w:val="false"/>
          <w:sz w:val="28"/>
          <w:lang w:val="zxx"/>
        </w:rPr>
        <w:t>ДОПУСКАЕТСЯ</w:t>
      </w:r>
      <w:r>
        <w:rPr>
          <w:b w:val="false"/>
          <w:sz w:val="28"/>
        </w:rPr>
        <w:t xml:space="preserve"> одна попытка управления этим УУ от экземпляра. Счетчик сбрасывается после </w:t>
      </w:r>
      <w:r>
        <w:rPr>
          <w:b w:val="false"/>
          <w:sz w:val="28"/>
          <w:lang w:val="zxx"/>
        </w:rPr>
        <w:t>60000</w:t>
      </w:r>
      <w:r>
        <w:rPr>
          <w:b w:val="false"/>
          <w:sz w:val="28"/>
        </w:rPr>
        <w:t xml:space="preserve"> мс устойчивого аутентифицированного обмена. Новая команда оператора и смена </w:t>
      </w:r>
      <w:r>
        <w:rPr>
          <w:b w:val="false"/>
          <w:sz w:val="28"/>
          <w:lang w:val="zxx"/>
        </w:rPr>
        <w:t>IP</w:t>
      </w:r>
      <w:r>
        <w:rPr>
          <w:b w:val="false"/>
          <w:sz w:val="28"/>
        </w:rPr>
        <w:t xml:space="preserve"> не сбрасывают задержку. Отказ </w:t>
      </w:r>
      <w:r>
        <w:rPr>
          <w:b w:val="false"/>
          <w:sz w:val="28"/>
          <w:lang w:val="zxx"/>
        </w:rPr>
        <w:t>forbidden</w:t>
      </w:r>
      <w:r>
        <w:rPr>
          <w:b w:val="false"/>
          <w:sz w:val="28"/>
        </w:rPr>
        <w:t xml:space="preserve"> прекращает автоматические попытки до исправления полномочий; несовместимый профиль требует изменения настройки. Уже прикрепленный канал продолжает </w:t>
      </w:r>
      <w:r>
        <w:rPr>
          <w:b w:val="false"/>
          <w:sz w:val="28"/>
          <w:lang w:val="zxx"/>
        </w:rPr>
        <w:t>heartbeat</w:t>
      </w:r>
      <w:r>
        <w:rPr>
          <w:b w:val="false"/>
          <w:sz w:val="28"/>
        </w:rPr>
        <w:t xml:space="preserve"> и приоритетный </w:t>
      </w:r>
      <w:r>
        <w:rPr>
          <w:b w:val="false"/>
          <w:sz w:val="28"/>
          <w:lang w:val="zxx"/>
        </w:rPr>
        <w:t>session.stop</w:t>
      </w:r>
      <w:r>
        <w:rPr>
          <w:b w:val="false"/>
          <w:sz w:val="28"/>
        </w:rPr>
        <w:t xml:space="preserve"> без этого ожидания. Эти интервалы учитываются в бюджете восстановления; они не являются гарантией доставки отмены при отказе сети.</w:t>
      </w:r>
    </w:p>
    <w:p>
      <w:pPr>
        <w:pStyle w:val="Normal"/>
        <w:jc w:val="both"/>
        <w:rPr/>
      </w:pPr>
      <w:r>
        <w:rPr>
          <w:b w:val="false"/>
          <w:sz w:val="28"/>
          <w:lang w:val="zxx"/>
        </w:rPr>
        <w:t>7.29</w:t>
      </w:r>
      <w:r>
        <w:rPr>
          <w:b w:val="false"/>
          <w:sz w:val="28"/>
        </w:rPr>
        <w:t xml:space="preserve"> Предел команды </w:t>
      </w:r>
      <w:r>
        <w:rPr>
          <w:b w:val="false"/>
          <w:sz w:val="28"/>
          <w:lang w:val="zxx"/>
        </w:rPr>
        <w:t>1024</w:t>
      </w:r>
      <w:r>
        <w:rPr>
          <w:b w:val="false"/>
          <w:sz w:val="28"/>
        </w:rPr>
        <w:t xml:space="preserve"> байта — </w:t>
      </w:r>
      <w:r>
        <w:rPr>
          <w:b w:val="false"/>
          <w:sz w:val="28"/>
          <w:lang w:val="zxx"/>
        </w:rPr>
        <w:t>1</w:t>
      </w:r>
      <w:r>
        <w:rPr>
          <w:b w:val="false"/>
          <w:sz w:val="28"/>
        </w:rPr>
        <w:t xml:space="preserve"> КиБ, а не </w:t>
      </w:r>
      <w:r>
        <w:rPr>
          <w:b w:val="false"/>
          <w:sz w:val="28"/>
          <w:lang w:val="zxx"/>
        </w:rPr>
        <w:t>1</w:t>
      </w:r>
      <w:r>
        <w:rPr>
          <w:b w:val="false"/>
          <w:sz w:val="28"/>
        </w:rPr>
        <w:t xml:space="preserve"> МБ. Он относится только к </w:t>
      </w:r>
      <w:r>
        <w:rPr>
          <w:b w:val="false"/>
          <w:sz w:val="28"/>
          <w:lang w:val="zxx"/>
        </w:rPr>
        <w:t>UTF-</w:t>
      </w:r>
      <w:r>
        <w:rPr>
          <w:b w:val="false"/>
          <w:sz w:val="28"/>
        </w:rPr>
        <w:t>⁠</w:t>
      </w:r>
      <w:r>
        <w:rPr>
          <w:b w:val="false"/>
          <w:sz w:val="28"/>
          <w:lang w:val="zxx"/>
        </w:rPr>
        <w:t>8</w:t>
      </w:r>
      <w:r>
        <w:rPr>
          <w:b w:val="false"/>
          <w:sz w:val="28"/>
        </w:rPr>
        <w:t xml:space="preserve"> </w:t>
      </w:r>
      <w:r>
        <w:rPr>
          <w:b w:val="false"/>
          <w:sz w:val="28"/>
          <w:lang w:val="zxx"/>
        </w:rPr>
        <w:t>XML.</w:t>
      </w:r>
      <w:r>
        <w:rPr>
          <w:b w:val="false"/>
          <w:sz w:val="28"/>
        </w:rPr>
        <w:t xml:space="preserve"> Четырехбайтовая рамка увеличивает прикладную передачу до </w:t>
      </w:r>
      <w:r>
        <w:rPr>
          <w:b w:val="false"/>
          <w:sz w:val="28"/>
          <w:lang w:val="zxx"/>
        </w:rPr>
        <w:t>1028</w:t>
      </w:r>
      <w:r>
        <w:rPr>
          <w:b w:val="false"/>
          <w:sz w:val="28"/>
        </w:rPr>
        <w:t xml:space="preserve"> байт. </w:t>
      </w:r>
      <w:r>
        <w:rPr>
          <w:b w:val="false"/>
          <w:sz w:val="28"/>
          <w:lang w:val="zxx"/>
        </w:rPr>
        <w:t>record_size_limit=512</w:t>
      </w:r>
      <w:r>
        <w:rPr>
          <w:b w:val="false"/>
          <w:sz w:val="28"/>
        </w:rPr>
        <w:t xml:space="preserve"> включает внутренний тип </w:t>
      </w:r>
      <w:r>
        <w:rPr>
          <w:b w:val="false"/>
          <w:sz w:val="28"/>
          <w:lang w:val="zxx"/>
        </w:rPr>
        <w:t>TLS</w:t>
      </w:r>
      <w:r>
        <w:rPr>
          <w:b w:val="false"/>
          <w:sz w:val="28"/>
        </w:rPr>
        <w:t xml:space="preserve">, поэтому одна запись без </w:t>
      </w:r>
      <w:r>
        <w:rPr>
          <w:b w:val="false"/>
          <w:sz w:val="28"/>
          <w:lang w:val="zxx"/>
        </w:rPr>
        <w:t>padding</w:t>
      </w:r>
      <w:r>
        <w:rPr>
          <w:b w:val="false"/>
          <w:sz w:val="28"/>
        </w:rPr>
        <w:t xml:space="preserve"> содержит не более </w:t>
      </w:r>
      <w:r>
        <w:rPr>
          <w:b w:val="false"/>
          <w:sz w:val="28"/>
          <w:lang w:val="zxx"/>
        </w:rPr>
        <w:t>511</w:t>
      </w:r>
      <w:r>
        <w:rPr>
          <w:b w:val="false"/>
          <w:sz w:val="28"/>
        </w:rPr>
        <w:t xml:space="preserve"> прикладных байт. Максимальный кадр требует как минимум трех записей, но разбиение может дать больше; приемник не предполагает совпадения кадра и </w:t>
      </w:r>
      <w:r>
        <w:rPr>
          <w:b w:val="false"/>
          <w:sz w:val="28"/>
          <w:lang w:val="zxx"/>
        </w:rPr>
        <w:t>TLS-</w:t>
      </w:r>
      <w:r>
        <w:rPr>
          <w:b w:val="false"/>
          <w:sz w:val="28"/>
        </w:rPr>
        <w:t xml:space="preserve">записи. На каждую защищенную запись добавляются </w:t>
      </w:r>
      <w:r>
        <w:rPr>
          <w:b w:val="false"/>
          <w:sz w:val="28"/>
          <w:lang w:val="zxx"/>
        </w:rPr>
        <w:t>5</w:t>
      </w:r>
      <w:r>
        <w:rPr>
          <w:b w:val="false"/>
          <w:sz w:val="28"/>
        </w:rPr>
        <w:t xml:space="preserve"> байт </w:t>
      </w:r>
      <w:r>
        <w:rPr>
          <w:b w:val="false"/>
          <w:sz w:val="28"/>
          <w:lang w:val="zxx"/>
        </w:rPr>
        <w:t>TLS-</w:t>
      </w:r>
      <w:r>
        <w:rPr>
          <w:b w:val="false"/>
          <w:sz w:val="28"/>
        </w:rPr>
        <w:t xml:space="preserve">заголовка, </w:t>
      </w:r>
      <w:r>
        <w:rPr>
          <w:b w:val="false"/>
          <w:sz w:val="28"/>
          <w:lang w:val="zxx"/>
        </w:rPr>
        <w:t>1</w:t>
      </w:r>
      <w:r>
        <w:rPr>
          <w:b w:val="false"/>
          <w:sz w:val="28"/>
        </w:rPr>
        <w:t xml:space="preserve"> байт внутреннего типа и </w:t>
      </w:r>
      <w:r>
        <w:rPr>
          <w:b w:val="false"/>
          <w:sz w:val="28"/>
          <w:lang w:val="zxx"/>
        </w:rPr>
        <w:t>16</w:t>
      </w:r>
      <w:r>
        <w:rPr>
          <w:b w:val="false"/>
          <w:sz w:val="28"/>
        </w:rPr>
        <w:t xml:space="preserve"> байт </w:t>
      </w:r>
      <w:r>
        <w:rPr>
          <w:b w:val="false"/>
          <w:sz w:val="28"/>
          <w:lang w:val="zxx"/>
        </w:rPr>
        <w:t>MGM-</w:t>
      </w:r>
      <w:r>
        <w:rPr>
          <w:b w:val="false"/>
          <w:sz w:val="28"/>
        </w:rPr>
        <w:t xml:space="preserve">метки. При трех записях и отсутствии </w:t>
      </w:r>
      <w:r>
        <w:rPr>
          <w:b w:val="false"/>
          <w:sz w:val="28"/>
          <w:lang w:val="zxx"/>
        </w:rPr>
        <w:t>padding</w:t>
      </w:r>
      <w:r>
        <w:rPr>
          <w:b w:val="false"/>
          <w:sz w:val="28"/>
        </w:rPr>
        <w:t xml:space="preserve"> получается </w:t>
      </w:r>
      <w:r>
        <w:rPr>
          <w:b w:val="false"/>
          <w:sz w:val="28"/>
          <w:lang w:val="zxx"/>
        </w:rPr>
        <w:t>1094</w:t>
      </w:r>
      <w:r>
        <w:rPr>
          <w:b w:val="false"/>
          <w:sz w:val="28"/>
        </w:rPr>
        <w:t xml:space="preserve"> байта </w:t>
      </w:r>
      <w:r>
        <w:rPr>
          <w:b w:val="false"/>
          <w:sz w:val="28"/>
          <w:lang w:val="zxx"/>
        </w:rPr>
        <w:t>TCP</w:t>
      </w:r>
      <w:r>
        <w:rPr>
          <w:b w:val="false"/>
          <w:sz w:val="28"/>
        </w:rPr>
        <w:t xml:space="preserve"> </w:t>
      </w:r>
      <w:r>
        <w:rPr>
          <w:b w:val="false"/>
          <w:sz w:val="28"/>
          <w:lang w:val="zxx"/>
        </w:rPr>
        <w:t>payload</w:t>
      </w:r>
      <w:r>
        <w:rPr>
          <w:b w:val="false"/>
          <w:sz w:val="28"/>
        </w:rPr>
        <w:t xml:space="preserve">; </w:t>
      </w:r>
      <w:r>
        <w:rPr>
          <w:b w:val="false"/>
          <w:sz w:val="28"/>
          <w:lang w:val="zxx"/>
        </w:rPr>
        <w:t>TCP/</w:t>
      </w:r>
      <w:r>
        <w:rPr>
          <w:b w:val="false"/>
          <w:sz w:val="28"/>
        </w:rPr>
        <w:t>​</w:t>
      </w:r>
      <w:r>
        <w:rPr>
          <w:b w:val="false"/>
          <w:sz w:val="28"/>
          <w:lang w:val="zxx"/>
        </w:rPr>
        <w:t>IP</w:t>
      </w:r>
      <w:r>
        <w:rPr>
          <w:b w:val="false"/>
          <w:sz w:val="28"/>
        </w:rPr>
        <w:t xml:space="preserve">, </w:t>
      </w:r>
      <w:r>
        <w:rPr>
          <w:b w:val="false"/>
          <w:sz w:val="28"/>
          <w:lang w:val="zxx"/>
        </w:rPr>
        <w:t>ACK</w:t>
      </w:r>
      <w:r>
        <w:rPr>
          <w:b w:val="false"/>
          <w:sz w:val="28"/>
        </w:rPr>
        <w:t xml:space="preserve">, повторы и </w:t>
      </w:r>
      <w:r>
        <w:rPr>
          <w:b w:val="false"/>
          <w:sz w:val="28"/>
          <w:lang w:val="zxx"/>
        </w:rPr>
        <w:t>Ethernet</w:t>
      </w:r>
      <w:r>
        <w:rPr>
          <w:b w:val="false"/>
          <w:sz w:val="28"/>
        </w:rPr>
        <w:t xml:space="preserve"> учитываются дополнительно. Шифротекст и открытый кадр не требуют одного общего буфера: разбор поточный, пиковая память подтверждается для конкретной реализации.</w:t>
      </w:r>
    </w:p>
    <w:p>
      <w:pPr>
        <w:pStyle w:val="Normal"/>
        <w:jc w:val="both"/>
        <w:rPr/>
      </w:pPr>
      <w:r>
        <w:rPr>
          <w:b w:val="false"/>
          <w:sz w:val="28"/>
          <w:lang w:val="zxx"/>
        </w:rPr>
        <w:t>7.30</w:t>
      </w:r>
      <w:r>
        <w:rPr>
          <w:b w:val="false"/>
          <w:sz w:val="28"/>
        </w:rPr>
        <w:t xml:space="preserve"> В этой редакции сетевые адреса профиля — </w:t>
      </w:r>
      <w:r>
        <w:rPr>
          <w:b w:val="false"/>
          <w:sz w:val="28"/>
          <w:lang w:val="zxx"/>
        </w:rPr>
        <w:t>IPv4.</w:t>
      </w:r>
      <w:r>
        <w:rPr>
          <w:b w:val="false"/>
          <w:sz w:val="28"/>
        </w:rPr>
        <w:t xml:space="preserve"> Это явное ограничение совместимости, не свойство криптографии и не запрет разработать отдельный </w:t>
      </w:r>
      <w:r>
        <w:rPr>
          <w:b w:val="false"/>
          <w:sz w:val="28"/>
          <w:lang w:val="zxx"/>
        </w:rPr>
        <w:t>IPv6-</w:t>
      </w:r>
      <w:r>
        <w:rPr>
          <w:b w:val="false"/>
          <w:sz w:val="28"/>
        </w:rPr>
        <w:t xml:space="preserve">профиль. Преобразование </w:t>
      </w:r>
      <w:r>
        <w:rPr>
          <w:b w:val="false"/>
          <w:sz w:val="28"/>
          <w:lang w:val="zxx"/>
        </w:rPr>
        <w:t>IPv6</w:t>
      </w:r>
      <w:r>
        <w:rPr>
          <w:b w:val="false"/>
          <w:sz w:val="28"/>
        </w:rPr>
        <w:t xml:space="preserve"> в строку </w:t>
      </w:r>
      <w:r>
        <w:rPr>
          <w:b w:val="false"/>
          <w:sz w:val="28"/>
          <w:lang w:val="zxx"/>
        </w:rPr>
        <w:t>IPv4</w:t>
      </w:r>
      <w:r>
        <w:rPr>
          <w:b w:val="false"/>
          <w:sz w:val="28"/>
        </w:rPr>
        <w:t xml:space="preserve">, усечение адреса и неявный выбор маршрута запрещены; неподдержанный адрес дает </w:t>
      </w:r>
      <w:r>
        <w:rPr>
          <w:b w:val="false"/>
          <w:sz w:val="28"/>
          <w:lang w:val="zxx"/>
        </w:rPr>
        <w:t>invalidArgument</w:t>
      </w:r>
      <w:r>
        <w:rPr>
          <w:b w:val="false"/>
          <w:sz w:val="28"/>
        </w:rPr>
        <w:t xml:space="preserve"> до воздействия. Расширение адресации требует схемы, области </w:t>
      </w:r>
      <w:r>
        <w:rPr>
          <w:b w:val="false"/>
          <w:sz w:val="28"/>
          <w:lang w:val="zxx"/>
        </w:rPr>
        <w:t>link-</w:t>
      </w:r>
      <w:r>
        <w:rPr>
          <w:b w:val="false"/>
          <w:sz w:val="28"/>
        </w:rPr>
        <w:t>⁠</w:t>
      </w:r>
      <w:r>
        <w:rPr>
          <w:b w:val="false"/>
          <w:sz w:val="28"/>
          <w:lang w:val="zxx"/>
        </w:rPr>
        <w:t>local</w:t>
      </w:r>
      <w:r>
        <w:rPr>
          <w:b w:val="false"/>
          <w:sz w:val="28"/>
        </w:rPr>
        <w:t>, правил маршрута и проверки размеров, а не только разрешения двоеточия в поле.</w:t>
      </w:r>
    </w:p>
    <w:p>
      <w:pPr>
        <w:pStyle w:val="Normal"/>
        <w:jc w:val="both"/>
        <w:rPr/>
      </w:pPr>
      <w:r>
        <w:rPr>
          <w:b w:val="false"/>
          <w:sz w:val="28"/>
          <w:lang w:val="zxx"/>
        </w:rPr>
        <w:t>7.31</w:t>
      </w:r>
      <w:r>
        <w:rPr>
          <w:b w:val="false"/>
          <w:sz w:val="28"/>
        </w:rPr>
        <w:t xml:space="preserve"> Структурная </w:t>
      </w:r>
      <w:r>
        <w:rPr>
          <w:b w:val="false"/>
          <w:sz w:val="28"/>
          <w:lang w:val="zxx"/>
        </w:rPr>
        <w:t>XML-</w:t>
      </w:r>
      <w:r>
        <w:rPr>
          <w:b w:val="false"/>
          <w:sz w:val="28"/>
        </w:rPr>
        <w:t xml:space="preserve">схема </w:t>
      </w:r>
      <w:r>
        <w:rPr>
          <w:b w:val="false"/>
          <w:sz w:val="28"/>
          <w:lang w:val="zxx"/>
        </w:rPr>
        <w:t>wire-</w:t>
      </w:r>
      <w:r>
        <w:rPr>
          <w:b w:val="false"/>
          <w:sz w:val="28"/>
        </w:rPr>
        <w:t>⁠</w:t>
      </w:r>
      <w:r>
        <w:rPr>
          <w:b w:val="false"/>
          <w:sz w:val="28"/>
          <w:lang w:val="zxx"/>
        </w:rPr>
        <w:t>0.21.xsd</w:t>
      </w:r>
      <w:r>
        <w:rPr>
          <w:b w:val="false"/>
          <w:sz w:val="28"/>
        </w:rPr>
        <w:t xml:space="preserve">, реестр </w:t>
      </w:r>
      <w:r>
        <w:rPr>
          <w:b w:val="false"/>
          <w:sz w:val="28"/>
          <w:lang w:val="zxx"/>
        </w:rPr>
        <w:t>wire-</w:t>
      </w:r>
      <w:r>
        <w:rPr>
          <w:b w:val="false"/>
          <w:sz w:val="28"/>
        </w:rPr>
        <w:t>⁠</w:t>
      </w:r>
      <w:r>
        <w:rPr>
          <w:b w:val="false"/>
          <w:sz w:val="28"/>
          <w:lang w:val="zxx"/>
        </w:rPr>
        <w:t>contract-</w:t>
      </w:r>
      <w:r>
        <w:rPr>
          <w:b w:val="false"/>
          <w:sz w:val="28"/>
        </w:rPr>
        <w:t>⁠</w:t>
      </w:r>
      <w:r>
        <w:rPr>
          <w:b w:val="false"/>
          <w:sz w:val="28"/>
          <w:lang w:val="zxx"/>
        </w:rPr>
        <w:t>0.21.json</w:t>
      </w:r>
      <w:r>
        <w:rPr>
          <w:b w:val="false"/>
          <w:sz w:val="28"/>
        </w:rPr>
        <w:t xml:space="preserve"> и проверка </w:t>
      </w:r>
      <w:r>
        <w:rPr>
          <w:b w:val="false"/>
          <w:sz w:val="28"/>
          <w:lang w:val="zxx"/>
        </w:rPr>
        <w:t>open_protocol_xml.py</w:t>
      </w:r>
      <w:r>
        <w:rPr>
          <w:b w:val="false"/>
          <w:sz w:val="28"/>
        </w:rPr>
        <w:t xml:space="preserve"> входят в нормативный комплект. </w:t>
      </w:r>
      <w:r>
        <w:rPr>
          <w:b w:val="false"/>
          <w:sz w:val="28"/>
          <w:lang w:val="zxx"/>
        </w:rPr>
        <w:t>XSD</w:t>
      </w:r>
      <w:r>
        <w:rPr>
          <w:b w:val="false"/>
          <w:sz w:val="28"/>
        </w:rPr>
        <w:t xml:space="preserve"> проверяет допустимые имена, лексические типы и словари; отдельная проверка применяет пределы </w:t>
      </w:r>
      <w:r>
        <w:rPr>
          <w:b w:val="false"/>
          <w:sz w:val="28"/>
          <w:lang w:val="zxx"/>
        </w:rPr>
        <w:t>UTF-</w:t>
      </w:r>
      <w:r>
        <w:rPr>
          <w:b w:val="false"/>
          <w:sz w:val="28"/>
        </w:rPr>
        <w:t>⁠</w:t>
      </w:r>
      <w:r>
        <w:rPr>
          <w:b w:val="false"/>
          <w:sz w:val="28"/>
          <w:lang w:val="zxx"/>
        </w:rPr>
        <w:t>8</w:t>
      </w:r>
      <w:r>
        <w:rPr>
          <w:b w:val="false"/>
          <w:sz w:val="28"/>
        </w:rPr>
        <w:t xml:space="preserve"> в байтах, сочетания полей, формы каждой команды и правила контекста. Совместимость не устанавливается одной успешной проверкой </w:t>
      </w:r>
      <w:r>
        <w:rPr>
          <w:b w:val="false"/>
          <w:sz w:val="28"/>
          <w:lang w:val="zxx"/>
        </w:rPr>
        <w:t>XSD.</w:t>
      </w:r>
      <w:r>
        <w:rPr>
          <w:b w:val="false"/>
          <w:sz w:val="28"/>
        </w:rPr>
        <w:t xml:space="preserve"> Примеры имеют </w:t>
      </w:r>
      <w:r>
        <w:rPr>
          <w:b w:val="false"/>
          <w:sz w:val="28"/>
          <w:lang w:val="zxx"/>
        </w:rPr>
        <w:t>scenarioId</w:t>
      </w:r>
      <w:r>
        <w:rPr>
          <w:b w:val="false"/>
          <w:sz w:val="28"/>
        </w:rPr>
        <w:t xml:space="preserve"> и начальное состояние; одинаковые идентификаторы в разных самостоятельных сценариях не объединяются в одну историю. Сквозные трассы </w:t>
      </w:r>
      <w:r>
        <w:rPr>
          <w:b w:val="false"/>
          <w:sz w:val="28"/>
          <w:lang w:val="zxx"/>
        </w:rPr>
        <w:t>control-</w:t>
      </w:r>
      <w:r>
        <w:rPr>
          <w:b w:val="false"/>
          <w:sz w:val="28"/>
        </w:rPr>
        <w:t>⁠</w:t>
      </w:r>
      <w:r>
        <w:rPr>
          <w:b w:val="false"/>
          <w:sz w:val="28"/>
          <w:lang w:val="zxx"/>
        </w:rPr>
        <w:t>traces-</w:t>
      </w:r>
      <w:r>
        <w:rPr>
          <w:b w:val="false"/>
          <w:sz w:val="28"/>
        </w:rPr>
        <w:t>⁠</w:t>
      </w:r>
      <w:r>
        <w:rPr>
          <w:b w:val="false"/>
          <w:sz w:val="28"/>
          <w:lang w:val="zxx"/>
        </w:rPr>
        <w:t>0.21.json</w:t>
      </w:r>
      <w:r>
        <w:rPr>
          <w:b w:val="false"/>
          <w:sz w:val="28"/>
        </w:rPr>
        <w:t xml:space="preserve"> отдельно задают переходы, повтор и потерю ответа.</w:t>
      </w:r>
    </w:p>
    <w:p>
      <w:pPr>
        <w:pStyle w:val="2"/>
        <w:rPr/>
      </w:pPr>
      <w:r>
        <w:rPr/>
        <w:t>Бюджеты канала от 64 кбит/с</w:t>
      </w:r>
    </w:p>
    <w:p>
      <w:pPr>
        <w:pStyle w:val="Normal"/>
        <w:jc w:val="both"/>
        <w:rPr/>
      </w:pPr>
      <w:r>
        <w:rPr>
          <w:b w:val="false"/>
          <w:sz w:val="28"/>
          <w:lang w:val="zxx"/>
        </w:rPr>
        <w:t>7.32</w:t>
      </w:r>
      <w:r>
        <w:rPr>
          <w:b w:val="false"/>
          <w:sz w:val="28"/>
        </w:rPr>
        <w:t xml:space="preserve"> Расчетный нижний ориентир — доступные приложению </w:t>
      </w:r>
      <w:r>
        <w:rPr>
          <w:b w:val="false"/>
          <w:sz w:val="28"/>
          <w:lang w:val="zxx"/>
        </w:rPr>
        <w:t>64</w:t>
      </w:r>
      <w:r>
        <w:rPr>
          <w:b w:val="false"/>
          <w:sz w:val="28"/>
        </w:rPr>
        <w:t xml:space="preserve"> кбит/с суммарно по узкому участку в двух направлениях; для полнодуплексного канала дополнительно проверяется каждое направление. Паспорт фиксирует фактическую скорость, </w:t>
      </w:r>
      <w:r>
        <w:rPr>
          <w:b w:val="false"/>
          <w:sz w:val="28"/>
          <w:lang w:val="zxx"/>
        </w:rPr>
        <w:t>RTT</w:t>
      </w:r>
      <w:r>
        <w:rPr>
          <w:b w:val="false"/>
          <w:sz w:val="28"/>
        </w:rPr>
        <w:t xml:space="preserve">, потери, туннели и длительности перерывов. </w:t>
      </w:r>
      <w:r>
        <w:rPr>
          <w:b w:val="false"/>
          <w:sz w:val="28"/>
          <w:lang w:val="zxx"/>
        </w:rPr>
        <w:t>1024</w:t>
      </w:r>
      <w:r>
        <w:rPr>
          <w:b w:val="false"/>
          <w:sz w:val="28"/>
        </w:rPr>
        <w:t xml:space="preserve"> байта </w:t>
      </w:r>
      <w:r>
        <w:rPr>
          <w:b w:val="false"/>
          <w:sz w:val="28"/>
          <w:lang w:val="zxx"/>
        </w:rPr>
        <w:t>XML</w:t>
      </w:r>
      <w:r>
        <w:rPr>
          <w:b w:val="false"/>
          <w:sz w:val="28"/>
        </w:rPr>
        <w:t xml:space="preserve"> занимают </w:t>
      </w:r>
      <w:r>
        <w:rPr>
          <w:b w:val="false"/>
          <w:sz w:val="28"/>
          <w:lang w:val="zxx"/>
        </w:rPr>
        <w:t>128</w:t>
      </w:r>
      <w:r>
        <w:rPr>
          <w:b w:val="false"/>
          <w:sz w:val="28"/>
        </w:rPr>
        <w:t xml:space="preserve"> мс при </w:t>
      </w:r>
      <w:r>
        <w:rPr>
          <w:b w:val="false"/>
          <w:sz w:val="28"/>
          <w:lang w:val="zxx"/>
        </w:rPr>
        <w:t>64</w:t>
      </w:r>
      <w:r>
        <w:rPr>
          <w:b w:val="false"/>
          <w:sz w:val="28"/>
        </w:rPr>
        <w:t xml:space="preserve"> кбит/с без обрамления, </w:t>
      </w:r>
      <w:r>
        <w:rPr>
          <w:b w:val="false"/>
          <w:sz w:val="28"/>
          <w:lang w:val="zxx"/>
        </w:rPr>
        <w:t>TCP/</w:t>
      </w:r>
      <w:r>
        <w:rPr>
          <w:b w:val="false"/>
          <w:sz w:val="28"/>
        </w:rPr>
        <w:t>​</w:t>
      </w:r>
      <w:r>
        <w:rPr>
          <w:b w:val="false"/>
          <w:sz w:val="28"/>
          <w:lang w:val="zxx"/>
        </w:rPr>
        <w:t>IP</w:t>
      </w:r>
      <w:r>
        <w:rPr>
          <w:b w:val="false"/>
          <w:sz w:val="28"/>
        </w:rPr>
        <w:t xml:space="preserve"> и защиты. При максимальном заполнении записей </w:t>
      </w:r>
      <w:r>
        <w:rPr>
          <w:b w:val="false"/>
          <w:sz w:val="28"/>
          <w:lang w:val="zxx"/>
        </w:rPr>
        <w:t>TLS</w:t>
      </w:r>
      <w:r>
        <w:rPr>
          <w:b w:val="false"/>
          <w:sz w:val="28"/>
        </w:rPr>
        <w:t xml:space="preserve"> и отсутствии </w:t>
      </w:r>
      <w:r>
        <w:rPr>
          <w:b w:val="false"/>
          <w:sz w:val="28"/>
          <w:lang w:val="zxx"/>
        </w:rPr>
        <w:t>padding</w:t>
      </w:r>
      <w:r>
        <w:rPr>
          <w:b w:val="false"/>
          <w:sz w:val="28"/>
        </w:rPr>
        <w:t xml:space="preserve"> кадр с </w:t>
      </w:r>
      <w:r>
        <w:rPr>
          <w:b w:val="false"/>
          <w:sz w:val="28"/>
          <w:lang w:val="zxx"/>
        </w:rPr>
        <w:t>1024</w:t>
      </w:r>
      <w:r>
        <w:rPr>
          <w:b w:val="false"/>
          <w:sz w:val="28"/>
        </w:rPr>
        <w:t xml:space="preserve"> байтами </w:t>
      </w:r>
      <w:r>
        <w:rPr>
          <w:b w:val="false"/>
          <w:sz w:val="28"/>
          <w:lang w:val="zxx"/>
        </w:rPr>
        <w:t>XML</w:t>
      </w:r>
      <w:r>
        <w:rPr>
          <w:b w:val="false"/>
          <w:sz w:val="28"/>
        </w:rPr>
        <w:t xml:space="preserve"> и четырехбайтовой длиной занимает три записи и </w:t>
      </w:r>
      <w:r>
        <w:rPr>
          <w:b w:val="false"/>
          <w:sz w:val="28"/>
          <w:lang w:val="zxx"/>
        </w:rPr>
        <w:t>1094</w:t>
      </w:r>
      <w:r>
        <w:rPr>
          <w:b w:val="false"/>
          <w:sz w:val="28"/>
        </w:rPr>
        <w:t xml:space="preserve"> байта полезной нагрузки </w:t>
      </w:r>
      <w:r>
        <w:rPr>
          <w:b w:val="false"/>
          <w:sz w:val="28"/>
          <w:lang w:val="zxx"/>
        </w:rPr>
        <w:t>TCP:</w:t>
      </w:r>
      <w:r>
        <w:rPr>
          <w:b w:val="false"/>
          <w:sz w:val="28"/>
        </w:rPr>
        <w:t xml:space="preserve"> </w:t>
      </w:r>
      <w:r>
        <w:rPr>
          <w:b w:val="false"/>
          <w:sz w:val="28"/>
          <w:lang w:val="zxx"/>
        </w:rPr>
        <w:t>1028</w:t>
      </w:r>
      <w:r>
        <w:rPr>
          <w:b w:val="false"/>
          <w:sz w:val="28"/>
        </w:rPr>
        <w:t xml:space="preserve"> байт кадра и </w:t>
      </w:r>
      <w:r>
        <w:rPr>
          <w:b w:val="false"/>
          <w:sz w:val="28"/>
          <w:lang w:val="zxx"/>
        </w:rPr>
        <w:t>3</w:t>
      </w:r>
      <w:r>
        <w:rPr>
          <w:b w:val="false"/>
          <w:sz w:val="28"/>
        </w:rPr>
        <w:t>*</w:t>
      </w:r>
      <w:r>
        <w:rPr>
          <w:b w:val="false"/>
          <w:sz w:val="28"/>
          <w:lang w:val="zxx"/>
        </w:rPr>
        <w:t>22</w:t>
      </w:r>
      <w:r>
        <w:rPr>
          <w:b w:val="false"/>
          <w:sz w:val="28"/>
        </w:rPr>
        <w:t xml:space="preserve"> байта расходов </w:t>
      </w:r>
      <w:r>
        <w:rPr>
          <w:b w:val="false"/>
          <w:sz w:val="28"/>
          <w:lang w:val="zxx"/>
        </w:rPr>
        <w:t>TLS.</w:t>
      </w:r>
      <w:r>
        <w:rPr>
          <w:b w:val="false"/>
          <w:sz w:val="28"/>
        </w:rPr>
        <w:t xml:space="preserve"> Три записи — минимум для такого кадра; меньшие записи увеличивают их число и суммарные расходы. Например, разбиение прикладных байтов на </w:t>
      </w:r>
      <w:r>
        <w:rPr>
          <w:b w:val="false"/>
          <w:sz w:val="28"/>
          <w:lang w:val="zxx"/>
        </w:rPr>
        <w:t>1+511+511+5</w:t>
      </w:r>
      <w:r>
        <w:rPr>
          <w:b w:val="false"/>
          <w:sz w:val="28"/>
        </w:rPr>
        <w:t xml:space="preserve"> дает четыре записи и </w:t>
      </w:r>
      <w:r>
        <w:rPr>
          <w:b w:val="false"/>
          <w:sz w:val="28"/>
          <w:lang w:val="zxx"/>
        </w:rPr>
        <w:t>1116</w:t>
      </w:r>
      <w:r>
        <w:rPr>
          <w:b w:val="false"/>
          <w:sz w:val="28"/>
        </w:rPr>
        <w:t xml:space="preserve"> байт в </w:t>
      </w:r>
      <w:r>
        <w:rPr>
          <w:b w:val="false"/>
          <w:sz w:val="28"/>
          <w:lang w:val="zxx"/>
        </w:rPr>
        <w:t>TCP.</w:t>
      </w:r>
      <w:r>
        <w:rPr>
          <w:b w:val="false"/>
          <w:sz w:val="28"/>
        </w:rPr>
        <w:t xml:space="preserve"> </w:t>
      </w:r>
      <w:r>
        <w:rPr>
          <w:b w:val="false"/>
          <w:sz w:val="28"/>
          <w:lang w:val="zxx"/>
        </w:rPr>
        <w:t>record_size_limit</w:t>
      </w:r>
      <w:r>
        <w:rPr>
          <w:b w:val="false"/>
          <w:sz w:val="28"/>
        </w:rPr>
        <w:t xml:space="preserve"> ограничивает размер записи сверху, а не их количество. Суммарные расходы и повторы добавляются к времени доставки; </w:t>
      </w:r>
      <w:r>
        <w:rPr>
          <w:b w:val="false"/>
          <w:sz w:val="28"/>
          <w:lang w:val="zxx"/>
        </w:rPr>
        <w:t>1024</w:t>
      </w:r>
      <w:r>
        <w:rPr>
          <w:b w:val="false"/>
          <w:sz w:val="28"/>
        </w:rPr>
        <w:t xml:space="preserve"> не является размером пакета </w:t>
      </w:r>
      <w:r>
        <w:rPr>
          <w:b w:val="false"/>
          <w:sz w:val="28"/>
          <w:lang w:val="zxx"/>
        </w:rPr>
        <w:t>Ethernet.</w:t>
      </w:r>
    </w:p>
    <w:p>
      <w:pPr>
        <w:pStyle w:val="Normal"/>
        <w:jc w:val="start"/>
        <w:rPr/>
      </w:pPr>
      <w:r>
        <w:rPr>
          <w:b w:val="false"/>
          <w:sz w:val="28"/>
          <w:lang w:val="zxx"/>
        </w:rPr>
        <w:t>7.33</w:t>
      </w:r>
      <w:r>
        <w:rPr>
          <w:b w:val="false"/>
          <w:sz w:val="28"/>
        </w:rPr>
        <w:t xml:space="preserve"> Базовые сетевые сроки: </w:t>
      </w:r>
      <w:r>
        <w:rPr>
          <w:b w:val="false"/>
          <w:sz w:val="28"/>
          <w:lang w:val="zxx"/>
        </w:rPr>
        <w:t>heartbeatIntervalMs=5000</w:t>
      </w:r>
      <w:r>
        <w:rPr>
          <w:b w:val="false"/>
          <w:sz w:val="28"/>
        </w:rPr>
        <w:t xml:space="preserve">, </w:t>
      </w:r>
      <w:r>
        <w:rPr>
          <w:b w:val="false"/>
          <w:sz w:val="28"/>
          <w:lang w:val="zxx"/>
        </w:rPr>
        <w:t>controlLeaseMs=30000</w:t>
      </w:r>
      <w:r>
        <w:rPr>
          <w:b w:val="false"/>
          <w:sz w:val="28"/>
        </w:rPr>
        <w:t xml:space="preserve">, </w:t>
      </w:r>
      <w:r>
        <w:rPr>
          <w:b w:val="false"/>
          <w:sz w:val="28"/>
          <w:lang w:val="zxx"/>
        </w:rPr>
        <w:t>frameAssemblyMs=10000</w:t>
      </w:r>
      <w:r>
        <w:rPr>
          <w:b w:val="false"/>
          <w:sz w:val="28"/>
        </w:rPr>
        <w:t xml:space="preserve">, </w:t>
      </w:r>
      <w:r>
        <w:rPr>
          <w:b w:val="false"/>
          <w:sz w:val="28"/>
          <w:lang w:val="zxx"/>
        </w:rPr>
        <w:t>writeProgressMs=10000.</w:t>
      </w:r>
      <w:r>
        <w:rPr>
          <w:b w:val="false"/>
          <w:sz w:val="28"/>
        </w:rPr>
        <w:t xml:space="preserve"> </w:t>
      </w:r>
      <w:r>
        <w:rPr>
          <w:b w:val="false"/>
          <w:sz w:val="28"/>
          <w:lang w:val="zxx"/>
        </w:rPr>
        <w:t>ordinaryResponseMs=500</w:t>
      </w:r>
      <w:r>
        <w:rPr>
          <w:b w:val="false"/>
          <w:sz w:val="28"/>
        </w:rPr>
        <w:t xml:space="preserve"> и </w:t>
      </w:r>
      <w:r>
        <w:rPr>
          <w:b w:val="false"/>
          <w:sz w:val="28"/>
          <w:lang w:val="zxx"/>
        </w:rPr>
        <w:t>cancelAdmissionMs=100</w:t>
      </w:r>
      <w:r>
        <w:rPr>
          <w:b w:val="false"/>
          <w:sz w:val="28"/>
        </w:rPr>
        <w:t xml:space="preserve"> отсчитываются после получения полного допустимого кадра; физические </w:t>
      </w:r>
      <w:r>
        <w:rPr>
          <w:b w:val="false"/>
          <w:sz w:val="28"/>
          <w:lang w:val="zxx"/>
        </w:rPr>
        <w:t>stopBeginMs/</w:t>
      </w:r>
      <w:r>
        <w:rPr>
          <w:b w:val="false"/>
          <w:sz w:val="28"/>
        </w:rPr>
        <w:t>​</w:t>
      </w:r>
      <w:r>
        <w:rPr>
          <w:b w:val="false"/>
          <w:sz w:val="28"/>
          <w:lang w:val="zxx"/>
        </w:rPr>
        <w:t>stopConfirmMs</w:t>
      </w:r>
      <w:r>
        <w:rPr>
          <w:b w:val="false"/>
          <w:sz w:val="28"/>
        </w:rPr>
        <w:t xml:space="preserve"> не увеличиваются из-за медленного канала. Перед первым байтом </w:t>
      </w:r>
      <w:r>
        <w:rPr>
          <w:b w:val="false"/>
          <w:sz w:val="28"/>
          <w:lang w:val="zxx"/>
        </w:rPr>
        <w:t>session.stop</w:t>
      </w:r>
      <w:r>
        <w:rPr>
          <w:b w:val="false"/>
          <w:sz w:val="28"/>
        </w:rPr>
        <w:t xml:space="preserve"> могут находиться уже отправляемые данные </w:t>
      </w:r>
      <w:r>
        <w:rPr>
          <w:b w:val="false"/>
          <w:sz w:val="28"/>
          <w:lang w:val="zxx"/>
        </w:rPr>
        <w:t>TCP.</w:t>
      </w:r>
      <w:r>
        <w:rPr>
          <w:b w:val="false"/>
          <w:sz w:val="28"/>
        </w:rPr>
        <w:t xml:space="preserve"> Очередь управления ограничена прежними слотами, файловые и речевые потоки обслуживаются отдельно с приоритетом управления. Сквозной срок </w:t>
      </w:r>
      <w:r>
        <w:rPr>
          <w:b w:val="false"/>
          <w:sz w:val="28"/>
          <w:lang w:val="zxx"/>
        </w:rPr>
        <w:t>session.stop</w:t>
      </w:r>
      <w:r>
        <w:rPr>
          <w:b w:val="false"/>
          <w:sz w:val="28"/>
        </w:rPr>
        <w:t xml:space="preserve"> складывается из ожидания и передачи кадра, допуска, выдачи физической команды и подтверждения </w:t>
      </w:r>
      <w:r>
        <w:rPr>
          <w:b w:val="false"/>
          <w:sz w:val="28"/>
          <w:lang w:val="zxx"/>
        </w:rPr>
        <w:t>off.</w:t>
      </w:r>
    </w:p>
    <w:p>
      <w:pPr>
        <w:pStyle w:val="Normal"/>
        <w:jc w:val="both"/>
        <w:rPr/>
      </w:pPr>
      <w:r>
        <w:rPr>
          <w:b w:val="false"/>
          <w:sz w:val="28"/>
          <w:lang w:val="zxx"/>
        </w:rPr>
        <w:t>7.34</w:t>
      </w:r>
      <w:r>
        <w:rPr>
          <w:b w:val="false"/>
          <w:sz w:val="28"/>
        </w:rPr>
        <w:t xml:space="preserve"> Отсоединение канала само по себе не заканчивает действующий </w:t>
      </w:r>
      <w:r>
        <w:rPr>
          <w:b w:val="false"/>
          <w:sz w:val="28"/>
          <w:lang w:val="zxx"/>
        </w:rPr>
        <w:t>lease.</w:t>
      </w:r>
      <w:r>
        <w:rPr>
          <w:b w:val="false"/>
          <w:sz w:val="28"/>
        </w:rPr>
        <w:t xml:space="preserve"> При восстановлении до его истечения продолжается прежнее конечное исполнение, если оно еще допустимо по всем остальным срокам. По истечении </w:t>
      </w:r>
      <w:r>
        <w:rPr>
          <w:b w:val="false"/>
          <w:sz w:val="28"/>
          <w:lang w:val="zxx"/>
        </w:rPr>
        <w:t>30000</w:t>
      </w:r>
      <w:r>
        <w:rPr>
          <w:b w:val="false"/>
          <w:sz w:val="28"/>
        </w:rPr>
        <w:t xml:space="preserve"> мс применяется сохраненная </w:t>
      </w:r>
      <w:r>
        <w:rPr>
          <w:b w:val="false"/>
          <w:sz w:val="28"/>
          <w:lang w:val="zxx"/>
        </w:rPr>
        <w:t>stop/</w:t>
      </w:r>
      <w:r>
        <w:rPr>
          <w:b w:val="false"/>
          <w:sz w:val="28"/>
        </w:rPr>
        <w:t>​</w:t>
      </w:r>
      <w:r>
        <w:rPr>
          <w:b w:val="false"/>
          <w:sz w:val="28"/>
          <w:lang w:val="zxx"/>
        </w:rPr>
        <w:t>finish</w:t>
      </w:r>
      <w:r>
        <w:rPr>
          <w:b w:val="false"/>
          <w:sz w:val="28"/>
        </w:rPr>
        <w:t xml:space="preserve">; уже начатая остановка не отменяется возвращением сети. Локальная запись и программа с </w:t>
      </w:r>
      <w:r>
        <w:rPr>
          <w:b w:val="false"/>
          <w:sz w:val="28"/>
          <w:lang w:val="zxx"/>
        </w:rPr>
        <w:t>finish</w:t>
      </w:r>
      <w:r>
        <w:rPr>
          <w:b w:val="false"/>
          <w:sz w:val="28"/>
        </w:rPr>
        <w:t xml:space="preserve"> обеспечивают продолжение без канала; живая речь не получает обещания продолжения при исчезновении источника. Отзыв прав действует немедленно и не ожидает </w:t>
      </w:r>
      <w:r>
        <w:rPr>
          <w:b w:val="false"/>
          <w:sz w:val="28"/>
          <w:lang w:val="zxx"/>
        </w:rPr>
        <w:t>lease.</w:t>
      </w:r>
    </w:p>
    <w:p>
      <w:pPr>
        <w:pStyle w:val="Normal"/>
        <w:jc w:val="both"/>
        <w:rPr/>
      </w:pPr>
      <w:r>
        <w:rPr>
          <w:b w:val="false"/>
          <w:sz w:val="28"/>
          <w:lang w:val="zxx"/>
        </w:rPr>
        <w:t>7.35</w:t>
      </w:r>
      <w:r>
        <w:rPr>
          <w:b w:val="false"/>
          <w:sz w:val="28"/>
        </w:rPr>
        <w:t xml:space="preserve"> </w:t>
      </w:r>
      <w:r>
        <w:rPr>
          <w:b w:val="false"/>
          <w:sz w:val="28"/>
          <w:lang w:val="zxx"/>
        </w:rPr>
        <w:t>deadlineUtcMs</w:t>
      </w:r>
      <w:r>
        <w:rPr>
          <w:b w:val="false"/>
          <w:sz w:val="28"/>
        </w:rPr>
        <w:t xml:space="preserve"> межузлового поручения ограничивает его доставку через АРМ и не обновляется посредниками. Конечный АРМ вычитает погрешность часов и бюджет последнего обмена, затем выбирает </w:t>
      </w:r>
      <w:r>
        <w:rPr>
          <w:b w:val="false"/>
          <w:sz w:val="28"/>
          <w:lang w:val="zxx"/>
        </w:rPr>
        <w:t>acceptBeforeMs</w:t>
      </w:r>
      <w:r>
        <w:rPr>
          <w:b w:val="false"/>
          <w:sz w:val="28"/>
        </w:rPr>
        <w:t xml:space="preserve"> в монотонной шкале УУ не позднее остатка срока и не далее </w:t>
      </w:r>
      <w:r>
        <w:rPr>
          <w:b w:val="false"/>
          <w:sz w:val="28"/>
          <w:lang w:val="zxx"/>
        </w:rPr>
        <w:t>30000</w:t>
      </w:r>
      <w:r>
        <w:rPr>
          <w:b w:val="false"/>
          <w:sz w:val="28"/>
        </w:rPr>
        <w:t xml:space="preserve"> мс от текущего </w:t>
      </w:r>
      <w:r>
        <w:rPr>
          <w:b w:val="false"/>
          <w:sz w:val="28"/>
          <w:lang w:val="zxx"/>
        </w:rPr>
        <w:t>uptimeMs.</w:t>
      </w:r>
      <w:r>
        <w:rPr>
          <w:b w:val="false"/>
          <w:sz w:val="28"/>
        </w:rPr>
        <w:t xml:space="preserve"> Если гарантированного остатка нет, </w:t>
      </w:r>
      <w:r>
        <w:rPr>
          <w:b w:val="false"/>
          <w:sz w:val="28"/>
          <w:lang w:val="zxx"/>
        </w:rPr>
        <w:t>session.start</w:t>
      </w:r>
      <w:r>
        <w:rPr>
          <w:b w:val="false"/>
          <w:sz w:val="28"/>
        </w:rPr>
        <w:t xml:space="preserve"> не отправляется. </w:t>
      </w:r>
      <w:r>
        <w:rPr>
          <w:b w:val="false"/>
          <w:sz w:val="28"/>
          <w:lang w:val="zxx"/>
        </w:rPr>
        <w:t>maxDurationMs</w:t>
      </w:r>
      <w:r>
        <w:rPr>
          <w:b w:val="false"/>
          <w:sz w:val="28"/>
        </w:rPr>
        <w:t xml:space="preserve"> начинается от принятия </w:t>
      </w:r>
      <w:r>
        <w:rPr>
          <w:b w:val="false"/>
          <w:sz w:val="28"/>
          <w:lang w:val="zxx"/>
        </w:rPr>
        <w:t>session.start</w:t>
      </w:r>
      <w:r>
        <w:rPr>
          <w:b w:val="false"/>
          <w:sz w:val="28"/>
        </w:rPr>
        <w:t xml:space="preserve"> и ограничивает подготовку и исполнение, а не срок маршрутизации. </w:t>
      </w:r>
      <w:r>
        <w:rPr>
          <w:b w:val="false"/>
          <w:sz w:val="28"/>
          <w:lang w:val="zxx"/>
        </w:rPr>
        <w:t>hopLimit</w:t>
      </w:r>
      <w:r>
        <w:rPr>
          <w:b w:val="false"/>
          <w:sz w:val="28"/>
        </w:rPr>
        <w:t xml:space="preserve"> ограничивает переходы независимо от этих трех бюджетов.</w:t>
      </w:r>
    </w:p>
    <w:p>
      <w:pPr>
        <w:pStyle w:val="1"/>
        <w:rPr/>
      </w:pPr>
      <w:bookmarkStart w:id="8" w:name="__RefHeading___Toc43265_1766585215"/>
      <w:bookmarkEnd w:id="8"/>
      <w:r>
        <w:rPr/>
        <w:t>8 Сеанс, физический результат и потеря связи</w:t>
      </w:r>
    </w:p>
    <w:p>
      <w:pPr>
        <w:pStyle w:val="Normal"/>
        <w:jc w:val="start"/>
        <w:rPr/>
      </w:pPr>
      <w:r>
        <w:rPr>
          <w:b/>
          <w:sz w:val="24"/>
        </w:rPr>
        <w:t>Предлагаемый автомат сеанса</w:t>
      </w:r>
    </w:p>
    <w:p>
      <w:pPr>
        <w:pStyle w:val="ProtocolXML"/>
        <w:keepNext w:val="true"/>
        <w:keepLines/>
        <w:suppressAutoHyphens w:val="true"/>
        <w:spacing w:lineRule="auto" w:line="360"/>
        <w:ind w:start="0" w:hanging="0"/>
        <w:jc w:val="start"/>
        <w:rPr/>
      </w:pPr>
      <w:r>
        <w:rPr>
          <w:b w:val="false"/>
          <w:sz w:val="24"/>
          <w:lang w:val="zxx"/>
        </w:rPr>
        <w:t>starting -&gt; running -&gt; stopping -&gt; finished</w:t>
      </w:r>
    </w:p>
    <w:p>
      <w:pPr>
        <w:pStyle w:val="ProtocolXML"/>
        <w:keepNext w:val="true"/>
        <w:keepLines/>
        <w:suppressAutoHyphens w:val="true"/>
        <w:spacing w:lineRule="auto" w:line="360"/>
        <w:ind w:start="0" w:hanging="0"/>
        <w:jc w:val="start"/>
        <w:rPr/>
      </w:pPr>
      <w:r>
        <w:rPr>
          <w:b w:val="false"/>
          <w:sz w:val="24"/>
          <w:lang w:val="zxx"/>
        </w:rPr>
        <w:t>starting -----------&gt; stopping -&gt; finished</w:t>
      </w:r>
    </w:p>
    <w:p>
      <w:pPr>
        <w:pStyle w:val="ProtocolXML"/>
        <w:keepNext w:val="false"/>
        <w:keepLines/>
        <w:suppressAutoHyphens w:val="true"/>
        <w:spacing w:lineRule="auto" w:line="360"/>
        <w:ind w:start="0" w:hanging="0"/>
        <w:jc w:val="start"/>
        <w:rPr/>
      </w:pPr>
      <w:r>
        <w:rPr>
          <w:b w:val="false"/>
          <w:sz w:val="24"/>
          <w:lang w:val="zxx"/>
        </w:rPr>
        <w:t>starting / running ------------&gt; finished (только с установленным результатом)</w:t>
      </w:r>
    </w:p>
    <w:p>
      <w:pPr>
        <w:pStyle w:val="Normal"/>
        <w:keepNext w:val="true"/>
        <w:ind w:hanging="0"/>
        <w:jc w:val="start"/>
        <w:rPr/>
      </w:pPr>
      <w:r>
        <w:rPr>
          <w:b w:val="false"/>
          <w:sz w:val="24"/>
        </w:rPr>
        <w:t xml:space="preserve">Таблица </w:t>
      </w:r>
      <w:r>
        <w:rPr>
          <w:b w:val="false"/>
          <w:sz w:val="24"/>
          <w:lang w:val="zxx"/>
        </w:rPr>
        <w:t>8</w:t>
      </w:r>
      <w:r>
        <w:rPr>
          <w:b w:val="false"/>
          <w:sz w:val="24"/>
        </w:rPr>
        <w:t xml:space="preserve"> - Сеанс, физический результат и потеря связи</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664"/>
        <w:gridCol w:w="5973"/>
      </w:tblGrid>
      <w:tr>
        <w:trPr>
          <w:cantSplit w:val="true"/>
        </w:trPr>
        <w:tc>
          <w:tcPr>
            <w:tcW w:w="3664"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Ответ или состояние сеанса</w:t>
            </w:r>
          </w:p>
        </w:tc>
        <w:tc>
          <w:tcPr>
            <w:tcW w:w="5973"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Что подтверждает</w:t>
            </w:r>
          </w:p>
        </w:tc>
      </w:tr>
      <w:tr>
        <w:trPr>
          <w:cantSplit w:val="true"/>
        </w:trPr>
        <w:tc>
          <w:tcPr>
            <w:tcW w:w="366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accepted</w:t>
            </w:r>
          </w:p>
        </w:tc>
        <w:tc>
          <w:tcPr>
            <w:tcW w:w="597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Команда принята исполнителем. Усилитель еще может не быть включен.</w:t>
            </w:r>
          </w:p>
        </w:tc>
      </w:tr>
      <w:tr>
        <w:trPr>
          <w:cantSplit w:val="true"/>
        </w:trPr>
        <w:tc>
          <w:tcPr>
            <w:tcW w:w="366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running</w:t>
            </w:r>
          </w:p>
        </w:tc>
        <w:tc>
          <w:tcPr>
            <w:tcW w:w="597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Выполнен критерий начала из профиля ОУ. Критерий </w:t>
            </w:r>
            <w:r>
              <w:rPr>
                <w:rFonts w:eastAsia="ＭＳ 明朝" w:cs=""/>
                <w:b w:val="false"/>
                <w:kern w:val="0"/>
                <w:sz w:val="28"/>
                <w:szCs w:val="22"/>
                <w:lang w:val="zxx" w:eastAsia="en-US" w:bidi="ar-SA"/>
              </w:rPr>
              <w:t>ДОЛЖЕН</w:t>
            </w:r>
            <w:r>
              <w:rPr>
                <w:rFonts w:eastAsia="ＭＳ 明朝" w:cs=""/>
                <w:b w:val="false"/>
                <w:kern w:val="0"/>
                <w:sz w:val="28"/>
                <w:szCs w:val="22"/>
                <w:lang w:eastAsia="en-US" w:bidi="ar-SA"/>
              </w:rPr>
              <w:t xml:space="preserve"> быть указан, а не выведен из </w:t>
            </w:r>
            <w:r>
              <w:rPr>
                <w:rFonts w:eastAsia="ＭＳ 明朝" w:cs=""/>
                <w:b w:val="false"/>
                <w:kern w:val="0"/>
                <w:sz w:val="28"/>
                <w:szCs w:val="22"/>
                <w:lang w:val="zxx" w:eastAsia="en-US" w:bidi="ar-SA"/>
              </w:rPr>
              <w:t>TCP</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ACK.</w:t>
            </w:r>
          </w:p>
        </w:tc>
      </w:tr>
      <w:tr>
        <w:trPr>
          <w:cantSplit w:val="true"/>
        </w:trPr>
        <w:tc>
          <w:tcPr>
            <w:tcW w:w="3664"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finished</w:t>
            </w:r>
          </w:p>
        </w:tc>
        <w:tc>
          <w:tcPr>
            <w:tcW w:w="5973"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Логическое исполнение завершено с </w:t>
            </w:r>
            <w:r>
              <w:rPr>
                <w:rFonts w:eastAsia="ＭＳ 明朝" w:cs=""/>
                <w:b w:val="false"/>
                <w:kern w:val="0"/>
                <w:sz w:val="28"/>
                <w:szCs w:val="22"/>
                <w:lang w:val="zxx" w:eastAsia="en-US" w:bidi="ar-SA"/>
              </w:rPr>
              <w:t>result</w:t>
            </w:r>
            <w:r>
              <w:rPr>
                <w:rFonts w:eastAsia="ＭＳ 明朝" w:cs=""/>
                <w:b w:val="false"/>
                <w:kern w:val="0"/>
                <w:sz w:val="28"/>
                <w:szCs w:val="22"/>
                <w:lang w:eastAsia="en-US" w:bidi="ar-SA"/>
              </w:rPr>
              <w:t xml:space="preserve"> и </w:t>
            </w:r>
            <w:r>
              <w:rPr>
                <w:rFonts w:eastAsia="ＭＳ 明朝" w:cs=""/>
                <w:b w:val="false"/>
                <w:kern w:val="0"/>
                <w:sz w:val="28"/>
                <w:szCs w:val="22"/>
                <w:lang w:val="zxx" w:eastAsia="en-US" w:bidi="ar-SA"/>
              </w:rPr>
              <w:t>reason.</w:t>
            </w:r>
            <w:r>
              <w:rPr>
                <w:rFonts w:eastAsia="ＭＳ 明朝" w:cs=""/>
                <w:b w:val="false"/>
                <w:kern w:val="0"/>
                <w:sz w:val="28"/>
                <w:szCs w:val="22"/>
                <w:lang w:eastAsia="en-US" w:bidi="ar-SA"/>
              </w:rPr>
              <w:t xml:space="preserve"> Состояние выходов передается отдельно.</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9</w:t>
      </w:r>
      <w:r>
        <w:rPr>
          <w:b w:val="false"/>
          <w:sz w:val="24"/>
        </w:rPr>
        <w:t xml:space="preserve"> - Сеанс, физический результат и потеря связи</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023"/>
        <w:gridCol w:w="5614"/>
      </w:tblGrid>
      <w:tr>
        <w:trPr>
          <w:cantSplit w:val="true"/>
        </w:trPr>
        <w:tc>
          <w:tcPr>
            <w:tcW w:w="4023"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Состояние ресурса</w:t>
            </w:r>
          </w:p>
        </w:tc>
        <w:tc>
          <w:tcPr>
            <w:tcW w:w="5614"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Наблюдение</w:t>
            </w:r>
          </w:p>
        </w:tc>
      </w:tr>
      <w:tr>
        <w:trPr>
          <w:cantSplit w:val="true"/>
        </w:trPr>
        <w:tc>
          <w:tcPr>
            <w:tcW w:w="4023"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off</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commandedOff</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onObserved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unknown</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fault</w:t>
            </w:r>
          </w:p>
        </w:tc>
        <w:tc>
          <w:tcPr>
            <w:tcW w:w="5614"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Отдельная ось состояния вместе с источником и уровнем доказательства. Отправленная команда выключения сама по себе не доказывает </w:t>
            </w:r>
            <w:r>
              <w:rPr>
                <w:rFonts w:eastAsia="ＭＳ 明朝" w:cs=""/>
                <w:b w:val="false"/>
                <w:kern w:val="0"/>
                <w:sz w:val="28"/>
                <w:szCs w:val="22"/>
                <w:lang w:val="zxx" w:eastAsia="en-US" w:bidi="ar-SA"/>
              </w:rPr>
              <w:t>off.</w:t>
            </w:r>
          </w:p>
        </w:tc>
      </w:tr>
    </w:tbl>
    <w:p>
      <w:pPr>
        <w:pStyle w:val="Normal"/>
        <w:spacing w:before="0" w:after="0"/>
        <w:rPr/>
      </w:pPr>
      <w:r>
        <w:rPr/>
      </w:r>
    </w:p>
    <w:p>
      <w:pPr>
        <w:pStyle w:val="2"/>
        <w:rPr/>
      </w:pPr>
      <w:r>
        <w:rPr/>
        <w:t>Границы исполнения</w:t>
      </w:r>
    </w:p>
    <w:p>
      <w:pPr>
        <w:pStyle w:val="Normal"/>
        <w:jc w:val="both"/>
        <w:rPr/>
      </w:pPr>
      <w:r>
        <w:rPr>
          <w:b w:val="false"/>
          <w:sz w:val="28"/>
          <w:lang w:val="zxx"/>
        </w:rPr>
        <w:t>8.1</w:t>
      </w:r>
      <w:r>
        <w:rPr>
          <w:b w:val="false"/>
          <w:sz w:val="28"/>
        </w:rPr>
        <w:t xml:space="preserve"> На одном УУ в базовом профиле </w:t>
      </w:r>
      <w:r>
        <w:rPr>
          <w:b w:val="false"/>
          <w:sz w:val="28"/>
          <w:lang w:val="zxx"/>
        </w:rPr>
        <w:t>ДОПУСКАЕТСЯ</w:t>
      </w:r>
      <w:r>
        <w:rPr>
          <w:b w:val="false"/>
          <w:sz w:val="28"/>
        </w:rPr>
        <w:t xml:space="preserve"> один сеанс. Параметры запуска фиксируют ресурсы, версию контента и снимок конфигурации. </w:t>
      </w:r>
      <w:r>
        <w:rPr>
          <w:b w:val="false"/>
          <w:sz w:val="28"/>
          <w:lang w:val="zxx"/>
        </w:rPr>
        <w:t>maxDurationMs</w:t>
      </w:r>
      <w:r>
        <w:rPr>
          <w:b w:val="false"/>
          <w:sz w:val="28"/>
        </w:rPr>
        <w:t xml:space="preserve"> ограничивает все исполнение от принятия, включая подготовку и паузы. Истечение этого срока инициирует остановку, но не доказывает физического выключения неисправного ОУ. Срок приема </w:t>
      </w:r>
      <w:r>
        <w:rPr>
          <w:b w:val="false"/>
          <w:sz w:val="28"/>
          <w:lang w:val="zxx"/>
        </w:rPr>
        <w:t>session.start</w:t>
      </w:r>
      <w:r>
        <w:rPr>
          <w:b w:val="false"/>
          <w:sz w:val="28"/>
        </w:rPr>
        <w:t xml:space="preserve"> и таймаут подготовки задаются отдельно.</w:t>
      </w:r>
    </w:p>
    <w:p>
      <w:pPr>
        <w:pStyle w:val="Normal"/>
        <w:jc w:val="both"/>
        <w:rPr/>
      </w:pPr>
      <w:r>
        <w:rPr>
          <w:b w:val="false"/>
          <w:sz w:val="28"/>
          <w:lang w:val="zxx"/>
        </w:rPr>
        <w:t>8.2</w:t>
      </w:r>
      <w:r>
        <w:rPr>
          <w:b w:val="false"/>
          <w:sz w:val="28"/>
        </w:rPr>
        <w:t xml:space="preserve"> Для начала и окончания передаются отдельные критерии и доказательства: принятие УУ, ответ ОУ, наблюдаемый режим, электрическое или акустическое наблюдение при наличии. Если профиль не дает обратной связи, выход остается </w:t>
      </w:r>
      <w:r>
        <w:rPr>
          <w:b w:val="false"/>
          <w:sz w:val="28"/>
          <w:lang w:val="zxx"/>
        </w:rPr>
        <w:t>commandedOff</w:t>
      </w:r>
      <w:r>
        <w:rPr>
          <w:b w:val="false"/>
          <w:sz w:val="28"/>
        </w:rPr>
        <w:t xml:space="preserve">, а недоказанный физический итог — </w:t>
      </w:r>
      <w:r>
        <w:rPr>
          <w:b w:val="false"/>
          <w:sz w:val="28"/>
          <w:lang w:val="zxx"/>
        </w:rPr>
        <w:t>unknown.</w:t>
      </w:r>
      <w:r>
        <w:rPr>
          <w:b w:val="false"/>
          <w:sz w:val="28"/>
        </w:rPr>
        <w:t xml:space="preserve"> В ядре следующий запуск требует подтвержденного </w:t>
      </w:r>
      <w:r>
        <w:rPr>
          <w:b w:val="false"/>
          <w:sz w:val="28"/>
          <w:lang w:val="zxx"/>
        </w:rPr>
        <w:t>off</w:t>
      </w:r>
      <w:r>
        <w:rPr>
          <w:b w:val="false"/>
          <w:sz w:val="28"/>
        </w:rPr>
        <w:t xml:space="preserve">; </w:t>
      </w:r>
      <w:r>
        <w:rPr>
          <w:b w:val="false"/>
          <w:sz w:val="28"/>
          <w:lang w:val="zxx"/>
        </w:rPr>
        <w:t>commandedOff</w:t>
      </w:r>
      <w:r>
        <w:rPr>
          <w:b w:val="false"/>
          <w:sz w:val="28"/>
        </w:rPr>
        <w:t xml:space="preserve"> и </w:t>
      </w:r>
      <w:r>
        <w:rPr>
          <w:b w:val="false"/>
          <w:sz w:val="28"/>
          <w:lang w:val="zxx"/>
        </w:rPr>
        <w:t>unknown</w:t>
      </w:r>
      <w:r>
        <w:rPr>
          <w:b w:val="false"/>
          <w:sz w:val="28"/>
        </w:rPr>
        <w:t xml:space="preserve"> сохраняют блокировку до восстановления по разделу </w:t>
      </w:r>
      <w:r>
        <w:rPr>
          <w:b w:val="false"/>
          <w:sz w:val="28"/>
          <w:lang w:val="zxx"/>
        </w:rPr>
        <w:t>8.</w:t>
      </w:r>
      <w:r>
        <w:rPr>
          <w:b w:val="false"/>
          <w:sz w:val="28"/>
        </w:rPr>
        <w:t xml:space="preserve"> Успешный тест нельзя обосновать одним отправленным </w:t>
      </w:r>
      <w:r>
        <w:rPr>
          <w:b w:val="false"/>
          <w:sz w:val="28"/>
          <w:lang w:val="zxx"/>
        </w:rPr>
        <w:t>session.stop.</w:t>
      </w:r>
    </w:p>
    <w:p>
      <w:pPr>
        <w:pStyle w:val="Normal"/>
        <w:jc w:val="both"/>
        <w:rPr/>
      </w:pPr>
      <w:r>
        <w:rPr>
          <w:b w:val="false"/>
          <w:sz w:val="28"/>
          <w:lang w:val="zxx"/>
        </w:rPr>
        <w:t>8.3</w:t>
      </w:r>
      <w:r>
        <w:rPr>
          <w:b w:val="false"/>
          <w:sz w:val="28"/>
        </w:rPr>
        <w:t xml:space="preserve"> Естественное окончание конечной программы отличается от исчерпания общего предела и от аварийного завершения. Причина </w:t>
      </w:r>
      <w:r>
        <w:rPr>
          <w:b w:val="false"/>
          <w:sz w:val="28"/>
          <w:lang w:val="zxx"/>
        </w:rPr>
        <w:t>maxDurationExceeded</w:t>
      </w:r>
      <w:r>
        <w:rPr>
          <w:b w:val="false"/>
          <w:sz w:val="28"/>
        </w:rPr>
        <w:t xml:space="preserve"> сама по себе не является успехом, даже если выход уже выключен. Перед дополнительным </w:t>
      </w:r>
      <w:r>
        <w:rPr>
          <w:b w:val="false"/>
          <w:sz w:val="28"/>
          <w:lang w:val="zxx"/>
        </w:rPr>
        <w:t>session.stop</w:t>
      </w:r>
      <w:r>
        <w:rPr>
          <w:b w:val="false"/>
          <w:sz w:val="28"/>
        </w:rPr>
        <w:t xml:space="preserve"> после автономного завершения проверяются контекст исполнения и правила драйвера: поздняя команда </w:t>
      </w:r>
      <w:r>
        <w:rPr>
          <w:b w:val="false"/>
          <w:sz w:val="28"/>
          <w:lang w:val="zxx"/>
        </w:rPr>
        <w:t>НЕ ДОЛЖНА</w:t>
      </w:r>
      <w:r>
        <w:rPr>
          <w:b w:val="false"/>
          <w:sz w:val="28"/>
        </w:rPr>
        <w:t xml:space="preserve"> прерывать другую работу ОУ.</w:t>
      </w:r>
    </w:p>
    <w:p>
      <w:pPr>
        <w:pStyle w:val="2"/>
        <w:rPr/>
      </w:pPr>
      <w:r>
        <w:rPr/>
        <w:t>Ошибки и потеря связи</w:t>
      </w:r>
    </w:p>
    <w:p>
      <w:pPr>
        <w:pStyle w:val="Normal"/>
        <w:keepNext w:val="true"/>
        <w:jc w:val="start"/>
        <w:rPr/>
      </w:pPr>
      <w:r>
        <w:rPr>
          <w:b/>
          <w:sz w:val="28"/>
          <w:lang w:val="zxx"/>
        </w:rPr>
        <w:t>8.4</w:t>
      </w:r>
      <w:r>
        <w:rPr>
          <w:b/>
          <w:sz w:val="28"/>
        </w:rPr>
        <w:t xml:space="preserve"> Потеря АРМ при сирене или встроенной записи</w:t>
      </w:r>
    </w:p>
    <w:p>
      <w:pPr>
        <w:pStyle w:val="Normal"/>
        <w:jc w:val="start"/>
        <w:rPr/>
      </w:pPr>
      <w:r>
        <w:rPr>
          <w:b w:val="false"/>
          <w:sz w:val="28"/>
        </w:rPr>
        <w:t xml:space="preserve">Для </w:t>
      </w:r>
      <w:r>
        <w:rPr>
          <w:b w:val="false"/>
          <w:sz w:val="28"/>
          <w:lang w:val="zxx"/>
        </w:rPr>
        <w:t>purpose=real</w:t>
      </w:r>
      <w:r>
        <w:rPr>
          <w:b w:val="false"/>
          <w:sz w:val="28"/>
        </w:rPr>
        <w:t xml:space="preserve"> применяется сохраненная на конкретном УУ настройка </w:t>
      </w:r>
      <w:r>
        <w:rPr>
          <w:b w:val="false"/>
          <w:sz w:val="28"/>
          <w:lang w:val="zxx"/>
        </w:rPr>
        <w:t>onControlLoss:</w:t>
      </w:r>
      <w:r>
        <w:rPr>
          <w:b w:val="false"/>
          <w:sz w:val="28"/>
        </w:rPr>
        <w:t xml:space="preserve"> </w:t>
      </w:r>
      <w:r>
        <w:rPr>
          <w:b w:val="false"/>
          <w:sz w:val="28"/>
          <w:lang w:val="zxx"/>
        </w:rPr>
        <w:t>stop</w:t>
      </w:r>
      <w:r>
        <w:rPr>
          <w:b w:val="false"/>
          <w:sz w:val="28"/>
        </w:rPr>
        <w:t xml:space="preserve"> или </w:t>
      </w:r>
      <w:r>
        <w:rPr>
          <w:b w:val="false"/>
          <w:sz w:val="28"/>
          <w:lang w:val="zxx"/>
        </w:rPr>
        <w:t>finish</w:t>
      </w:r>
      <w:r>
        <w:rPr>
          <w:b w:val="false"/>
          <w:sz w:val="28"/>
        </w:rPr>
        <w:t xml:space="preserve">; для </w:t>
      </w:r>
      <w:r>
        <w:rPr>
          <w:b w:val="false"/>
          <w:sz w:val="28"/>
          <w:lang w:val="zxx"/>
        </w:rPr>
        <w:t>exercise/</w:t>
      </w:r>
      <w:r>
        <w:rPr>
          <w:b w:val="false"/>
          <w:sz w:val="28"/>
        </w:rPr>
        <w:t>​</w:t>
      </w:r>
      <w:r>
        <w:rPr>
          <w:b w:val="false"/>
          <w:sz w:val="28"/>
          <w:lang w:val="zxx"/>
        </w:rPr>
        <w:t>technical</w:t>
      </w:r>
      <w:r>
        <w:rPr>
          <w:b w:val="false"/>
          <w:sz w:val="28"/>
        </w:rPr>
        <w:t xml:space="preserve"> применяется </w:t>
      </w:r>
      <w:r>
        <w:rPr>
          <w:b w:val="false"/>
          <w:sz w:val="28"/>
          <w:lang w:val="zxx"/>
        </w:rPr>
        <w:t>stop.</w:t>
      </w:r>
      <w:r>
        <w:rPr>
          <w:b w:val="false"/>
          <w:sz w:val="28"/>
        </w:rPr>
        <w:t xml:space="preserve"> Она фиксируется при запуске вместе с </w:t>
      </w:r>
      <w:r>
        <w:rPr>
          <w:b w:val="false"/>
          <w:sz w:val="28"/>
          <w:lang w:val="zxx"/>
        </w:rPr>
        <w:t>configRevision.</w:t>
      </w:r>
    </w:p>
    <w:p>
      <w:pPr>
        <w:pStyle w:val="Normal"/>
        <w:keepNext w:val="true"/>
        <w:jc w:val="start"/>
        <w:rPr/>
      </w:pPr>
      <w:r>
        <w:rPr>
          <w:b/>
          <w:sz w:val="28"/>
          <w:lang w:val="zxx"/>
        </w:rPr>
        <w:t>8.5</w:t>
      </w:r>
      <w:r>
        <w:rPr>
          <w:b/>
          <w:sz w:val="28"/>
        </w:rPr>
        <w:t xml:space="preserve"> </w:t>
      </w:r>
      <w:r>
        <w:rPr>
          <w:b/>
          <w:sz w:val="28"/>
          <w:lang w:val="zxx"/>
        </w:rPr>
        <w:t>stop</w:t>
      </w:r>
    </w:p>
    <w:p>
      <w:pPr>
        <w:pStyle w:val="Normal"/>
        <w:jc w:val="both"/>
        <w:rPr/>
      </w:pPr>
      <w:r>
        <w:rPr>
          <w:b w:val="false"/>
          <w:sz w:val="28"/>
        </w:rPr>
        <w:t>Переход к остановке и проверке выходов. Возврат связи не запускает программу заново.</w:t>
      </w:r>
    </w:p>
    <w:p>
      <w:pPr>
        <w:pStyle w:val="Normal"/>
        <w:keepNext w:val="true"/>
        <w:jc w:val="start"/>
        <w:rPr/>
      </w:pPr>
      <w:r>
        <w:rPr>
          <w:b/>
          <w:sz w:val="28"/>
          <w:lang w:val="zxx"/>
        </w:rPr>
        <w:t>8.6</w:t>
      </w:r>
      <w:r>
        <w:rPr>
          <w:b/>
          <w:sz w:val="28"/>
        </w:rPr>
        <w:t xml:space="preserve"> </w:t>
      </w:r>
      <w:r>
        <w:rPr>
          <w:b/>
          <w:sz w:val="28"/>
          <w:lang w:val="zxx"/>
        </w:rPr>
        <w:t>finish</w:t>
      </w:r>
    </w:p>
    <w:p>
      <w:pPr>
        <w:pStyle w:val="Normal"/>
        <w:jc w:val="start"/>
        <w:rPr/>
      </w:pPr>
      <w:r>
        <w:rPr>
          <w:b w:val="false"/>
          <w:sz w:val="28"/>
        </w:rPr>
        <w:t xml:space="preserve">Доигрывание конечной программы в принятом пределе. Принятая подготовка в </w:t>
      </w:r>
      <w:r>
        <w:rPr>
          <w:b w:val="false"/>
          <w:sz w:val="28"/>
          <w:lang w:val="zxx"/>
        </w:rPr>
        <w:t>starting</w:t>
      </w:r>
      <w:r>
        <w:rPr>
          <w:b w:val="false"/>
          <w:sz w:val="28"/>
        </w:rPr>
        <w:t xml:space="preserve"> продолжается в пределах </w:t>
      </w:r>
      <w:r>
        <w:rPr>
          <w:b w:val="false"/>
          <w:sz w:val="28"/>
          <w:lang w:val="zxx"/>
        </w:rPr>
        <w:t>prepareTimeoutMs</w:t>
      </w:r>
      <w:r>
        <w:rPr>
          <w:b w:val="false"/>
          <w:sz w:val="28"/>
        </w:rPr>
        <w:t xml:space="preserve"> и </w:t>
      </w:r>
      <w:r>
        <w:rPr>
          <w:b w:val="false"/>
          <w:sz w:val="28"/>
          <w:lang w:val="zxx"/>
        </w:rPr>
        <w:t>maxDurationMs.</w:t>
      </w:r>
    </w:p>
    <w:p>
      <w:pPr>
        <w:pStyle w:val="Normal"/>
        <w:keepNext w:val="true"/>
        <w:jc w:val="start"/>
        <w:rPr/>
      </w:pPr>
      <w:r>
        <w:rPr>
          <w:b/>
          <w:sz w:val="28"/>
          <w:lang w:val="zxx"/>
        </w:rPr>
        <w:t>8.7</w:t>
      </w:r>
      <w:r>
        <w:rPr>
          <w:b/>
          <w:sz w:val="28"/>
        </w:rPr>
        <w:t xml:space="preserve"> Наблюдатель остается на связи</w:t>
      </w:r>
    </w:p>
    <w:p>
      <w:pPr>
        <w:pStyle w:val="Normal"/>
        <w:jc w:val="both"/>
        <w:rPr/>
      </w:pPr>
      <w:r>
        <w:rPr>
          <w:b w:val="false"/>
          <w:sz w:val="28"/>
        </w:rPr>
        <w:t>Его запросы не продлевают жизнь канала владельца.</w:t>
      </w:r>
    </w:p>
    <w:p>
      <w:pPr>
        <w:pStyle w:val="Normal"/>
        <w:keepNext w:val="true"/>
        <w:jc w:val="start"/>
        <w:rPr/>
      </w:pPr>
      <w:r>
        <w:rPr>
          <w:b/>
          <w:sz w:val="28"/>
          <w:lang w:val="zxx"/>
        </w:rPr>
        <w:t>8.8</w:t>
      </w:r>
      <w:r>
        <w:rPr>
          <w:b/>
          <w:sz w:val="28"/>
        </w:rPr>
        <w:t xml:space="preserve"> Потеря взаимодействия с ОУ при доступном УУ</w:t>
      </w:r>
    </w:p>
    <w:p>
      <w:pPr>
        <w:pStyle w:val="Normal"/>
        <w:jc w:val="both"/>
        <w:rPr/>
      </w:pPr>
      <w:r>
        <w:rPr>
          <w:b w:val="false"/>
          <w:sz w:val="28"/>
        </w:rPr>
        <w:t xml:space="preserve">Отдельная авария источника ОУ. Политика реакции задается профилем; </w:t>
      </w:r>
      <w:r>
        <w:rPr>
          <w:b w:val="false"/>
          <w:sz w:val="28"/>
          <w:lang w:val="zxx"/>
        </w:rPr>
        <w:t>onControlLoss</w:t>
      </w:r>
      <w:r>
        <w:rPr>
          <w:b w:val="false"/>
          <w:sz w:val="28"/>
        </w:rPr>
        <w:t xml:space="preserve"> относится к АРМ.</w:t>
      </w:r>
    </w:p>
    <w:p>
      <w:pPr>
        <w:pStyle w:val="Normal"/>
        <w:keepNext w:val="true"/>
        <w:jc w:val="start"/>
        <w:rPr/>
      </w:pPr>
      <w:r>
        <w:rPr>
          <w:b/>
          <w:sz w:val="28"/>
          <w:lang w:val="zxx"/>
        </w:rPr>
        <w:t>8.9</w:t>
      </w:r>
      <w:r>
        <w:rPr>
          <w:b/>
          <w:sz w:val="28"/>
        </w:rPr>
        <w:t xml:space="preserve"> Перезагрузка УУ</w:t>
      </w:r>
    </w:p>
    <w:p>
      <w:pPr>
        <w:pStyle w:val="Normal"/>
        <w:jc w:val="both"/>
        <w:rPr/>
      </w:pPr>
      <w:r>
        <w:rPr>
          <w:b w:val="false"/>
          <w:sz w:val="28"/>
        </w:rPr>
        <w:t xml:space="preserve">Новый </w:t>
      </w:r>
      <w:r>
        <w:rPr>
          <w:b w:val="false"/>
          <w:sz w:val="28"/>
          <w:lang w:val="zxx"/>
        </w:rPr>
        <w:t>bootId</w:t>
      </w:r>
      <w:r>
        <w:rPr>
          <w:b w:val="false"/>
          <w:sz w:val="28"/>
        </w:rPr>
        <w:t>, старые команды не действуют. Автозапуск прошлого сеанса запрещен. ОУ могло остаться включенным: сначала проверка и согласование состояния.</w:t>
      </w:r>
    </w:p>
    <w:p>
      <w:pPr>
        <w:pStyle w:val="Normal"/>
        <w:jc w:val="both"/>
        <w:rPr/>
      </w:pPr>
      <w:r>
        <w:rPr>
          <w:b w:val="false"/>
          <w:sz w:val="24"/>
        </w:rPr>
        <w:t xml:space="preserve">Для живой речи отдельно задаются потеря аудио, потеря управления, завершение потока, сброс буфера и возможная резервная запись. Значение </w:t>
      </w:r>
      <w:r>
        <w:rPr>
          <w:b w:val="false"/>
          <w:sz w:val="24"/>
          <w:lang w:val="zxx"/>
        </w:rPr>
        <w:t>stop/</w:t>
      </w:r>
      <w:r>
        <w:rPr>
          <w:b w:val="false"/>
          <w:sz w:val="24"/>
        </w:rPr>
        <w:t>​</w:t>
      </w:r>
      <w:r>
        <w:rPr>
          <w:b w:val="false"/>
          <w:sz w:val="24"/>
          <w:lang w:val="zxx"/>
        </w:rPr>
        <w:t>finish</w:t>
      </w:r>
      <w:r>
        <w:rPr>
          <w:b w:val="false"/>
          <w:sz w:val="24"/>
        </w:rPr>
        <w:t xml:space="preserve"> нельзя автоматически переносить на живую речь.</w:t>
      </w:r>
    </w:p>
    <w:p>
      <w:pPr>
        <w:pStyle w:val="2"/>
        <w:rPr/>
      </w:pPr>
      <w:r>
        <w:rPr/>
        <w:t>Сохранение намерения</w:t>
      </w:r>
    </w:p>
    <w:p>
      <w:pPr>
        <w:pStyle w:val="Normal"/>
        <w:jc w:val="start"/>
        <w:rPr/>
      </w:pPr>
      <w:r>
        <w:rPr>
          <w:b w:val="false"/>
          <w:sz w:val="28"/>
          <w:lang w:val="zxx"/>
        </w:rPr>
        <w:t>8.10</w:t>
      </w:r>
      <w:r>
        <w:rPr>
          <w:b w:val="false"/>
          <w:sz w:val="28"/>
        </w:rPr>
        <w:t xml:space="preserve"> До передачи физического запуска УУ </w:t>
      </w:r>
      <w:r>
        <w:rPr>
          <w:b w:val="false"/>
          <w:sz w:val="28"/>
          <w:lang w:val="zxx"/>
        </w:rPr>
        <w:t>ДОЛЖЕН</w:t>
      </w:r>
      <w:r>
        <w:rPr>
          <w:b w:val="false"/>
          <w:sz w:val="28"/>
        </w:rPr>
        <w:t xml:space="preserve"> надежно записать намерение воздействия: версию формата, номер записи, </w:t>
      </w:r>
      <w:r>
        <w:rPr>
          <w:b w:val="false"/>
          <w:sz w:val="28"/>
          <w:lang w:val="zxx"/>
        </w:rPr>
        <w:t>deviceId</w:t>
      </w:r>
      <w:r>
        <w:rPr>
          <w:b w:val="false"/>
          <w:sz w:val="28"/>
        </w:rPr>
        <w:t xml:space="preserve">, </w:t>
      </w:r>
      <w:r>
        <w:rPr>
          <w:b w:val="false"/>
          <w:sz w:val="28"/>
          <w:lang w:val="zxx"/>
        </w:rPr>
        <w:t>bootId</w:t>
      </w:r>
      <w:r>
        <w:rPr>
          <w:b w:val="false"/>
          <w:sz w:val="28"/>
        </w:rPr>
        <w:t xml:space="preserve">, </w:t>
      </w:r>
      <w:r>
        <w:rPr>
          <w:b w:val="false"/>
          <w:sz w:val="28"/>
          <w:lang w:val="zxx"/>
        </w:rPr>
        <w:t>principalId</w:t>
      </w:r>
      <w:r>
        <w:rPr>
          <w:b w:val="false"/>
          <w:sz w:val="28"/>
        </w:rPr>
        <w:t xml:space="preserve">, </w:t>
      </w:r>
      <w:r>
        <w:rPr>
          <w:b w:val="false"/>
          <w:sz w:val="28"/>
          <w:lang w:val="zxx"/>
        </w:rPr>
        <w:t>controlEpoch</w:t>
      </w:r>
      <w:r>
        <w:rPr>
          <w:b w:val="false"/>
          <w:sz w:val="28"/>
        </w:rPr>
        <w:t xml:space="preserve">, </w:t>
      </w:r>
      <w:r>
        <w:rPr>
          <w:b w:val="false"/>
          <w:sz w:val="28"/>
          <w:lang w:val="zxx"/>
        </w:rPr>
        <w:t>cmdSeq</w:t>
      </w:r>
      <w:r>
        <w:rPr>
          <w:b w:val="false"/>
          <w:sz w:val="28"/>
        </w:rPr>
        <w:t xml:space="preserve">, </w:t>
      </w:r>
      <w:r>
        <w:rPr>
          <w:b w:val="false"/>
          <w:sz w:val="28"/>
          <w:lang w:val="zxx"/>
        </w:rPr>
        <w:t>sessionId</w:t>
      </w:r>
      <w:r>
        <w:rPr>
          <w:b w:val="false"/>
          <w:sz w:val="28"/>
        </w:rPr>
        <w:t xml:space="preserve">, нормализованное поручение, точные ресурсы с </w:t>
      </w:r>
      <w:r>
        <w:rPr>
          <w:b w:val="false"/>
          <w:sz w:val="28"/>
          <w:lang w:val="zxx"/>
        </w:rPr>
        <w:t>bindingGeneration</w:t>
      </w:r>
      <w:r>
        <w:rPr>
          <w:b w:val="false"/>
          <w:sz w:val="28"/>
        </w:rPr>
        <w:t xml:space="preserve">, ревизии, </w:t>
      </w:r>
      <w:r>
        <w:rPr>
          <w:b w:val="false"/>
          <w:sz w:val="28"/>
          <w:lang w:val="zxx"/>
        </w:rPr>
        <w:t>onControlLoss</w:t>
      </w:r>
      <w:r>
        <w:rPr>
          <w:b w:val="false"/>
          <w:sz w:val="28"/>
        </w:rPr>
        <w:t xml:space="preserve"> и пределы исполнения. После завершения записи ее целостность проверяется чтением. Только затем разрешены </w:t>
      </w:r>
      <w:r>
        <w:rPr>
          <w:b w:val="false"/>
          <w:sz w:val="28"/>
          <w:lang w:val="zxx"/>
        </w:rPr>
        <w:t>accepted</w:t>
      </w:r>
      <w:r>
        <w:rPr>
          <w:b w:val="false"/>
          <w:sz w:val="28"/>
        </w:rPr>
        <w:t xml:space="preserve"> и передача задания ОУ. Отказ записи или проверки дает </w:t>
      </w:r>
      <w:r>
        <w:rPr>
          <w:b w:val="false"/>
          <w:sz w:val="28"/>
          <w:lang w:val="zxx"/>
        </w:rPr>
        <w:t>storageFault</w:t>
      </w:r>
      <w:r>
        <w:rPr>
          <w:b w:val="false"/>
          <w:sz w:val="28"/>
        </w:rPr>
        <w:t xml:space="preserve"> без воздействия.</w:t>
      </w:r>
    </w:p>
    <w:p>
      <w:pPr>
        <w:pStyle w:val="Normal"/>
        <w:jc w:val="both"/>
        <w:rPr/>
      </w:pPr>
      <w:r>
        <w:rPr>
          <w:b w:val="false"/>
          <w:sz w:val="28"/>
          <w:lang w:val="zxx"/>
        </w:rPr>
        <w:t>8.11</w:t>
      </w:r>
      <w:r>
        <w:rPr>
          <w:b w:val="false"/>
          <w:sz w:val="28"/>
        </w:rPr>
        <w:t xml:space="preserve"> Постоянный журнал использует обнаружение оборванной записи и атомарный признак фиксации: контрольная сумма/длина/поколение, затем </w:t>
      </w:r>
      <w:r>
        <w:rPr>
          <w:b w:val="false"/>
          <w:sz w:val="28"/>
          <w:lang w:val="zxx"/>
        </w:rPr>
        <w:t>commit-</w:t>
      </w:r>
      <w:r>
        <w:rPr>
          <w:b w:val="false"/>
          <w:sz w:val="28"/>
        </w:rPr>
        <w:t xml:space="preserve">маркер по гарантиям носителя. Единственная действующая запись не стирается до надежной фиксации замены. Незавершенная или поврежденная запись при загрузке означает </w:t>
      </w:r>
      <w:r>
        <w:rPr>
          <w:b w:val="false"/>
          <w:sz w:val="28"/>
          <w:lang w:val="zxx"/>
        </w:rPr>
        <w:t>unknown</w:t>
      </w:r>
      <w:r>
        <w:rPr>
          <w:b w:val="false"/>
          <w:sz w:val="28"/>
        </w:rPr>
        <w:t xml:space="preserve">; ее нельзя интерпретировать как отсутствие запуска. Успешная фиксация намерения без физической передачи также не доказывает, что ОУ звучало. Новый </w:t>
      </w:r>
      <w:r>
        <w:rPr>
          <w:b w:val="false"/>
          <w:sz w:val="28"/>
          <w:lang w:val="zxx"/>
        </w:rPr>
        <w:t>bootId</w:t>
      </w:r>
      <w:r>
        <w:rPr>
          <w:b w:val="false"/>
          <w:sz w:val="28"/>
        </w:rPr>
        <w:t xml:space="preserve"> не позволяет повторить </w:t>
      </w:r>
      <w:r>
        <w:rPr>
          <w:b w:val="false"/>
          <w:sz w:val="28"/>
          <w:lang w:val="zxx"/>
        </w:rPr>
        <w:t>session.start</w:t>
      </w:r>
      <w:r>
        <w:rPr>
          <w:b w:val="false"/>
          <w:sz w:val="28"/>
        </w:rPr>
        <w:t xml:space="preserve"> автоматически.</w:t>
      </w:r>
    </w:p>
    <w:p>
      <w:pPr>
        <w:pStyle w:val="Normal"/>
        <w:jc w:val="both"/>
        <w:rPr/>
      </w:pPr>
      <w:r>
        <w:rPr>
          <w:b w:val="false"/>
          <w:sz w:val="28"/>
          <w:lang w:val="zxx"/>
        </w:rPr>
        <w:t>8.12</w:t>
      </w:r>
      <w:r>
        <w:rPr>
          <w:b w:val="false"/>
          <w:sz w:val="28"/>
        </w:rPr>
        <w:t xml:space="preserve"> Закрытие записи воздействия </w:t>
      </w:r>
      <w:r>
        <w:rPr>
          <w:b w:val="false"/>
          <w:sz w:val="28"/>
          <w:lang w:val="zxx"/>
        </w:rPr>
        <w:t>ДОПУСКАЕТСЯ</w:t>
      </w:r>
      <w:r>
        <w:rPr>
          <w:b w:val="false"/>
          <w:sz w:val="28"/>
        </w:rPr>
        <w:t xml:space="preserve"> только после надежного сохранения результата и критерия </w:t>
      </w:r>
      <w:r>
        <w:rPr>
          <w:b w:val="false"/>
          <w:sz w:val="28"/>
          <w:lang w:val="zxx"/>
        </w:rPr>
        <w:t>off</w:t>
      </w:r>
      <w:r>
        <w:rPr>
          <w:b w:val="false"/>
          <w:sz w:val="28"/>
        </w:rPr>
        <w:t xml:space="preserve"> из профиля ОУ. Сбой </w:t>
      </w:r>
      <w:r>
        <w:rPr>
          <w:b w:val="false"/>
          <w:sz w:val="28"/>
          <w:lang w:val="zxx"/>
        </w:rPr>
        <w:t>Flash</w:t>
      </w:r>
      <w:r>
        <w:rPr>
          <w:b w:val="false"/>
          <w:sz w:val="28"/>
        </w:rPr>
        <w:t xml:space="preserve"> после воздействия сохраняет блокировку следующего </w:t>
      </w:r>
      <w:r>
        <w:rPr>
          <w:b w:val="false"/>
          <w:sz w:val="28"/>
          <w:lang w:val="zxx"/>
        </w:rPr>
        <w:t>session.start</w:t>
      </w:r>
      <w:r>
        <w:rPr>
          <w:b w:val="false"/>
          <w:sz w:val="28"/>
        </w:rPr>
        <w:t xml:space="preserve">; адресная остановка текущего исполнения не ждет записи </w:t>
      </w:r>
      <w:r>
        <w:rPr>
          <w:b w:val="false"/>
          <w:sz w:val="28"/>
          <w:lang w:val="zxx"/>
        </w:rPr>
        <w:t>Flash</w:t>
      </w:r>
      <w:r>
        <w:rPr>
          <w:b w:val="false"/>
          <w:sz w:val="28"/>
        </w:rPr>
        <w:t xml:space="preserve"> и </w:t>
      </w:r>
      <w:r>
        <w:rPr>
          <w:b w:val="false"/>
          <w:sz w:val="28"/>
          <w:lang w:val="zxx"/>
        </w:rPr>
        <w:t>ДОПУСКАЕТСЯ</w:t>
      </w:r>
      <w:r>
        <w:rPr>
          <w:b w:val="false"/>
          <w:sz w:val="28"/>
        </w:rPr>
        <w:t xml:space="preserve"> по сохраненному в </w:t>
      </w:r>
      <w:r>
        <w:rPr>
          <w:b w:val="false"/>
          <w:sz w:val="28"/>
          <w:lang w:val="zxx"/>
        </w:rPr>
        <w:t>RAM</w:t>
      </w:r>
      <w:r>
        <w:rPr>
          <w:b w:val="false"/>
          <w:sz w:val="28"/>
        </w:rPr>
        <w:t xml:space="preserve"> контексту владельца. Если после </w:t>
      </w:r>
      <w:r>
        <w:rPr>
          <w:b w:val="false"/>
          <w:sz w:val="28"/>
          <w:lang w:val="zxx"/>
        </w:rPr>
        <w:t>reboot</w:t>
      </w:r>
      <w:r>
        <w:rPr>
          <w:b w:val="false"/>
          <w:sz w:val="28"/>
        </w:rPr>
        <w:t xml:space="preserve"> нельзя доказать происхождение воздействия или привязку ресурса, автоматическая остановка по поврежденному журналу запрещена; используется местная процедура восстановления. Паспорт </w:t>
      </w:r>
      <w:r>
        <w:rPr>
          <w:b w:val="false"/>
          <w:sz w:val="28"/>
          <w:lang w:val="zxx"/>
        </w:rPr>
        <w:t>ДОЛЖЕН</w:t>
      </w:r>
      <w:r>
        <w:rPr>
          <w:b w:val="false"/>
          <w:sz w:val="28"/>
        </w:rPr>
        <w:t xml:space="preserve"> задавать емкость, ресурс перезаписи, максимальное время фиксации и поведение при полном журнале.</w:t>
      </w:r>
    </w:p>
    <w:p>
      <w:pPr>
        <w:pStyle w:val="Normal"/>
        <w:jc w:val="both"/>
        <w:rPr/>
      </w:pPr>
      <w:r>
        <w:rPr>
          <w:b w:val="false"/>
          <w:sz w:val="28"/>
          <w:lang w:val="zxx"/>
        </w:rPr>
        <w:t>8.13</w:t>
      </w:r>
      <w:r>
        <w:rPr>
          <w:b w:val="false"/>
          <w:sz w:val="28"/>
        </w:rPr>
        <w:t xml:space="preserve"> Приемочные отключения питания выполняются до и после записи намерения, </w:t>
      </w:r>
      <w:r>
        <w:rPr>
          <w:b w:val="false"/>
          <w:sz w:val="28"/>
          <w:lang w:val="zxx"/>
        </w:rPr>
        <w:t>commit-</w:t>
      </w:r>
      <w:r>
        <w:rPr>
          <w:b w:val="false"/>
          <w:sz w:val="28"/>
        </w:rPr>
        <w:t xml:space="preserve">маркера, ответа </w:t>
      </w:r>
      <w:r>
        <w:rPr>
          <w:b w:val="false"/>
          <w:sz w:val="28"/>
          <w:lang w:val="zxx"/>
        </w:rPr>
        <w:t>accepted</w:t>
      </w:r>
      <w:r>
        <w:rPr>
          <w:b w:val="false"/>
          <w:sz w:val="28"/>
        </w:rPr>
        <w:t xml:space="preserve">, передачи </w:t>
      </w:r>
      <w:r>
        <w:rPr>
          <w:b w:val="false"/>
          <w:sz w:val="28"/>
          <w:lang w:val="zxx"/>
        </w:rPr>
        <w:t>session.start</w:t>
      </w:r>
      <w:r>
        <w:rPr>
          <w:b w:val="false"/>
          <w:sz w:val="28"/>
        </w:rPr>
        <w:t xml:space="preserve"> ОУ, приема </w:t>
      </w:r>
      <w:r>
        <w:rPr>
          <w:b w:val="false"/>
          <w:sz w:val="28"/>
          <w:lang w:val="zxx"/>
        </w:rPr>
        <w:t>session.stop</w:t>
      </w:r>
      <w:r>
        <w:rPr>
          <w:b w:val="false"/>
          <w:sz w:val="28"/>
        </w:rPr>
        <w:t xml:space="preserve">, подтверждения </w:t>
      </w:r>
      <w:r>
        <w:rPr>
          <w:b w:val="false"/>
          <w:sz w:val="28"/>
          <w:lang w:val="zxx"/>
        </w:rPr>
        <w:t>off</w:t>
      </w:r>
      <w:r>
        <w:rPr>
          <w:b w:val="false"/>
          <w:sz w:val="28"/>
        </w:rPr>
        <w:t xml:space="preserve">, записи результата и стирания прежнего блока. Для каждой границы проверяются отсутствие повторного </w:t>
      </w:r>
      <w:r>
        <w:rPr>
          <w:b w:val="false"/>
          <w:sz w:val="28"/>
          <w:lang w:val="zxx"/>
        </w:rPr>
        <w:t>session.start</w:t>
      </w:r>
      <w:r>
        <w:rPr>
          <w:b w:val="false"/>
          <w:sz w:val="28"/>
        </w:rPr>
        <w:t>, сохранение происхождения воздействия и достижимость предусмотренного восстановления.</w:t>
      </w:r>
    </w:p>
    <w:p>
      <w:pPr>
        <w:pStyle w:val="2"/>
        <w:rPr/>
      </w:pPr>
      <w:r>
        <w:rPr/>
        <w:t>Восстановление после питания</w:t>
      </w:r>
    </w:p>
    <w:p>
      <w:pPr>
        <w:pStyle w:val="Normal"/>
        <w:jc w:val="both"/>
        <w:rPr/>
      </w:pPr>
      <w:r>
        <w:rPr>
          <w:b w:val="false"/>
          <w:sz w:val="28"/>
          <w:lang w:val="zxx"/>
        </w:rPr>
        <w:t>8.14</w:t>
      </w:r>
      <w:r>
        <w:rPr>
          <w:b w:val="false"/>
          <w:sz w:val="28"/>
        </w:rPr>
        <w:t xml:space="preserve"> Восстановление имеет состояния </w:t>
      </w:r>
      <w:r>
        <w:rPr>
          <w:b w:val="false"/>
          <w:sz w:val="28"/>
          <w:lang w:val="zxx"/>
        </w:rPr>
        <w:t>reconciling</w:t>
      </w:r>
      <w:r>
        <w:rPr>
          <w:b w:val="false"/>
          <w:sz w:val="28"/>
        </w:rPr>
        <w:t xml:space="preserve">, </w:t>
      </w:r>
      <w:r>
        <w:rPr>
          <w:b w:val="false"/>
          <w:sz w:val="28"/>
          <w:lang w:val="zxx"/>
        </w:rPr>
        <w:t>ready</w:t>
      </w:r>
      <w:r>
        <w:rPr>
          <w:b w:val="false"/>
          <w:sz w:val="28"/>
        </w:rPr>
        <w:t xml:space="preserve"> и </w:t>
      </w:r>
      <w:r>
        <w:rPr>
          <w:b w:val="false"/>
          <w:sz w:val="28"/>
          <w:lang w:val="zxx"/>
        </w:rPr>
        <w:t>localInterventionRequired</w:t>
      </w:r>
      <w:r>
        <w:rPr>
          <w:b w:val="false"/>
          <w:sz w:val="28"/>
        </w:rPr>
        <w:t xml:space="preserve">, отдельные от сеанса. После </w:t>
      </w:r>
      <w:r>
        <w:rPr>
          <w:b w:val="false"/>
          <w:sz w:val="28"/>
          <w:lang w:val="zxx"/>
        </w:rPr>
        <w:t>reboot</w:t>
      </w:r>
      <w:r>
        <w:rPr>
          <w:b w:val="false"/>
          <w:sz w:val="28"/>
        </w:rPr>
        <w:t xml:space="preserve"> УУ меняет </w:t>
      </w:r>
      <w:r>
        <w:rPr>
          <w:b w:val="false"/>
          <w:sz w:val="28"/>
          <w:lang w:val="zxx"/>
        </w:rPr>
        <w:t>bootId</w:t>
      </w:r>
      <w:r>
        <w:rPr>
          <w:b w:val="false"/>
          <w:sz w:val="28"/>
        </w:rPr>
        <w:t xml:space="preserve">, запрещает </w:t>
      </w:r>
      <w:r>
        <w:rPr>
          <w:b w:val="false"/>
          <w:sz w:val="28"/>
          <w:lang w:val="zxx"/>
        </w:rPr>
        <w:t>session.start</w:t>
      </w:r>
      <w:r>
        <w:rPr>
          <w:b w:val="false"/>
          <w:sz w:val="28"/>
        </w:rPr>
        <w:t xml:space="preserve"> и читает журнал незавершенного воздействия и наблюдения ОУ. Если сохраненная привязка совпадает и журнал указывает собственное незавершенное исполнение, заранее настроенная процедура </w:t>
      </w:r>
      <w:r>
        <w:rPr>
          <w:b w:val="false"/>
          <w:sz w:val="28"/>
          <w:lang w:val="zxx"/>
        </w:rPr>
        <w:t>recoveryStop</w:t>
      </w:r>
      <w:r>
        <w:rPr>
          <w:b w:val="false"/>
          <w:sz w:val="28"/>
        </w:rPr>
        <w:t xml:space="preserve"> может выдать ограниченную остановку его ресурсов. Эта процедура является восстановлением после сбоя; она не принимает произвольный сетевой </w:t>
      </w:r>
      <w:r>
        <w:rPr>
          <w:b w:val="false"/>
          <w:sz w:val="28"/>
          <w:lang w:val="zxx"/>
        </w:rPr>
        <w:t>session.stop</w:t>
      </w:r>
      <w:r>
        <w:rPr>
          <w:b w:val="false"/>
          <w:sz w:val="28"/>
        </w:rPr>
        <w:t xml:space="preserve"> без </w:t>
      </w:r>
      <w:r>
        <w:rPr>
          <w:b w:val="false"/>
          <w:sz w:val="28"/>
          <w:lang w:val="zxx"/>
        </w:rPr>
        <w:t>sessionId.</w:t>
      </w:r>
    </w:p>
    <w:p>
      <w:pPr>
        <w:pStyle w:val="Normal"/>
        <w:keepNext w:val="true"/>
        <w:jc w:val="start"/>
        <w:rPr/>
      </w:pPr>
      <w:r>
        <w:rPr>
          <w:b/>
          <w:sz w:val="28"/>
          <w:lang w:val="zxx"/>
        </w:rPr>
        <w:t>8.15</w:t>
      </w:r>
      <w:r>
        <w:rPr>
          <w:b/>
          <w:sz w:val="28"/>
        </w:rPr>
        <w:t xml:space="preserve"> Достоверный </w:t>
      </w:r>
      <w:r>
        <w:rPr>
          <w:b/>
          <w:sz w:val="28"/>
          <w:lang w:val="zxx"/>
        </w:rPr>
        <w:t>off</w:t>
      </w:r>
    </w:p>
    <w:p>
      <w:pPr>
        <w:pStyle w:val="Normal"/>
        <w:jc w:val="both"/>
        <w:rPr/>
      </w:pPr>
      <w:r>
        <w:rPr>
          <w:b w:val="false"/>
          <w:sz w:val="28"/>
        </w:rPr>
        <w:t xml:space="preserve">Профиль задает источник, свежесть и необходимое число независимых наблюдений. После выполнения критерия УУ переходит в </w:t>
      </w:r>
      <w:r>
        <w:rPr>
          <w:b w:val="false"/>
          <w:sz w:val="28"/>
          <w:lang w:val="zxx"/>
        </w:rPr>
        <w:t>ready.</w:t>
      </w:r>
    </w:p>
    <w:p>
      <w:pPr>
        <w:pStyle w:val="Normal"/>
        <w:keepNext w:val="true"/>
        <w:jc w:val="start"/>
        <w:rPr/>
      </w:pPr>
      <w:r>
        <w:rPr>
          <w:b/>
          <w:sz w:val="28"/>
          <w:lang w:val="zxx"/>
        </w:rPr>
        <w:t>8.16</w:t>
      </w:r>
      <w:r>
        <w:rPr>
          <w:b/>
          <w:sz w:val="28"/>
        </w:rPr>
        <w:t xml:space="preserve"> Собственное незавершенное воздействие</w:t>
      </w:r>
    </w:p>
    <w:p>
      <w:pPr>
        <w:pStyle w:val="Normal"/>
        <w:jc w:val="both"/>
        <w:rPr/>
      </w:pPr>
      <w:r>
        <w:rPr>
          <w:b w:val="false"/>
          <w:sz w:val="28"/>
        </w:rPr>
        <w:t xml:space="preserve">Применяется описанная в паспорте </w:t>
      </w:r>
      <w:r>
        <w:rPr>
          <w:b w:val="false"/>
          <w:sz w:val="28"/>
          <w:lang w:val="zxx"/>
        </w:rPr>
        <w:t>recoveryStop:</w:t>
      </w:r>
      <w:r>
        <w:rPr>
          <w:b w:val="false"/>
          <w:sz w:val="28"/>
        </w:rPr>
        <w:t xml:space="preserve"> точные ресурсы, допустимые команды, предел попыток и срок подтверждения. Отправленная команда дает </w:t>
      </w:r>
      <w:r>
        <w:rPr>
          <w:b w:val="false"/>
          <w:sz w:val="28"/>
          <w:lang w:val="zxx"/>
        </w:rPr>
        <w:t>commandedOff</w:t>
      </w:r>
      <w:r>
        <w:rPr>
          <w:b w:val="false"/>
          <w:sz w:val="28"/>
        </w:rPr>
        <w:t xml:space="preserve">, а не </w:t>
      </w:r>
      <w:r>
        <w:rPr>
          <w:b w:val="false"/>
          <w:sz w:val="28"/>
          <w:lang w:val="zxx"/>
        </w:rPr>
        <w:t>off.</w:t>
      </w:r>
    </w:p>
    <w:p>
      <w:pPr>
        <w:pStyle w:val="Normal"/>
        <w:keepNext w:val="true"/>
        <w:jc w:val="start"/>
        <w:rPr/>
      </w:pPr>
      <w:r>
        <w:rPr>
          <w:b/>
          <w:sz w:val="28"/>
          <w:lang w:val="zxx"/>
        </w:rPr>
        <w:t>8.17</w:t>
      </w:r>
      <w:r>
        <w:rPr>
          <w:b/>
          <w:sz w:val="28"/>
        </w:rPr>
        <w:t xml:space="preserve"> Потеря взаимодействия с ОУ без перезагрузки</w:t>
      </w:r>
    </w:p>
    <w:p>
      <w:pPr>
        <w:pStyle w:val="Normal"/>
        <w:jc w:val="both"/>
        <w:rPr/>
      </w:pPr>
      <w:r>
        <w:rPr>
          <w:b w:val="false"/>
          <w:sz w:val="28"/>
        </w:rPr>
        <w:t>Сохраняются владелец, сеанс и неизвестный результат. После восстановления взаимодействия с ОУ выполняется та же проверка выключения; новое включение само не возникает.</w:t>
      </w:r>
    </w:p>
    <w:p>
      <w:pPr>
        <w:pStyle w:val="Normal"/>
        <w:keepNext w:val="true"/>
        <w:jc w:val="start"/>
        <w:rPr/>
      </w:pPr>
      <w:r>
        <w:rPr>
          <w:b/>
          <w:sz w:val="28"/>
          <w:lang w:val="zxx"/>
        </w:rPr>
        <w:t>8.18</w:t>
      </w:r>
      <w:r>
        <w:rPr>
          <w:b/>
          <w:sz w:val="28"/>
        </w:rPr>
        <w:t xml:space="preserve"> Неизвестное происхождение включения</w:t>
      </w:r>
    </w:p>
    <w:p>
      <w:pPr>
        <w:pStyle w:val="Normal"/>
        <w:jc w:val="both"/>
        <w:rPr/>
      </w:pPr>
      <w:r>
        <w:rPr>
          <w:b w:val="false"/>
          <w:sz w:val="28"/>
        </w:rPr>
        <w:t>Чужое или местное воздействие не присваивается старому сеансу. Автоматическая остановка без разрешенного правила профиля запрещена.</w:t>
      </w:r>
    </w:p>
    <w:p>
      <w:pPr>
        <w:pStyle w:val="Normal"/>
        <w:keepNext w:val="true"/>
        <w:jc w:val="start"/>
        <w:rPr/>
      </w:pPr>
      <w:r>
        <w:rPr>
          <w:b/>
          <w:sz w:val="28"/>
          <w:lang w:val="zxx"/>
        </w:rPr>
        <w:t>8.19</w:t>
      </w:r>
      <w:r>
        <w:rPr>
          <w:b/>
          <w:sz w:val="28"/>
        </w:rPr>
        <w:t xml:space="preserve"> ОУ без достаточной обратной связи</w:t>
      </w:r>
    </w:p>
    <w:p>
      <w:pPr>
        <w:pStyle w:val="Normal"/>
        <w:jc w:val="both"/>
        <w:rPr/>
      </w:pPr>
      <w:r>
        <w:rPr>
          <w:b w:val="false"/>
          <w:sz w:val="28"/>
        </w:rPr>
        <w:t>Используется независимая обратная связь либо местное восстановление с подтвержденным физическим отключением. Нажатие сетевой кнопки квитирования или истечение таймера не снимает блокировку.</w:t>
      </w:r>
    </w:p>
    <w:p>
      <w:pPr>
        <w:pStyle w:val="Normal"/>
        <w:keepNext w:val="true"/>
        <w:jc w:val="start"/>
        <w:rPr/>
      </w:pPr>
      <w:r>
        <w:rPr>
          <w:b/>
          <w:sz w:val="28"/>
          <w:lang w:val="zxx"/>
        </w:rPr>
        <w:t>8.20</w:t>
      </w:r>
      <w:r>
        <w:rPr>
          <w:b/>
          <w:sz w:val="28"/>
        </w:rPr>
        <w:t xml:space="preserve"> Истек </w:t>
      </w:r>
      <w:r>
        <w:rPr>
          <w:b/>
          <w:sz w:val="28"/>
          <w:lang w:val="zxx"/>
        </w:rPr>
        <w:t>recoveryTimeoutMs</w:t>
      </w:r>
    </w:p>
    <w:p>
      <w:pPr>
        <w:pStyle w:val="Normal"/>
        <w:jc w:val="both"/>
        <w:rPr/>
      </w:pPr>
      <w:r>
        <w:rPr>
          <w:b w:val="false"/>
          <w:sz w:val="28"/>
          <w:lang w:val="zxx"/>
        </w:rPr>
        <w:t>localInterventionRequired</w:t>
      </w:r>
      <w:r>
        <w:rPr>
          <w:b w:val="false"/>
          <w:sz w:val="28"/>
        </w:rPr>
        <w:t xml:space="preserve"> с причиной, ресурсами и необходимым действием. УУ продолжает диагностику; новый достоверный критерий </w:t>
      </w:r>
      <w:r>
        <w:rPr>
          <w:b w:val="false"/>
          <w:sz w:val="28"/>
          <w:lang w:val="zxx"/>
        </w:rPr>
        <w:t>off</w:t>
      </w:r>
      <w:r>
        <w:rPr>
          <w:b w:val="false"/>
          <w:sz w:val="28"/>
        </w:rPr>
        <w:t xml:space="preserve"> позволяет завершить восстановление без нового включения.</w:t>
      </w:r>
    </w:p>
    <w:p>
      <w:pPr>
        <w:pStyle w:val="Normal"/>
        <w:jc w:val="both"/>
        <w:rPr/>
      </w:pPr>
      <w:r>
        <w:rPr>
          <w:b w:val="false"/>
          <w:sz w:val="28"/>
          <w:lang w:val="zxx"/>
        </w:rPr>
        <w:t>8.21</w:t>
      </w:r>
      <w:r>
        <w:rPr>
          <w:b w:val="false"/>
          <w:sz w:val="28"/>
        </w:rPr>
        <w:t xml:space="preserve"> Паспорт ОУ </w:t>
      </w:r>
      <w:r>
        <w:rPr>
          <w:b w:val="false"/>
          <w:sz w:val="28"/>
          <w:lang w:val="zxx"/>
        </w:rPr>
        <w:t>ДОЛЖЕН</w:t>
      </w:r>
      <w:r>
        <w:rPr>
          <w:b w:val="false"/>
          <w:sz w:val="28"/>
        </w:rPr>
        <w:t xml:space="preserve"> содержать </w:t>
      </w:r>
      <w:r>
        <w:rPr>
          <w:b w:val="false"/>
          <w:sz w:val="28"/>
          <w:lang w:val="zxx"/>
        </w:rPr>
        <w:t>recoveryTimeoutMs</w:t>
      </w:r>
      <w:r>
        <w:rPr>
          <w:b w:val="false"/>
          <w:sz w:val="28"/>
        </w:rPr>
        <w:t xml:space="preserve">, </w:t>
      </w:r>
      <w:r>
        <w:rPr>
          <w:b w:val="false"/>
          <w:sz w:val="28"/>
          <w:lang w:val="zxx"/>
        </w:rPr>
        <w:t>recoveryStop</w:t>
      </w:r>
      <w:r>
        <w:rPr>
          <w:b w:val="false"/>
          <w:sz w:val="28"/>
        </w:rPr>
        <w:t xml:space="preserve"> либо запрет автоматического воздействия, критерий </w:t>
      </w:r>
      <w:r>
        <w:rPr>
          <w:b w:val="false"/>
          <w:sz w:val="28"/>
          <w:lang w:val="zxx"/>
        </w:rPr>
        <w:t>off</w:t>
      </w:r>
      <w:r>
        <w:rPr>
          <w:b w:val="false"/>
          <w:sz w:val="28"/>
        </w:rPr>
        <w:t xml:space="preserve">, источник местного подтверждения и порядок снятия </w:t>
      </w:r>
      <w:r>
        <w:rPr>
          <w:b w:val="false"/>
          <w:sz w:val="28"/>
          <w:lang w:val="zxx"/>
        </w:rPr>
        <w:t>localInterventionRequired.</w:t>
      </w:r>
      <w:r>
        <w:rPr>
          <w:b w:val="false"/>
          <w:sz w:val="28"/>
        </w:rPr>
        <w:t xml:space="preserve"> Местное подтверждение привязано к текущим </w:t>
      </w:r>
      <w:r>
        <w:rPr>
          <w:b w:val="false"/>
          <w:sz w:val="28"/>
          <w:lang w:val="zxx"/>
        </w:rPr>
        <w:t>bootId</w:t>
      </w:r>
      <w:r>
        <w:rPr>
          <w:b w:val="false"/>
          <w:sz w:val="28"/>
        </w:rPr>
        <w:t xml:space="preserve"> и </w:t>
      </w:r>
      <w:r>
        <w:rPr>
          <w:b w:val="false"/>
          <w:sz w:val="28"/>
          <w:lang w:val="zxx"/>
        </w:rPr>
        <w:t>bindingGeneration</w:t>
      </w:r>
      <w:r>
        <w:rPr>
          <w:b w:val="false"/>
          <w:sz w:val="28"/>
        </w:rPr>
        <w:t xml:space="preserve"> и поступает через объявленный физический сервисный вход или доверенную сервисную процедуру; удаленный флаг оператора не заменяет это доказательство. Профиль без автоматической обратной связи обязан явно требовать местного вмешательства, а не обещать автоматическое восстановление.</w:t>
      </w:r>
    </w:p>
    <w:p>
      <w:pPr>
        <w:pStyle w:val="Normal"/>
        <w:jc w:val="both"/>
        <w:rPr/>
      </w:pPr>
      <w:r>
        <w:rPr>
          <w:b w:val="false"/>
          <w:sz w:val="28"/>
          <w:lang w:val="zxx"/>
        </w:rPr>
        <w:t>8.22</w:t>
      </w:r>
      <w:r>
        <w:rPr>
          <w:b w:val="false"/>
          <w:sz w:val="28"/>
        </w:rPr>
        <w:t xml:space="preserve"> </w:t>
      </w:r>
      <w:r>
        <w:rPr>
          <w:b w:val="false"/>
          <w:sz w:val="28"/>
          <w:lang w:val="zxx"/>
        </w:rPr>
        <w:t>finish</w:t>
      </w:r>
      <w:r>
        <w:rPr>
          <w:b w:val="false"/>
          <w:sz w:val="28"/>
        </w:rPr>
        <w:t xml:space="preserve"> относится только к уже принятому конечному исполнению, включая его </w:t>
      </w:r>
      <w:r>
        <w:rPr>
          <w:b w:val="false"/>
          <w:sz w:val="28"/>
          <w:lang w:val="zxx"/>
        </w:rPr>
        <w:t>starting.</w:t>
      </w:r>
      <w:r>
        <w:rPr>
          <w:b w:val="false"/>
          <w:sz w:val="28"/>
        </w:rPr>
        <w:t xml:space="preserve"> Потеря управления не отменяет принятую подготовку, но не продлевает </w:t>
      </w:r>
      <w:r>
        <w:rPr>
          <w:b w:val="false"/>
          <w:sz w:val="28"/>
          <w:lang w:val="zxx"/>
        </w:rPr>
        <w:t>prepareTimeoutMs</w:t>
      </w:r>
      <w:r>
        <w:rPr>
          <w:b w:val="false"/>
          <w:sz w:val="28"/>
        </w:rPr>
        <w:t xml:space="preserve"> или </w:t>
      </w:r>
      <w:r>
        <w:rPr>
          <w:b w:val="false"/>
          <w:sz w:val="28"/>
          <w:lang w:val="zxx"/>
        </w:rPr>
        <w:t>maxDurationMs.</w:t>
      </w:r>
      <w:r>
        <w:rPr>
          <w:b w:val="false"/>
          <w:sz w:val="28"/>
        </w:rPr>
        <w:t xml:space="preserve"> Следующий самостоятельный сеанс, для которого </w:t>
      </w:r>
      <w:r>
        <w:rPr>
          <w:b w:val="false"/>
          <w:sz w:val="28"/>
          <w:lang w:val="zxx"/>
        </w:rPr>
        <w:t>session.start</w:t>
      </w:r>
      <w:r>
        <w:rPr>
          <w:b w:val="false"/>
          <w:sz w:val="28"/>
        </w:rPr>
        <w:t xml:space="preserve"> еще не принят, не исполняется. Все этапы уже принятого </w:t>
      </w:r>
      <w:r>
        <w:rPr>
          <w:b w:val="false"/>
          <w:sz w:val="28"/>
          <w:lang w:val="zxx"/>
        </w:rPr>
        <w:t>mode=program</w:t>
      </w:r>
      <w:r>
        <w:rPr>
          <w:b w:val="false"/>
          <w:sz w:val="28"/>
        </w:rPr>
        <w:t xml:space="preserve"> входят в единое поручение и продолжаются по правилам раздела </w:t>
      </w:r>
      <w:r>
        <w:rPr>
          <w:b w:val="false"/>
          <w:sz w:val="28"/>
          <w:lang w:val="zxx"/>
        </w:rPr>
        <w:t>26.</w:t>
      </w:r>
      <w:r>
        <w:rPr>
          <w:b w:val="false"/>
          <w:sz w:val="28"/>
        </w:rPr>
        <w:t xml:space="preserve"> Перезапуск УУ всегда переводит ресурсы в восстановление, независимо от </w:t>
      </w:r>
      <w:r>
        <w:rPr>
          <w:b w:val="false"/>
          <w:sz w:val="28"/>
          <w:lang w:val="zxx"/>
        </w:rPr>
        <w:t>finish.</w:t>
      </w:r>
    </w:p>
    <w:p>
      <w:pPr>
        <w:pStyle w:val="2"/>
        <w:rPr/>
      </w:pPr>
      <w:r>
        <w:rPr/>
        <w:t>Хранение результатов</w:t>
      </w:r>
    </w:p>
    <w:p>
      <w:pPr>
        <w:pStyle w:val="Normal"/>
        <w:keepNext w:val="true"/>
        <w:jc w:val="start"/>
        <w:rPr/>
      </w:pPr>
      <w:r>
        <w:rPr>
          <w:b/>
          <w:sz w:val="28"/>
          <w:lang w:val="zxx"/>
        </w:rPr>
        <w:t>8.23</w:t>
      </w:r>
      <w:r>
        <w:rPr>
          <w:b/>
          <w:sz w:val="28"/>
        </w:rPr>
        <w:t xml:space="preserve"> Результат через </w:t>
      </w:r>
      <w:r>
        <w:rPr>
          <w:b/>
          <w:sz w:val="28"/>
          <w:lang w:val="zxx"/>
        </w:rPr>
        <w:t>session.get</w:t>
      </w:r>
    </w:p>
    <w:p>
      <w:pPr>
        <w:pStyle w:val="Normal"/>
        <w:jc w:val="both"/>
        <w:rPr/>
      </w:pPr>
      <w:r>
        <w:rPr>
          <w:b w:val="false"/>
          <w:sz w:val="28"/>
        </w:rPr>
        <w:t xml:space="preserve">Не менее </w:t>
      </w:r>
      <w:r>
        <w:rPr>
          <w:b w:val="false"/>
          <w:sz w:val="28"/>
          <w:lang w:val="zxx"/>
        </w:rPr>
        <w:t>resultRetentionMs</w:t>
      </w:r>
      <w:r>
        <w:rPr>
          <w:b w:val="false"/>
          <w:sz w:val="28"/>
        </w:rPr>
        <w:t xml:space="preserve"> от перехода в </w:t>
      </w:r>
      <w:r>
        <w:rPr>
          <w:b w:val="false"/>
          <w:sz w:val="28"/>
          <w:lang w:val="zxx"/>
        </w:rPr>
        <w:t>finished</w:t>
      </w:r>
      <w:r>
        <w:rPr>
          <w:b w:val="false"/>
          <w:sz w:val="28"/>
        </w:rPr>
        <w:t xml:space="preserve"> в пределах одной непрерывной загрузки УУ. Отключение АРМ, </w:t>
      </w:r>
      <w:r>
        <w:rPr>
          <w:b w:val="false"/>
          <w:sz w:val="28"/>
          <w:lang w:val="zxx"/>
        </w:rPr>
        <w:t>release</w:t>
      </w:r>
      <w:r>
        <w:rPr>
          <w:b w:val="false"/>
          <w:sz w:val="28"/>
        </w:rPr>
        <w:t xml:space="preserve"> и новая эпоха в той же загрузке не сокращают срок; права чтения проверяются отдельно.</w:t>
      </w:r>
    </w:p>
    <w:p>
      <w:pPr>
        <w:pStyle w:val="Normal"/>
        <w:keepNext w:val="true"/>
        <w:jc w:val="start"/>
        <w:rPr/>
      </w:pPr>
      <w:r>
        <w:rPr>
          <w:b/>
          <w:sz w:val="28"/>
          <w:lang w:val="zxx"/>
        </w:rPr>
        <w:t>8.24</w:t>
      </w:r>
      <w:r>
        <w:rPr>
          <w:b/>
          <w:sz w:val="28"/>
        </w:rPr>
        <w:t xml:space="preserve"> Намерение и итог в постоянном журнале</w:t>
      </w:r>
    </w:p>
    <w:p>
      <w:pPr>
        <w:pStyle w:val="Normal"/>
        <w:jc w:val="both"/>
        <w:rPr/>
      </w:pPr>
      <w:r>
        <w:rPr>
          <w:b w:val="false"/>
          <w:sz w:val="28"/>
        </w:rPr>
        <w:t xml:space="preserve">Для восстановления сохраняются происхождение, ресурсы, решение о завершении и свидетельство критерия </w:t>
      </w:r>
      <w:r>
        <w:rPr>
          <w:b w:val="false"/>
          <w:sz w:val="28"/>
          <w:lang w:val="zxx"/>
        </w:rPr>
        <w:t>off.</w:t>
      </w:r>
      <w:r>
        <w:rPr>
          <w:b w:val="false"/>
          <w:sz w:val="28"/>
        </w:rPr>
        <w:t xml:space="preserve"> Незакрытое или сомнительное воздействие не удаляется по истечении </w:t>
      </w:r>
      <w:r>
        <w:rPr>
          <w:b w:val="false"/>
          <w:sz w:val="28"/>
          <w:lang w:val="zxx"/>
        </w:rPr>
        <w:t>resultRetentionMs.</w:t>
      </w:r>
      <w:r>
        <w:rPr>
          <w:b w:val="false"/>
          <w:sz w:val="28"/>
        </w:rPr>
        <w:t xml:space="preserve"> Полный набор страниц, </w:t>
      </w:r>
      <w:r>
        <w:rPr>
          <w:b w:val="false"/>
          <w:sz w:val="28"/>
          <w:lang w:val="zxx"/>
        </w:rPr>
        <w:t>checks</w:t>
      </w:r>
      <w:r>
        <w:rPr>
          <w:b w:val="false"/>
          <w:sz w:val="28"/>
        </w:rPr>
        <w:t xml:space="preserve"> и </w:t>
      </w:r>
      <w:r>
        <w:rPr>
          <w:b w:val="false"/>
          <w:sz w:val="28"/>
          <w:lang w:val="zxx"/>
        </w:rPr>
        <w:t>observations</w:t>
      </w:r>
      <w:r>
        <w:rPr>
          <w:b w:val="false"/>
          <w:sz w:val="28"/>
        </w:rPr>
        <w:t xml:space="preserve"> не обязан храниться в энергонезависимой памяти ядра.</w:t>
      </w:r>
    </w:p>
    <w:p>
      <w:pPr>
        <w:pStyle w:val="Normal"/>
        <w:keepNext w:val="true"/>
        <w:jc w:val="start"/>
        <w:rPr/>
      </w:pPr>
      <w:r>
        <w:rPr>
          <w:b/>
          <w:sz w:val="28"/>
          <w:lang w:val="zxx"/>
        </w:rPr>
        <w:t>8.25</w:t>
      </w:r>
      <w:r>
        <w:rPr>
          <w:b/>
          <w:sz w:val="28"/>
        </w:rPr>
        <w:t xml:space="preserve"> Перезагрузка УУ</w:t>
      </w:r>
    </w:p>
    <w:p>
      <w:pPr>
        <w:pStyle w:val="Normal"/>
        <w:jc w:val="start"/>
        <w:rPr/>
      </w:pPr>
      <w:r>
        <w:rPr>
          <w:b w:val="false"/>
          <w:sz w:val="28"/>
        </w:rPr>
        <w:t xml:space="preserve">Старый </w:t>
      </w:r>
      <w:r>
        <w:rPr>
          <w:b w:val="false"/>
          <w:sz w:val="28"/>
          <w:lang w:val="zxx"/>
        </w:rPr>
        <w:t>bootId</w:t>
      </w:r>
      <w:r>
        <w:rPr>
          <w:b w:val="false"/>
          <w:sz w:val="28"/>
        </w:rPr>
        <w:t xml:space="preserve"> в </w:t>
      </w:r>
      <w:r>
        <w:rPr>
          <w:b w:val="false"/>
          <w:sz w:val="28"/>
          <w:lang w:val="zxx"/>
        </w:rPr>
        <w:t>session.get</w:t>
      </w:r>
      <w:r>
        <w:rPr>
          <w:b w:val="false"/>
          <w:sz w:val="28"/>
        </w:rPr>
        <w:t xml:space="preserve"> получает </w:t>
      </w:r>
      <w:r>
        <w:rPr>
          <w:b w:val="false"/>
          <w:sz w:val="28"/>
          <w:lang w:val="zxx"/>
        </w:rPr>
        <w:t>staleBoot.</w:t>
      </w:r>
      <w:r>
        <w:rPr>
          <w:b w:val="false"/>
          <w:sz w:val="28"/>
        </w:rPr>
        <w:t xml:space="preserve"> Запрос с новым </w:t>
      </w:r>
      <w:r>
        <w:rPr>
          <w:b w:val="false"/>
          <w:sz w:val="28"/>
          <w:lang w:val="zxx"/>
        </w:rPr>
        <w:t>bootId</w:t>
      </w:r>
      <w:r>
        <w:rPr>
          <w:b w:val="false"/>
          <w:sz w:val="28"/>
        </w:rPr>
        <w:t xml:space="preserve"> не является способом адресовать прошлую загрузку; неизвестный прежний </w:t>
      </w:r>
      <w:r>
        <w:rPr>
          <w:b w:val="false"/>
          <w:sz w:val="28"/>
          <w:lang w:val="zxx"/>
        </w:rPr>
        <w:t>sessionId</w:t>
      </w:r>
      <w:r>
        <w:rPr>
          <w:b w:val="false"/>
          <w:sz w:val="28"/>
        </w:rPr>
        <w:t xml:space="preserve"> дает </w:t>
      </w:r>
      <w:r>
        <w:rPr>
          <w:b w:val="false"/>
          <w:sz w:val="28"/>
          <w:lang w:val="zxx"/>
        </w:rPr>
        <w:t>notFound</w:t>
      </w:r>
      <w:r>
        <w:rPr>
          <w:b w:val="false"/>
          <w:sz w:val="28"/>
        </w:rPr>
        <w:t xml:space="preserve"> либо </w:t>
      </w:r>
      <w:r>
        <w:rPr>
          <w:b w:val="false"/>
          <w:sz w:val="28"/>
          <w:lang w:val="zxx"/>
        </w:rPr>
        <w:t>resultExpired</w:t>
      </w:r>
      <w:r>
        <w:rPr>
          <w:b w:val="false"/>
          <w:sz w:val="28"/>
        </w:rPr>
        <w:t xml:space="preserve"> по доступной истории. Ни один из этих отказов не доказывает отсутствия воздействия.</w:t>
      </w:r>
    </w:p>
    <w:p>
      <w:pPr>
        <w:pStyle w:val="Normal"/>
        <w:keepNext w:val="true"/>
        <w:jc w:val="start"/>
        <w:rPr/>
      </w:pPr>
      <w:r>
        <w:rPr>
          <w:b/>
          <w:sz w:val="28"/>
          <w:lang w:val="zxx"/>
        </w:rPr>
        <w:t>8.26</w:t>
      </w:r>
      <w:r>
        <w:rPr>
          <w:b/>
          <w:sz w:val="28"/>
        </w:rPr>
        <w:t xml:space="preserve"> Сведения восстановления</w:t>
      </w:r>
    </w:p>
    <w:p>
      <w:pPr>
        <w:pStyle w:val="Normal"/>
        <w:jc w:val="both"/>
        <w:rPr/>
      </w:pPr>
      <w:r>
        <w:rPr>
          <w:b w:val="false"/>
          <w:sz w:val="28"/>
        </w:rPr>
        <w:t xml:space="preserve">Журнал прежней загрузки используется локальной процедурой </w:t>
      </w:r>
      <w:r>
        <w:rPr>
          <w:b w:val="false"/>
          <w:sz w:val="28"/>
          <w:lang w:val="zxx"/>
        </w:rPr>
        <w:t>recovery.</w:t>
      </w:r>
      <w:r>
        <w:rPr>
          <w:b w:val="false"/>
          <w:sz w:val="28"/>
        </w:rPr>
        <w:t xml:space="preserve"> Через </w:t>
      </w:r>
      <w:r>
        <w:rPr>
          <w:b w:val="false"/>
          <w:sz w:val="28"/>
          <w:lang w:val="zxx"/>
        </w:rPr>
        <w:t>device.state</w:t>
      </w:r>
      <w:r>
        <w:rPr>
          <w:b w:val="false"/>
          <w:sz w:val="28"/>
        </w:rPr>
        <w:t xml:space="preserve"> нового </w:t>
      </w:r>
      <w:r>
        <w:rPr>
          <w:b w:val="false"/>
          <w:sz w:val="28"/>
          <w:lang w:val="zxx"/>
        </w:rPr>
        <w:t>bootId</w:t>
      </w:r>
      <w:r>
        <w:rPr>
          <w:b w:val="false"/>
          <w:sz w:val="28"/>
        </w:rPr>
        <w:t xml:space="preserve"> доступны текущее </w:t>
      </w:r>
      <w:r>
        <w:rPr>
          <w:b w:val="false"/>
          <w:sz w:val="28"/>
          <w:lang w:val="zxx"/>
        </w:rPr>
        <w:t>recovery</w:t>
      </w:r>
      <w:r>
        <w:rPr>
          <w:b w:val="false"/>
          <w:sz w:val="28"/>
        </w:rPr>
        <w:t xml:space="preserve">, состояние ресурсов и аварий. Это не выдача прежнего результата и не перенос его времени в новую шкалу </w:t>
      </w:r>
      <w:r>
        <w:rPr>
          <w:b w:val="false"/>
          <w:sz w:val="28"/>
          <w:lang w:val="zxx"/>
        </w:rPr>
        <w:t>uptimeMs.</w:t>
      </w:r>
    </w:p>
    <w:p>
      <w:pPr>
        <w:pStyle w:val="Normal"/>
        <w:keepNext w:val="true"/>
        <w:jc w:val="start"/>
        <w:rPr/>
      </w:pPr>
      <w:r>
        <w:rPr>
          <w:b/>
          <w:sz w:val="28"/>
          <w:lang w:val="zxx"/>
        </w:rPr>
        <w:t>8.27</w:t>
      </w:r>
      <w:r>
        <w:rPr>
          <w:b/>
          <w:sz w:val="28"/>
        </w:rPr>
        <w:t xml:space="preserve"> Архив между загрузками</w:t>
      </w:r>
    </w:p>
    <w:p>
      <w:pPr>
        <w:pStyle w:val="Normal"/>
        <w:jc w:val="both"/>
        <w:rPr/>
      </w:pPr>
      <w:r>
        <w:rPr>
          <w:b w:val="false"/>
          <w:sz w:val="28"/>
        </w:rPr>
        <w:t xml:space="preserve">Чтение прежних результатов требует отдельного версионированного профиля постоянного журнала с адресацией исходного </w:t>
      </w:r>
      <w:r>
        <w:rPr>
          <w:b w:val="false"/>
          <w:sz w:val="28"/>
          <w:lang w:val="zxx"/>
        </w:rPr>
        <w:t>bootId</w:t>
      </w:r>
      <w:r>
        <w:rPr>
          <w:b w:val="false"/>
          <w:sz w:val="28"/>
        </w:rPr>
        <w:t xml:space="preserve">, сроком хранения и правами. </w:t>
      </w:r>
      <w:r>
        <w:rPr>
          <w:b w:val="false"/>
          <w:sz w:val="28"/>
          <w:lang w:val="zxx"/>
        </w:rPr>
        <w:t>log.read</w:t>
      </w:r>
      <w:r>
        <w:rPr>
          <w:b w:val="false"/>
          <w:sz w:val="28"/>
        </w:rPr>
        <w:t xml:space="preserve"> профиля </w:t>
      </w:r>
      <w:r>
        <w:rPr>
          <w:b w:val="false"/>
          <w:sz w:val="28"/>
          <w:lang w:val="zxx"/>
        </w:rPr>
        <w:t>0.21</w:t>
      </w:r>
      <w:r>
        <w:rPr>
          <w:b w:val="false"/>
          <w:sz w:val="28"/>
        </w:rPr>
        <w:t xml:space="preserve"> адресует только журнал текущего </w:t>
      </w:r>
      <w:r>
        <w:rPr>
          <w:b w:val="false"/>
          <w:sz w:val="28"/>
          <w:lang w:val="zxx"/>
        </w:rPr>
        <w:t>bootId.</w:t>
      </w:r>
      <w:r>
        <w:rPr>
          <w:b w:val="false"/>
          <w:sz w:val="28"/>
        </w:rPr>
        <w:t xml:space="preserve"> АРМ сохраняет полученные результаты в своем журнале.</w:t>
      </w:r>
    </w:p>
    <w:p>
      <w:pPr>
        <w:pStyle w:val="2"/>
        <w:rPr/>
      </w:pPr>
      <w:r>
        <w:rPr/>
        <w:t>Временная шкала и допустимые результаты</w:t>
      </w:r>
    </w:p>
    <w:p>
      <w:pPr>
        <w:pStyle w:val="Normal"/>
        <w:jc w:val="both"/>
        <w:rPr/>
      </w:pPr>
      <w:r>
        <w:rPr>
          <w:b w:val="false"/>
          <w:sz w:val="28"/>
          <w:lang w:val="zxx"/>
        </w:rPr>
        <w:t>8.28</w:t>
      </w:r>
      <w:r>
        <w:rPr>
          <w:b w:val="false"/>
          <w:sz w:val="28"/>
        </w:rPr>
        <w:t xml:space="preserve"> Временная шкала исполнения является частью результата. Все отметки относятся к </w:t>
      </w:r>
      <w:r>
        <w:rPr>
          <w:b w:val="false"/>
          <w:sz w:val="28"/>
          <w:lang w:val="zxx"/>
        </w:rPr>
        <w:t>uptimeMs</w:t>
      </w:r>
      <w:r>
        <w:rPr>
          <w:b w:val="false"/>
          <w:sz w:val="28"/>
        </w:rPr>
        <w:t xml:space="preserve"> одного </w:t>
      </w:r>
      <w:r>
        <w:rPr>
          <w:b w:val="false"/>
          <w:sz w:val="28"/>
          <w:lang w:val="zxx"/>
        </w:rPr>
        <w:t>bootId</w:t>
      </w:r>
      <w:r>
        <w:rPr>
          <w:b w:val="false"/>
          <w:sz w:val="28"/>
        </w:rPr>
        <w:t xml:space="preserve">, имеют тип </w:t>
      </w:r>
      <w:r>
        <w:rPr>
          <w:b w:val="false"/>
          <w:sz w:val="28"/>
          <w:lang w:val="zxx"/>
        </w:rPr>
        <w:t>uint64</w:t>
      </w:r>
      <w:r>
        <w:rPr>
          <w:b w:val="false"/>
          <w:sz w:val="28"/>
        </w:rPr>
        <w:t xml:space="preserve"> в миллисекундах и не зависят от </w:t>
      </w:r>
      <w:r>
        <w:rPr>
          <w:b w:val="false"/>
          <w:sz w:val="28"/>
          <w:lang w:val="zxx"/>
        </w:rPr>
        <w:t>UTC.</w:t>
      </w:r>
      <w:r>
        <w:rPr>
          <w:b w:val="false"/>
          <w:sz w:val="28"/>
        </w:rPr>
        <w:t xml:space="preserve"> Отметка отсутствовавшего перехода опускается; число </w:t>
      </w:r>
      <w:r>
        <w:rPr>
          <w:b w:val="false"/>
          <w:sz w:val="28"/>
          <w:lang w:val="zxx"/>
        </w:rPr>
        <w:t>0</w:t>
      </w:r>
      <w:r>
        <w:rPr>
          <w:b w:val="false"/>
          <w:sz w:val="28"/>
        </w:rPr>
        <w:t xml:space="preserve"> является допустимым временем и не обозначает отсутствие перехода. Переподключение и повтор сообщения не изменяют уже зафиксированные отметки.</w:t>
      </w:r>
    </w:p>
    <w:p>
      <w:pPr>
        <w:pStyle w:val="Normal"/>
        <w:keepNext w:val="true"/>
        <w:jc w:val="start"/>
        <w:rPr/>
      </w:pPr>
      <w:r>
        <w:rPr>
          <w:b/>
          <w:sz w:val="28"/>
          <w:lang w:val="zxx"/>
        </w:rPr>
        <w:t>8.29</w:t>
      </w:r>
      <w:r>
        <w:rPr>
          <w:b/>
          <w:sz w:val="28"/>
        </w:rPr>
        <w:t xml:space="preserve"> Кардинальность и страницы</w:t>
      </w:r>
    </w:p>
    <w:p>
      <w:pPr>
        <w:pStyle w:val="Normal"/>
        <w:jc w:val="start"/>
        <w:rPr/>
      </w:pPr>
      <w:r>
        <w:rPr>
          <w:b w:val="false"/>
          <w:sz w:val="28"/>
        </w:rPr>
        <w:t xml:space="preserve">Ровно одна запись </w:t>
      </w:r>
      <w:r>
        <w:rPr>
          <w:b w:val="false"/>
          <w:sz w:val="28"/>
          <w:lang w:val="zxx"/>
        </w:rPr>
        <w:t>timeline</w:t>
      </w:r>
      <w:r>
        <w:rPr>
          <w:b w:val="false"/>
          <w:sz w:val="28"/>
        </w:rPr>
        <w:t xml:space="preserve"> во всем полном снимке результата. Она может находиться на любой странице; повтор или отсутствие записи нарушает полноту. </w:t>
      </w:r>
      <w:r>
        <w:rPr>
          <w:b w:val="false"/>
          <w:sz w:val="28"/>
          <w:lang w:val="zxx"/>
        </w:rPr>
        <w:t>sessionId</w:t>
      </w:r>
      <w:r>
        <w:rPr>
          <w:b w:val="false"/>
          <w:sz w:val="28"/>
        </w:rPr>
        <w:t xml:space="preserve"> </w:t>
      </w:r>
      <w:r>
        <w:rPr>
          <w:b w:val="false"/>
          <w:sz w:val="28"/>
          <w:lang w:val="zxx"/>
        </w:rPr>
        <w:t>ДОЛЖЕН</w:t>
      </w:r>
      <w:r>
        <w:rPr>
          <w:b w:val="false"/>
          <w:sz w:val="28"/>
        </w:rPr>
        <w:t xml:space="preserve"> совпадать с </w:t>
      </w:r>
      <w:r>
        <w:rPr>
          <w:b w:val="false"/>
          <w:sz w:val="28"/>
          <w:lang w:val="zxx"/>
        </w:rPr>
        <w:t>session.id</w:t>
      </w:r>
      <w:r>
        <w:rPr>
          <w:b w:val="false"/>
          <w:sz w:val="28"/>
        </w:rPr>
        <w:t xml:space="preserve"> первой страницы. Запись не включается в </w:t>
      </w:r>
      <w:r>
        <w:rPr>
          <w:b w:val="false"/>
          <w:sz w:val="28"/>
          <w:lang w:val="zxx"/>
        </w:rPr>
        <w:t>resourceCount/</w:t>
      </w:r>
      <w:r>
        <w:rPr>
          <w:b w:val="false"/>
          <w:sz w:val="28"/>
        </w:rPr>
        <w:t>​</w:t>
      </w:r>
      <w:r>
        <w:rPr>
          <w:b w:val="false"/>
          <w:sz w:val="28"/>
          <w:lang w:val="zxx"/>
        </w:rPr>
        <w:t>checkCount/</w:t>
      </w:r>
      <w:r>
        <w:rPr>
          <w:b w:val="false"/>
          <w:sz w:val="28"/>
        </w:rPr>
        <w:t>​</w:t>
      </w:r>
      <w:r>
        <w:rPr>
          <w:b w:val="false"/>
          <w:sz w:val="28"/>
          <w:lang w:val="zxx"/>
        </w:rPr>
        <w:t>observationCount/</w:t>
      </w:r>
      <w:r>
        <w:rPr>
          <w:b w:val="false"/>
          <w:sz w:val="28"/>
        </w:rPr>
        <w:t>​</w:t>
      </w:r>
      <w:r>
        <w:rPr>
          <w:b w:val="false"/>
          <w:sz w:val="28"/>
          <w:lang w:val="zxx"/>
        </w:rPr>
        <w:t>executionCount/</w:t>
      </w:r>
      <w:r>
        <w:rPr>
          <w:b w:val="false"/>
          <w:sz w:val="28"/>
        </w:rPr>
        <w:t>​</w:t>
      </w:r>
      <w:r>
        <w:rPr>
          <w:b w:val="false"/>
          <w:sz w:val="28"/>
          <w:lang w:val="zxx"/>
        </w:rPr>
        <w:t>faultCount.</w:t>
      </w:r>
      <w:r>
        <w:rPr>
          <w:b w:val="false"/>
          <w:sz w:val="28"/>
        </w:rPr>
        <w:t xml:space="preserve"> Все страницы </w:t>
      </w:r>
      <w:r>
        <w:rPr>
          <w:b w:val="false"/>
          <w:sz w:val="28"/>
          <w:lang w:val="zxx"/>
        </w:rPr>
        <w:t>result</w:t>
      </w:r>
      <w:r>
        <w:rPr>
          <w:b w:val="false"/>
          <w:sz w:val="28"/>
        </w:rPr>
        <w:t xml:space="preserve"> содержат одинаковый </w:t>
      </w:r>
      <w:r>
        <w:rPr>
          <w:b w:val="false"/>
          <w:sz w:val="28"/>
          <w:lang w:val="zxx"/>
        </w:rPr>
        <w:t>evaluatedAtMs</w:t>
      </w:r>
      <w:r>
        <w:rPr>
          <w:b w:val="false"/>
          <w:sz w:val="28"/>
        </w:rPr>
        <w:t xml:space="preserve"> - время создания снимка; времена наблюдений и уже состоявшихся переходов не превышают его.</w:t>
      </w:r>
    </w:p>
    <w:p>
      <w:pPr>
        <w:pStyle w:val="Normal"/>
        <w:keepNext w:val="true"/>
        <w:jc w:val="start"/>
        <w:rPr/>
      </w:pPr>
      <w:r>
        <w:rPr>
          <w:b/>
          <w:sz w:val="28"/>
          <w:lang w:val="zxx"/>
        </w:rPr>
        <w:t>8.30</w:t>
      </w:r>
      <w:r>
        <w:rPr>
          <w:b/>
          <w:sz w:val="28"/>
        </w:rPr>
        <w:t xml:space="preserve"> </w:t>
      </w:r>
      <w:r>
        <w:rPr>
          <w:b/>
          <w:sz w:val="28"/>
          <w:lang w:val="zxx"/>
        </w:rPr>
        <w:t>prepareDeadlineMs</w:t>
      </w:r>
    </w:p>
    <w:p>
      <w:pPr>
        <w:pStyle w:val="Normal"/>
        <w:jc w:val="start"/>
        <w:rPr/>
      </w:pPr>
      <w:r>
        <w:rPr>
          <w:b w:val="false"/>
          <w:sz w:val="28"/>
        </w:rPr>
        <w:t xml:space="preserve">Обязательно. </w:t>
      </w:r>
      <w:r>
        <w:rPr>
          <w:b w:val="false"/>
          <w:sz w:val="28"/>
          <w:lang w:val="zxx"/>
        </w:rPr>
        <w:t>min</w:t>
      </w:r>
      <w:r>
        <w:rPr>
          <w:b w:val="false"/>
          <w:sz w:val="28"/>
        </w:rPr>
        <w:t>(</w:t>
      </w:r>
      <w:r>
        <w:rPr>
          <w:b w:val="false"/>
          <w:sz w:val="28"/>
          <w:lang w:val="zxx"/>
        </w:rPr>
        <w:t>acceptedAtMs</w:t>
      </w:r>
      <w:r>
        <w:rPr>
          <w:b w:val="false"/>
          <w:sz w:val="28"/>
        </w:rPr>
        <w:t xml:space="preserve"> + </w:t>
      </w:r>
      <w:r>
        <w:rPr>
          <w:b w:val="false"/>
          <w:sz w:val="28"/>
          <w:lang w:val="zxx"/>
        </w:rPr>
        <w:t>prepareTimeoutMs</w:t>
      </w:r>
      <w:r>
        <w:rPr>
          <w:b w:val="false"/>
          <w:sz w:val="28"/>
        </w:rPr>
        <w:t xml:space="preserve">, </w:t>
      </w:r>
      <w:r>
        <w:rPr>
          <w:b w:val="false"/>
          <w:sz w:val="28"/>
          <w:lang w:val="zxx"/>
        </w:rPr>
        <w:t>acceptedAtMs</w:t>
      </w:r>
      <w:r>
        <w:rPr>
          <w:b w:val="false"/>
          <w:sz w:val="28"/>
        </w:rPr>
        <w:t xml:space="preserve"> + </w:t>
      </w:r>
      <w:r>
        <w:rPr>
          <w:b w:val="false"/>
          <w:sz w:val="28"/>
          <w:lang w:val="zxx"/>
        </w:rPr>
        <w:t>maxDurationMs</w:t>
      </w:r>
      <w:r>
        <w:rPr>
          <w:b w:val="false"/>
          <w:sz w:val="28"/>
        </w:rPr>
        <w:t xml:space="preserve">). Сложения выполняются без переполнения; непредставимый срок отклоняет </w:t>
      </w:r>
      <w:r>
        <w:rPr>
          <w:b w:val="false"/>
          <w:sz w:val="28"/>
          <w:lang w:val="zxx"/>
        </w:rPr>
        <w:t>session.start</w:t>
      </w:r>
      <w:r>
        <w:rPr>
          <w:b w:val="false"/>
          <w:sz w:val="28"/>
        </w:rPr>
        <w:t xml:space="preserve"> до воздействия.</w:t>
      </w:r>
    </w:p>
    <w:p>
      <w:pPr>
        <w:pStyle w:val="Normal"/>
        <w:keepNext w:val="true"/>
        <w:jc w:val="start"/>
        <w:rPr/>
      </w:pPr>
      <w:r>
        <w:rPr>
          <w:b/>
          <w:sz w:val="28"/>
          <w:lang w:val="zxx"/>
        </w:rPr>
        <w:t>8.31</w:t>
      </w:r>
      <w:r>
        <w:rPr>
          <w:b/>
          <w:sz w:val="28"/>
        </w:rPr>
        <w:t xml:space="preserve"> </w:t>
      </w:r>
      <w:r>
        <w:rPr>
          <w:b/>
          <w:sz w:val="28"/>
          <w:lang w:val="zxx"/>
        </w:rPr>
        <w:t>runningAtMs</w:t>
      </w:r>
    </w:p>
    <w:p>
      <w:pPr>
        <w:pStyle w:val="Normal"/>
        <w:jc w:val="start"/>
        <w:rPr/>
      </w:pPr>
      <w:r>
        <w:rPr>
          <w:b w:val="false"/>
          <w:sz w:val="28"/>
        </w:rPr>
        <w:t xml:space="preserve">Присутствует тогда и только тогда, когда впервые достигнут критерий </w:t>
      </w:r>
      <w:r>
        <w:rPr>
          <w:b w:val="false"/>
          <w:sz w:val="28"/>
          <w:lang w:val="zxx"/>
        </w:rPr>
        <w:t>running.</w:t>
      </w:r>
      <w:r>
        <w:rPr>
          <w:b w:val="false"/>
          <w:sz w:val="28"/>
        </w:rPr>
        <w:t xml:space="preserve"> </w:t>
      </w:r>
      <w:r>
        <w:rPr>
          <w:b w:val="false"/>
          <w:sz w:val="28"/>
          <w:lang w:val="zxx"/>
        </w:rPr>
        <w:t>acceptedAtMs</w:t>
      </w:r>
      <w:r>
        <w:rPr>
          <w:b w:val="false"/>
          <w:sz w:val="28"/>
        </w:rPr>
        <w:t xml:space="preserve"> &lt;= </w:t>
      </w:r>
      <w:r>
        <w:rPr>
          <w:b w:val="false"/>
          <w:sz w:val="28"/>
          <w:lang w:val="zxx"/>
        </w:rPr>
        <w:t>runningAtMs</w:t>
      </w:r>
      <w:r>
        <w:rPr>
          <w:b w:val="false"/>
          <w:sz w:val="28"/>
        </w:rPr>
        <w:t xml:space="preserve"> &lt; </w:t>
      </w:r>
      <w:r>
        <w:rPr>
          <w:b w:val="false"/>
          <w:sz w:val="28"/>
          <w:lang w:val="zxx"/>
        </w:rPr>
        <w:t>prepareDeadlineMs.</w:t>
      </w:r>
      <w:r>
        <w:rPr>
          <w:b w:val="false"/>
          <w:sz w:val="28"/>
        </w:rPr>
        <w:t xml:space="preserve"> В </w:t>
      </w:r>
      <w:r>
        <w:rPr>
          <w:b w:val="false"/>
          <w:sz w:val="28"/>
          <w:lang w:val="zxx"/>
        </w:rPr>
        <w:t>program</w:t>
      </w:r>
      <w:r>
        <w:rPr>
          <w:b w:val="false"/>
          <w:sz w:val="28"/>
        </w:rPr>
        <w:t xml:space="preserve"> означает начало исполнения плана после общей подготовки; первая </w:t>
      </w:r>
      <w:r>
        <w:rPr>
          <w:b w:val="false"/>
          <w:sz w:val="28"/>
          <w:lang w:val="zxx"/>
        </w:rPr>
        <w:t>pause</w:t>
      </w:r>
      <w:r>
        <w:rPr>
          <w:b w:val="false"/>
          <w:sz w:val="28"/>
        </w:rPr>
        <w:t xml:space="preserve"> также начинает план, хотя выходы остаются </w:t>
      </w:r>
      <w:r>
        <w:rPr>
          <w:b w:val="false"/>
          <w:sz w:val="28"/>
          <w:lang w:val="zxx"/>
        </w:rPr>
        <w:t>off.</w:t>
      </w:r>
    </w:p>
    <w:p>
      <w:pPr>
        <w:pStyle w:val="Normal"/>
        <w:keepNext w:val="true"/>
        <w:jc w:val="start"/>
        <w:rPr/>
      </w:pPr>
      <w:r>
        <w:rPr>
          <w:b/>
          <w:sz w:val="28"/>
          <w:lang w:val="zxx"/>
        </w:rPr>
        <w:t>8.32</w:t>
      </w:r>
      <w:r>
        <w:rPr>
          <w:b/>
          <w:sz w:val="28"/>
        </w:rPr>
        <w:t xml:space="preserve"> </w:t>
      </w:r>
      <w:r>
        <w:rPr>
          <w:b/>
          <w:sz w:val="28"/>
          <w:lang w:val="zxx"/>
        </w:rPr>
        <w:t>runDeadlineMs</w:t>
      </w:r>
    </w:p>
    <w:p>
      <w:pPr>
        <w:pStyle w:val="Normal"/>
        <w:jc w:val="start"/>
        <w:rPr/>
      </w:pPr>
      <w:r>
        <w:rPr>
          <w:b w:val="false"/>
          <w:sz w:val="28"/>
        </w:rPr>
        <w:t xml:space="preserve">Присутствует вместе с </w:t>
      </w:r>
      <w:r>
        <w:rPr>
          <w:b w:val="false"/>
          <w:sz w:val="28"/>
          <w:lang w:val="zxx"/>
        </w:rPr>
        <w:t>runningAtMs.</w:t>
      </w:r>
      <w:r>
        <w:rPr>
          <w:b w:val="false"/>
          <w:sz w:val="28"/>
        </w:rPr>
        <w:t xml:space="preserve"> Для сирены </w:t>
      </w:r>
      <w:r>
        <w:rPr>
          <w:b w:val="false"/>
          <w:sz w:val="28"/>
          <w:lang w:val="zxx"/>
        </w:rPr>
        <w:t>stopMode=duration</w:t>
      </w:r>
      <w:r>
        <w:rPr>
          <w:b w:val="false"/>
          <w:sz w:val="28"/>
        </w:rPr>
        <w:t xml:space="preserve"> </w:t>
      </w:r>
      <w:r>
        <w:rPr>
          <w:b w:val="false"/>
          <w:sz w:val="28"/>
          <w:lang w:val="zxx"/>
        </w:rPr>
        <w:t>min</w:t>
      </w:r>
      <w:r>
        <w:rPr>
          <w:b w:val="false"/>
          <w:sz w:val="28"/>
        </w:rPr>
        <w:t>(</w:t>
      </w:r>
      <w:r>
        <w:rPr>
          <w:b w:val="false"/>
          <w:sz w:val="28"/>
          <w:lang w:val="zxx"/>
        </w:rPr>
        <w:t>runningAtMs</w:t>
      </w:r>
      <w:r>
        <w:rPr>
          <w:b w:val="false"/>
          <w:sz w:val="28"/>
        </w:rPr>
        <w:t xml:space="preserve"> + </w:t>
      </w:r>
      <w:r>
        <w:rPr>
          <w:b w:val="false"/>
          <w:sz w:val="28"/>
          <w:lang w:val="zxx"/>
        </w:rPr>
        <w:t>durationMs</w:t>
      </w:r>
      <w:r>
        <w:rPr>
          <w:b w:val="false"/>
          <w:sz w:val="28"/>
        </w:rPr>
        <w:t xml:space="preserve">, </w:t>
      </w:r>
      <w:r>
        <w:rPr>
          <w:b w:val="false"/>
          <w:sz w:val="28"/>
          <w:lang w:val="zxx"/>
        </w:rPr>
        <w:t>acceptedAtMs</w:t>
      </w:r>
      <w:r>
        <w:rPr>
          <w:b w:val="false"/>
          <w:sz w:val="28"/>
        </w:rPr>
        <w:t xml:space="preserve"> + </w:t>
      </w:r>
      <w:r>
        <w:rPr>
          <w:b w:val="false"/>
          <w:sz w:val="28"/>
          <w:lang w:val="zxx"/>
        </w:rPr>
        <w:t>maxDurationMs</w:t>
      </w:r>
      <w:r>
        <w:rPr>
          <w:b w:val="false"/>
          <w:sz w:val="28"/>
        </w:rPr>
        <w:t xml:space="preserve">); для </w:t>
      </w:r>
      <w:r>
        <w:rPr>
          <w:b w:val="false"/>
          <w:sz w:val="28"/>
          <w:lang w:val="zxx"/>
        </w:rPr>
        <w:t>stopMode=command</w:t>
      </w:r>
      <w:r>
        <w:rPr>
          <w:b w:val="false"/>
          <w:sz w:val="28"/>
        </w:rPr>
        <w:t xml:space="preserve"> </w:t>
      </w:r>
      <w:r>
        <w:rPr>
          <w:b w:val="false"/>
          <w:sz w:val="28"/>
          <w:lang w:val="zxx"/>
        </w:rPr>
        <w:t>acceptedAtMs</w:t>
      </w:r>
      <w:r>
        <w:rPr>
          <w:b w:val="false"/>
          <w:sz w:val="28"/>
        </w:rPr>
        <w:t xml:space="preserve"> + </w:t>
      </w:r>
      <w:r>
        <w:rPr>
          <w:b w:val="false"/>
          <w:sz w:val="28"/>
          <w:lang w:val="zxx"/>
        </w:rPr>
        <w:t>maxDurationMs</w:t>
      </w:r>
      <w:r>
        <w:rPr>
          <w:b w:val="false"/>
          <w:sz w:val="28"/>
        </w:rPr>
        <w:t xml:space="preserve">, для записи/потока/теста/программы - </w:t>
      </w:r>
      <w:r>
        <w:rPr>
          <w:b w:val="false"/>
          <w:sz w:val="28"/>
          <w:lang w:val="zxx"/>
        </w:rPr>
        <w:t>acceptedAtMs</w:t>
      </w:r>
      <w:r>
        <w:rPr>
          <w:b w:val="false"/>
          <w:sz w:val="28"/>
        </w:rPr>
        <w:t xml:space="preserve"> + </w:t>
      </w:r>
      <w:r>
        <w:rPr>
          <w:b w:val="false"/>
          <w:sz w:val="28"/>
          <w:lang w:val="zxx"/>
        </w:rPr>
        <w:t>maxDurationMs.</w:t>
      </w:r>
      <w:r>
        <w:rPr>
          <w:b w:val="false"/>
          <w:sz w:val="28"/>
        </w:rPr>
        <w:t xml:space="preserve"> Естественный конец может наступить раньше.</w:t>
      </w:r>
    </w:p>
    <w:p>
      <w:pPr>
        <w:pStyle w:val="Normal"/>
        <w:keepNext w:val="true"/>
        <w:jc w:val="start"/>
        <w:rPr/>
      </w:pPr>
      <w:r>
        <w:rPr>
          <w:b/>
          <w:sz w:val="28"/>
          <w:lang w:val="zxx"/>
        </w:rPr>
        <w:t>8.33</w:t>
      </w:r>
      <w:r>
        <w:rPr>
          <w:b/>
          <w:sz w:val="28"/>
        </w:rPr>
        <w:t xml:space="preserve"> </w:t>
      </w:r>
      <w:r>
        <w:rPr>
          <w:b/>
          <w:sz w:val="28"/>
          <w:lang w:val="zxx"/>
        </w:rPr>
        <w:t>stopRequestedAtMs</w:t>
      </w:r>
    </w:p>
    <w:p>
      <w:pPr>
        <w:pStyle w:val="Normal"/>
        <w:jc w:val="both"/>
        <w:rPr/>
      </w:pPr>
      <w:r>
        <w:rPr>
          <w:b w:val="false"/>
          <w:sz w:val="28"/>
        </w:rPr>
        <w:t>Время приема первой адресной отмены этого исполнения. Если отмены не было, атрибут отсутствует. Повторная отмена не сдвигает время.</w:t>
      </w:r>
    </w:p>
    <w:p>
      <w:pPr>
        <w:pStyle w:val="Normal"/>
        <w:keepNext w:val="true"/>
        <w:jc w:val="start"/>
        <w:rPr/>
      </w:pPr>
      <w:r>
        <w:rPr>
          <w:b/>
          <w:sz w:val="28"/>
          <w:lang w:val="zxx"/>
        </w:rPr>
        <w:t>8.34</w:t>
      </w:r>
      <w:r>
        <w:rPr>
          <w:b/>
          <w:sz w:val="28"/>
        </w:rPr>
        <w:t xml:space="preserve"> </w:t>
      </w:r>
      <w:r>
        <w:rPr>
          <w:b/>
          <w:sz w:val="28"/>
          <w:lang w:val="zxx"/>
        </w:rPr>
        <w:t>stoppingAtMs</w:t>
      </w:r>
    </w:p>
    <w:p>
      <w:pPr>
        <w:pStyle w:val="Normal"/>
        <w:jc w:val="both"/>
        <w:rPr/>
      </w:pPr>
      <w:r>
        <w:rPr>
          <w:b w:val="false"/>
          <w:sz w:val="28"/>
        </w:rPr>
        <w:t xml:space="preserve">Время первой причины перехода к </w:t>
      </w:r>
      <w:r>
        <w:rPr>
          <w:b w:val="false"/>
          <w:sz w:val="28"/>
          <w:lang w:val="zxx"/>
        </w:rPr>
        <w:t>stopping:</w:t>
      </w:r>
      <w:r>
        <w:rPr>
          <w:b w:val="false"/>
          <w:sz w:val="28"/>
        </w:rPr>
        <w:t xml:space="preserve"> отмена, конец, предельный срок или отказ. Если первой причиной является отмена, равно </w:t>
      </w:r>
      <w:r>
        <w:rPr>
          <w:b w:val="false"/>
          <w:sz w:val="28"/>
          <w:lang w:val="zxx"/>
        </w:rPr>
        <w:t>stopRequestedAtMs</w:t>
      </w:r>
      <w:r>
        <w:rPr>
          <w:b w:val="false"/>
          <w:sz w:val="28"/>
        </w:rPr>
        <w:t>; если истечение срока - этому сроку. Более поздняя отмена и повторная причина не сдвигают уже начатую остановку.</w:t>
      </w:r>
    </w:p>
    <w:p>
      <w:pPr>
        <w:pStyle w:val="Normal"/>
        <w:keepNext w:val="true"/>
        <w:jc w:val="start"/>
        <w:rPr/>
      </w:pPr>
      <w:r>
        <w:rPr>
          <w:b/>
          <w:sz w:val="28"/>
          <w:lang w:val="zxx"/>
        </w:rPr>
        <w:t>8.35</w:t>
      </w:r>
      <w:r>
        <w:rPr>
          <w:b/>
          <w:sz w:val="28"/>
        </w:rPr>
        <w:t xml:space="preserve"> </w:t>
      </w:r>
      <w:r>
        <w:rPr>
          <w:b/>
          <w:sz w:val="28"/>
          <w:lang w:val="zxx"/>
        </w:rPr>
        <w:t>stopIssuedAtMs</w:t>
      </w:r>
    </w:p>
    <w:p>
      <w:pPr>
        <w:pStyle w:val="Normal"/>
        <w:jc w:val="both"/>
        <w:rPr/>
      </w:pPr>
      <w:r>
        <w:rPr>
          <w:b w:val="false"/>
          <w:sz w:val="28"/>
        </w:rPr>
        <w:t xml:space="preserve">Время фактической выдачи первой физической команды выключения после </w:t>
      </w:r>
      <w:r>
        <w:rPr>
          <w:b w:val="false"/>
          <w:sz w:val="28"/>
          <w:lang w:val="zxx"/>
        </w:rPr>
        <w:t>stoppingAtMs.</w:t>
      </w:r>
      <w:r>
        <w:rPr>
          <w:b w:val="false"/>
          <w:sz w:val="28"/>
        </w:rPr>
        <w:t xml:space="preserve"> Отсутствует, если команда не требовалась при уже достоверном </w:t>
      </w:r>
      <w:r>
        <w:rPr>
          <w:b w:val="false"/>
          <w:sz w:val="28"/>
          <w:lang w:val="zxx"/>
        </w:rPr>
        <w:t>off</w:t>
      </w:r>
      <w:r>
        <w:rPr>
          <w:b w:val="false"/>
          <w:sz w:val="28"/>
        </w:rPr>
        <w:t xml:space="preserve"> или не была выдана вследствие отказа. Не подменяется временем постановки в очередь.</w:t>
      </w:r>
    </w:p>
    <w:p>
      <w:pPr>
        <w:pStyle w:val="Normal"/>
        <w:keepNext w:val="true"/>
        <w:jc w:val="start"/>
        <w:rPr/>
      </w:pPr>
      <w:r>
        <w:rPr>
          <w:b/>
          <w:sz w:val="28"/>
          <w:lang w:val="zxx"/>
        </w:rPr>
        <w:t>8.36</w:t>
      </w:r>
      <w:r>
        <w:rPr>
          <w:b/>
          <w:sz w:val="28"/>
        </w:rPr>
        <w:t xml:space="preserve"> </w:t>
      </w:r>
      <w:r>
        <w:rPr>
          <w:b/>
          <w:sz w:val="28"/>
          <w:lang w:val="zxx"/>
        </w:rPr>
        <w:t>stopBeginDeadlineMs</w:t>
      </w:r>
      <w:r>
        <w:rPr>
          <w:b/>
          <w:sz w:val="28"/>
        </w:rPr>
        <w:t xml:space="preserve"> / </w:t>
      </w:r>
      <w:r>
        <w:rPr>
          <w:b/>
          <w:sz w:val="28"/>
          <w:lang w:val="zxx"/>
        </w:rPr>
        <w:t>stopConfirmDeadlineMs</w:t>
      </w:r>
    </w:p>
    <w:p>
      <w:pPr>
        <w:pStyle w:val="Normal"/>
        <w:jc w:val="start"/>
        <w:rPr/>
      </w:pPr>
      <w:r>
        <w:rPr>
          <w:b w:val="false"/>
          <w:sz w:val="28"/>
        </w:rPr>
        <w:t xml:space="preserve">Оба обязательны при наличии </w:t>
      </w:r>
      <w:r>
        <w:rPr>
          <w:b w:val="false"/>
          <w:sz w:val="28"/>
          <w:lang w:val="zxx"/>
        </w:rPr>
        <w:t>stoppingAtMs.</w:t>
      </w:r>
      <w:r>
        <w:rPr>
          <w:b w:val="false"/>
          <w:sz w:val="28"/>
        </w:rPr>
        <w:t xml:space="preserve"> Равны </w:t>
      </w:r>
      <w:r>
        <w:rPr>
          <w:b w:val="false"/>
          <w:sz w:val="28"/>
          <w:lang w:val="zxx"/>
        </w:rPr>
        <w:t>stoppingAtMs</w:t>
      </w:r>
      <w:r>
        <w:rPr>
          <w:b w:val="false"/>
          <w:sz w:val="28"/>
        </w:rPr>
        <w:t xml:space="preserve"> + </w:t>
      </w:r>
      <w:r>
        <w:rPr>
          <w:b w:val="false"/>
          <w:sz w:val="28"/>
          <w:lang w:val="zxx"/>
        </w:rPr>
        <w:t>stopBeginMs</w:t>
      </w:r>
      <w:r>
        <w:rPr>
          <w:b w:val="false"/>
          <w:sz w:val="28"/>
        </w:rPr>
        <w:t xml:space="preserve"> и </w:t>
      </w:r>
      <w:r>
        <w:rPr>
          <w:b w:val="false"/>
          <w:sz w:val="28"/>
          <w:lang w:val="zxx"/>
        </w:rPr>
        <w:t>stoppingAtMs</w:t>
      </w:r>
      <w:r>
        <w:rPr>
          <w:b w:val="false"/>
          <w:sz w:val="28"/>
        </w:rPr>
        <w:t xml:space="preserve"> + </w:t>
      </w:r>
      <w:r>
        <w:rPr>
          <w:b w:val="false"/>
          <w:sz w:val="28"/>
          <w:lang w:val="zxx"/>
        </w:rPr>
        <w:t>stopConfirmMs</w:t>
      </w:r>
      <w:r>
        <w:rPr>
          <w:b w:val="false"/>
          <w:sz w:val="28"/>
        </w:rPr>
        <w:t>; сроки фиксируются при переходе.</w:t>
      </w:r>
    </w:p>
    <w:p>
      <w:pPr>
        <w:pStyle w:val="Normal"/>
        <w:keepNext w:val="true"/>
        <w:jc w:val="start"/>
        <w:rPr/>
      </w:pPr>
      <w:r>
        <w:rPr>
          <w:b/>
          <w:sz w:val="28"/>
          <w:lang w:val="zxx"/>
        </w:rPr>
        <w:t>8.37</w:t>
      </w:r>
      <w:r>
        <w:rPr>
          <w:b/>
          <w:sz w:val="28"/>
        </w:rPr>
        <w:t xml:space="preserve"> </w:t>
      </w:r>
      <w:r>
        <w:rPr>
          <w:b/>
          <w:sz w:val="28"/>
          <w:lang w:val="zxx"/>
        </w:rPr>
        <w:t>finishedAtMs</w:t>
      </w:r>
    </w:p>
    <w:p>
      <w:pPr>
        <w:pStyle w:val="Normal"/>
        <w:jc w:val="start"/>
        <w:rPr/>
      </w:pPr>
      <w:r>
        <w:rPr>
          <w:b w:val="false"/>
          <w:sz w:val="28"/>
        </w:rPr>
        <w:t xml:space="preserve">Обязательно только для </w:t>
      </w:r>
      <w:r>
        <w:rPr>
          <w:b w:val="false"/>
          <w:sz w:val="28"/>
          <w:lang w:val="zxx"/>
        </w:rPr>
        <w:t>state=finished.</w:t>
      </w:r>
      <w:r>
        <w:rPr>
          <w:b w:val="false"/>
          <w:sz w:val="28"/>
        </w:rPr>
        <w:t xml:space="preserve"> Не раньше </w:t>
      </w:r>
      <w:r>
        <w:rPr>
          <w:b w:val="false"/>
          <w:sz w:val="28"/>
          <w:lang w:val="zxx"/>
        </w:rPr>
        <w:t>acceptedAtMs</w:t>
      </w:r>
      <w:r>
        <w:rPr>
          <w:b w:val="false"/>
          <w:sz w:val="28"/>
        </w:rPr>
        <w:t xml:space="preserve"> и имеющихся </w:t>
      </w:r>
      <w:r>
        <w:rPr>
          <w:b w:val="false"/>
          <w:sz w:val="28"/>
          <w:lang w:val="zxx"/>
        </w:rPr>
        <w:t>runningAtMs/</w:t>
      </w:r>
      <w:r>
        <w:rPr>
          <w:b w:val="false"/>
          <w:sz w:val="28"/>
        </w:rPr>
        <w:t>​</w:t>
      </w:r>
      <w:r>
        <w:rPr>
          <w:b w:val="false"/>
          <w:sz w:val="28"/>
          <w:lang w:val="zxx"/>
        </w:rPr>
        <w:t>stoppingAtMs/</w:t>
      </w:r>
      <w:r>
        <w:rPr>
          <w:b w:val="false"/>
          <w:sz w:val="28"/>
        </w:rPr>
        <w:t>​</w:t>
      </w:r>
      <w:r>
        <w:rPr>
          <w:b w:val="false"/>
          <w:sz w:val="28"/>
          <w:lang w:val="zxx"/>
        </w:rPr>
        <w:t>stopIssuedAtMs.</w:t>
      </w:r>
      <w:r>
        <w:rPr>
          <w:b w:val="false"/>
          <w:sz w:val="28"/>
        </w:rPr>
        <w:t xml:space="preserve"> Итоговое доказательство </w:t>
      </w:r>
      <w:r>
        <w:rPr>
          <w:b w:val="false"/>
          <w:sz w:val="28"/>
          <w:lang w:val="zxx"/>
        </w:rPr>
        <w:t>off</w:t>
      </w:r>
      <w:r>
        <w:rPr>
          <w:b w:val="false"/>
          <w:sz w:val="28"/>
        </w:rPr>
        <w:t xml:space="preserve"> относится к промежутку от </w:t>
      </w:r>
      <w:r>
        <w:rPr>
          <w:b w:val="false"/>
          <w:sz w:val="28"/>
          <w:lang w:val="zxx"/>
        </w:rPr>
        <w:t>stoppingAtMs</w:t>
      </w:r>
      <w:r>
        <w:rPr>
          <w:b w:val="false"/>
          <w:sz w:val="28"/>
        </w:rPr>
        <w:t xml:space="preserve">, либо </w:t>
      </w:r>
      <w:r>
        <w:rPr>
          <w:b w:val="false"/>
          <w:sz w:val="28"/>
          <w:lang w:val="zxx"/>
        </w:rPr>
        <w:t>acceptedAtMs</w:t>
      </w:r>
      <w:r>
        <w:rPr>
          <w:b w:val="false"/>
          <w:sz w:val="28"/>
        </w:rPr>
        <w:t xml:space="preserve"> при отсутствии физического запуска, до </w:t>
      </w:r>
      <w:r>
        <w:rPr>
          <w:b w:val="false"/>
          <w:sz w:val="28"/>
          <w:lang w:val="zxx"/>
        </w:rPr>
        <w:t>finishedAtMs</w:t>
      </w:r>
      <w:r>
        <w:rPr>
          <w:b w:val="false"/>
          <w:sz w:val="28"/>
        </w:rPr>
        <w:t xml:space="preserve"> включительно.</w:t>
      </w:r>
    </w:p>
    <w:p>
      <w:pPr>
        <w:pStyle w:val="Normal"/>
        <w:jc w:val="start"/>
        <w:rPr/>
      </w:pPr>
      <w:r>
        <w:rPr>
          <w:b w:val="false"/>
          <w:sz w:val="28"/>
          <w:lang w:val="zxx"/>
        </w:rPr>
        <w:t>8.38</w:t>
      </w:r>
      <w:r>
        <w:rPr>
          <w:b w:val="false"/>
          <w:sz w:val="28"/>
        </w:rPr>
        <w:t xml:space="preserve"> При </w:t>
      </w:r>
      <w:r>
        <w:rPr>
          <w:b w:val="false"/>
          <w:sz w:val="28"/>
          <w:lang w:val="zxx"/>
        </w:rPr>
        <w:t>now</w:t>
      </w:r>
      <w:r>
        <w:rPr>
          <w:b w:val="false"/>
          <w:sz w:val="28"/>
        </w:rPr>
        <w:t xml:space="preserve"> &gt;= любого действующего предельного срока сначала обрабатывается его истечение. При одновременном естественном конце и максимальном сроке выбирается </w:t>
      </w:r>
      <w:r>
        <w:rPr>
          <w:b w:val="false"/>
          <w:sz w:val="28"/>
          <w:lang w:val="zxx"/>
        </w:rPr>
        <w:t>maxDurationExceeded.</w:t>
      </w:r>
      <w:r>
        <w:rPr>
          <w:b w:val="false"/>
          <w:sz w:val="28"/>
        </w:rPr>
        <w:t xml:space="preserve"> Успех запрещен, если </w:t>
      </w:r>
      <w:r>
        <w:rPr>
          <w:b w:val="false"/>
          <w:sz w:val="28"/>
          <w:lang w:val="zxx"/>
        </w:rPr>
        <w:t>running</w:t>
      </w:r>
      <w:r>
        <w:rPr>
          <w:b w:val="false"/>
          <w:sz w:val="28"/>
        </w:rPr>
        <w:t xml:space="preserve"> достигнут после срока подготовки, физическая команда остановки выдана после </w:t>
      </w:r>
      <w:r>
        <w:rPr>
          <w:b w:val="false"/>
          <w:sz w:val="28"/>
          <w:lang w:val="zxx"/>
        </w:rPr>
        <w:t>stopBeginDeadlineMs</w:t>
      </w:r>
      <w:r>
        <w:rPr>
          <w:b w:val="false"/>
          <w:sz w:val="28"/>
        </w:rPr>
        <w:t xml:space="preserve"> либо </w:t>
      </w:r>
      <w:r>
        <w:rPr>
          <w:b w:val="false"/>
          <w:sz w:val="28"/>
          <w:lang w:val="zxx"/>
        </w:rPr>
        <w:t>off</w:t>
      </w:r>
      <w:r>
        <w:rPr>
          <w:b w:val="false"/>
          <w:sz w:val="28"/>
        </w:rPr>
        <w:t xml:space="preserve"> получен после </w:t>
      </w:r>
      <w:r>
        <w:rPr>
          <w:b w:val="false"/>
          <w:sz w:val="28"/>
          <w:lang w:val="zxx"/>
        </w:rPr>
        <w:t>stopConfirmDeadlineMs.</w:t>
      </w:r>
      <w:r>
        <w:rPr>
          <w:b w:val="false"/>
          <w:sz w:val="28"/>
        </w:rPr>
        <w:t xml:space="preserve"> Нарушенный бюджет отражается </w:t>
      </w:r>
      <w:r>
        <w:rPr>
          <w:b w:val="false"/>
          <w:sz w:val="28"/>
          <w:lang w:val="zxx"/>
        </w:rPr>
        <w:t>failed</w:t>
      </w:r>
      <w:r>
        <w:rPr>
          <w:b w:val="false"/>
          <w:sz w:val="28"/>
        </w:rPr>
        <w:t xml:space="preserve"> с причиной </w:t>
      </w:r>
      <w:r>
        <w:rPr>
          <w:b w:val="false"/>
          <w:sz w:val="28"/>
          <w:lang w:val="zxx"/>
        </w:rPr>
        <w:t>prepareTimeout</w:t>
      </w:r>
      <w:r>
        <w:rPr>
          <w:b w:val="false"/>
          <w:sz w:val="28"/>
        </w:rPr>
        <w:t xml:space="preserve">, </w:t>
      </w:r>
      <w:r>
        <w:rPr>
          <w:b w:val="false"/>
          <w:sz w:val="28"/>
          <w:lang w:val="zxx"/>
        </w:rPr>
        <w:t>stopDispatchTimeout</w:t>
      </w:r>
      <w:r>
        <w:rPr>
          <w:b w:val="false"/>
          <w:sz w:val="28"/>
        </w:rPr>
        <w:t xml:space="preserve"> или </w:t>
      </w:r>
      <w:r>
        <w:rPr>
          <w:b w:val="false"/>
          <w:sz w:val="28"/>
          <w:lang w:val="zxx"/>
        </w:rPr>
        <w:t>stopConfirmTimeout</w:t>
      </w:r>
      <w:r>
        <w:rPr>
          <w:b w:val="false"/>
          <w:sz w:val="28"/>
        </w:rPr>
        <w:t xml:space="preserve">; неизвестное выключение дает </w:t>
      </w:r>
      <w:r>
        <w:rPr>
          <w:b w:val="false"/>
          <w:sz w:val="28"/>
          <w:lang w:val="zxx"/>
        </w:rPr>
        <w:t>unknown/</w:t>
      </w:r>
      <w:r>
        <w:rPr>
          <w:b w:val="false"/>
          <w:sz w:val="28"/>
        </w:rPr>
        <w:t>​</w:t>
      </w:r>
      <w:r>
        <w:rPr>
          <w:b w:val="false"/>
          <w:sz w:val="28"/>
          <w:lang w:val="zxx"/>
        </w:rPr>
        <w:t>stopUnconfirmed.</w:t>
      </w:r>
      <w:r>
        <w:rPr>
          <w:b w:val="false"/>
          <w:sz w:val="28"/>
        </w:rPr>
        <w:t xml:space="preserve"> Позднее подтверждение выключения снимает блокировку ресурса через его текущее состояние, но не переписывает завершенный результат в успех.</w:t>
      </w:r>
    </w:p>
    <w:p>
      <w:pPr>
        <w:pStyle w:val="Normal"/>
        <w:jc w:val="start"/>
        <w:rPr/>
      </w:pPr>
      <w:r>
        <w:rPr>
          <w:b w:val="false"/>
          <w:sz w:val="28"/>
          <w:lang w:val="zxx"/>
        </w:rPr>
        <w:t>8.39</w:t>
      </w:r>
      <w:r>
        <w:rPr>
          <w:b w:val="false"/>
          <w:sz w:val="28"/>
        </w:rPr>
        <w:t xml:space="preserve"> Наблюдение теста с </w:t>
      </w:r>
      <w:r>
        <w:rPr>
          <w:b w:val="false"/>
          <w:sz w:val="28"/>
          <w:lang w:val="zxx"/>
        </w:rPr>
        <w:t>validity=valid</w:t>
      </w:r>
      <w:r>
        <w:rPr>
          <w:b w:val="false"/>
          <w:sz w:val="28"/>
        </w:rPr>
        <w:t xml:space="preserve"> </w:t>
      </w:r>
      <w:r>
        <w:rPr>
          <w:b w:val="false"/>
          <w:sz w:val="28"/>
          <w:lang w:val="zxx"/>
        </w:rPr>
        <w:t>ДОЛЖНО</w:t>
      </w:r>
      <w:r>
        <w:rPr>
          <w:b w:val="false"/>
          <w:sz w:val="28"/>
        </w:rPr>
        <w:t xml:space="preserve"> принадлежать своей фазе: </w:t>
      </w:r>
      <w:r>
        <w:rPr>
          <w:b w:val="false"/>
          <w:sz w:val="28"/>
          <w:lang w:val="zxx"/>
        </w:rPr>
        <w:t>baseline</w:t>
      </w:r>
      <w:r>
        <w:rPr>
          <w:b w:val="false"/>
          <w:sz w:val="28"/>
        </w:rPr>
        <w:t xml:space="preserve"> - от </w:t>
      </w:r>
      <w:r>
        <w:rPr>
          <w:b w:val="false"/>
          <w:sz w:val="28"/>
          <w:lang w:val="zxx"/>
        </w:rPr>
        <w:t>acceptedAtMs</w:t>
      </w:r>
      <w:r>
        <w:rPr>
          <w:b w:val="false"/>
          <w:sz w:val="28"/>
        </w:rPr>
        <w:t xml:space="preserve"> до </w:t>
      </w:r>
      <w:r>
        <w:rPr>
          <w:b w:val="false"/>
          <w:sz w:val="28"/>
          <w:lang w:val="zxx"/>
        </w:rPr>
        <w:t>runningAtMs</w:t>
      </w:r>
      <w:r>
        <w:rPr>
          <w:b w:val="false"/>
          <w:sz w:val="28"/>
        </w:rPr>
        <w:t xml:space="preserve"> включительно; </w:t>
      </w:r>
      <w:r>
        <w:rPr>
          <w:b w:val="false"/>
          <w:sz w:val="28"/>
          <w:lang w:val="zxx"/>
        </w:rPr>
        <w:t>running</w:t>
      </w:r>
      <w:r>
        <w:rPr>
          <w:b w:val="false"/>
          <w:sz w:val="28"/>
        </w:rPr>
        <w:t xml:space="preserve"> - от </w:t>
      </w:r>
      <w:r>
        <w:rPr>
          <w:b w:val="false"/>
          <w:sz w:val="28"/>
          <w:lang w:val="zxx"/>
        </w:rPr>
        <w:t>runningAtMs</w:t>
      </w:r>
      <w:r>
        <w:rPr>
          <w:b w:val="false"/>
          <w:sz w:val="28"/>
        </w:rPr>
        <w:t xml:space="preserve"> включительно до </w:t>
      </w:r>
      <w:r>
        <w:rPr>
          <w:b w:val="false"/>
          <w:sz w:val="28"/>
          <w:lang w:val="zxx"/>
        </w:rPr>
        <w:t>stoppingAtMs</w:t>
      </w:r>
      <w:r>
        <w:rPr>
          <w:b w:val="false"/>
          <w:sz w:val="28"/>
        </w:rPr>
        <w:t xml:space="preserve"> исключительно; </w:t>
      </w:r>
      <w:r>
        <w:rPr>
          <w:b w:val="false"/>
          <w:sz w:val="28"/>
          <w:lang w:val="zxx"/>
        </w:rPr>
        <w:t>stopped</w:t>
      </w:r>
      <w:r>
        <w:rPr>
          <w:b w:val="false"/>
          <w:sz w:val="28"/>
        </w:rPr>
        <w:t xml:space="preserve"> - от </w:t>
      </w:r>
      <w:r>
        <w:rPr>
          <w:b w:val="false"/>
          <w:sz w:val="28"/>
          <w:lang w:val="zxx"/>
        </w:rPr>
        <w:t>stoppingAtMs</w:t>
      </w:r>
      <w:r>
        <w:rPr>
          <w:b w:val="false"/>
          <w:sz w:val="28"/>
        </w:rPr>
        <w:t xml:space="preserve"> до </w:t>
      </w:r>
      <w:r>
        <w:rPr>
          <w:b w:val="false"/>
          <w:sz w:val="28"/>
          <w:lang w:val="zxx"/>
        </w:rPr>
        <w:t>finishedAtMs</w:t>
      </w:r>
      <w:r>
        <w:rPr>
          <w:b w:val="false"/>
          <w:sz w:val="28"/>
        </w:rPr>
        <w:t xml:space="preserve"> включительно. Если верхняя граница фазы еще не наступила, используется время создания снимка. Наблюдение фазы, в которую исполнение не входило, передается с </w:t>
      </w:r>
      <w:r>
        <w:rPr>
          <w:b w:val="false"/>
          <w:sz w:val="28"/>
          <w:lang w:val="zxx"/>
        </w:rPr>
        <w:t>validity=unavailable</w:t>
      </w:r>
      <w:r>
        <w:rPr>
          <w:b w:val="false"/>
          <w:sz w:val="28"/>
        </w:rPr>
        <w:t xml:space="preserve">, </w:t>
      </w:r>
      <w:r>
        <w:rPr>
          <w:b w:val="false"/>
          <w:sz w:val="28"/>
          <w:lang w:val="zxx"/>
        </w:rPr>
        <w:t>freshness=never</w:t>
      </w:r>
      <w:r>
        <w:rPr>
          <w:b w:val="false"/>
          <w:sz w:val="28"/>
        </w:rPr>
        <w:t xml:space="preserve">, </w:t>
      </w:r>
      <w:r>
        <w:rPr>
          <w:b w:val="false"/>
          <w:sz w:val="28"/>
          <w:lang w:val="zxx"/>
        </w:rPr>
        <w:t>observedAtMs=0</w:t>
      </w:r>
      <w:r>
        <w:rPr>
          <w:b w:val="false"/>
          <w:sz w:val="28"/>
        </w:rPr>
        <w:t xml:space="preserve"> и </w:t>
      </w:r>
      <w:r>
        <w:rPr>
          <w:b w:val="false"/>
          <w:sz w:val="28"/>
          <w:lang w:val="zxx"/>
        </w:rPr>
        <w:t>reason=phaseNotEntered</w:t>
      </w:r>
      <w:r>
        <w:rPr>
          <w:b w:val="false"/>
          <w:sz w:val="28"/>
        </w:rPr>
        <w:t>; оно не удовлетворяет критерию успеха. Сохраненное старое показание не становится доказательством новой фазы.</w:t>
      </w:r>
    </w:p>
    <w:p>
      <w:pPr>
        <w:pStyle w:val="Normal"/>
        <w:keepNext w:val="true"/>
        <w:jc w:val="start"/>
        <w:rPr/>
      </w:pPr>
      <w:r>
        <w:rPr>
          <w:b/>
          <w:sz w:val="28"/>
          <w:lang w:val="zxx"/>
        </w:rPr>
        <w:t>8.40</w:t>
      </w:r>
      <w:r>
        <w:rPr>
          <w:b/>
          <w:sz w:val="28"/>
        </w:rPr>
        <w:t xml:space="preserve"> </w:t>
      </w:r>
      <w:r>
        <w:rPr>
          <w:b/>
          <w:sz w:val="28"/>
          <w:lang w:val="zxx"/>
        </w:rPr>
        <w:t>succeeded</w:t>
      </w:r>
    </w:p>
    <w:p>
      <w:pPr>
        <w:pStyle w:val="Normal"/>
        <w:jc w:val="start"/>
        <w:rPr/>
      </w:pPr>
      <w:r>
        <w:rPr>
          <w:b w:val="false"/>
          <w:sz w:val="28"/>
          <w:lang w:val="zxx"/>
        </w:rPr>
        <w:t>completed</w:t>
      </w:r>
      <w:r>
        <w:rPr>
          <w:b w:val="false"/>
          <w:sz w:val="28"/>
        </w:rPr>
        <w:t xml:space="preserve"> при полном выполнении либо </w:t>
      </w:r>
      <w:r>
        <w:rPr>
          <w:b w:val="false"/>
          <w:sz w:val="28"/>
          <w:lang w:val="zxx"/>
        </w:rPr>
        <w:t>operatorStop</w:t>
      </w:r>
      <w:r>
        <w:rPr>
          <w:b w:val="false"/>
          <w:sz w:val="28"/>
        </w:rPr>
        <w:t xml:space="preserve"> для </w:t>
      </w:r>
      <w:r>
        <w:rPr>
          <w:b w:val="false"/>
          <w:sz w:val="28"/>
          <w:lang w:val="zxx"/>
        </w:rPr>
        <w:t>siren/</w:t>
      </w:r>
      <w:r>
        <w:rPr>
          <w:b w:val="false"/>
          <w:sz w:val="28"/>
        </w:rPr>
        <w:t>​</w:t>
      </w:r>
      <w:r>
        <w:rPr>
          <w:b w:val="false"/>
          <w:sz w:val="28"/>
          <w:lang w:val="zxx"/>
        </w:rPr>
        <w:t>recording/</w:t>
      </w:r>
      <w:r>
        <w:rPr>
          <w:b w:val="false"/>
          <w:sz w:val="28"/>
        </w:rPr>
        <w:t>​</w:t>
      </w:r>
      <w:r>
        <w:rPr>
          <w:b w:val="false"/>
          <w:sz w:val="28"/>
          <w:lang w:val="zxx"/>
        </w:rPr>
        <w:t>stream</w:t>
      </w:r>
      <w:r>
        <w:rPr>
          <w:b w:val="false"/>
          <w:sz w:val="28"/>
        </w:rPr>
        <w:t xml:space="preserve"> с </w:t>
      </w:r>
      <w:r>
        <w:rPr>
          <w:b w:val="false"/>
          <w:sz w:val="28"/>
          <w:lang w:val="zxx"/>
        </w:rPr>
        <w:t>confirmed</w:t>
      </w:r>
      <w:r>
        <w:rPr>
          <w:b w:val="false"/>
          <w:sz w:val="28"/>
        </w:rPr>
        <w:t xml:space="preserve"> всех ресурсов, без нарушения исполнения и с </w:t>
      </w:r>
      <w:r>
        <w:rPr>
          <w:b w:val="false"/>
          <w:sz w:val="28"/>
          <w:lang w:val="zxx"/>
        </w:rPr>
        <w:t>off</w:t>
      </w:r>
      <w:r>
        <w:rPr>
          <w:b w:val="false"/>
          <w:sz w:val="28"/>
        </w:rPr>
        <w:t xml:space="preserve"> в срок. Полнота передается отдельно в </w:t>
      </w:r>
      <w:r>
        <w:rPr>
          <w:b w:val="false"/>
          <w:sz w:val="28"/>
          <w:lang w:val="zxx"/>
        </w:rPr>
        <w:t>completion.</w:t>
      </w:r>
    </w:p>
    <w:p>
      <w:pPr>
        <w:pStyle w:val="Normal"/>
        <w:keepNext w:val="true"/>
        <w:jc w:val="start"/>
        <w:rPr/>
      </w:pPr>
      <w:r>
        <w:rPr>
          <w:b/>
          <w:sz w:val="28"/>
          <w:lang w:val="zxx"/>
        </w:rPr>
        <w:t>8.41</w:t>
      </w:r>
      <w:r>
        <w:rPr>
          <w:b/>
          <w:sz w:val="28"/>
        </w:rPr>
        <w:t xml:space="preserve"> </w:t>
      </w:r>
      <w:r>
        <w:rPr>
          <w:b/>
          <w:sz w:val="28"/>
          <w:lang w:val="zxx"/>
        </w:rPr>
        <w:t>cancelled</w:t>
      </w:r>
    </w:p>
    <w:p>
      <w:pPr>
        <w:pStyle w:val="Normal"/>
        <w:jc w:val="start"/>
        <w:rPr/>
      </w:pPr>
      <w:r>
        <w:rPr>
          <w:b w:val="false"/>
          <w:sz w:val="28"/>
          <w:lang w:val="zxx"/>
        </w:rPr>
        <w:t>operatorStop</w:t>
      </w:r>
      <w:r>
        <w:rPr>
          <w:b w:val="false"/>
          <w:sz w:val="28"/>
        </w:rPr>
        <w:t xml:space="preserve">, когда условия </w:t>
      </w:r>
      <w:r>
        <w:rPr>
          <w:b w:val="false"/>
          <w:sz w:val="28"/>
          <w:lang w:val="zxx"/>
        </w:rPr>
        <w:t>succeeded/</w:t>
      </w:r>
      <w:r>
        <w:rPr>
          <w:b w:val="false"/>
          <w:sz w:val="28"/>
        </w:rPr>
        <w:t>​</w:t>
      </w:r>
      <w:r>
        <w:rPr>
          <w:b w:val="false"/>
          <w:sz w:val="28"/>
          <w:lang w:val="zxx"/>
        </w:rPr>
        <w:t>operatorStop</w:t>
      </w:r>
      <w:r>
        <w:rPr>
          <w:b w:val="false"/>
          <w:sz w:val="28"/>
        </w:rPr>
        <w:t xml:space="preserve"> не выполнены, либо </w:t>
      </w:r>
      <w:r>
        <w:rPr>
          <w:b w:val="false"/>
          <w:sz w:val="28"/>
          <w:lang w:val="zxx"/>
        </w:rPr>
        <w:t>controlLostStop:</w:t>
      </w:r>
      <w:r>
        <w:rPr>
          <w:b w:val="false"/>
          <w:sz w:val="28"/>
        </w:rPr>
        <w:t xml:space="preserve"> известное прекращение и </w:t>
      </w:r>
      <w:r>
        <w:rPr>
          <w:b w:val="false"/>
          <w:sz w:val="28"/>
          <w:lang w:val="zxx"/>
        </w:rPr>
        <w:t>off</w:t>
      </w:r>
      <w:r>
        <w:rPr>
          <w:b w:val="false"/>
          <w:sz w:val="28"/>
        </w:rPr>
        <w:t xml:space="preserve"> в срок. Недостаток обязательного доказательства дает </w:t>
      </w:r>
      <w:r>
        <w:rPr>
          <w:b w:val="false"/>
          <w:sz w:val="28"/>
          <w:lang w:val="zxx"/>
        </w:rPr>
        <w:t>unknown.</w:t>
      </w:r>
    </w:p>
    <w:p>
      <w:pPr>
        <w:pStyle w:val="Normal"/>
        <w:keepNext w:val="true"/>
        <w:jc w:val="start"/>
        <w:rPr/>
      </w:pPr>
      <w:r>
        <w:rPr>
          <w:b/>
          <w:sz w:val="28"/>
          <w:lang w:val="zxx"/>
        </w:rPr>
        <w:t>8.42</w:t>
      </w:r>
      <w:r>
        <w:rPr>
          <w:b/>
          <w:sz w:val="28"/>
        </w:rPr>
        <w:t xml:space="preserve"> </w:t>
      </w:r>
      <w:r>
        <w:rPr>
          <w:b/>
          <w:sz w:val="28"/>
          <w:lang w:val="zxx"/>
        </w:rPr>
        <w:t>failed</w:t>
      </w:r>
    </w:p>
    <w:p>
      <w:pPr>
        <w:pStyle w:val="Normal"/>
        <w:jc w:val="start"/>
        <w:rPr/>
      </w:pPr>
      <w:r>
        <w:rPr>
          <w:b w:val="false"/>
          <w:sz w:val="28"/>
          <w:lang w:val="zxx"/>
        </w:rPr>
        <w:t>maxDurationExceeded</w:t>
      </w:r>
      <w:r>
        <w:rPr>
          <w:b w:val="false"/>
          <w:sz w:val="28"/>
        </w:rPr>
        <w:t xml:space="preserve">, </w:t>
      </w:r>
      <w:r>
        <w:rPr>
          <w:b w:val="false"/>
          <w:sz w:val="28"/>
          <w:lang w:val="zxx"/>
        </w:rPr>
        <w:t>prepareTimeout</w:t>
      </w:r>
      <w:r>
        <w:rPr>
          <w:b w:val="false"/>
          <w:sz w:val="28"/>
        </w:rPr>
        <w:t xml:space="preserve">, </w:t>
      </w:r>
      <w:r>
        <w:rPr>
          <w:b w:val="false"/>
          <w:sz w:val="28"/>
          <w:lang w:val="zxx"/>
        </w:rPr>
        <w:t>stopDispatchTimeout</w:t>
      </w:r>
      <w:r>
        <w:rPr>
          <w:b w:val="false"/>
          <w:sz w:val="28"/>
        </w:rPr>
        <w:t xml:space="preserve">, </w:t>
      </w:r>
      <w:r>
        <w:rPr>
          <w:b w:val="false"/>
          <w:sz w:val="28"/>
          <w:lang w:val="zxx"/>
        </w:rPr>
        <w:t>stopConfirmTimeout</w:t>
      </w:r>
      <w:r>
        <w:rPr>
          <w:b w:val="false"/>
          <w:sz w:val="28"/>
        </w:rPr>
        <w:t xml:space="preserve">, </w:t>
      </w:r>
      <w:r>
        <w:rPr>
          <w:b w:val="false"/>
          <w:sz w:val="28"/>
          <w:lang w:val="zxx"/>
        </w:rPr>
        <w:t>sourceUnavailable</w:t>
      </w:r>
      <w:r>
        <w:rPr>
          <w:b w:val="false"/>
          <w:sz w:val="28"/>
        </w:rPr>
        <w:t xml:space="preserve">, </w:t>
      </w:r>
      <w:r>
        <w:rPr>
          <w:b w:val="false"/>
          <w:sz w:val="28"/>
          <w:lang w:val="zxx"/>
        </w:rPr>
        <w:t>driverFault</w:t>
      </w:r>
      <w:r>
        <w:rPr>
          <w:b w:val="false"/>
          <w:sz w:val="28"/>
        </w:rPr>
        <w:t xml:space="preserve">, </w:t>
      </w:r>
      <w:r>
        <w:rPr>
          <w:b w:val="false"/>
          <w:sz w:val="28"/>
          <w:lang w:val="zxx"/>
        </w:rPr>
        <w:t>storageFault</w:t>
      </w:r>
      <w:r>
        <w:rPr>
          <w:b w:val="false"/>
          <w:sz w:val="28"/>
        </w:rPr>
        <w:t xml:space="preserve">, </w:t>
      </w:r>
      <w:r>
        <w:rPr>
          <w:b w:val="false"/>
          <w:sz w:val="28"/>
          <w:lang w:val="zxx"/>
        </w:rPr>
        <w:t>contentMismatch</w:t>
      </w:r>
      <w:r>
        <w:rPr>
          <w:b w:val="false"/>
          <w:sz w:val="28"/>
        </w:rPr>
        <w:t xml:space="preserve">, </w:t>
      </w:r>
      <w:r>
        <w:rPr>
          <w:b w:val="false"/>
          <w:sz w:val="28"/>
          <w:lang w:val="zxx"/>
        </w:rPr>
        <w:t>mediaIncomplete</w:t>
      </w:r>
      <w:r>
        <w:rPr>
          <w:b w:val="false"/>
          <w:sz w:val="28"/>
        </w:rPr>
        <w:t xml:space="preserve">, </w:t>
      </w:r>
      <w:r>
        <w:rPr>
          <w:b w:val="false"/>
          <w:sz w:val="28"/>
          <w:lang w:val="zxx"/>
        </w:rPr>
        <w:t>mediaClockFault</w:t>
      </w:r>
      <w:r>
        <w:rPr>
          <w:b w:val="false"/>
          <w:sz w:val="28"/>
        </w:rPr>
        <w:t xml:space="preserve">, </w:t>
      </w:r>
      <w:r>
        <w:rPr>
          <w:b w:val="false"/>
          <w:sz w:val="28"/>
          <w:lang w:val="zxx"/>
        </w:rPr>
        <w:t>hardwareProtection</w:t>
      </w:r>
      <w:r>
        <w:rPr>
          <w:b w:val="false"/>
          <w:sz w:val="28"/>
        </w:rPr>
        <w:t xml:space="preserve"> или </w:t>
      </w:r>
      <w:r>
        <w:rPr>
          <w:b w:val="false"/>
          <w:sz w:val="28"/>
          <w:lang w:val="zxx"/>
        </w:rPr>
        <w:t>testFailed</w:t>
      </w:r>
      <w:r>
        <w:rPr>
          <w:b w:val="false"/>
          <w:sz w:val="28"/>
        </w:rPr>
        <w:t xml:space="preserve">, </w:t>
      </w:r>
      <w:r>
        <w:rPr>
          <w:b w:val="false"/>
          <w:sz w:val="28"/>
          <w:lang w:val="zxx"/>
        </w:rPr>
        <w:t>equipmentFault:</w:t>
      </w:r>
      <w:r>
        <w:rPr>
          <w:b w:val="false"/>
          <w:sz w:val="28"/>
        </w:rPr>
        <w:t xml:space="preserve"> известное нарушение требования, выходы подтверждены </w:t>
      </w:r>
      <w:r>
        <w:rPr>
          <w:b w:val="false"/>
          <w:sz w:val="28"/>
          <w:lang w:val="zxx"/>
        </w:rPr>
        <w:t>off.</w:t>
      </w:r>
      <w:r>
        <w:rPr>
          <w:b w:val="false"/>
          <w:sz w:val="28"/>
        </w:rPr>
        <w:t xml:space="preserve"> Конкретная неисправность сохраняется в </w:t>
      </w:r>
      <w:r>
        <w:rPr>
          <w:b w:val="false"/>
          <w:sz w:val="28"/>
          <w:lang w:val="zxx"/>
        </w:rPr>
        <w:t>fault.</w:t>
      </w:r>
    </w:p>
    <w:p>
      <w:pPr>
        <w:pStyle w:val="Normal"/>
        <w:keepNext w:val="true"/>
        <w:jc w:val="start"/>
        <w:rPr/>
      </w:pPr>
      <w:r>
        <w:rPr>
          <w:b/>
          <w:sz w:val="28"/>
          <w:lang w:val="zxx"/>
        </w:rPr>
        <w:t>8.43</w:t>
      </w:r>
      <w:r>
        <w:rPr>
          <w:b/>
          <w:sz w:val="28"/>
        </w:rPr>
        <w:t xml:space="preserve"> </w:t>
      </w:r>
      <w:r>
        <w:rPr>
          <w:b/>
          <w:sz w:val="28"/>
          <w:lang w:val="zxx"/>
        </w:rPr>
        <w:t>unknown</w:t>
      </w:r>
    </w:p>
    <w:p>
      <w:pPr>
        <w:pStyle w:val="Normal"/>
        <w:jc w:val="start"/>
        <w:rPr/>
      </w:pPr>
      <w:r>
        <w:rPr>
          <w:b w:val="false"/>
          <w:sz w:val="28"/>
          <w:lang w:val="zxx"/>
        </w:rPr>
        <w:t>stopUnconfirmed</w:t>
      </w:r>
      <w:r>
        <w:rPr>
          <w:b w:val="false"/>
          <w:sz w:val="28"/>
        </w:rPr>
        <w:t xml:space="preserve">, </w:t>
      </w:r>
      <w:r>
        <w:rPr>
          <w:b w:val="false"/>
          <w:sz w:val="28"/>
          <w:lang w:val="zxx"/>
        </w:rPr>
        <w:t>observationLost</w:t>
      </w:r>
      <w:r>
        <w:rPr>
          <w:b w:val="false"/>
          <w:sz w:val="28"/>
        </w:rPr>
        <w:t xml:space="preserve"> или </w:t>
      </w:r>
      <w:r>
        <w:rPr>
          <w:b w:val="false"/>
          <w:sz w:val="28"/>
          <w:lang w:val="zxx"/>
        </w:rPr>
        <w:t>recoveryUncertain:</w:t>
      </w:r>
      <w:r>
        <w:rPr>
          <w:b w:val="false"/>
          <w:sz w:val="28"/>
        </w:rPr>
        <w:t xml:space="preserve"> обязательное доказательство физического исхода отсутствует. Отправка команды и истечение таймера не разрешают другой итог.</w:t>
      </w:r>
    </w:p>
    <w:p>
      <w:pPr>
        <w:pStyle w:val="Normal"/>
        <w:jc w:val="start"/>
        <w:rPr/>
      </w:pPr>
      <w:r>
        <w:rPr>
          <w:b w:val="false"/>
          <w:sz w:val="28"/>
          <w:lang w:val="zxx"/>
        </w:rPr>
        <w:t>8.44</w:t>
      </w:r>
      <w:r>
        <w:rPr>
          <w:b w:val="false"/>
          <w:sz w:val="28"/>
        </w:rPr>
        <w:t xml:space="preserve"> Отсутствие наблюдений аварии требует </w:t>
      </w:r>
      <w:r>
        <w:rPr>
          <w:b w:val="false"/>
          <w:sz w:val="28"/>
          <w:lang w:val="zxx"/>
        </w:rPr>
        <w:t>freshness=never</w:t>
      </w:r>
      <w:r>
        <w:rPr>
          <w:b w:val="false"/>
          <w:sz w:val="28"/>
        </w:rPr>
        <w:t xml:space="preserve">, </w:t>
      </w:r>
      <w:r>
        <w:rPr>
          <w:b w:val="false"/>
          <w:sz w:val="28"/>
          <w:lang w:val="zxx"/>
        </w:rPr>
        <w:t>validity=unavailable</w:t>
      </w:r>
      <w:r>
        <w:rPr>
          <w:b w:val="false"/>
          <w:sz w:val="28"/>
        </w:rPr>
        <w:t xml:space="preserve">, </w:t>
      </w:r>
      <w:r>
        <w:rPr>
          <w:b w:val="false"/>
          <w:sz w:val="28"/>
          <w:lang w:val="zxx"/>
        </w:rPr>
        <w:t>state=unknown</w:t>
      </w:r>
      <w:r>
        <w:rPr>
          <w:b w:val="false"/>
          <w:sz w:val="28"/>
        </w:rPr>
        <w:t xml:space="preserve">, </w:t>
      </w:r>
      <w:r>
        <w:rPr>
          <w:b w:val="false"/>
          <w:sz w:val="28"/>
          <w:lang w:val="zxx"/>
        </w:rPr>
        <w:t>observedAtMs=0</w:t>
      </w:r>
      <w:r>
        <w:rPr>
          <w:b w:val="false"/>
          <w:sz w:val="28"/>
        </w:rPr>
        <w:t xml:space="preserve"> и </w:t>
      </w:r>
      <w:r>
        <w:rPr>
          <w:b w:val="false"/>
          <w:sz w:val="28"/>
          <w:lang w:val="zxx"/>
        </w:rPr>
        <w:t>changedAtMs=0.</w:t>
      </w:r>
      <w:r>
        <w:rPr>
          <w:b w:val="false"/>
          <w:sz w:val="28"/>
        </w:rPr>
        <w:t xml:space="preserve"> При наличии наблюдений </w:t>
      </w:r>
      <w:r>
        <w:rPr>
          <w:b w:val="false"/>
          <w:sz w:val="28"/>
          <w:lang w:val="zxx"/>
        </w:rPr>
        <w:t>changedAtMs</w:t>
      </w:r>
      <w:r>
        <w:rPr>
          <w:b w:val="false"/>
          <w:sz w:val="28"/>
        </w:rPr>
        <w:t xml:space="preserve"> &lt;= </w:t>
      </w:r>
      <w:r>
        <w:rPr>
          <w:b w:val="false"/>
          <w:sz w:val="28"/>
          <w:lang w:val="zxx"/>
        </w:rPr>
        <w:t>observedAtMs</w:t>
      </w:r>
      <w:r>
        <w:rPr>
          <w:b w:val="false"/>
          <w:sz w:val="28"/>
        </w:rPr>
        <w:t xml:space="preserve">; в снимке устройства </w:t>
      </w:r>
      <w:r>
        <w:rPr>
          <w:b w:val="false"/>
          <w:sz w:val="28"/>
          <w:lang w:val="zxx"/>
        </w:rPr>
        <w:t>observedAtMs</w:t>
      </w:r>
      <w:r>
        <w:rPr>
          <w:b w:val="false"/>
          <w:sz w:val="28"/>
        </w:rPr>
        <w:t xml:space="preserve"> &lt;= </w:t>
      </w:r>
      <w:r>
        <w:rPr>
          <w:b w:val="false"/>
          <w:sz w:val="28"/>
          <w:lang w:val="zxx"/>
        </w:rPr>
        <w:t>uptimeMs</w:t>
      </w:r>
      <w:r>
        <w:rPr>
          <w:b w:val="false"/>
          <w:sz w:val="28"/>
        </w:rPr>
        <w:t xml:space="preserve"> снимка. Ответ </w:t>
      </w:r>
      <w:r>
        <w:rPr>
          <w:b w:val="false"/>
          <w:sz w:val="28"/>
          <w:lang w:val="zxx"/>
        </w:rPr>
        <w:t>channel.ping</w:t>
      </w:r>
      <w:r>
        <w:rPr>
          <w:b w:val="false"/>
          <w:sz w:val="28"/>
        </w:rPr>
        <w:t xml:space="preserve"> без </w:t>
      </w:r>
      <w:r>
        <w:rPr>
          <w:b w:val="false"/>
          <w:sz w:val="28"/>
          <w:lang w:val="zxx"/>
        </w:rPr>
        <w:t>controlEpoch</w:t>
      </w:r>
      <w:r>
        <w:rPr>
          <w:b w:val="false"/>
          <w:sz w:val="28"/>
        </w:rPr>
        <w:t xml:space="preserve"> </w:t>
      </w:r>
      <w:r>
        <w:rPr>
          <w:b w:val="false"/>
          <w:sz w:val="28"/>
          <w:lang w:val="zxx"/>
        </w:rPr>
        <w:t>ДОЛЖЕН</w:t>
      </w:r>
      <w:r>
        <w:rPr>
          <w:b w:val="false"/>
          <w:sz w:val="28"/>
        </w:rPr>
        <w:t xml:space="preserve"> содержать </w:t>
      </w:r>
      <w:r>
        <w:rPr>
          <w:b w:val="false"/>
          <w:sz w:val="28"/>
          <w:lang w:val="zxx"/>
        </w:rPr>
        <w:t>leaseRemainingMs=0</w:t>
      </w:r>
      <w:r>
        <w:rPr>
          <w:b w:val="false"/>
          <w:sz w:val="28"/>
        </w:rPr>
        <w:t xml:space="preserve">, даже если на УУ существует другой владелец. Наблюдатель не продлевает его </w:t>
      </w:r>
      <w:r>
        <w:rPr>
          <w:b w:val="false"/>
          <w:sz w:val="28"/>
          <w:lang w:val="zxx"/>
        </w:rPr>
        <w:t>lease.</w:t>
      </w:r>
    </w:p>
    <w:p>
      <w:pPr>
        <w:pStyle w:val="2"/>
        <w:rPr/>
      </w:pPr>
      <w:r>
        <w:rPr/>
        <w:t>Принятие, подтверждение исполнения и завершение</w:t>
      </w:r>
    </w:p>
    <w:p>
      <w:pPr>
        <w:pStyle w:val="Normal"/>
        <w:jc w:val="both"/>
        <w:rPr/>
      </w:pPr>
      <w:r>
        <w:rPr>
          <w:b w:val="false"/>
          <w:sz w:val="28"/>
          <w:lang w:val="zxx"/>
        </w:rPr>
        <w:t>8.45</w:t>
      </w:r>
      <w:r>
        <w:rPr>
          <w:b w:val="false"/>
          <w:sz w:val="28"/>
        </w:rPr>
        <w:t xml:space="preserve"> Принятие команды (АП), подтверждение исполнения и завершение являются разными фактами. </w:t>
      </w:r>
      <w:r>
        <w:rPr>
          <w:b w:val="false"/>
          <w:sz w:val="28"/>
          <w:lang w:val="zxx"/>
        </w:rPr>
        <w:t>accepted</w:t>
      </w:r>
      <w:r>
        <w:rPr>
          <w:b w:val="false"/>
          <w:sz w:val="28"/>
        </w:rPr>
        <w:t xml:space="preserve"> подтверждает проверку и сохранение поручения, но не работу ОУ. Подтверждение исполнения означает, что выбранный ресурс фактически выполнил критерий начала заданного воздействия. Оно передается сразу после получения достаточного доказательства, без ожидания остановки. Обозначение «РП» не является термином или полем этого протокола; АРМ может использовать его для отображения подтверждения исполнения.</w:t>
      </w:r>
    </w:p>
    <w:p>
      <w:pPr>
        <w:pStyle w:val="Normal"/>
        <w:jc w:val="both"/>
        <w:rPr/>
      </w:pPr>
      <w:r>
        <w:rPr>
          <w:b w:val="false"/>
          <w:sz w:val="28"/>
          <w:lang w:val="zxx"/>
        </w:rPr>
        <w:t>8.46</w:t>
      </w:r>
      <w:r>
        <w:rPr>
          <w:b w:val="false"/>
          <w:sz w:val="28"/>
        </w:rPr>
        <w:t xml:space="preserve"> Для каждого выбранного ресурса УУ ведет </w:t>
      </w:r>
      <w:r>
        <w:rPr>
          <w:b w:val="false"/>
          <w:sz w:val="28"/>
          <w:lang w:val="zxx"/>
        </w:rPr>
        <w:t>execution.</w:t>
      </w:r>
      <w:r>
        <w:rPr>
          <w:b w:val="false"/>
          <w:sz w:val="28"/>
        </w:rPr>
        <w:t xml:space="preserve"> В </w:t>
      </w:r>
      <w:r>
        <w:rPr>
          <w:b w:val="false"/>
          <w:sz w:val="28"/>
          <w:lang w:val="zxx"/>
        </w:rPr>
        <w:t>siren</w:t>
      </w:r>
      <w:r>
        <w:rPr>
          <w:b w:val="false"/>
          <w:sz w:val="28"/>
        </w:rPr>
        <w:t xml:space="preserve"> подтверждается начало заданного сигнала, в </w:t>
      </w:r>
      <w:r>
        <w:rPr>
          <w:b w:val="false"/>
          <w:sz w:val="28"/>
          <w:lang w:val="zxx"/>
        </w:rPr>
        <w:t>recording/</w:t>
      </w:r>
      <w:r>
        <w:rPr>
          <w:b w:val="false"/>
          <w:sz w:val="28"/>
        </w:rPr>
        <w:t>​</w:t>
      </w:r>
      <w:r>
        <w:rPr>
          <w:b w:val="false"/>
          <w:sz w:val="28"/>
          <w:lang w:val="zxx"/>
        </w:rPr>
        <w:t>stream</w:t>
      </w:r>
      <w:r>
        <w:rPr>
          <w:b w:val="false"/>
          <w:sz w:val="28"/>
        </w:rPr>
        <w:t xml:space="preserve"> — начало вывода отсчетов именно принятой записи/потока в исполнительный тракт. Прием файла, пакета </w:t>
      </w:r>
      <w:r>
        <w:rPr>
          <w:b w:val="false"/>
          <w:sz w:val="28"/>
          <w:lang w:val="zxx"/>
        </w:rPr>
        <w:t>RTP</w:t>
      </w:r>
      <w:r>
        <w:rPr>
          <w:b w:val="false"/>
          <w:sz w:val="28"/>
        </w:rPr>
        <w:t xml:space="preserve">, включение усилителя без подачи принятого звука и </w:t>
      </w:r>
      <w:r>
        <w:rPr>
          <w:b w:val="false"/>
          <w:sz w:val="28"/>
          <w:lang w:val="zxx"/>
        </w:rPr>
        <w:t>TCP</w:t>
      </w:r>
      <w:r>
        <w:rPr>
          <w:b w:val="false"/>
          <w:sz w:val="28"/>
        </w:rPr>
        <w:t xml:space="preserve"> </w:t>
      </w:r>
      <w:r>
        <w:rPr>
          <w:b w:val="false"/>
          <w:sz w:val="28"/>
          <w:lang w:val="zxx"/>
        </w:rPr>
        <w:t>ACK</w:t>
      </w:r>
      <w:r>
        <w:rPr>
          <w:b w:val="false"/>
          <w:sz w:val="28"/>
        </w:rPr>
        <w:t xml:space="preserve"> недостаточны. Допустимые источники и граница физического наблюдения определены </w:t>
      </w:r>
      <w:r>
        <w:rPr>
          <w:b w:val="false"/>
          <w:sz w:val="28"/>
          <w:lang w:val="zxx"/>
        </w:rPr>
        <w:t>executionCriterion</w:t>
      </w:r>
      <w:r>
        <w:rPr>
          <w:b w:val="false"/>
          <w:sz w:val="28"/>
        </w:rPr>
        <w:t xml:space="preserve"> аппаратного профиля. </w:t>
      </w:r>
      <w:r>
        <w:rPr>
          <w:b w:val="false"/>
          <w:sz w:val="28"/>
          <w:lang w:val="zxx"/>
        </w:rPr>
        <w:t>reportedMode</w:t>
      </w:r>
      <w:r>
        <w:rPr>
          <w:b w:val="false"/>
          <w:sz w:val="28"/>
        </w:rPr>
        <w:t xml:space="preserve"> не объявляется акустическим измерением; отсутствие акустического датчика не запрещает явно объявленный цифровой или электрический критерий. УУ без достаточного доказательства сообщает </w:t>
      </w:r>
      <w:r>
        <w:rPr>
          <w:b w:val="false"/>
          <w:sz w:val="28"/>
          <w:lang w:val="zxx"/>
        </w:rPr>
        <w:t>unknown</w:t>
      </w:r>
      <w:r>
        <w:rPr>
          <w:b w:val="false"/>
          <w:sz w:val="28"/>
        </w:rPr>
        <w:t xml:space="preserve">, а не </w:t>
      </w:r>
      <w:r>
        <w:rPr>
          <w:b w:val="false"/>
          <w:sz w:val="28"/>
          <w:lang w:val="zxx"/>
        </w:rPr>
        <w:t>confirmed.</w:t>
      </w:r>
    </w:p>
    <w:p>
      <w:pPr>
        <w:pStyle w:val="Normal"/>
        <w:keepNext w:val="true"/>
        <w:jc w:val="start"/>
        <w:rPr/>
      </w:pPr>
      <w:r>
        <w:rPr>
          <w:b/>
          <w:sz w:val="28"/>
          <w:lang w:val="zxx"/>
        </w:rPr>
        <w:t>8.47</w:t>
      </w:r>
      <w:r>
        <w:rPr>
          <w:b/>
          <w:sz w:val="28"/>
        </w:rPr>
        <w:t xml:space="preserve"> </w:t>
      </w:r>
      <w:r>
        <w:rPr>
          <w:b/>
          <w:sz w:val="28"/>
          <w:lang w:val="zxx"/>
        </w:rPr>
        <w:t>pending</w:t>
      </w:r>
    </w:p>
    <w:p>
      <w:pPr>
        <w:pStyle w:val="Normal"/>
        <w:jc w:val="both"/>
        <w:rPr/>
      </w:pPr>
      <w:r>
        <w:rPr>
          <w:b w:val="false"/>
          <w:sz w:val="28"/>
        </w:rPr>
        <w:t xml:space="preserve">Критерий еще ожидается в пределах подготовки. Отправленная команда не меняет </w:t>
      </w:r>
      <w:r>
        <w:rPr>
          <w:b w:val="false"/>
          <w:sz w:val="28"/>
          <w:lang w:val="zxx"/>
        </w:rPr>
        <w:t>pending</w:t>
      </w:r>
      <w:r>
        <w:rPr>
          <w:b w:val="false"/>
          <w:sz w:val="28"/>
        </w:rPr>
        <w:t xml:space="preserve"> на </w:t>
      </w:r>
      <w:r>
        <w:rPr>
          <w:b w:val="false"/>
          <w:sz w:val="28"/>
          <w:lang w:val="zxx"/>
        </w:rPr>
        <w:t>confirmed.</w:t>
      </w:r>
      <w:r>
        <w:rPr>
          <w:b w:val="false"/>
          <w:sz w:val="28"/>
        </w:rPr>
        <w:t xml:space="preserve"> В </w:t>
      </w:r>
      <w:r>
        <w:rPr>
          <w:b w:val="false"/>
          <w:sz w:val="28"/>
          <w:lang w:val="zxx"/>
        </w:rPr>
        <w:t>finished</w:t>
      </w:r>
      <w:r>
        <w:rPr>
          <w:b w:val="false"/>
          <w:sz w:val="28"/>
        </w:rPr>
        <w:t xml:space="preserve"> этот статус запрещен.</w:t>
      </w:r>
    </w:p>
    <w:p>
      <w:pPr>
        <w:pStyle w:val="Normal"/>
        <w:keepNext w:val="true"/>
        <w:jc w:val="start"/>
        <w:rPr/>
      </w:pPr>
      <w:r>
        <w:rPr>
          <w:b/>
          <w:sz w:val="28"/>
          <w:lang w:val="zxx"/>
        </w:rPr>
        <w:t>8.48</w:t>
      </w:r>
      <w:r>
        <w:rPr>
          <w:b/>
          <w:sz w:val="28"/>
        </w:rPr>
        <w:t xml:space="preserve"> </w:t>
      </w:r>
      <w:r>
        <w:rPr>
          <w:b/>
          <w:sz w:val="28"/>
          <w:lang w:val="zxx"/>
        </w:rPr>
        <w:t>confirmed</w:t>
      </w:r>
    </w:p>
    <w:p>
      <w:pPr>
        <w:pStyle w:val="Normal"/>
        <w:jc w:val="both"/>
        <w:rPr/>
      </w:pPr>
      <w:r>
        <w:rPr>
          <w:b w:val="false"/>
          <w:sz w:val="28"/>
        </w:rPr>
        <w:t xml:space="preserve">Критерий фактически выполнен; </w:t>
      </w:r>
      <w:r>
        <w:rPr>
          <w:b w:val="false"/>
          <w:sz w:val="28"/>
          <w:lang w:val="zxx"/>
        </w:rPr>
        <w:t>criterionId</w:t>
      </w:r>
      <w:r>
        <w:rPr>
          <w:b w:val="false"/>
          <w:sz w:val="28"/>
        </w:rPr>
        <w:t xml:space="preserve">, </w:t>
      </w:r>
      <w:r>
        <w:rPr>
          <w:b w:val="false"/>
          <w:sz w:val="28"/>
          <w:lang w:val="zxx"/>
        </w:rPr>
        <w:t>sourceId</w:t>
      </w:r>
      <w:r>
        <w:rPr>
          <w:b w:val="false"/>
          <w:sz w:val="28"/>
        </w:rPr>
        <w:t xml:space="preserve">, </w:t>
      </w:r>
      <w:r>
        <w:rPr>
          <w:b w:val="false"/>
          <w:sz w:val="28"/>
          <w:lang w:val="zxx"/>
        </w:rPr>
        <w:t>evidence</w:t>
      </w:r>
      <w:r>
        <w:rPr>
          <w:b w:val="false"/>
          <w:sz w:val="28"/>
        </w:rPr>
        <w:t xml:space="preserve"> и </w:t>
      </w:r>
      <w:r>
        <w:rPr>
          <w:b w:val="false"/>
          <w:sz w:val="28"/>
          <w:lang w:val="zxx"/>
        </w:rPr>
        <w:t>observedAtMs</w:t>
      </w:r>
      <w:r>
        <w:rPr>
          <w:b w:val="false"/>
          <w:sz w:val="28"/>
        </w:rPr>
        <w:t xml:space="preserve"> обязательны. Факт, время и доказательство сохраняются неизменными до конца хранения результата, в том числе после остановки или аварии.</w:t>
      </w:r>
    </w:p>
    <w:p>
      <w:pPr>
        <w:pStyle w:val="Normal"/>
        <w:keepNext w:val="true"/>
        <w:jc w:val="start"/>
        <w:rPr/>
      </w:pPr>
      <w:r>
        <w:rPr>
          <w:b/>
          <w:sz w:val="28"/>
          <w:lang w:val="zxx"/>
        </w:rPr>
        <w:t>8.49</w:t>
      </w:r>
      <w:r>
        <w:rPr>
          <w:b/>
          <w:sz w:val="28"/>
        </w:rPr>
        <w:t xml:space="preserve"> </w:t>
      </w:r>
      <w:r>
        <w:rPr>
          <w:b/>
          <w:sz w:val="28"/>
          <w:lang w:val="zxx"/>
        </w:rPr>
        <w:t>notExecuted</w:t>
      </w:r>
    </w:p>
    <w:p>
      <w:pPr>
        <w:pStyle w:val="Normal"/>
        <w:jc w:val="both"/>
        <w:rPr/>
      </w:pPr>
      <w:r>
        <w:rPr>
          <w:b w:val="false"/>
          <w:sz w:val="28"/>
        </w:rPr>
        <w:t xml:space="preserve">Достоверно установлено, что воздействие данного прохода не начиналось. </w:t>
      </w:r>
      <w:r>
        <w:rPr>
          <w:b w:val="false"/>
          <w:sz w:val="28"/>
          <w:lang w:val="zxx"/>
        </w:rPr>
        <w:t>ДОПУСКАЕТСЯ</w:t>
      </w:r>
      <w:r>
        <w:rPr>
          <w:b w:val="false"/>
          <w:sz w:val="28"/>
        </w:rPr>
        <w:t xml:space="preserve"> при отмене до передачи физического запуска либо другом доказанном отсутствии воздействия; один таймаут или отсутствие ответа этого не доказывает.</w:t>
      </w:r>
    </w:p>
    <w:p>
      <w:pPr>
        <w:pStyle w:val="Normal"/>
        <w:keepNext w:val="true"/>
        <w:jc w:val="start"/>
        <w:rPr/>
      </w:pPr>
      <w:r>
        <w:rPr>
          <w:b/>
          <w:sz w:val="28"/>
          <w:lang w:val="zxx"/>
        </w:rPr>
        <w:t>8.50</w:t>
      </w:r>
      <w:r>
        <w:rPr>
          <w:b/>
          <w:sz w:val="28"/>
        </w:rPr>
        <w:t xml:space="preserve"> </w:t>
      </w:r>
      <w:r>
        <w:rPr>
          <w:b/>
          <w:sz w:val="28"/>
          <w:lang w:val="zxx"/>
        </w:rPr>
        <w:t>unknown</w:t>
      </w:r>
    </w:p>
    <w:p>
      <w:pPr>
        <w:pStyle w:val="Normal"/>
        <w:jc w:val="both"/>
        <w:rPr/>
      </w:pPr>
      <w:r>
        <w:rPr>
          <w:b w:val="false"/>
          <w:sz w:val="28"/>
        </w:rPr>
        <w:t xml:space="preserve">Доказательства начала недостаточно. До завершения последующее достоверное наблюдение может уточнить статус; после </w:t>
      </w:r>
      <w:r>
        <w:rPr>
          <w:b w:val="false"/>
          <w:sz w:val="28"/>
          <w:lang w:val="zxx"/>
        </w:rPr>
        <w:t>finished</w:t>
      </w:r>
      <w:r>
        <w:rPr>
          <w:b w:val="false"/>
          <w:sz w:val="28"/>
        </w:rPr>
        <w:t xml:space="preserve"> исторический результат не переписывается.</w:t>
      </w:r>
    </w:p>
    <w:p>
      <w:pPr>
        <w:pStyle w:val="Normal"/>
        <w:jc w:val="both"/>
        <w:rPr/>
      </w:pPr>
      <w:r>
        <w:rPr>
          <w:b w:val="false"/>
          <w:sz w:val="28"/>
          <w:lang w:val="zxx"/>
        </w:rPr>
        <w:t>8.51</w:t>
      </w:r>
      <w:r>
        <w:rPr>
          <w:b w:val="false"/>
          <w:sz w:val="28"/>
        </w:rPr>
        <w:t xml:space="preserve"> У сирены, записи, потока и теста имеется по одной </w:t>
      </w:r>
      <w:r>
        <w:rPr>
          <w:b w:val="false"/>
          <w:sz w:val="28"/>
          <w:lang w:val="zxx"/>
        </w:rPr>
        <w:t>execution</w:t>
      </w:r>
      <w:r>
        <w:rPr>
          <w:b w:val="false"/>
          <w:sz w:val="28"/>
        </w:rPr>
        <w:t xml:space="preserve"> на каждый ресурс. У </w:t>
      </w:r>
      <w:r>
        <w:rPr>
          <w:b w:val="false"/>
          <w:sz w:val="28"/>
          <w:lang w:val="zxx"/>
        </w:rPr>
        <w:t>program</w:t>
      </w:r>
      <w:r>
        <w:rPr>
          <w:b w:val="false"/>
          <w:sz w:val="28"/>
        </w:rPr>
        <w:t xml:space="preserve"> имеется запись для каждой пары ресурс/проход звучащего этапа; </w:t>
      </w:r>
      <w:r>
        <w:rPr>
          <w:b w:val="false"/>
          <w:sz w:val="28"/>
          <w:lang w:val="zxx"/>
        </w:rPr>
        <w:t>stageIndex</w:t>
      </w:r>
      <w:r>
        <w:rPr>
          <w:b w:val="false"/>
          <w:sz w:val="28"/>
        </w:rPr>
        <w:t xml:space="preserve"> и </w:t>
      </w:r>
      <w:r>
        <w:rPr>
          <w:b w:val="false"/>
          <w:sz w:val="28"/>
          <w:lang w:val="zxx"/>
        </w:rPr>
        <w:t>passIndex</w:t>
      </w:r>
      <w:r>
        <w:rPr>
          <w:b w:val="false"/>
          <w:sz w:val="28"/>
        </w:rPr>
        <w:t xml:space="preserve"> обязательны. Пауза </w:t>
      </w:r>
      <w:r>
        <w:rPr>
          <w:b w:val="false"/>
          <w:sz w:val="28"/>
          <w:lang w:val="zxx"/>
        </w:rPr>
        <w:t>execution</w:t>
      </w:r>
      <w:r>
        <w:rPr>
          <w:b w:val="false"/>
          <w:sz w:val="28"/>
        </w:rPr>
        <w:t xml:space="preserve"> не создает: запуск таймера паузы не подтверждает звучание. Для будущего прохода статус </w:t>
      </w:r>
      <w:r>
        <w:rPr>
          <w:b w:val="false"/>
          <w:sz w:val="28"/>
          <w:lang w:val="zxx"/>
        </w:rPr>
        <w:t>pending</w:t>
      </w:r>
      <w:r>
        <w:rPr>
          <w:b w:val="false"/>
          <w:sz w:val="28"/>
        </w:rPr>
        <w:t xml:space="preserve">, после отмены не начатого прохода — </w:t>
      </w:r>
      <w:r>
        <w:rPr>
          <w:b w:val="false"/>
          <w:sz w:val="28"/>
          <w:lang w:val="zxx"/>
        </w:rPr>
        <w:t>notExecuted.</w:t>
      </w:r>
      <w:r>
        <w:rPr>
          <w:b w:val="false"/>
          <w:sz w:val="28"/>
        </w:rPr>
        <w:t xml:space="preserve"> </w:t>
      </w:r>
      <w:r>
        <w:rPr>
          <w:b w:val="false"/>
          <w:sz w:val="28"/>
          <w:lang w:val="zxx"/>
        </w:rPr>
        <w:t>session.started</w:t>
      </w:r>
      <w:r>
        <w:rPr>
          <w:b w:val="false"/>
          <w:sz w:val="28"/>
        </w:rPr>
        <w:t xml:space="preserve"> отражает переход </w:t>
      </w:r>
      <w:r>
        <w:rPr>
          <w:b w:val="false"/>
          <w:sz w:val="28"/>
          <w:lang w:val="zxx"/>
        </w:rPr>
        <w:t>running</w:t>
      </w:r>
      <w:r>
        <w:rPr>
          <w:b w:val="false"/>
          <w:sz w:val="28"/>
        </w:rPr>
        <w:t xml:space="preserve">, а </w:t>
      </w:r>
      <w:r>
        <w:rPr>
          <w:b w:val="false"/>
          <w:sz w:val="28"/>
          <w:lang w:val="zxx"/>
        </w:rPr>
        <w:t>session.execution</w:t>
      </w:r>
      <w:r>
        <w:rPr>
          <w:b w:val="false"/>
          <w:sz w:val="28"/>
        </w:rPr>
        <w:t xml:space="preserve"> сообщает подтверждение отдельного ресурса. Эти события не взаимозаменяемы. Потеря события восстанавливается через </w:t>
      </w:r>
      <w:r>
        <w:rPr>
          <w:b w:val="false"/>
          <w:sz w:val="28"/>
          <w:lang w:val="zxx"/>
        </w:rPr>
        <w:t>session.get</w:t>
      </w:r>
      <w:r>
        <w:rPr>
          <w:b w:val="false"/>
          <w:sz w:val="28"/>
        </w:rPr>
        <w:t>; снимок не вызывает повторного воздействия.</w:t>
      </w:r>
    </w:p>
    <w:p>
      <w:pPr>
        <w:pStyle w:val="Normal"/>
        <w:keepNext w:val="true"/>
        <w:jc w:val="start"/>
        <w:rPr/>
      </w:pPr>
      <w:r>
        <w:rPr>
          <w:b/>
          <w:sz w:val="28"/>
          <w:lang w:val="zxx"/>
        </w:rPr>
        <w:t>8.52</w:t>
      </w:r>
      <w:r>
        <w:rPr>
          <w:b/>
          <w:sz w:val="28"/>
        </w:rPr>
        <w:t xml:space="preserve"> Нормальный конец</w:t>
      </w:r>
    </w:p>
    <w:p>
      <w:pPr>
        <w:pStyle w:val="Normal"/>
        <w:jc w:val="start"/>
        <w:rPr/>
      </w:pPr>
      <w:r>
        <w:rPr>
          <w:b w:val="false"/>
          <w:sz w:val="28"/>
          <w:lang w:val="zxx"/>
        </w:rPr>
        <w:t>succeeded/</w:t>
      </w:r>
      <w:r>
        <w:rPr>
          <w:b w:val="false"/>
          <w:sz w:val="28"/>
        </w:rPr>
        <w:t>​</w:t>
      </w:r>
      <w:r>
        <w:rPr>
          <w:b w:val="false"/>
          <w:sz w:val="28"/>
          <w:lang w:val="zxx"/>
        </w:rPr>
        <w:t>completed:</w:t>
      </w:r>
      <w:r>
        <w:rPr>
          <w:b w:val="false"/>
          <w:sz w:val="28"/>
        </w:rPr>
        <w:t xml:space="preserve"> полный план завершен, все необходимые </w:t>
      </w:r>
      <w:r>
        <w:rPr>
          <w:b w:val="false"/>
          <w:sz w:val="28"/>
          <w:lang w:val="zxx"/>
        </w:rPr>
        <w:t>execution</w:t>
      </w:r>
      <w:r>
        <w:rPr>
          <w:b w:val="false"/>
          <w:sz w:val="28"/>
        </w:rPr>
        <w:t xml:space="preserve"> подтверждены, обязательные проверки пройдены, все выходы </w:t>
      </w:r>
      <w:r>
        <w:rPr>
          <w:b w:val="false"/>
          <w:sz w:val="28"/>
          <w:lang w:val="zxx"/>
        </w:rPr>
        <w:t>off</w:t>
      </w:r>
      <w:r>
        <w:rPr>
          <w:b w:val="false"/>
          <w:sz w:val="28"/>
        </w:rPr>
        <w:t xml:space="preserve"> в срок.</w:t>
      </w:r>
    </w:p>
    <w:p>
      <w:pPr>
        <w:pStyle w:val="Normal"/>
        <w:keepNext w:val="true"/>
        <w:jc w:val="start"/>
        <w:rPr/>
      </w:pPr>
      <w:r>
        <w:rPr>
          <w:b/>
          <w:sz w:val="28"/>
          <w:lang w:val="zxx"/>
        </w:rPr>
        <w:t>8.53</w:t>
      </w:r>
      <w:r>
        <w:rPr>
          <w:b/>
          <w:sz w:val="28"/>
        </w:rPr>
        <w:t xml:space="preserve"> Оператор остановил сирену, запись или поток после подтвержденной работы</w:t>
      </w:r>
    </w:p>
    <w:p>
      <w:pPr>
        <w:pStyle w:val="Normal"/>
        <w:jc w:val="start"/>
        <w:rPr/>
      </w:pPr>
      <w:r>
        <w:rPr>
          <w:b w:val="false"/>
          <w:sz w:val="28"/>
          <w:lang w:val="zxx"/>
        </w:rPr>
        <w:t>succeeded/</w:t>
      </w:r>
      <w:r>
        <w:rPr>
          <w:b w:val="false"/>
          <w:sz w:val="28"/>
        </w:rPr>
        <w:t>​</w:t>
      </w:r>
      <w:r>
        <w:rPr>
          <w:b w:val="false"/>
          <w:sz w:val="28"/>
          <w:lang w:val="zxx"/>
        </w:rPr>
        <w:t>operatorStop</w:t>
      </w:r>
      <w:r>
        <w:rPr>
          <w:b w:val="false"/>
          <w:sz w:val="28"/>
        </w:rPr>
        <w:t xml:space="preserve"> при </w:t>
      </w:r>
      <w:r>
        <w:rPr>
          <w:b w:val="false"/>
          <w:sz w:val="28"/>
          <w:lang w:val="zxx"/>
        </w:rPr>
        <w:t>confirmed</w:t>
      </w:r>
      <w:r>
        <w:rPr>
          <w:b w:val="false"/>
          <w:sz w:val="28"/>
        </w:rPr>
        <w:t xml:space="preserve"> всех выбранных ресурсов, отсутствии нарушений исполнения и подтвержденном </w:t>
      </w:r>
      <w:r>
        <w:rPr>
          <w:b w:val="false"/>
          <w:sz w:val="28"/>
          <w:lang w:val="zxx"/>
        </w:rPr>
        <w:t>off</w:t>
      </w:r>
      <w:r>
        <w:rPr>
          <w:b w:val="false"/>
          <w:sz w:val="28"/>
        </w:rPr>
        <w:t xml:space="preserve"> в срок. Неполная запись отмечается </w:t>
      </w:r>
      <w:r>
        <w:rPr>
          <w:b w:val="false"/>
          <w:sz w:val="28"/>
          <w:lang w:val="zxx"/>
        </w:rPr>
        <w:t>completion=interrupted</w:t>
      </w:r>
      <w:r>
        <w:rPr>
          <w:b w:val="false"/>
          <w:sz w:val="28"/>
        </w:rPr>
        <w:t>; это не ошибка начала воспроизведения.</w:t>
      </w:r>
    </w:p>
    <w:p>
      <w:pPr>
        <w:pStyle w:val="Normal"/>
        <w:keepNext w:val="true"/>
        <w:jc w:val="start"/>
        <w:rPr/>
      </w:pPr>
      <w:r>
        <w:rPr>
          <w:b/>
          <w:sz w:val="28"/>
          <w:lang w:val="zxx"/>
        </w:rPr>
        <w:t>8.54</w:t>
      </w:r>
      <w:r>
        <w:rPr>
          <w:b/>
          <w:sz w:val="28"/>
        </w:rPr>
        <w:t xml:space="preserve"> Оператор отменил до начала воздействия</w:t>
      </w:r>
    </w:p>
    <w:p>
      <w:pPr>
        <w:pStyle w:val="Normal"/>
        <w:jc w:val="start"/>
        <w:rPr/>
      </w:pPr>
      <w:r>
        <w:rPr>
          <w:b w:val="false"/>
          <w:sz w:val="28"/>
          <w:lang w:val="zxx"/>
        </w:rPr>
        <w:t>cancelled/</w:t>
      </w:r>
      <w:r>
        <w:rPr>
          <w:b w:val="false"/>
          <w:sz w:val="28"/>
        </w:rPr>
        <w:t>​</w:t>
      </w:r>
      <w:r>
        <w:rPr>
          <w:b w:val="false"/>
          <w:sz w:val="28"/>
          <w:lang w:val="zxx"/>
        </w:rPr>
        <w:t>operatorStop</w:t>
      </w:r>
      <w:r>
        <w:rPr>
          <w:b w:val="false"/>
          <w:sz w:val="28"/>
        </w:rPr>
        <w:t xml:space="preserve"> при </w:t>
      </w:r>
      <w:r>
        <w:rPr>
          <w:b w:val="false"/>
          <w:sz w:val="28"/>
          <w:lang w:val="zxx"/>
        </w:rPr>
        <w:t>notExecuted</w:t>
      </w:r>
      <w:r>
        <w:rPr>
          <w:b w:val="false"/>
          <w:sz w:val="28"/>
        </w:rPr>
        <w:t xml:space="preserve"> всех ресурсов и подтвержденном </w:t>
      </w:r>
      <w:r>
        <w:rPr>
          <w:b w:val="false"/>
          <w:sz w:val="28"/>
          <w:lang w:val="zxx"/>
        </w:rPr>
        <w:t>off.</w:t>
      </w:r>
      <w:r>
        <w:rPr>
          <w:b w:val="false"/>
          <w:sz w:val="28"/>
        </w:rPr>
        <w:t xml:space="preserve"> Положительное подтверждение исполнения отсутствует.</w:t>
      </w:r>
    </w:p>
    <w:p>
      <w:pPr>
        <w:pStyle w:val="Normal"/>
        <w:keepNext w:val="true"/>
        <w:jc w:val="start"/>
        <w:rPr/>
      </w:pPr>
      <w:r>
        <w:rPr>
          <w:b/>
          <w:sz w:val="28"/>
          <w:lang w:val="zxx"/>
        </w:rPr>
        <w:t>8.55</w:t>
      </w:r>
      <w:r>
        <w:rPr>
          <w:b/>
          <w:sz w:val="28"/>
        </w:rPr>
        <w:t xml:space="preserve"> Сработала лишь часть ресурсов либо остановлена неполная программа/проверка</w:t>
      </w:r>
    </w:p>
    <w:p>
      <w:pPr>
        <w:pStyle w:val="Normal"/>
        <w:jc w:val="both"/>
        <w:rPr/>
      </w:pPr>
      <w:r>
        <w:rPr>
          <w:b w:val="false"/>
          <w:sz w:val="28"/>
          <w:lang w:val="zxx"/>
        </w:rPr>
        <w:t>cancelled/</w:t>
      </w:r>
      <w:r>
        <w:rPr>
          <w:b w:val="false"/>
          <w:sz w:val="28"/>
        </w:rPr>
        <w:t>​</w:t>
      </w:r>
      <w:r>
        <w:rPr>
          <w:b w:val="false"/>
          <w:sz w:val="28"/>
          <w:lang w:val="zxx"/>
        </w:rPr>
        <w:t>operatorStop</w:t>
      </w:r>
      <w:r>
        <w:rPr>
          <w:b w:val="false"/>
          <w:sz w:val="28"/>
        </w:rPr>
        <w:t xml:space="preserve"> при известном исходе и </w:t>
      </w:r>
      <w:r>
        <w:rPr>
          <w:b w:val="false"/>
          <w:sz w:val="28"/>
          <w:lang w:val="zxx"/>
        </w:rPr>
        <w:t>off.</w:t>
      </w:r>
      <w:r>
        <w:rPr>
          <w:b w:val="false"/>
          <w:sz w:val="28"/>
        </w:rPr>
        <w:t xml:space="preserve"> Подтверждения сработавших ресурсов сохраняются, неполнота явно видна; общий успех всей программы/проверки не выдается. Неизвестное начало хотя бы одного ожидаемого воздействия дает </w:t>
      </w:r>
      <w:r>
        <w:rPr>
          <w:b w:val="false"/>
          <w:sz w:val="28"/>
          <w:lang w:val="zxx"/>
        </w:rPr>
        <w:t>unknown/</w:t>
      </w:r>
      <w:r>
        <w:rPr>
          <w:b w:val="false"/>
          <w:sz w:val="28"/>
        </w:rPr>
        <w:t>​</w:t>
      </w:r>
      <w:r>
        <w:rPr>
          <w:b w:val="false"/>
          <w:sz w:val="28"/>
          <w:lang w:val="zxx"/>
        </w:rPr>
        <w:t>observationLost.</w:t>
      </w:r>
    </w:p>
    <w:p>
      <w:pPr>
        <w:pStyle w:val="Normal"/>
        <w:keepNext w:val="true"/>
        <w:jc w:val="start"/>
        <w:rPr/>
      </w:pPr>
      <w:r>
        <w:rPr>
          <w:b/>
          <w:sz w:val="28"/>
          <w:lang w:val="zxx"/>
        </w:rPr>
        <w:t>8.56</w:t>
      </w:r>
      <w:r>
        <w:rPr>
          <w:b/>
          <w:sz w:val="28"/>
        </w:rPr>
        <w:t xml:space="preserve"> После подтвержденного начала возник отказ</w:t>
      </w:r>
    </w:p>
    <w:p>
      <w:pPr>
        <w:pStyle w:val="Normal"/>
        <w:jc w:val="start"/>
        <w:rPr/>
      </w:pPr>
      <w:r>
        <w:rPr>
          <w:b w:val="false"/>
          <w:sz w:val="28"/>
          <w:lang w:val="zxx"/>
        </w:rPr>
        <w:t>execution=confirmed</w:t>
      </w:r>
      <w:r>
        <w:rPr>
          <w:b w:val="false"/>
          <w:sz w:val="28"/>
        </w:rPr>
        <w:t xml:space="preserve"> сохраняется. Итог </w:t>
      </w:r>
      <w:r>
        <w:rPr>
          <w:b w:val="false"/>
          <w:sz w:val="28"/>
          <w:lang w:val="zxx"/>
        </w:rPr>
        <w:t>failed</w:t>
      </w:r>
      <w:r>
        <w:rPr>
          <w:b w:val="false"/>
          <w:sz w:val="28"/>
        </w:rPr>
        <w:t xml:space="preserve"> с причиной отказа при известном </w:t>
      </w:r>
      <w:r>
        <w:rPr>
          <w:b w:val="false"/>
          <w:sz w:val="28"/>
          <w:lang w:val="zxx"/>
        </w:rPr>
        <w:t>off</w:t>
      </w:r>
      <w:r>
        <w:rPr>
          <w:b w:val="false"/>
          <w:sz w:val="28"/>
        </w:rPr>
        <w:t xml:space="preserve">; при неизвестном </w:t>
      </w:r>
      <w:r>
        <w:rPr>
          <w:b w:val="false"/>
          <w:sz w:val="28"/>
          <w:lang w:val="zxx"/>
        </w:rPr>
        <w:t>off</w:t>
      </w:r>
      <w:r>
        <w:rPr>
          <w:b w:val="false"/>
          <w:sz w:val="28"/>
        </w:rPr>
        <w:t xml:space="preserve"> — </w:t>
      </w:r>
      <w:r>
        <w:rPr>
          <w:b w:val="false"/>
          <w:sz w:val="28"/>
          <w:lang w:val="zxx"/>
        </w:rPr>
        <w:t>unknown/</w:t>
      </w:r>
      <w:r>
        <w:rPr>
          <w:b w:val="false"/>
          <w:sz w:val="28"/>
        </w:rPr>
        <w:t>​</w:t>
      </w:r>
      <w:r>
        <w:rPr>
          <w:b w:val="false"/>
          <w:sz w:val="28"/>
          <w:lang w:val="zxx"/>
        </w:rPr>
        <w:t>stopUnconfirmed.</w:t>
      </w:r>
      <w:r>
        <w:rPr>
          <w:b w:val="false"/>
          <w:sz w:val="28"/>
        </w:rPr>
        <w:t xml:space="preserve"> Отказ сохраняется в </w:t>
      </w:r>
      <w:r>
        <w:rPr>
          <w:b w:val="false"/>
          <w:sz w:val="28"/>
          <w:lang w:val="zxx"/>
        </w:rPr>
        <w:t>fault</w:t>
      </w:r>
      <w:r>
        <w:rPr>
          <w:b w:val="false"/>
          <w:sz w:val="28"/>
        </w:rPr>
        <w:t xml:space="preserve"> независимо от последующего </w:t>
      </w:r>
      <w:r>
        <w:rPr>
          <w:b w:val="false"/>
          <w:sz w:val="28"/>
          <w:lang w:val="zxx"/>
        </w:rPr>
        <w:t>session.stop</w:t>
      </w:r>
      <w:r>
        <w:rPr>
          <w:b w:val="false"/>
          <w:sz w:val="28"/>
        </w:rPr>
        <w:t xml:space="preserve"> и снятия аварии.</w:t>
      </w:r>
    </w:p>
    <w:p>
      <w:pPr>
        <w:pStyle w:val="Normal"/>
        <w:keepNext w:val="true"/>
        <w:jc w:val="start"/>
        <w:rPr/>
      </w:pPr>
      <w:r>
        <w:rPr>
          <w:b/>
          <w:sz w:val="28"/>
          <w:lang w:val="zxx"/>
        </w:rPr>
        <w:t>8.57</w:t>
      </w:r>
      <w:r>
        <w:rPr>
          <w:b/>
          <w:sz w:val="28"/>
        </w:rPr>
        <w:t xml:space="preserve"> Потеря управления с политикой </w:t>
      </w:r>
      <w:r>
        <w:rPr>
          <w:b/>
          <w:sz w:val="28"/>
          <w:lang w:val="zxx"/>
        </w:rPr>
        <w:t>stop</w:t>
      </w:r>
    </w:p>
    <w:p>
      <w:pPr>
        <w:pStyle w:val="Normal"/>
        <w:jc w:val="start"/>
        <w:rPr/>
      </w:pPr>
      <w:r>
        <w:rPr>
          <w:b w:val="false"/>
          <w:sz w:val="28"/>
          <w:lang w:val="zxx"/>
        </w:rPr>
        <w:t>cancelled/</w:t>
      </w:r>
      <w:r>
        <w:rPr>
          <w:b w:val="false"/>
          <w:sz w:val="28"/>
        </w:rPr>
        <w:t>​</w:t>
      </w:r>
      <w:r>
        <w:rPr>
          <w:b w:val="false"/>
          <w:sz w:val="28"/>
          <w:lang w:val="zxx"/>
        </w:rPr>
        <w:t>controlLostStop</w:t>
      </w:r>
      <w:r>
        <w:rPr>
          <w:b w:val="false"/>
          <w:sz w:val="28"/>
        </w:rPr>
        <w:t xml:space="preserve"> при известном исходе и </w:t>
      </w:r>
      <w:r>
        <w:rPr>
          <w:b w:val="false"/>
          <w:sz w:val="28"/>
          <w:lang w:val="zxx"/>
        </w:rPr>
        <w:t>off</w:t>
      </w:r>
      <w:r>
        <w:rPr>
          <w:b w:val="false"/>
          <w:sz w:val="28"/>
        </w:rPr>
        <w:t xml:space="preserve">, либо </w:t>
      </w:r>
      <w:r>
        <w:rPr>
          <w:b w:val="false"/>
          <w:sz w:val="28"/>
          <w:lang w:val="zxx"/>
        </w:rPr>
        <w:t>unknown</w:t>
      </w:r>
      <w:r>
        <w:rPr>
          <w:b w:val="false"/>
          <w:sz w:val="28"/>
        </w:rPr>
        <w:t xml:space="preserve"> при недостатке доказательств. Это не штатная команда оператора. Политика </w:t>
      </w:r>
      <w:r>
        <w:rPr>
          <w:b w:val="false"/>
          <w:sz w:val="28"/>
          <w:lang w:val="zxx"/>
        </w:rPr>
        <w:t>finish</w:t>
      </w:r>
      <w:r>
        <w:rPr>
          <w:b w:val="false"/>
          <w:sz w:val="28"/>
        </w:rPr>
        <w:t xml:space="preserve"> продолжает только принятый конечный план.</w:t>
      </w:r>
    </w:p>
    <w:p>
      <w:pPr>
        <w:pStyle w:val="Normal"/>
        <w:jc w:val="both"/>
        <w:rPr/>
      </w:pPr>
      <w:r>
        <w:rPr>
          <w:b w:val="false"/>
          <w:sz w:val="28"/>
          <w:lang w:val="zxx"/>
        </w:rPr>
        <w:t>8.58</w:t>
      </w:r>
      <w:r>
        <w:rPr>
          <w:b w:val="false"/>
          <w:sz w:val="28"/>
        </w:rPr>
        <w:t xml:space="preserve"> Приоритет терминального итога: неизвестное выключение; установленный отказ исполнения; недостаток обязательного доказательства; разрешенная отмена; успех по установленным выше условиям. Нормальная остановка не заменяет уже установленный отказ. </w:t>
      </w:r>
      <w:r>
        <w:rPr>
          <w:b w:val="false"/>
          <w:sz w:val="28"/>
          <w:lang w:val="zxx"/>
        </w:rPr>
        <w:t>reason</w:t>
      </w:r>
      <w:r>
        <w:rPr>
          <w:b w:val="false"/>
          <w:sz w:val="28"/>
        </w:rPr>
        <w:t xml:space="preserve"> выбирается детерминированно: </w:t>
      </w:r>
      <w:r>
        <w:rPr>
          <w:b w:val="false"/>
          <w:sz w:val="28"/>
          <w:lang w:val="zxx"/>
        </w:rPr>
        <w:t>stopUnconfirmed</w:t>
      </w:r>
      <w:r>
        <w:rPr>
          <w:b w:val="false"/>
          <w:sz w:val="28"/>
        </w:rPr>
        <w:t xml:space="preserve"> при неизвестном </w:t>
      </w:r>
      <w:r>
        <w:rPr>
          <w:b w:val="false"/>
          <w:sz w:val="28"/>
          <w:lang w:val="zxx"/>
        </w:rPr>
        <w:t>off</w:t>
      </w:r>
      <w:r>
        <w:rPr>
          <w:b w:val="false"/>
          <w:sz w:val="28"/>
        </w:rPr>
        <w:t xml:space="preserve">; иначе самая ранняя зафиксированная причина отказа, при равном времени — лексикографически по коду; иначе </w:t>
      </w:r>
      <w:r>
        <w:rPr>
          <w:b w:val="false"/>
          <w:sz w:val="28"/>
          <w:lang w:val="zxx"/>
        </w:rPr>
        <w:t>observationLost</w:t>
      </w:r>
      <w:r>
        <w:rPr>
          <w:b w:val="false"/>
          <w:sz w:val="28"/>
        </w:rPr>
        <w:t xml:space="preserve"> для недоказанного начала; иначе </w:t>
      </w:r>
      <w:r>
        <w:rPr>
          <w:b w:val="false"/>
          <w:sz w:val="28"/>
          <w:lang w:val="zxx"/>
        </w:rPr>
        <w:t>operatorStop/</w:t>
      </w:r>
      <w:r>
        <w:rPr>
          <w:b w:val="false"/>
          <w:sz w:val="28"/>
        </w:rPr>
        <w:t>​</w:t>
      </w:r>
      <w:r>
        <w:rPr>
          <w:b w:val="false"/>
          <w:sz w:val="28"/>
          <w:lang w:val="zxx"/>
        </w:rPr>
        <w:t>controlLostStop/</w:t>
      </w:r>
      <w:r>
        <w:rPr>
          <w:b w:val="false"/>
          <w:sz w:val="28"/>
        </w:rPr>
        <w:t>​</w:t>
      </w:r>
      <w:r>
        <w:rPr>
          <w:b w:val="false"/>
          <w:sz w:val="28"/>
          <w:lang w:val="zxx"/>
        </w:rPr>
        <w:t>completed</w:t>
      </w:r>
      <w:r>
        <w:rPr>
          <w:b w:val="false"/>
          <w:sz w:val="28"/>
        </w:rPr>
        <w:t xml:space="preserve"> по первой причине </w:t>
      </w:r>
      <w:r>
        <w:rPr>
          <w:b w:val="false"/>
          <w:sz w:val="28"/>
          <w:lang w:val="zxx"/>
        </w:rPr>
        <w:t>stopping.</w:t>
      </w:r>
      <w:r>
        <w:rPr>
          <w:b w:val="false"/>
          <w:sz w:val="28"/>
        </w:rPr>
        <w:t xml:space="preserve"> Все дополнительные отказы остаются в </w:t>
      </w:r>
      <w:r>
        <w:rPr>
          <w:b w:val="false"/>
          <w:sz w:val="28"/>
          <w:lang w:val="zxx"/>
        </w:rPr>
        <w:t>fault.</w:t>
      </w:r>
      <w:r>
        <w:rPr>
          <w:b w:val="false"/>
          <w:sz w:val="28"/>
        </w:rPr>
        <w:t xml:space="preserve"> Коды </w:t>
      </w:r>
      <w:r>
        <w:rPr>
          <w:b w:val="false"/>
          <w:sz w:val="28"/>
          <w:lang w:val="zxx"/>
        </w:rPr>
        <w:t>fault</w:t>
      </w:r>
      <w:r>
        <w:rPr>
          <w:b w:val="false"/>
          <w:sz w:val="28"/>
        </w:rPr>
        <w:t xml:space="preserve">, совпадающие с причиной </w:t>
      </w:r>
      <w:r>
        <w:rPr>
          <w:b w:val="false"/>
          <w:sz w:val="28"/>
          <w:lang w:val="zxx"/>
        </w:rPr>
        <w:t>failed</w:t>
      </w:r>
      <w:r>
        <w:rPr>
          <w:b w:val="false"/>
          <w:sz w:val="28"/>
        </w:rPr>
        <w:t xml:space="preserve"> из словаря </w:t>
      </w:r>
      <w:r>
        <w:rPr>
          <w:b w:val="false"/>
          <w:sz w:val="28"/>
          <w:lang w:val="zxx"/>
        </w:rPr>
        <w:t>resultReason</w:t>
      </w:r>
      <w:r>
        <w:rPr>
          <w:b w:val="false"/>
          <w:sz w:val="28"/>
        </w:rPr>
        <w:t xml:space="preserve">, сохраняют эту причину; остальные аппаратные коды с </w:t>
      </w:r>
      <w:r>
        <w:rPr>
          <w:b w:val="false"/>
          <w:sz w:val="28"/>
          <w:lang w:val="zxx"/>
        </w:rPr>
        <w:t>effect=failed</w:t>
      </w:r>
      <w:r>
        <w:rPr>
          <w:b w:val="false"/>
          <w:sz w:val="28"/>
        </w:rPr>
        <w:t xml:space="preserve"> дают </w:t>
      </w:r>
      <w:r>
        <w:rPr>
          <w:b w:val="false"/>
          <w:sz w:val="28"/>
          <w:lang w:val="zxx"/>
        </w:rPr>
        <w:t>equipmentFault.</w:t>
      </w:r>
      <w:r>
        <w:rPr>
          <w:b w:val="false"/>
          <w:sz w:val="28"/>
        </w:rPr>
        <w:t xml:space="preserve"> </w:t>
      </w:r>
      <w:r>
        <w:rPr>
          <w:b w:val="false"/>
          <w:sz w:val="28"/>
          <w:lang w:val="zxx"/>
        </w:rPr>
        <w:t>recoveryUncertain</w:t>
      </w:r>
      <w:r>
        <w:rPr>
          <w:b w:val="false"/>
          <w:sz w:val="28"/>
        </w:rPr>
        <w:t xml:space="preserve"> применяется при недоказанном происхождении в процедуре восстановления. Временные нарушения и </w:t>
      </w:r>
      <w:r>
        <w:rPr>
          <w:b w:val="false"/>
          <w:sz w:val="28"/>
          <w:lang w:val="zxx"/>
        </w:rPr>
        <w:t>maxDurationExceeded</w:t>
      </w:r>
      <w:r>
        <w:rPr>
          <w:b w:val="false"/>
          <w:sz w:val="28"/>
        </w:rPr>
        <w:t xml:space="preserve"> являются отказами, а не штатным концом.</w:t>
      </w:r>
    </w:p>
    <w:p>
      <w:pPr>
        <w:pStyle w:val="Normal"/>
        <w:jc w:val="both"/>
        <w:rPr/>
      </w:pPr>
      <w:r>
        <w:rPr>
          <w:b w:val="false"/>
          <w:sz w:val="28"/>
          <w:lang w:val="zxx"/>
        </w:rPr>
        <w:t>8.59</w:t>
      </w:r>
      <w:r>
        <w:rPr>
          <w:b w:val="false"/>
          <w:sz w:val="28"/>
        </w:rPr>
        <w:t xml:space="preserve"> АРМ показывает раздельно принятие, подтверждение исполнения каждого ресурса, текущую аварию и завершение с причиной. Подтвержденный запуск не стирается поздней аварией, но текущая строка и общий итог не могут показывать безусловный успех при </w:t>
      </w:r>
      <w:r>
        <w:rPr>
          <w:b w:val="false"/>
          <w:sz w:val="28"/>
          <w:lang w:val="zxx"/>
        </w:rPr>
        <w:t>fault.effect=failed</w:t>
      </w:r>
      <w:r>
        <w:rPr>
          <w:b w:val="false"/>
          <w:sz w:val="28"/>
        </w:rPr>
        <w:t xml:space="preserve"> или </w:t>
      </w:r>
      <w:r>
        <w:rPr>
          <w:b w:val="false"/>
          <w:sz w:val="28"/>
          <w:lang w:val="zxx"/>
        </w:rPr>
        <w:t>unknown.</w:t>
      </w:r>
      <w:r>
        <w:rPr>
          <w:b w:val="false"/>
          <w:sz w:val="28"/>
        </w:rPr>
        <w:t xml:space="preserve"> Событие </w:t>
      </w:r>
      <w:r>
        <w:rPr>
          <w:b w:val="false"/>
          <w:sz w:val="28"/>
          <w:lang w:val="zxx"/>
        </w:rPr>
        <w:t>effect=none</w:t>
      </w:r>
      <w:r>
        <w:rPr>
          <w:b w:val="false"/>
          <w:sz w:val="28"/>
        </w:rPr>
        <w:t xml:space="preserve"> не ухудшает результат; </w:t>
      </w:r>
      <w:r>
        <w:rPr>
          <w:b w:val="false"/>
          <w:sz w:val="28"/>
          <w:lang w:val="zxx"/>
        </w:rPr>
        <w:t>degraded</w:t>
      </w:r>
      <w:r>
        <w:rPr>
          <w:b w:val="false"/>
          <w:sz w:val="28"/>
        </w:rPr>
        <w:t xml:space="preserve"> сохраняет подтверждение и видимый признак ухудшения. Конкретные названия колонок и цвета протокол не устанавливает.</w:t>
      </w:r>
    </w:p>
    <w:p>
      <w:pPr>
        <w:pStyle w:val="1"/>
        <w:rPr/>
      </w:pPr>
      <w:bookmarkStart w:id="9" w:name="__RefHeading___Toc43267_1766585215"/>
      <w:bookmarkEnd w:id="9"/>
      <w:r>
        <w:rPr/>
        <w:t>9 Повторы, отмена и неизвестный исход</w:t>
      </w:r>
    </w:p>
    <w:p>
      <w:pPr>
        <w:pStyle w:val="Normal"/>
        <w:jc w:val="both"/>
        <w:rPr/>
      </w:pPr>
      <w:r>
        <w:rPr>
          <w:b w:val="false"/>
          <w:sz w:val="28"/>
          <w:lang w:val="zxx"/>
        </w:rPr>
        <w:t>9.1</w:t>
      </w:r>
      <w:r>
        <w:rPr>
          <w:b w:val="false"/>
          <w:sz w:val="28"/>
        </w:rPr>
        <w:t xml:space="preserve"> В профиле обработка изменяющего запроса имеет две границы. Сначала проверяются целое обрамление, </w:t>
      </w:r>
      <w:r>
        <w:rPr>
          <w:b w:val="false"/>
          <w:sz w:val="28"/>
          <w:lang w:val="zxx"/>
        </w:rPr>
        <w:t>XML</w:t>
      </w:r>
      <w:r>
        <w:rPr>
          <w:b w:val="false"/>
          <w:sz w:val="28"/>
        </w:rPr>
        <w:t xml:space="preserve"> и его лимиты, общая оболочка, тип </w:t>
      </w:r>
      <w:r>
        <w:rPr>
          <w:b w:val="false"/>
          <w:sz w:val="28"/>
          <w:lang w:val="zxx"/>
        </w:rPr>
        <w:t>cmdSeq</w:t>
      </w:r>
      <w:r>
        <w:rPr>
          <w:b w:val="false"/>
          <w:sz w:val="28"/>
        </w:rPr>
        <w:t xml:space="preserve">, полномочия, </w:t>
      </w:r>
      <w:r>
        <w:rPr>
          <w:b w:val="false"/>
          <w:sz w:val="28"/>
          <w:lang w:val="zxx"/>
        </w:rPr>
        <w:t>bootId</w:t>
      </w:r>
      <w:r>
        <w:rPr>
          <w:b w:val="false"/>
          <w:sz w:val="28"/>
        </w:rPr>
        <w:t xml:space="preserve">, </w:t>
      </w:r>
      <w:r>
        <w:rPr>
          <w:b w:val="false"/>
          <w:sz w:val="28"/>
          <w:lang w:val="zxx"/>
        </w:rPr>
        <w:t>controlEpoch</w:t>
      </w:r>
      <w:r>
        <w:rPr>
          <w:b w:val="false"/>
          <w:sz w:val="28"/>
        </w:rPr>
        <w:t xml:space="preserve"> и канал. Отказ на этой границе </w:t>
      </w:r>
      <w:r>
        <w:rPr>
          <w:b w:val="false"/>
          <w:sz w:val="28"/>
          <w:lang w:val="zxx"/>
        </w:rPr>
        <w:t>НЕ ДОЛЖЕН</w:t>
      </w:r>
      <w:r>
        <w:rPr>
          <w:b w:val="false"/>
          <w:sz w:val="28"/>
        </w:rPr>
        <w:t xml:space="preserve"> менять </w:t>
      </w:r>
      <w:r>
        <w:rPr>
          <w:b w:val="false"/>
          <w:sz w:val="28"/>
          <w:lang w:val="zxx"/>
        </w:rPr>
        <w:t>highWater.</w:t>
      </w:r>
      <w:r>
        <w:rPr>
          <w:b w:val="false"/>
          <w:sz w:val="28"/>
        </w:rPr>
        <w:t xml:space="preserve"> После нее обычный новый </w:t>
      </w:r>
      <w:r>
        <w:rPr>
          <w:b w:val="false"/>
          <w:sz w:val="28"/>
          <w:lang w:val="zxx"/>
        </w:rPr>
        <w:t>cmdSeq</w:t>
      </w:r>
      <w:r>
        <w:rPr>
          <w:b w:val="false"/>
          <w:sz w:val="28"/>
        </w:rPr>
        <w:t xml:space="preserve"> выше </w:t>
      </w:r>
      <w:r>
        <w:rPr>
          <w:b w:val="false"/>
          <w:sz w:val="28"/>
          <w:lang w:val="zxx"/>
        </w:rPr>
        <w:t>highWater</w:t>
      </w:r>
      <w:r>
        <w:rPr>
          <w:b w:val="false"/>
          <w:sz w:val="28"/>
        </w:rPr>
        <w:t xml:space="preserve"> расходуется до проверки предметных аргументов, поддержки действия, срока и состояния ресурса. Любое решение второй границы, включая </w:t>
      </w:r>
      <w:r>
        <w:rPr>
          <w:b w:val="false"/>
          <w:sz w:val="28"/>
          <w:lang w:val="zxx"/>
        </w:rPr>
        <w:t>invalidArgument</w:t>
      </w:r>
      <w:r>
        <w:rPr>
          <w:b w:val="false"/>
          <w:sz w:val="28"/>
        </w:rPr>
        <w:t xml:space="preserve">, </w:t>
      </w:r>
      <w:r>
        <w:rPr>
          <w:b w:val="false"/>
          <w:sz w:val="28"/>
          <w:lang w:val="zxx"/>
        </w:rPr>
        <w:t>unsupported</w:t>
      </w:r>
      <w:r>
        <w:rPr>
          <w:b w:val="false"/>
          <w:sz w:val="28"/>
        </w:rPr>
        <w:t xml:space="preserve">, </w:t>
      </w:r>
      <w:r>
        <w:rPr>
          <w:b w:val="false"/>
          <w:sz w:val="28"/>
          <w:lang w:val="zxx"/>
        </w:rPr>
        <w:t>unsafeState</w:t>
      </w:r>
      <w:r>
        <w:rPr>
          <w:b w:val="false"/>
          <w:sz w:val="28"/>
        </w:rPr>
        <w:t xml:space="preserve">, </w:t>
      </w:r>
      <w:r>
        <w:rPr>
          <w:b w:val="false"/>
          <w:sz w:val="28"/>
          <w:lang w:val="zxx"/>
        </w:rPr>
        <w:t>busy</w:t>
      </w:r>
      <w:r>
        <w:rPr>
          <w:b w:val="false"/>
          <w:sz w:val="28"/>
        </w:rPr>
        <w:t xml:space="preserve"> и </w:t>
      </w:r>
      <w:r>
        <w:rPr>
          <w:b w:val="false"/>
          <w:sz w:val="28"/>
          <w:lang w:val="zxx"/>
        </w:rPr>
        <w:t>startWindowExpired</w:t>
      </w:r>
      <w:r>
        <w:rPr>
          <w:b w:val="false"/>
          <w:sz w:val="28"/>
        </w:rPr>
        <w:t xml:space="preserve">, </w:t>
      </w:r>
      <w:r>
        <w:rPr>
          <w:b w:val="false"/>
          <w:sz w:val="28"/>
          <w:lang w:val="zxx"/>
        </w:rPr>
        <w:t>ДОЛЖНО</w:t>
      </w:r>
      <w:r>
        <w:rPr>
          <w:b w:val="false"/>
          <w:sz w:val="28"/>
        </w:rPr>
        <w:t xml:space="preserve"> сохраняться в кеше. Неизвестный </w:t>
      </w:r>
      <w:r>
        <w:rPr>
          <w:b w:val="false"/>
          <w:sz w:val="28"/>
          <w:lang w:val="zxx"/>
        </w:rPr>
        <w:t>action</w:t>
      </w:r>
      <w:r>
        <w:rPr>
          <w:b w:val="false"/>
          <w:sz w:val="28"/>
        </w:rPr>
        <w:t xml:space="preserve"> с обычным номером и корректным контекстом изменяющего запроса также расходует номер и получает </w:t>
      </w:r>
      <w:r>
        <w:rPr>
          <w:b w:val="false"/>
          <w:sz w:val="28"/>
          <w:lang w:val="zxx"/>
        </w:rPr>
        <w:t>unsupported.</w:t>
      </w:r>
      <w:r>
        <w:rPr>
          <w:b w:val="false"/>
          <w:sz w:val="28"/>
        </w:rPr>
        <w:t xml:space="preserve"> Емкость кеша - не менее </w:t>
      </w:r>
      <w:r>
        <w:rPr>
          <w:b w:val="false"/>
          <w:sz w:val="28"/>
          <w:lang w:val="zxx"/>
        </w:rPr>
        <w:t>8</w:t>
      </w:r>
      <w:r>
        <w:rPr>
          <w:b w:val="false"/>
          <w:sz w:val="28"/>
        </w:rPr>
        <w:t xml:space="preserve"> обычных решений; решение зарезервированного </w:t>
      </w:r>
      <w:r>
        <w:rPr>
          <w:b w:val="false"/>
          <w:sz w:val="28"/>
          <w:lang w:val="zxx"/>
        </w:rPr>
        <w:t>session.stop/</w:t>
      </w:r>
      <w:r>
        <w:rPr>
          <w:b w:val="false"/>
          <w:sz w:val="28"/>
        </w:rPr>
        <w:t>​</w:t>
      </w:r>
      <w:r>
        <w:rPr>
          <w:b w:val="false"/>
          <w:sz w:val="28"/>
          <w:lang w:val="zxx"/>
        </w:rPr>
        <w:t>session.cancel</w:t>
      </w:r>
      <w:r>
        <w:rPr>
          <w:b w:val="false"/>
          <w:sz w:val="28"/>
        </w:rPr>
        <w:t xml:space="preserve"> сохраняется дополнительно до освобождения эпохи.</w:t>
      </w:r>
    </w:p>
    <w:p>
      <w:pPr>
        <w:pStyle w:val="Normal"/>
        <w:jc w:val="both"/>
        <w:rPr/>
      </w:pPr>
      <w:r>
        <w:rPr>
          <w:b w:val="false"/>
          <w:sz w:val="28"/>
          <w:lang w:val="zxx"/>
        </w:rPr>
        <w:t>9.2</w:t>
      </w:r>
      <w:r>
        <w:rPr>
          <w:b w:val="false"/>
          <w:sz w:val="28"/>
        </w:rPr>
        <w:t xml:space="preserve"> Точный повтор в кеше возвращает прежнее решение. Другое нормализованное содержимое запроса при том же номере дает </w:t>
      </w:r>
      <w:r>
        <w:rPr>
          <w:b w:val="false"/>
          <w:sz w:val="28"/>
          <w:lang w:val="zxx"/>
        </w:rPr>
        <w:t>conflict.</w:t>
      </w:r>
      <w:r>
        <w:rPr>
          <w:b w:val="false"/>
          <w:sz w:val="28"/>
        </w:rPr>
        <w:t xml:space="preserve"> Старый номер без сохраненного решения и без адресной отмены получает </w:t>
      </w:r>
      <w:r>
        <w:rPr>
          <w:b w:val="false"/>
          <w:sz w:val="28"/>
          <w:lang w:val="zxx"/>
        </w:rPr>
        <w:t>resultExpired</w:t>
      </w:r>
      <w:r>
        <w:rPr>
          <w:b w:val="false"/>
          <w:sz w:val="28"/>
        </w:rPr>
        <w:t xml:space="preserve">; </w:t>
      </w:r>
      <w:r>
        <w:rPr>
          <w:b w:val="false"/>
          <w:sz w:val="28"/>
          <w:lang w:val="zxx"/>
        </w:rPr>
        <w:t>highWater</w:t>
      </w:r>
      <w:r>
        <w:rPr>
          <w:b w:val="false"/>
          <w:sz w:val="28"/>
        </w:rPr>
        <w:t xml:space="preserve"> сохраняется. Для повтора сравнивается нормализованное содержимое полей, а не порядок </w:t>
      </w:r>
      <w:r>
        <w:rPr>
          <w:b w:val="false"/>
          <w:sz w:val="28"/>
          <w:lang w:val="zxx"/>
        </w:rPr>
        <w:t>XML-</w:t>
      </w:r>
      <w:r>
        <w:rPr>
          <w:b w:val="false"/>
          <w:sz w:val="28"/>
        </w:rPr>
        <w:t xml:space="preserve">атрибутов. Транспортный </w:t>
      </w:r>
      <w:r>
        <w:rPr>
          <w:b w:val="false"/>
          <w:sz w:val="28"/>
          <w:lang w:val="zxx"/>
        </w:rPr>
        <w:t>id</w:t>
      </w:r>
      <w:r>
        <w:rPr>
          <w:b w:val="false"/>
          <w:sz w:val="28"/>
        </w:rPr>
        <w:t xml:space="preserve"> служит корреляции и не превращает тот же </w:t>
      </w:r>
      <w:r>
        <w:rPr>
          <w:b w:val="false"/>
          <w:sz w:val="28"/>
          <w:lang w:val="zxx"/>
        </w:rPr>
        <w:t>cmdSeq</w:t>
      </w:r>
      <w:r>
        <w:rPr>
          <w:b w:val="false"/>
          <w:sz w:val="28"/>
        </w:rPr>
        <w:t xml:space="preserve"> в новое действие. Ошибка парсинга до достоверного извлечения контекста не расходует номер.</w:t>
      </w:r>
    </w:p>
    <w:p>
      <w:pPr>
        <w:pStyle w:val="Normal"/>
        <w:jc w:val="both"/>
        <w:rPr/>
      </w:pPr>
      <w:r>
        <w:rPr>
          <w:b w:val="false"/>
          <w:sz w:val="28"/>
          <w:lang w:val="zxx"/>
        </w:rPr>
        <w:t>9.3</w:t>
      </w:r>
      <w:r>
        <w:rPr>
          <w:b w:val="false"/>
          <w:sz w:val="28"/>
        </w:rPr>
        <w:t xml:space="preserve"> Точный повтор сохраненной команды возвращает ее решение без нового действия. Совпадение номера при другом содержимом является конфликтом.</w:t>
      </w:r>
    </w:p>
    <w:p>
      <w:pPr>
        <w:pStyle w:val="Normal"/>
        <w:jc w:val="both"/>
        <w:rPr/>
      </w:pPr>
      <w:r>
        <w:rPr>
          <w:b w:val="false"/>
          <w:sz w:val="28"/>
          <w:lang w:val="zxx"/>
        </w:rPr>
        <w:t>9.4</w:t>
      </w:r>
      <w:r>
        <w:rPr>
          <w:b w:val="false"/>
          <w:sz w:val="28"/>
        </w:rPr>
        <w:t xml:space="preserve"> Старый номер без решения и адресной отмены в кеше получает </w:t>
      </w:r>
      <w:r>
        <w:rPr>
          <w:b w:val="false"/>
          <w:sz w:val="28"/>
          <w:lang w:val="zxx"/>
        </w:rPr>
        <w:t>resultExpired.</w:t>
      </w:r>
      <w:r>
        <w:rPr>
          <w:b w:val="false"/>
          <w:sz w:val="28"/>
        </w:rPr>
        <w:t xml:space="preserve"> История не восстанавливается предположением по текущему </w:t>
      </w:r>
      <w:r>
        <w:rPr>
          <w:b w:val="false"/>
          <w:sz w:val="28"/>
          <w:lang w:val="zxx"/>
        </w:rPr>
        <w:t>idle.</w:t>
      </w:r>
    </w:p>
    <w:p>
      <w:pPr>
        <w:pStyle w:val="Normal"/>
        <w:jc w:val="both"/>
        <w:rPr/>
      </w:pPr>
      <w:r>
        <w:rPr>
          <w:b w:val="false"/>
          <w:sz w:val="28"/>
          <w:lang w:val="zxx"/>
        </w:rPr>
        <w:t>9.5</w:t>
      </w:r>
      <w:r>
        <w:rPr>
          <w:b w:val="false"/>
          <w:sz w:val="28"/>
        </w:rPr>
        <w:t xml:space="preserve"> Прежний </w:t>
      </w:r>
      <w:r>
        <w:rPr>
          <w:b w:val="false"/>
          <w:sz w:val="28"/>
          <w:lang w:val="zxx"/>
        </w:rPr>
        <w:t>accepted</w:t>
      </w:r>
      <w:r>
        <w:rPr>
          <w:b w:val="false"/>
          <w:sz w:val="28"/>
        </w:rPr>
        <w:t xml:space="preserve"> из кеша не означает, что сеанс сейчас работает. Актуальное состояние читается отдельно.</w:t>
      </w:r>
    </w:p>
    <w:p>
      <w:pPr>
        <w:pStyle w:val="Normal"/>
        <w:jc w:val="start"/>
        <w:rPr/>
      </w:pPr>
      <w:r>
        <w:rPr>
          <w:b w:val="false"/>
          <w:sz w:val="28"/>
          <w:lang w:val="zxx"/>
        </w:rPr>
        <w:t>9.6</w:t>
      </w:r>
      <w:r>
        <w:rPr>
          <w:b w:val="false"/>
          <w:sz w:val="28"/>
        </w:rPr>
        <w:t xml:space="preserve"> При </w:t>
      </w:r>
      <w:r>
        <w:rPr>
          <w:b w:val="false"/>
          <w:sz w:val="28"/>
          <w:lang w:val="zxx"/>
        </w:rPr>
        <w:t>reconnect</w:t>
      </w:r>
      <w:r>
        <w:rPr>
          <w:b w:val="false"/>
          <w:sz w:val="28"/>
        </w:rPr>
        <w:t xml:space="preserve"> сохраняются </w:t>
      </w:r>
      <w:r>
        <w:rPr>
          <w:b w:val="false"/>
          <w:sz w:val="28"/>
          <w:lang w:val="zxx"/>
        </w:rPr>
        <w:t>highWater</w:t>
      </w:r>
      <w:r>
        <w:rPr>
          <w:b w:val="false"/>
          <w:sz w:val="28"/>
        </w:rPr>
        <w:t xml:space="preserve">, кеш и активный </w:t>
      </w:r>
      <w:r>
        <w:rPr>
          <w:b w:val="false"/>
          <w:sz w:val="28"/>
          <w:lang w:val="zxx"/>
        </w:rPr>
        <w:t>startSeq.</w:t>
      </w:r>
      <w:r>
        <w:rPr>
          <w:b w:val="false"/>
          <w:sz w:val="28"/>
        </w:rPr>
        <w:t xml:space="preserve"> После </w:t>
      </w:r>
      <w:r>
        <w:rPr>
          <w:b w:val="false"/>
          <w:sz w:val="28"/>
          <w:lang w:val="zxx"/>
        </w:rPr>
        <w:t>control.resume</w:t>
      </w:r>
      <w:r>
        <w:rPr>
          <w:b w:val="false"/>
          <w:sz w:val="28"/>
        </w:rPr>
        <w:t xml:space="preserve"> прежний канал теряет право изменяющих команд.</w:t>
      </w:r>
    </w:p>
    <w:p>
      <w:pPr>
        <w:pStyle w:val="Normal"/>
        <w:jc w:val="both"/>
        <w:rPr/>
      </w:pPr>
      <w:r>
        <w:rPr>
          <w:b w:val="false"/>
          <w:sz w:val="28"/>
          <w:lang w:val="zxx"/>
        </w:rPr>
        <w:t>9.7</w:t>
      </w:r>
      <w:r>
        <w:rPr>
          <w:b w:val="false"/>
          <w:sz w:val="28"/>
        </w:rPr>
        <w:t xml:space="preserve"> Новый </w:t>
      </w:r>
      <w:r>
        <w:rPr>
          <w:b w:val="false"/>
          <w:sz w:val="28"/>
          <w:lang w:val="zxx"/>
        </w:rPr>
        <w:t>cmdSeq</w:t>
      </w:r>
      <w:r>
        <w:rPr>
          <w:b w:val="false"/>
          <w:sz w:val="28"/>
        </w:rPr>
        <w:t xml:space="preserve"> для повторной доставки </w:t>
      </w:r>
      <w:r>
        <w:rPr>
          <w:b w:val="false"/>
          <w:sz w:val="28"/>
          <w:lang w:val="zxx"/>
        </w:rPr>
        <w:t>session.start</w:t>
      </w:r>
      <w:r>
        <w:rPr>
          <w:b w:val="false"/>
          <w:sz w:val="28"/>
        </w:rPr>
        <w:t xml:space="preserve"> создает новое действие и поэтому не применяется как повтор.</w:t>
      </w:r>
    </w:p>
    <w:p>
      <w:pPr>
        <w:pStyle w:val="Normal"/>
        <w:jc w:val="start"/>
        <w:rPr/>
      </w:pPr>
      <w:r>
        <w:rPr>
          <w:b w:val="false"/>
          <w:sz w:val="28"/>
          <w:lang w:val="zxx"/>
        </w:rPr>
        <w:t>9.8</w:t>
      </w:r>
      <w:r>
        <w:rPr>
          <w:b w:val="false"/>
          <w:sz w:val="28"/>
        </w:rPr>
        <w:t xml:space="preserve"> Гарантия отсутствия повторного исполнения ограничена контекстом </w:t>
      </w:r>
      <w:r>
        <w:rPr>
          <w:b w:val="false"/>
          <w:sz w:val="28"/>
          <w:lang w:val="zxx"/>
        </w:rPr>
        <w:t>bootId/</w:t>
      </w:r>
      <w:r>
        <w:rPr>
          <w:b w:val="false"/>
          <w:sz w:val="28"/>
        </w:rPr>
        <w:t>​</w:t>
      </w:r>
      <w:r>
        <w:rPr>
          <w:b w:val="false"/>
          <w:sz w:val="28"/>
          <w:lang w:val="zxx"/>
        </w:rPr>
        <w:t>controlEpoch.</w:t>
      </w:r>
      <w:r>
        <w:rPr>
          <w:b w:val="false"/>
          <w:sz w:val="28"/>
        </w:rPr>
        <w:t xml:space="preserve"> </w:t>
      </w:r>
      <w:r>
        <w:rPr>
          <w:b w:val="false"/>
          <w:sz w:val="28"/>
          <w:lang w:val="zxx"/>
        </w:rPr>
        <w:t>Exactly-</w:t>
      </w:r>
      <w:r>
        <w:rPr>
          <w:b w:val="false"/>
          <w:sz w:val="28"/>
        </w:rPr>
        <w:t>⁠</w:t>
      </w:r>
      <w:r>
        <w:rPr>
          <w:b w:val="false"/>
          <w:sz w:val="28"/>
          <w:lang w:val="zxx"/>
        </w:rPr>
        <w:t>once</w:t>
      </w:r>
      <w:r>
        <w:rPr>
          <w:b w:val="false"/>
          <w:sz w:val="28"/>
        </w:rPr>
        <w:t xml:space="preserve"> через отключение питания не заявляется.</w:t>
      </w:r>
    </w:p>
    <w:p>
      <w:pPr>
        <w:pStyle w:val="Normal"/>
        <w:jc w:val="start"/>
        <w:rPr/>
      </w:pPr>
      <w:r>
        <w:rPr>
          <w:b/>
          <w:sz w:val="24"/>
        </w:rPr>
        <w:t xml:space="preserve">Отмена без полученного </w:t>
      </w:r>
      <w:r>
        <w:rPr>
          <w:b/>
          <w:sz w:val="24"/>
          <w:lang w:val="zxx"/>
        </w:rPr>
        <w:t>sessionId</w:t>
      </w:r>
    </w:p>
    <w:p>
      <w:pPr>
        <w:pStyle w:val="ProtocolXML"/>
        <w:keepNext w:val="true"/>
        <w:keepLines/>
        <w:suppressAutoHyphens w:val="true"/>
        <w:spacing w:lineRule="auto" w:line="360"/>
        <w:ind w:start="0" w:hanging="0"/>
        <w:jc w:val="start"/>
        <w:rPr/>
      </w:pPr>
      <w:r>
        <w:rPr>
          <w:b w:val="false"/>
          <w:sz w:val="24"/>
          <w:lang w:val="zxx"/>
        </w:rPr>
        <w:t>session.start cmdSeq=1</w:t>
      </w:r>
    </w:p>
    <w:p>
      <w:pPr>
        <w:pStyle w:val="ProtocolXML"/>
        <w:keepNext w:val="true"/>
        <w:keepLines/>
        <w:suppressAutoHyphens w:val="true"/>
        <w:spacing w:lineRule="auto" w:line="360"/>
        <w:ind w:start="0" w:hanging="0"/>
        <w:jc w:val="start"/>
        <w:rPr/>
      </w:pPr>
      <w:r>
        <w:rPr>
          <w:b w:val="false"/>
          <w:sz w:val="24"/>
          <w:lang w:val="zxx"/>
        </w:rPr>
        <w:t>CANCEL cmdSeq=2, startSeq=1</w:t>
      </w:r>
    </w:p>
    <w:p>
      <w:pPr>
        <w:pStyle w:val="ProtocolXML"/>
        <w:keepNext w:val="false"/>
        <w:keepLines/>
        <w:suppressAutoHyphens w:val="true"/>
        <w:spacing w:lineRule="auto" w:line="360"/>
        <w:ind w:start="0" w:hanging="0"/>
        <w:jc w:val="start"/>
        <w:rPr/>
      </w:pPr>
      <w:r>
        <w:rPr/>
      </w:r>
    </w:p>
    <w:p>
      <w:pPr>
        <w:pStyle w:val="ProtocolXML"/>
        <w:keepNext w:val="false"/>
        <w:keepLines/>
        <w:suppressAutoHyphens w:val="true"/>
        <w:spacing w:lineRule="auto" w:line="360"/>
        <w:ind w:start="0" w:hanging="0"/>
        <w:jc w:val="start"/>
        <w:rPr/>
      </w:pPr>
      <w:r>
        <w:rPr>
          <w:b w:val="false"/>
          <w:sz w:val="24"/>
          <w:lang w:val="zxx"/>
        </w:rPr>
        <w:t>Доставка 1,2: остановить исполнение 1.</w:t>
      </w:r>
    </w:p>
    <w:p>
      <w:pPr>
        <w:pStyle w:val="ProtocolXML"/>
        <w:keepNext w:val="false"/>
        <w:keepLines/>
        <w:suppressAutoHyphens w:val="true"/>
        <w:spacing w:lineRule="auto" w:line="360"/>
        <w:ind w:start="0" w:hanging="0"/>
        <w:jc w:val="start"/>
        <w:rPr/>
      </w:pPr>
      <w:r>
        <w:rPr>
          <w:b w:val="false"/>
          <w:sz w:val="24"/>
          <w:lang w:val="zxx"/>
        </w:rPr>
        <w:t>Доставка 2,1: запретить поздний запуск 1.</w:t>
      </w:r>
    </w:p>
    <w:p>
      <w:pPr>
        <w:pStyle w:val="ProtocolXML"/>
        <w:keepNext w:val="false"/>
        <w:keepLines/>
        <w:suppressAutoHyphens w:val="true"/>
        <w:spacing w:lineRule="auto" w:line="360"/>
        <w:ind w:start="0" w:hanging="0"/>
        <w:jc w:val="start"/>
        <w:rPr/>
      </w:pPr>
      <w:r>
        <w:rPr>
          <w:b w:val="false"/>
          <w:sz w:val="24"/>
          <w:lang w:val="zxx"/>
        </w:rPr>
        <w:t>START cmdSeq=3, затем старый session.cancel target=1: сеанс 3 не затрагивается.</w:t>
      </w:r>
    </w:p>
    <w:p>
      <w:pPr>
        <w:pStyle w:val="2"/>
        <w:rPr/>
      </w:pPr>
      <w:r>
        <w:rPr/>
        <w:t>Отмена конкретного запуска</w:t>
      </w:r>
    </w:p>
    <w:p>
      <w:pPr>
        <w:pStyle w:val="Normal"/>
        <w:jc w:val="both"/>
        <w:rPr/>
      </w:pPr>
      <w:r>
        <w:rPr>
          <w:b w:val="false"/>
          <w:sz w:val="28"/>
          <w:lang w:val="zxx"/>
        </w:rPr>
        <w:t>9.9</w:t>
      </w:r>
      <w:r>
        <w:rPr>
          <w:b w:val="false"/>
          <w:sz w:val="28"/>
        </w:rPr>
        <w:t xml:space="preserve"> У </w:t>
      </w:r>
      <w:r>
        <w:rPr>
          <w:b w:val="false"/>
          <w:sz w:val="28"/>
          <w:lang w:val="zxx"/>
        </w:rPr>
        <w:t>cancel</w:t>
      </w:r>
      <w:r>
        <w:rPr>
          <w:b w:val="false"/>
          <w:sz w:val="28"/>
        </w:rPr>
        <w:t xml:space="preserve"> собственный новый номер; </w:t>
      </w:r>
      <w:r>
        <w:rPr>
          <w:b w:val="false"/>
          <w:sz w:val="28"/>
          <w:lang w:val="zxx"/>
        </w:rPr>
        <w:t>startSeq</w:t>
      </w:r>
      <w:r>
        <w:rPr>
          <w:b w:val="false"/>
          <w:sz w:val="28"/>
        </w:rPr>
        <w:t xml:space="preserve"> строго меньше </w:t>
      </w:r>
      <w:r>
        <w:rPr>
          <w:b w:val="false"/>
          <w:sz w:val="28"/>
          <w:lang w:val="zxx"/>
        </w:rPr>
        <w:t>cmdSeq.</w:t>
      </w:r>
      <w:r>
        <w:rPr>
          <w:b w:val="false"/>
          <w:sz w:val="28"/>
        </w:rPr>
        <w:t xml:space="preserve"> Если активного совпадения нет, ответ означает отсутствие активного исполнения с этой ссылкой и запрет позднего </w:t>
      </w:r>
      <w:r>
        <w:rPr>
          <w:b w:val="false"/>
          <w:sz w:val="28"/>
          <w:lang w:val="zxx"/>
        </w:rPr>
        <w:t>session.start.</w:t>
      </w:r>
      <w:r>
        <w:rPr>
          <w:b w:val="false"/>
          <w:sz w:val="28"/>
        </w:rPr>
        <w:t xml:space="preserve"> Это не утверждение, что звук никогда не включался. Один дополнительный слот разделяют </w:t>
      </w:r>
      <w:r>
        <w:rPr>
          <w:b w:val="false"/>
          <w:sz w:val="28"/>
          <w:lang w:val="zxx"/>
        </w:rPr>
        <w:t>session.stop</w:t>
      </w:r>
      <w:r>
        <w:rPr>
          <w:b w:val="false"/>
          <w:sz w:val="28"/>
        </w:rPr>
        <w:t xml:space="preserve"> и </w:t>
      </w:r>
      <w:r>
        <w:rPr>
          <w:b w:val="false"/>
          <w:sz w:val="28"/>
          <w:lang w:val="zxx"/>
        </w:rPr>
        <w:t>session.cancel</w:t>
      </w:r>
      <w:r>
        <w:rPr>
          <w:b w:val="false"/>
          <w:sz w:val="28"/>
        </w:rPr>
        <w:t>; обычные изменения ждут разрешения этой гонки.</w:t>
      </w:r>
    </w:p>
    <w:p>
      <w:pPr>
        <w:pStyle w:val="Normal"/>
        <w:jc w:val="both"/>
        <w:rPr/>
      </w:pPr>
      <w:r>
        <w:rPr>
          <w:b w:val="false"/>
          <w:sz w:val="28"/>
          <w:lang w:val="zxx"/>
        </w:rPr>
        <w:t>9.10</w:t>
      </w:r>
      <w:r>
        <w:rPr>
          <w:b w:val="false"/>
          <w:sz w:val="28"/>
        </w:rPr>
        <w:t xml:space="preserve"> Сохраненное решение исходного </w:t>
      </w:r>
      <w:r>
        <w:rPr>
          <w:b w:val="false"/>
          <w:sz w:val="28"/>
          <w:lang w:val="zxx"/>
        </w:rPr>
        <w:t>session.start</w:t>
      </w:r>
      <w:r>
        <w:rPr>
          <w:b w:val="false"/>
          <w:sz w:val="28"/>
        </w:rPr>
        <w:t xml:space="preserve"> имеет приоритет при его повторе. Если такого решения нет, но в ограниченном кеше есть подтвержденная отмена этого </w:t>
      </w:r>
      <w:r>
        <w:rPr>
          <w:b w:val="false"/>
          <w:sz w:val="28"/>
          <w:lang w:val="zxx"/>
        </w:rPr>
        <w:t>startSeq</w:t>
      </w:r>
      <w:r>
        <w:rPr>
          <w:b w:val="false"/>
          <w:sz w:val="28"/>
        </w:rPr>
        <w:t xml:space="preserve">, запоздавший </w:t>
      </w:r>
      <w:r>
        <w:rPr>
          <w:b w:val="false"/>
          <w:sz w:val="28"/>
          <w:lang w:val="zxx"/>
        </w:rPr>
        <w:t>session.start</w:t>
      </w:r>
      <w:r>
        <w:rPr>
          <w:b w:val="false"/>
          <w:sz w:val="28"/>
        </w:rPr>
        <w:t xml:space="preserve"> получает </w:t>
      </w:r>
      <w:r>
        <w:rPr>
          <w:b w:val="false"/>
          <w:sz w:val="28"/>
          <w:lang w:val="zxx"/>
        </w:rPr>
        <w:t>startBlockedByCancel</w:t>
      </w:r>
      <w:r>
        <w:rPr>
          <w:b w:val="false"/>
          <w:sz w:val="28"/>
        </w:rPr>
        <w:t xml:space="preserve"> со ссылкой </w:t>
      </w:r>
      <w:r>
        <w:rPr>
          <w:b w:val="false"/>
          <w:sz w:val="28"/>
          <w:lang w:val="zxx"/>
        </w:rPr>
        <w:t>cancelSeq.</w:t>
      </w:r>
      <w:r>
        <w:rPr>
          <w:b w:val="false"/>
          <w:sz w:val="28"/>
        </w:rPr>
        <w:t xml:space="preserve"> Код означает запрет позднего исполнения и не доказывает историческое отсутствие запуска. После вытеснения этой записи возвращается </w:t>
      </w:r>
      <w:r>
        <w:rPr>
          <w:b w:val="false"/>
          <w:sz w:val="28"/>
          <w:lang w:val="zxx"/>
        </w:rPr>
        <w:t>resultExpired</w:t>
      </w:r>
      <w:r>
        <w:rPr>
          <w:b w:val="false"/>
          <w:sz w:val="28"/>
        </w:rPr>
        <w:t xml:space="preserve">; </w:t>
      </w:r>
      <w:r>
        <w:rPr>
          <w:b w:val="false"/>
          <w:sz w:val="28"/>
          <w:lang w:val="zxx"/>
        </w:rPr>
        <w:t>highWater</w:t>
      </w:r>
      <w:r>
        <w:rPr>
          <w:b w:val="false"/>
          <w:sz w:val="28"/>
        </w:rPr>
        <w:t xml:space="preserve"> продолжает блокировать </w:t>
      </w:r>
      <w:r>
        <w:rPr>
          <w:b w:val="false"/>
          <w:sz w:val="28"/>
          <w:lang w:val="zxx"/>
        </w:rPr>
        <w:t>session.start.</w:t>
      </w:r>
      <w:r>
        <w:rPr>
          <w:b w:val="false"/>
          <w:sz w:val="28"/>
        </w:rPr>
        <w:t xml:space="preserve"> Для долговременного аудита АРМ сохраняет решения и происхождение отмены в своем журнале.</w:t>
      </w:r>
    </w:p>
    <w:p>
      <w:pPr>
        <w:pStyle w:val="2"/>
        <w:rPr/>
      </w:pPr>
      <w:r>
        <w:rPr/>
        <w:t>Сравнение повторных запросов</w:t>
      </w:r>
    </w:p>
    <w:p>
      <w:pPr>
        <w:pStyle w:val="Normal"/>
        <w:jc w:val="both"/>
        <w:rPr/>
      </w:pPr>
      <w:r>
        <w:rPr>
          <w:b w:val="false"/>
          <w:sz w:val="28"/>
          <w:lang w:val="zxx"/>
        </w:rPr>
        <w:t>9.11</w:t>
      </w:r>
      <w:r>
        <w:rPr>
          <w:b w:val="false"/>
          <w:sz w:val="28"/>
        </w:rPr>
        <w:t xml:space="preserve"> Нормализация повтора выполняется после проверки обрамления, безопасного </w:t>
      </w:r>
      <w:r>
        <w:rPr>
          <w:b w:val="false"/>
          <w:sz w:val="28"/>
          <w:lang w:val="zxx"/>
        </w:rPr>
        <w:t>XML</w:t>
      </w:r>
      <w:r>
        <w:rPr>
          <w:b w:val="false"/>
          <w:sz w:val="28"/>
        </w:rPr>
        <w:t xml:space="preserve"> и общей оболочки, до проверки предметного формата. Граница оболочки проверяет </w:t>
      </w:r>
      <w:r>
        <w:rPr>
          <w:b w:val="false"/>
          <w:sz w:val="28"/>
          <w:lang w:val="zxx"/>
        </w:rPr>
        <w:t>v/</w:t>
      </w:r>
      <w:r>
        <w:rPr>
          <w:b w:val="false"/>
          <w:sz w:val="28"/>
        </w:rPr>
        <w:t>​</w:t>
      </w:r>
      <w:r>
        <w:rPr>
          <w:b w:val="false"/>
          <w:sz w:val="28"/>
          <w:lang w:val="zxx"/>
        </w:rPr>
        <w:t>profile/</w:t>
      </w:r>
      <w:r>
        <w:rPr>
          <w:b w:val="false"/>
          <w:sz w:val="28"/>
        </w:rPr>
        <w:t>​</w:t>
      </w:r>
      <w:r>
        <w:rPr>
          <w:b w:val="false"/>
          <w:sz w:val="28"/>
          <w:lang w:val="zxx"/>
        </w:rPr>
        <w:t>id/</w:t>
      </w:r>
      <w:r>
        <w:rPr>
          <w:b w:val="false"/>
          <w:sz w:val="28"/>
        </w:rPr>
        <w:t>​</w:t>
      </w:r>
      <w:r>
        <w:rPr>
          <w:b w:val="false"/>
          <w:sz w:val="28"/>
          <w:lang w:val="zxx"/>
        </w:rPr>
        <w:t>action</w:t>
      </w:r>
      <w:r>
        <w:rPr>
          <w:b w:val="false"/>
          <w:sz w:val="28"/>
        </w:rPr>
        <w:t xml:space="preserve"> и типы </w:t>
      </w:r>
      <w:r>
        <w:rPr>
          <w:b w:val="false"/>
          <w:sz w:val="28"/>
          <w:lang w:val="zxx"/>
        </w:rPr>
        <w:t>bootId/</w:t>
      </w:r>
      <w:r>
        <w:rPr>
          <w:b w:val="false"/>
          <w:sz w:val="28"/>
        </w:rPr>
        <w:t>​</w:t>
      </w:r>
      <w:r>
        <w:rPr>
          <w:b w:val="false"/>
          <w:sz w:val="28"/>
          <w:lang w:val="zxx"/>
        </w:rPr>
        <w:t>controlEpoch/</w:t>
      </w:r>
      <w:r>
        <w:rPr>
          <w:b w:val="false"/>
          <w:sz w:val="28"/>
        </w:rPr>
        <w:t>​</w:t>
      </w:r>
      <w:r>
        <w:rPr>
          <w:b w:val="false"/>
          <w:sz w:val="28"/>
          <w:lang w:val="zxx"/>
        </w:rPr>
        <w:t>cmdSeq</w:t>
      </w:r>
      <w:r>
        <w:rPr>
          <w:b w:val="false"/>
          <w:sz w:val="28"/>
        </w:rPr>
        <w:t xml:space="preserve">; изменяющий запрос требует полный контекст. Проверка прав, актуальности контекста и </w:t>
      </w:r>
      <w:r>
        <w:rPr>
          <w:b w:val="false"/>
          <w:sz w:val="28"/>
          <w:lang w:val="zxx"/>
        </w:rPr>
        <w:t>highWater</w:t>
      </w:r>
      <w:r>
        <w:rPr>
          <w:b w:val="false"/>
          <w:sz w:val="28"/>
        </w:rPr>
        <w:t xml:space="preserve"> выполняется УУ отдельно. Нормализация не выдает разрешения на исполнение. Неизвестный </w:t>
      </w:r>
      <w:r>
        <w:rPr>
          <w:b w:val="false"/>
          <w:sz w:val="28"/>
          <w:lang w:val="zxx"/>
        </w:rPr>
        <w:t>action</w:t>
      </w:r>
      <w:r>
        <w:rPr>
          <w:b w:val="false"/>
          <w:sz w:val="28"/>
        </w:rPr>
        <w:t xml:space="preserve"> с достоверным контекстом и неверные предметные поля сохраняются в представлении сравнения: </w:t>
      </w:r>
      <w:r>
        <w:rPr>
          <w:b w:val="false"/>
          <w:sz w:val="28"/>
          <w:lang w:val="zxx"/>
        </w:rPr>
        <w:t>unsupported</w:t>
      </w:r>
      <w:r>
        <w:rPr>
          <w:b w:val="false"/>
          <w:sz w:val="28"/>
        </w:rPr>
        <w:t xml:space="preserve"> и </w:t>
      </w:r>
      <w:r>
        <w:rPr>
          <w:b w:val="false"/>
          <w:sz w:val="28"/>
          <w:lang w:val="zxx"/>
        </w:rPr>
        <w:t>invalidArgument</w:t>
      </w:r>
      <w:r>
        <w:rPr>
          <w:b w:val="false"/>
          <w:sz w:val="28"/>
        </w:rPr>
        <w:t xml:space="preserve"> после этой границы расходуют номер по общему правилу.</w:t>
      </w:r>
    </w:p>
    <w:p>
      <w:pPr>
        <w:pStyle w:val="Normal"/>
        <w:jc w:val="both"/>
        <w:rPr/>
      </w:pPr>
      <w:r>
        <w:rPr>
          <w:b w:val="false"/>
          <w:sz w:val="28"/>
          <w:lang w:val="zxx"/>
        </w:rPr>
        <w:t>9.12</w:t>
      </w:r>
      <w:r>
        <w:rPr>
          <w:b w:val="false"/>
          <w:sz w:val="28"/>
        </w:rPr>
        <w:t xml:space="preserve"> Из сравнения исключается только транспортный </w:t>
      </w:r>
      <w:r>
        <w:rPr>
          <w:b w:val="false"/>
          <w:sz w:val="28"/>
          <w:lang w:val="zxx"/>
        </w:rPr>
        <w:t>id.</w:t>
      </w:r>
      <w:r>
        <w:rPr>
          <w:b w:val="false"/>
          <w:sz w:val="28"/>
        </w:rPr>
        <w:t xml:space="preserve"> Сравниваются имена элементов, все остальные атрибуты и дочерние записи. Атрибуты упорядочиваются по имени; разрешенные </w:t>
      </w:r>
      <w:r>
        <w:rPr>
          <w:b w:val="false"/>
          <w:sz w:val="28"/>
          <w:lang w:val="zxx"/>
        </w:rPr>
        <w:t>XML-</w:t>
      </w:r>
      <w:r>
        <w:rPr>
          <w:b w:val="false"/>
          <w:sz w:val="28"/>
        </w:rPr>
        <w:t xml:space="preserve">ссылки декодируются. Строки сравниваются по </w:t>
      </w:r>
      <w:r>
        <w:rPr>
          <w:b w:val="false"/>
          <w:sz w:val="28"/>
          <w:lang w:val="zxx"/>
        </w:rPr>
        <w:t>Unicode-</w:t>
      </w:r>
      <w:r>
        <w:rPr>
          <w:b w:val="false"/>
          <w:sz w:val="28"/>
        </w:rPr>
        <w:t xml:space="preserve">кодовым точкам без изменения регистра, обрезки пробелов или </w:t>
      </w:r>
      <w:r>
        <w:rPr>
          <w:b w:val="false"/>
          <w:sz w:val="28"/>
          <w:lang w:val="zxx"/>
        </w:rPr>
        <w:t>Unicode-</w:t>
      </w:r>
      <w:r>
        <w:rPr>
          <w:b w:val="false"/>
          <w:sz w:val="28"/>
        </w:rPr>
        <w:t xml:space="preserve">нормализации. Межэлементные пробелы не значимы. Значения по умолчанию не подставляются. Канонические числа и </w:t>
      </w:r>
      <w:r>
        <w:rPr>
          <w:b w:val="false"/>
          <w:sz w:val="28"/>
          <w:lang w:val="zxx"/>
        </w:rPr>
        <w:t>bool</w:t>
      </w:r>
      <w:r>
        <w:rPr>
          <w:b w:val="false"/>
          <w:sz w:val="28"/>
        </w:rPr>
        <w:t xml:space="preserve"> проверяются на предметной границе; ошибочные строки </w:t>
      </w:r>
      <w:r>
        <w:rPr>
          <w:b w:val="false"/>
          <w:sz w:val="28"/>
          <w:lang w:val="zxx"/>
        </w:rPr>
        <w:t>01</w:t>
      </w:r>
      <w:r>
        <w:rPr>
          <w:b w:val="false"/>
          <w:sz w:val="28"/>
        </w:rPr>
        <w:t>, -</w:t>
      </w:r>
      <w:r>
        <w:rPr>
          <w:b w:val="false"/>
          <w:sz w:val="28"/>
          <w:lang w:val="zxx"/>
        </w:rPr>
        <w:t>1</w:t>
      </w:r>
      <w:r>
        <w:rPr>
          <w:b w:val="false"/>
          <w:sz w:val="28"/>
        </w:rPr>
        <w:t xml:space="preserve"> или </w:t>
      </w:r>
      <w:r>
        <w:rPr>
          <w:b w:val="false"/>
          <w:sz w:val="28"/>
          <w:lang w:val="zxx"/>
        </w:rPr>
        <w:t>banana</w:t>
      </w:r>
      <w:r>
        <w:rPr>
          <w:b w:val="false"/>
          <w:sz w:val="28"/>
        </w:rPr>
        <w:t xml:space="preserve"> до нее остаются различными строками и позволяют воспроизвести прежний отказ.</w:t>
      </w:r>
    </w:p>
    <w:p>
      <w:pPr>
        <w:pStyle w:val="Normal"/>
        <w:jc w:val="both"/>
        <w:rPr/>
      </w:pPr>
      <w:r>
        <w:rPr>
          <w:b w:val="false"/>
          <w:sz w:val="28"/>
          <w:lang w:val="zxx"/>
        </w:rPr>
        <w:t>9.13</w:t>
      </w:r>
      <w:r>
        <w:rPr>
          <w:b w:val="false"/>
          <w:sz w:val="28"/>
        </w:rPr>
        <w:t xml:space="preserve"> </w:t>
      </w:r>
      <w:r>
        <w:rPr>
          <w:b w:val="false"/>
          <w:sz w:val="28"/>
          <w:lang w:val="zxx"/>
        </w:rPr>
        <w:t>resources</w:t>
      </w:r>
      <w:r>
        <w:rPr>
          <w:b w:val="false"/>
          <w:sz w:val="28"/>
        </w:rPr>
        <w:t xml:space="preserve"> сравнивается как множество только если содержит непустой набор </w:t>
      </w:r>
      <w:r>
        <w:rPr>
          <w:b w:val="false"/>
          <w:sz w:val="28"/>
          <w:lang w:val="zxx"/>
        </w:rPr>
        <w:t>resource</w:t>
      </w:r>
      <w:r>
        <w:rPr>
          <w:b w:val="false"/>
          <w:sz w:val="28"/>
        </w:rPr>
        <w:t xml:space="preserve"> с заданными уникальными </w:t>
      </w:r>
      <w:r>
        <w:rPr>
          <w:b w:val="false"/>
          <w:sz w:val="28"/>
          <w:lang w:val="zxx"/>
        </w:rPr>
        <w:t>id:</w:t>
      </w:r>
      <w:r>
        <w:rPr>
          <w:b w:val="false"/>
          <w:sz w:val="28"/>
        </w:rPr>
        <w:t xml:space="preserve"> записи сортируются по </w:t>
      </w:r>
      <w:r>
        <w:rPr>
          <w:b w:val="false"/>
          <w:sz w:val="28"/>
          <w:lang w:val="zxx"/>
        </w:rPr>
        <w:t>id.</w:t>
      </w:r>
      <w:r>
        <w:rPr>
          <w:b w:val="false"/>
          <w:sz w:val="28"/>
        </w:rPr>
        <w:t xml:space="preserve"> При дубликатах, отсутствии </w:t>
      </w:r>
      <w:r>
        <w:rPr>
          <w:b w:val="false"/>
          <w:sz w:val="28"/>
          <w:lang w:val="zxx"/>
        </w:rPr>
        <w:t>id</w:t>
      </w:r>
      <w:r>
        <w:rPr>
          <w:b w:val="false"/>
          <w:sz w:val="28"/>
        </w:rPr>
        <w:t xml:space="preserve"> или постороннем элементе сохраняется исходный порядок, без потери записей. Остальные последовательности сохраняют порядок. Неверное содержимое не становится допустимым от нормализации. Общая оболочка с неверным </w:t>
      </w:r>
      <w:r>
        <w:rPr>
          <w:b w:val="false"/>
          <w:sz w:val="28"/>
          <w:lang w:val="zxx"/>
        </w:rPr>
        <w:t>cmdSeq</w:t>
      </w:r>
      <w:r>
        <w:rPr>
          <w:b w:val="false"/>
          <w:sz w:val="28"/>
        </w:rPr>
        <w:t xml:space="preserve">, поврежденный </w:t>
      </w:r>
      <w:r>
        <w:rPr>
          <w:b w:val="false"/>
          <w:sz w:val="28"/>
          <w:lang w:val="zxx"/>
        </w:rPr>
        <w:t>XML</w:t>
      </w:r>
      <w:r>
        <w:rPr>
          <w:b w:val="false"/>
          <w:sz w:val="28"/>
        </w:rPr>
        <w:t xml:space="preserve"> или превышенный лимит не дают представления принятого повтора и не расходуют номер.</w:t>
      </w:r>
    </w:p>
    <w:p>
      <w:pPr>
        <w:pStyle w:val="2"/>
        <w:rPr/>
      </w:pPr>
      <w:r>
        <w:rPr/>
        <w:t>Права, занятость и структурированный отказ</w:t>
      </w:r>
    </w:p>
    <w:p>
      <w:pPr>
        <w:pStyle w:val="Normal"/>
        <w:jc w:val="both"/>
        <w:rPr/>
      </w:pPr>
      <w:r>
        <w:rPr>
          <w:b w:val="false"/>
          <w:sz w:val="28"/>
          <w:lang w:val="zxx"/>
        </w:rPr>
        <w:t>9.14</w:t>
      </w:r>
      <w:r>
        <w:rPr>
          <w:b w:val="false"/>
          <w:sz w:val="28"/>
        </w:rPr>
        <w:t xml:space="preserve"> </w:t>
      </w:r>
      <w:r>
        <w:rPr>
          <w:b w:val="false"/>
          <w:sz w:val="28"/>
          <w:lang w:val="zxx"/>
        </w:rPr>
        <w:t>TLS-</w:t>
      </w:r>
      <w:r>
        <w:rPr>
          <w:b w:val="false"/>
          <w:sz w:val="28"/>
        </w:rPr>
        <w:t xml:space="preserve">аутентификация подтверждает </w:t>
      </w:r>
      <w:r>
        <w:rPr>
          <w:b w:val="false"/>
          <w:sz w:val="28"/>
          <w:lang w:val="zxx"/>
        </w:rPr>
        <w:t>principalId</w:t>
      </w:r>
      <w:r>
        <w:rPr>
          <w:b w:val="false"/>
          <w:sz w:val="28"/>
        </w:rPr>
        <w:t xml:space="preserve">, но сама по себе не дает права управлять ОУ. Права задаются для действия, назначения </w:t>
      </w:r>
      <w:r>
        <w:rPr>
          <w:b w:val="false"/>
          <w:sz w:val="28"/>
          <w:lang w:val="zxx"/>
        </w:rPr>
        <w:t>real/</w:t>
      </w:r>
      <w:r>
        <w:rPr>
          <w:b w:val="false"/>
          <w:sz w:val="28"/>
        </w:rPr>
        <w:t>​</w:t>
      </w:r>
      <w:r>
        <w:rPr>
          <w:b w:val="false"/>
          <w:sz w:val="28"/>
          <w:lang w:val="zxx"/>
        </w:rPr>
        <w:t>exercise/</w:t>
      </w:r>
      <w:r>
        <w:rPr>
          <w:b w:val="false"/>
          <w:sz w:val="28"/>
        </w:rPr>
        <w:t>​</w:t>
      </w:r>
      <w:r>
        <w:rPr>
          <w:b w:val="false"/>
          <w:sz w:val="28"/>
          <w:lang w:val="zxx"/>
        </w:rPr>
        <w:t>technical/</w:t>
      </w:r>
      <w:r>
        <w:rPr>
          <w:b w:val="false"/>
          <w:sz w:val="28"/>
        </w:rPr>
        <w:t>​</w:t>
      </w:r>
      <w:r>
        <w:rPr>
          <w:b w:val="false"/>
          <w:sz w:val="28"/>
          <w:lang w:val="zxx"/>
        </w:rPr>
        <w:t>maintenance</w:t>
      </w:r>
      <w:r>
        <w:rPr>
          <w:b w:val="false"/>
          <w:sz w:val="28"/>
        </w:rPr>
        <w:t xml:space="preserve"> и области ресурсов. </w:t>
      </w:r>
      <w:r>
        <w:rPr>
          <w:b w:val="false"/>
          <w:sz w:val="28"/>
          <w:lang w:val="zxx"/>
        </w:rPr>
        <w:t>IP-</w:t>
      </w:r>
      <w:r>
        <w:rPr>
          <w:b w:val="false"/>
          <w:sz w:val="28"/>
        </w:rPr>
        <w:t xml:space="preserve">адрес, знание </w:t>
      </w:r>
      <w:r>
        <w:rPr>
          <w:b w:val="false"/>
          <w:sz w:val="28"/>
          <w:lang w:val="zxx"/>
        </w:rPr>
        <w:t>sessionId</w:t>
      </w:r>
      <w:r>
        <w:rPr>
          <w:b w:val="false"/>
          <w:sz w:val="28"/>
        </w:rPr>
        <w:t xml:space="preserve"> или чужого </w:t>
      </w:r>
      <w:r>
        <w:rPr>
          <w:b w:val="false"/>
          <w:sz w:val="28"/>
          <w:lang w:val="zxx"/>
        </w:rPr>
        <w:t>controlEpoch</w:t>
      </w:r>
      <w:r>
        <w:rPr>
          <w:b w:val="false"/>
          <w:sz w:val="28"/>
        </w:rPr>
        <w:t xml:space="preserve"> не предоставляют полномочий. Непрошедший </w:t>
      </w:r>
      <w:r>
        <w:rPr>
          <w:b w:val="false"/>
          <w:sz w:val="28"/>
          <w:lang w:val="zxx"/>
        </w:rPr>
        <w:t>TLS</w:t>
      </w:r>
      <w:r>
        <w:rPr>
          <w:b w:val="false"/>
          <w:sz w:val="28"/>
        </w:rPr>
        <w:t xml:space="preserve"> участник не получает прикладной </w:t>
      </w:r>
      <w:r>
        <w:rPr>
          <w:b w:val="false"/>
          <w:sz w:val="28"/>
          <w:lang w:val="zxx"/>
        </w:rPr>
        <w:t>XML-</w:t>
      </w:r>
      <w:r>
        <w:rPr>
          <w:b w:val="false"/>
          <w:sz w:val="28"/>
        </w:rPr>
        <w:t xml:space="preserve">ответ. Участник без требуемого права получает </w:t>
      </w:r>
      <w:r>
        <w:rPr>
          <w:b w:val="false"/>
          <w:sz w:val="28"/>
          <w:lang w:val="zxx"/>
        </w:rPr>
        <w:t>status=error</w:t>
      </w:r>
      <w:r>
        <w:rPr>
          <w:b w:val="false"/>
          <w:sz w:val="28"/>
        </w:rPr>
        <w:t xml:space="preserve"> и </w:t>
      </w:r>
      <w:r>
        <w:rPr>
          <w:b w:val="false"/>
          <w:sz w:val="28"/>
          <w:lang w:val="zxx"/>
        </w:rPr>
        <w:t>error.code=forbidden</w:t>
      </w:r>
      <w:r>
        <w:rPr>
          <w:b w:val="false"/>
          <w:sz w:val="28"/>
        </w:rPr>
        <w:t xml:space="preserve"> с обязательным </w:t>
      </w:r>
      <w:r>
        <w:rPr>
          <w:b w:val="false"/>
          <w:sz w:val="28"/>
          <w:lang w:val="zxx"/>
        </w:rPr>
        <w:t>detail</w:t>
      </w:r>
      <w:r>
        <w:rPr>
          <w:b w:val="false"/>
          <w:sz w:val="28"/>
        </w:rPr>
        <w:t xml:space="preserve"> до проверки занятости; чужие владелец, сеанс, ресурс и состояние в отказ не включаются. В явно выбранном </w:t>
      </w:r>
      <w:r>
        <w:rPr>
          <w:b w:val="false"/>
          <w:sz w:val="28"/>
          <w:lang w:val="zxx"/>
        </w:rPr>
        <w:t>plain</w:t>
      </w:r>
      <w:r>
        <w:rPr>
          <w:b w:val="false"/>
          <w:sz w:val="28"/>
        </w:rPr>
        <w:t xml:space="preserve"> применяется та же проверка локальных прав; логический </w:t>
      </w:r>
      <w:r>
        <w:rPr>
          <w:b w:val="false"/>
          <w:sz w:val="28"/>
          <w:lang w:val="zxx"/>
        </w:rPr>
        <w:t>principalId</w:t>
      </w:r>
      <w:r>
        <w:rPr>
          <w:b w:val="false"/>
          <w:sz w:val="28"/>
        </w:rPr>
        <w:t xml:space="preserve"> не является доказательством подлинности участника.</w:t>
      </w:r>
    </w:p>
    <w:p>
      <w:pPr>
        <w:pStyle w:val="Normal"/>
        <w:keepNext w:val="true"/>
        <w:ind w:hanging="0"/>
        <w:jc w:val="start"/>
        <w:rPr/>
      </w:pPr>
      <w:r>
        <w:rPr>
          <w:b w:val="false"/>
          <w:sz w:val="24"/>
        </w:rPr>
        <w:t xml:space="preserve">Таблица </w:t>
      </w:r>
      <w:r>
        <w:rPr>
          <w:b w:val="false"/>
          <w:sz w:val="24"/>
          <w:lang w:val="zxx"/>
        </w:rPr>
        <w:t>10</w:t>
      </w:r>
      <w:r>
        <w:rPr>
          <w:b w:val="false"/>
          <w:sz w:val="24"/>
        </w:rPr>
        <w:t xml:space="preserve"> - Права, занятость и структурированный отказ</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200"/>
        <w:gridCol w:w="5436"/>
      </w:tblGrid>
      <w:tr>
        <w:trPr>
          <w:cantSplit w:val="true"/>
        </w:trPr>
        <w:tc>
          <w:tcPr>
            <w:tcW w:w="4200"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val="zxx" w:eastAsia="en-US" w:bidi="ar-SA"/>
              </w:rPr>
              <w:t>error.code</w:t>
            </w:r>
            <w:r>
              <w:rPr>
                <w:rFonts w:eastAsia="ＭＳ 明朝" w:cs=""/>
                <w:b/>
                <w:kern w:val="0"/>
                <w:sz w:val="28"/>
                <w:szCs w:val="22"/>
                <w:lang w:eastAsia="en-US" w:bidi="ar-SA"/>
              </w:rPr>
              <w:t xml:space="preserve"> / </w:t>
            </w:r>
            <w:r>
              <w:rPr>
                <w:rFonts w:eastAsia="ＭＳ 明朝" w:cs=""/>
                <w:b/>
                <w:kern w:val="0"/>
                <w:sz w:val="28"/>
                <w:szCs w:val="22"/>
                <w:lang w:val="zxx" w:eastAsia="en-US" w:bidi="ar-SA"/>
              </w:rPr>
              <w:t>detail</w:t>
            </w:r>
          </w:p>
        </w:tc>
        <w:tc>
          <w:tcPr>
            <w:tcW w:w="543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Условие и последствие</w:t>
            </w:r>
          </w:p>
        </w:tc>
      </w:tr>
      <w:tr>
        <w:trPr>
          <w:cantSplit w:val="true"/>
        </w:trPr>
        <w:tc>
          <w:tcPr>
            <w:tcW w:w="420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forbidden</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roleDenied</w:t>
            </w:r>
          </w:p>
        </w:tc>
        <w:tc>
          <w:tcPr>
            <w:tcW w:w="543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Нет права действия или назначения. Новая попытка требует изменения разрешений, а не ожидания освобождения.</w:t>
            </w:r>
          </w:p>
        </w:tc>
      </w:tr>
      <w:tr>
        <w:trPr>
          <w:cantSplit w:val="true"/>
        </w:trPr>
        <w:tc>
          <w:tcPr>
            <w:tcW w:w="420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forbidden</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scopeDenied</w:t>
            </w:r>
          </w:p>
        </w:tc>
        <w:tc>
          <w:tcPr>
            <w:tcW w:w="543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Нет права на запрошенную область ресурсов. Внешний ответ не перечисляет существующие закрытые ресурсы.</w:t>
            </w:r>
          </w:p>
        </w:tc>
      </w:tr>
      <w:tr>
        <w:trPr>
          <w:cantSplit w:val="true"/>
        </w:trPr>
        <w:tc>
          <w:tcPr>
            <w:tcW w:w="420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forbidden</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ownerMismatch</w:t>
            </w:r>
          </w:p>
        </w:tc>
        <w:tc>
          <w:tcPr>
            <w:tcW w:w="543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Попытка изменить, остановить или восстановить чужое исполнение. Знание его идентификатора не дает права; воздействие и таймеры неизменны.</w:t>
            </w:r>
          </w:p>
        </w:tc>
      </w:tr>
      <w:tr>
        <w:trPr>
          <w:cantSplit w:val="true"/>
        </w:trPr>
        <w:tc>
          <w:tcPr>
            <w:tcW w:w="420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busy</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ownershipHeld</w:t>
            </w:r>
          </w:p>
        </w:tc>
        <w:tc>
          <w:tcPr>
            <w:tcW w:w="543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Разрешенный </w:t>
            </w:r>
            <w:r>
              <w:rPr>
                <w:rFonts w:eastAsia="ＭＳ 明朝" w:cs=""/>
                <w:b w:val="false"/>
                <w:kern w:val="0"/>
                <w:sz w:val="28"/>
                <w:szCs w:val="22"/>
                <w:lang w:val="zxx" w:eastAsia="en-US" w:bidi="ar-SA"/>
              </w:rPr>
              <w:t>control.acquire</w:t>
            </w:r>
            <w:r>
              <w:rPr>
                <w:rFonts w:eastAsia="ＭＳ 明朝" w:cs=""/>
                <w:b w:val="false"/>
                <w:kern w:val="0"/>
                <w:sz w:val="28"/>
                <w:szCs w:val="22"/>
                <w:lang w:eastAsia="en-US" w:bidi="ar-SA"/>
              </w:rPr>
              <w:t xml:space="preserve"> конфликтует с действующим несовместимым владением. Сведения о другом участнике не раскрываются.</w:t>
            </w:r>
          </w:p>
        </w:tc>
      </w:tr>
      <w:tr>
        <w:trPr>
          <w:cantSplit w:val="true"/>
        </w:trPr>
        <w:tc>
          <w:tcPr>
            <w:tcW w:w="4200"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busy</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executionActive</w:t>
            </w:r>
          </w:p>
        </w:tc>
        <w:tc>
          <w:tcPr>
            <w:tcW w:w="5436"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Разрешенный новый </w:t>
            </w:r>
            <w:r>
              <w:rPr>
                <w:rFonts w:eastAsia="ＭＳ 明朝" w:cs=""/>
                <w:b w:val="false"/>
                <w:kern w:val="0"/>
                <w:sz w:val="28"/>
                <w:szCs w:val="22"/>
                <w:lang w:val="zxx" w:eastAsia="en-US" w:bidi="ar-SA"/>
              </w:rPr>
              <w:t>session.start</w:t>
            </w:r>
            <w:r>
              <w:rPr>
                <w:rFonts w:eastAsia="ＭＳ 明朝" w:cs=""/>
                <w:b w:val="false"/>
                <w:kern w:val="0"/>
                <w:sz w:val="28"/>
                <w:szCs w:val="22"/>
                <w:lang w:eastAsia="en-US" w:bidi="ar-SA"/>
              </w:rPr>
              <w:t xml:space="preserve"> конфликтует с действующим сеансом, в том числе собственным. Точный повтор исходного </w:t>
            </w:r>
            <w:r>
              <w:rPr>
                <w:rFonts w:eastAsia="ＭＳ 明朝" w:cs=""/>
                <w:b w:val="false"/>
                <w:kern w:val="0"/>
                <w:sz w:val="28"/>
                <w:szCs w:val="22"/>
                <w:lang w:val="zxx" w:eastAsia="en-US" w:bidi="ar-SA"/>
              </w:rPr>
              <w:t>session.start</w:t>
            </w:r>
            <w:r>
              <w:rPr>
                <w:rFonts w:eastAsia="ＭＳ 明朝" w:cs=""/>
                <w:b w:val="false"/>
                <w:kern w:val="0"/>
                <w:sz w:val="28"/>
                <w:szCs w:val="22"/>
                <w:lang w:eastAsia="en-US" w:bidi="ar-SA"/>
              </w:rPr>
              <w:t xml:space="preserve"> возвращает сохраненное решение до этой проверки.</w:t>
            </w:r>
          </w:p>
        </w:tc>
      </w:tr>
    </w:tbl>
    <w:p>
      <w:pPr>
        <w:pStyle w:val="Normal"/>
        <w:keepNext w:val="true"/>
        <w:ind w:hanging="0"/>
        <w:jc w:val="start"/>
        <w:rPr/>
      </w:pPr>
      <w:r>
        <w:br w:type="page"/>
      </w:r>
      <w:r>
        <w:rPr>
          <w:b w:val="false"/>
          <w:i/>
          <w:sz w:val="24"/>
        </w:rPr>
        <w:t xml:space="preserve">Окончание таблицы </w:t>
      </w:r>
      <w:r>
        <w:rPr>
          <w:b w:val="false"/>
          <w:i/>
          <w:sz w:val="24"/>
          <w:lang w:val="zxx"/>
        </w:rPr>
        <w:t>10</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200"/>
        <w:gridCol w:w="5436"/>
      </w:tblGrid>
      <w:tr>
        <w:trPr>
          <w:cantSplit w:val="true"/>
        </w:trPr>
        <w:tc>
          <w:tcPr>
            <w:tcW w:w="4200"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val="zxx" w:eastAsia="en-US" w:bidi="ar-SA"/>
              </w:rPr>
              <w:t>error.code</w:t>
            </w:r>
            <w:r>
              <w:rPr>
                <w:rFonts w:eastAsia="ＭＳ 明朝" w:cs=""/>
                <w:b/>
                <w:kern w:val="0"/>
                <w:sz w:val="28"/>
                <w:szCs w:val="22"/>
                <w:lang w:eastAsia="en-US" w:bidi="ar-SA"/>
              </w:rPr>
              <w:t xml:space="preserve"> / </w:t>
            </w:r>
            <w:r>
              <w:rPr>
                <w:rFonts w:eastAsia="ＭＳ 明朝" w:cs=""/>
                <w:b/>
                <w:kern w:val="0"/>
                <w:sz w:val="28"/>
                <w:szCs w:val="22"/>
                <w:lang w:val="zxx" w:eastAsia="en-US" w:bidi="ar-SA"/>
              </w:rPr>
              <w:t>detail</w:t>
            </w:r>
          </w:p>
        </w:tc>
        <w:tc>
          <w:tcPr>
            <w:tcW w:w="543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Условие и последствие</w:t>
            </w:r>
          </w:p>
        </w:tc>
      </w:tr>
      <w:tr>
        <w:trPr>
          <w:cantSplit w:val="true"/>
        </w:trPr>
        <w:tc>
          <w:tcPr>
            <w:tcW w:w="420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busy</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localControl</w:t>
            </w:r>
          </w:p>
        </w:tc>
        <w:tc>
          <w:tcPr>
            <w:tcW w:w="543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Ресурс занят разрешенным местным управлением. Сетевой запуск не становится отложенным заданием.</w:t>
            </w:r>
          </w:p>
        </w:tc>
      </w:tr>
      <w:tr>
        <w:trPr>
          <w:cantSplit w:val="true"/>
        </w:trPr>
        <w:tc>
          <w:tcPr>
            <w:tcW w:w="420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busy</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serviceActive</w:t>
            </w:r>
          </w:p>
        </w:tc>
        <w:tc>
          <w:tcPr>
            <w:tcW w:w="543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Несовместимая сервисная операция находится в неделимой стадии; действуют сроки и правила уступки обслуживанием.</w:t>
            </w:r>
          </w:p>
        </w:tc>
      </w:tr>
      <w:tr>
        <w:trPr>
          <w:cantSplit w:val="true"/>
        </w:trPr>
        <w:tc>
          <w:tcPr>
            <w:tcW w:w="420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busy</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capacityExhausted</w:t>
            </w:r>
          </w:p>
        </w:tc>
        <w:tc>
          <w:tcPr>
            <w:tcW w:w="543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Исчерпана разрешенная квота снимков, опросов, медиаподготовок либо резерв результатов при превышении заявленной нагрузки.</w:t>
            </w:r>
          </w:p>
        </w:tc>
      </w:tr>
      <w:tr>
        <w:trPr>
          <w:cantSplit w:val="true"/>
        </w:trPr>
        <w:tc>
          <w:tcPr>
            <w:tcW w:w="4200"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unsafeState</w:t>
            </w:r>
          </w:p>
        </w:tc>
        <w:tc>
          <w:tcPr>
            <w:tcW w:w="543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Недоказанный </w:t>
            </w:r>
            <w:r>
              <w:rPr>
                <w:rFonts w:eastAsia="ＭＳ 明朝" w:cs=""/>
                <w:b w:val="false"/>
                <w:kern w:val="0"/>
                <w:sz w:val="28"/>
                <w:szCs w:val="22"/>
                <w:lang w:val="zxx" w:eastAsia="en-US" w:bidi="ar-SA"/>
              </w:rPr>
              <w:t>off</w:t>
            </w:r>
            <w:r>
              <w:rPr>
                <w:rFonts w:eastAsia="ＭＳ 明朝" w:cs=""/>
                <w:b w:val="false"/>
                <w:kern w:val="0"/>
                <w:sz w:val="28"/>
                <w:szCs w:val="22"/>
                <w:lang w:eastAsia="en-US" w:bidi="ar-SA"/>
              </w:rPr>
              <w:t xml:space="preserve">, восстановление, аппаратная блокировка или другое небезопасное состояние. Это не обычная занятость; ожидание </w:t>
            </w:r>
            <w:r>
              <w:rPr>
                <w:rFonts w:eastAsia="ＭＳ 明朝" w:cs=""/>
                <w:b w:val="false"/>
                <w:kern w:val="0"/>
                <w:sz w:val="28"/>
                <w:szCs w:val="22"/>
                <w:lang w:val="zxx" w:eastAsia="en-US" w:bidi="ar-SA"/>
              </w:rPr>
              <w:t>busy</w:t>
            </w:r>
            <w:r>
              <w:rPr>
                <w:rFonts w:eastAsia="ＭＳ 明朝" w:cs=""/>
                <w:b w:val="false"/>
                <w:kern w:val="0"/>
                <w:sz w:val="28"/>
                <w:szCs w:val="22"/>
                <w:lang w:eastAsia="en-US" w:bidi="ar-SA"/>
              </w:rPr>
              <w:t xml:space="preserve"> не заменяет восстановление.</w:t>
            </w:r>
          </w:p>
        </w:tc>
      </w:tr>
    </w:tbl>
    <w:p>
      <w:pPr>
        <w:pStyle w:val="Normal"/>
        <w:spacing w:before="0" w:after="0"/>
        <w:rPr/>
      </w:pPr>
      <w:r>
        <w:rPr/>
      </w:r>
    </w:p>
    <w:p>
      <w:pPr>
        <w:pStyle w:val="Normal"/>
        <w:jc w:val="start"/>
        <w:rPr/>
      </w:pPr>
      <w:r>
        <w:rPr>
          <w:b w:val="false"/>
          <w:sz w:val="28"/>
          <w:lang w:val="zxx"/>
        </w:rPr>
        <w:t>9.15</w:t>
      </w:r>
      <w:r>
        <w:rPr>
          <w:b w:val="false"/>
          <w:sz w:val="28"/>
        </w:rPr>
        <w:t xml:space="preserve"> </w:t>
      </w:r>
      <w:r>
        <w:rPr>
          <w:b w:val="false"/>
          <w:sz w:val="28"/>
          <w:lang w:val="zxx"/>
        </w:rPr>
        <w:t>error</w:t>
      </w:r>
      <w:r>
        <w:rPr>
          <w:b w:val="false"/>
          <w:sz w:val="28"/>
        </w:rPr>
        <w:t xml:space="preserve"> содержит </w:t>
      </w:r>
      <w:r>
        <w:rPr>
          <w:b w:val="false"/>
          <w:sz w:val="28"/>
          <w:lang w:val="zxx"/>
        </w:rPr>
        <w:t>code</w:t>
      </w:r>
      <w:r>
        <w:rPr>
          <w:b w:val="false"/>
          <w:sz w:val="28"/>
        </w:rPr>
        <w:t xml:space="preserve">; </w:t>
      </w:r>
      <w:r>
        <w:rPr>
          <w:b w:val="false"/>
          <w:sz w:val="28"/>
          <w:lang w:val="zxx"/>
        </w:rPr>
        <w:t>detail</w:t>
      </w:r>
      <w:r>
        <w:rPr>
          <w:b w:val="false"/>
          <w:sz w:val="28"/>
        </w:rPr>
        <w:t xml:space="preserve"> обязателен только для </w:t>
      </w:r>
      <w:r>
        <w:rPr>
          <w:b w:val="false"/>
          <w:sz w:val="28"/>
          <w:lang w:val="zxx"/>
        </w:rPr>
        <w:t>forbidden</w:t>
      </w:r>
      <w:r>
        <w:rPr>
          <w:b w:val="false"/>
          <w:sz w:val="28"/>
        </w:rPr>
        <w:t xml:space="preserve">, </w:t>
      </w:r>
      <w:r>
        <w:rPr>
          <w:b w:val="false"/>
          <w:sz w:val="28"/>
          <w:lang w:val="zxx"/>
        </w:rPr>
        <w:t>busy</w:t>
      </w:r>
      <w:r>
        <w:rPr>
          <w:b w:val="false"/>
          <w:sz w:val="28"/>
        </w:rPr>
        <w:t xml:space="preserve"> и </w:t>
      </w:r>
      <w:r>
        <w:rPr>
          <w:b w:val="false"/>
          <w:sz w:val="28"/>
          <w:lang w:val="zxx"/>
        </w:rPr>
        <w:t>conflict</w:t>
      </w:r>
      <w:r>
        <w:rPr>
          <w:b w:val="false"/>
          <w:sz w:val="28"/>
        </w:rPr>
        <w:t xml:space="preserve"> и берется из соответствующего закрытого словаря. Для </w:t>
      </w:r>
      <w:r>
        <w:rPr>
          <w:b w:val="false"/>
          <w:sz w:val="28"/>
          <w:lang w:val="zxx"/>
        </w:rPr>
        <w:t>startBlockedByCancel</w:t>
      </w:r>
      <w:r>
        <w:rPr>
          <w:b w:val="false"/>
          <w:sz w:val="28"/>
        </w:rPr>
        <w:t xml:space="preserve"> обязателен </w:t>
      </w:r>
      <w:r>
        <w:rPr>
          <w:b w:val="false"/>
          <w:sz w:val="28"/>
          <w:lang w:val="zxx"/>
        </w:rPr>
        <w:t>cancelSeq.</w:t>
      </w:r>
      <w:r>
        <w:rPr>
          <w:b w:val="false"/>
          <w:sz w:val="28"/>
        </w:rPr>
        <w:t xml:space="preserve"> Для остальных кодов </w:t>
      </w:r>
      <w:r>
        <w:rPr>
          <w:b w:val="false"/>
          <w:sz w:val="28"/>
          <w:lang w:val="zxx"/>
        </w:rPr>
        <w:t>detail</w:t>
      </w:r>
      <w:r>
        <w:rPr>
          <w:b w:val="false"/>
          <w:sz w:val="28"/>
        </w:rPr>
        <w:t xml:space="preserve"> отсутствует. Человекочитаемый текст не является машинным кодом. </w:t>
      </w:r>
      <w:r>
        <w:rPr>
          <w:b w:val="false"/>
          <w:sz w:val="28"/>
          <w:lang w:val="zxx"/>
        </w:rPr>
        <w:t>resource</w:t>
      </w:r>
      <w:r>
        <w:rPr>
          <w:b w:val="false"/>
          <w:sz w:val="28"/>
        </w:rPr>
        <w:t xml:space="preserve"> может указывать только доступный отправителю ресурс или класс </w:t>
      </w:r>
      <w:r>
        <w:rPr>
          <w:b w:val="false"/>
          <w:sz w:val="28"/>
          <w:lang w:val="zxx"/>
        </w:rPr>
        <w:t>session</w:t>
      </w:r>
      <w:r>
        <w:rPr>
          <w:b w:val="false"/>
          <w:sz w:val="28"/>
        </w:rPr>
        <w:t xml:space="preserve">, </w:t>
      </w:r>
      <w:r>
        <w:rPr>
          <w:b w:val="false"/>
          <w:sz w:val="28"/>
          <w:lang w:val="zxx"/>
        </w:rPr>
        <w:t>ownership</w:t>
      </w:r>
      <w:r>
        <w:rPr>
          <w:b w:val="false"/>
          <w:sz w:val="28"/>
        </w:rPr>
        <w:t xml:space="preserve">, </w:t>
      </w:r>
      <w:r>
        <w:rPr>
          <w:b w:val="false"/>
          <w:sz w:val="28"/>
          <w:lang w:val="zxx"/>
        </w:rPr>
        <w:t>snapshot</w:t>
      </w:r>
      <w:r>
        <w:rPr>
          <w:b w:val="false"/>
          <w:sz w:val="28"/>
        </w:rPr>
        <w:t xml:space="preserve">, </w:t>
      </w:r>
      <w:r>
        <w:rPr>
          <w:b w:val="false"/>
          <w:sz w:val="28"/>
          <w:lang w:val="zxx"/>
        </w:rPr>
        <w:t>poll</w:t>
      </w:r>
      <w:r>
        <w:rPr>
          <w:b w:val="false"/>
          <w:sz w:val="28"/>
        </w:rPr>
        <w:t xml:space="preserve">, </w:t>
      </w:r>
      <w:r>
        <w:rPr>
          <w:b w:val="false"/>
          <w:sz w:val="28"/>
          <w:lang w:val="zxx"/>
        </w:rPr>
        <w:t>media</w:t>
      </w:r>
      <w:r>
        <w:rPr>
          <w:b w:val="false"/>
          <w:sz w:val="28"/>
        </w:rPr>
        <w:t xml:space="preserve">, </w:t>
      </w:r>
      <w:r>
        <w:rPr>
          <w:b w:val="false"/>
          <w:sz w:val="28"/>
          <w:lang w:val="zxx"/>
        </w:rPr>
        <w:t>service</w:t>
      </w:r>
      <w:r>
        <w:rPr>
          <w:b w:val="false"/>
          <w:sz w:val="28"/>
        </w:rPr>
        <w:t xml:space="preserve">, </w:t>
      </w:r>
      <w:r>
        <w:rPr>
          <w:b w:val="false"/>
          <w:sz w:val="28"/>
          <w:lang w:val="zxx"/>
        </w:rPr>
        <w:t>history.</w:t>
      </w:r>
      <w:r>
        <w:rPr>
          <w:b w:val="false"/>
          <w:sz w:val="28"/>
        </w:rPr>
        <w:t xml:space="preserve"> При </w:t>
      </w:r>
      <w:r>
        <w:rPr>
          <w:b w:val="false"/>
          <w:sz w:val="28"/>
          <w:lang w:val="zxx"/>
        </w:rPr>
        <w:t>forbidden</w:t>
      </w:r>
      <w:r>
        <w:rPr>
          <w:b w:val="false"/>
          <w:sz w:val="28"/>
        </w:rPr>
        <w:t xml:space="preserve"> он отсутствует. Все общие отказы оболочки, прав и контекста применяются ко всем соответствующим командам, даже если карточка перечисляет только предметные ошибки.</w:t>
      </w:r>
    </w:p>
    <w:p>
      <w:pPr>
        <w:pStyle w:val="Normal"/>
        <w:jc w:val="start"/>
        <w:rPr/>
      </w:pPr>
      <w:r>
        <w:rPr>
          <w:b w:val="false"/>
          <w:sz w:val="28"/>
          <w:lang w:val="zxx"/>
        </w:rPr>
        <w:t>9.16</w:t>
      </w:r>
      <w:r>
        <w:rPr>
          <w:b w:val="false"/>
          <w:sz w:val="28"/>
        </w:rPr>
        <w:t xml:space="preserve"> Порядок проверок: корректность обрамления/оболочки; права действия, назначения и области; </w:t>
      </w:r>
      <w:r>
        <w:rPr>
          <w:b w:val="false"/>
          <w:sz w:val="28"/>
          <w:lang w:val="zxx"/>
        </w:rPr>
        <w:t>bootId</w:t>
      </w:r>
      <w:r>
        <w:rPr>
          <w:b w:val="false"/>
          <w:sz w:val="28"/>
        </w:rPr>
        <w:t xml:space="preserve">; принадлежность известной эпохи/исполнения участнику; актуальность эпохи и прикрепления; точный повтор; предметные ограничения; занятость/безопасность. Чужая известная эпоха дает </w:t>
      </w:r>
      <w:r>
        <w:rPr>
          <w:b w:val="false"/>
          <w:sz w:val="28"/>
          <w:lang w:val="zxx"/>
        </w:rPr>
        <w:t>forbidden/</w:t>
      </w:r>
      <w:r>
        <w:rPr>
          <w:b w:val="false"/>
          <w:sz w:val="28"/>
        </w:rPr>
        <w:t>​</w:t>
      </w:r>
      <w:r>
        <w:rPr>
          <w:b w:val="false"/>
          <w:sz w:val="28"/>
          <w:lang w:val="zxx"/>
        </w:rPr>
        <w:t>ownerMismatch</w:t>
      </w:r>
      <w:r>
        <w:rPr>
          <w:b w:val="false"/>
          <w:sz w:val="28"/>
        </w:rPr>
        <w:t xml:space="preserve">, устаревшая собственная или неизвестная — </w:t>
      </w:r>
      <w:r>
        <w:rPr>
          <w:b w:val="false"/>
          <w:sz w:val="28"/>
          <w:lang w:val="zxx"/>
        </w:rPr>
        <w:t>staleEpoch</w:t>
      </w:r>
      <w:r>
        <w:rPr>
          <w:b w:val="false"/>
          <w:sz w:val="28"/>
        </w:rPr>
        <w:t xml:space="preserve">; проверка прав всегда предшествует раскрытию контекста. При нескольких отказах одной группы: </w:t>
      </w:r>
      <w:r>
        <w:rPr>
          <w:b w:val="false"/>
          <w:sz w:val="28"/>
          <w:lang w:val="zxx"/>
        </w:rPr>
        <w:t>roleDenied</w:t>
      </w:r>
      <w:r>
        <w:rPr>
          <w:b w:val="false"/>
          <w:sz w:val="28"/>
        </w:rPr>
        <w:t xml:space="preserve">, </w:t>
      </w:r>
      <w:r>
        <w:rPr>
          <w:b w:val="false"/>
          <w:sz w:val="28"/>
          <w:lang w:val="zxx"/>
        </w:rPr>
        <w:t>scopeDenied</w:t>
      </w:r>
      <w:r>
        <w:rPr>
          <w:b w:val="false"/>
          <w:sz w:val="28"/>
        </w:rPr>
        <w:t xml:space="preserve">, </w:t>
      </w:r>
      <w:r>
        <w:rPr>
          <w:b w:val="false"/>
          <w:sz w:val="28"/>
          <w:lang w:val="zxx"/>
        </w:rPr>
        <w:t>ownerMismatch</w:t>
      </w:r>
      <w:r>
        <w:rPr>
          <w:b w:val="false"/>
          <w:sz w:val="28"/>
        </w:rPr>
        <w:t xml:space="preserve">; для </w:t>
      </w:r>
      <w:r>
        <w:rPr>
          <w:b w:val="false"/>
          <w:sz w:val="28"/>
          <w:lang w:val="zxx"/>
        </w:rPr>
        <w:t>busy:</w:t>
      </w:r>
      <w:r>
        <w:rPr>
          <w:b w:val="false"/>
          <w:sz w:val="28"/>
        </w:rPr>
        <w:t xml:space="preserve"> </w:t>
      </w:r>
      <w:r>
        <w:rPr>
          <w:b w:val="false"/>
          <w:sz w:val="28"/>
          <w:lang w:val="zxx"/>
        </w:rPr>
        <w:t>ownershipHeld</w:t>
      </w:r>
      <w:r>
        <w:rPr>
          <w:b w:val="false"/>
          <w:sz w:val="28"/>
        </w:rPr>
        <w:t xml:space="preserve">, </w:t>
      </w:r>
      <w:r>
        <w:rPr>
          <w:b w:val="false"/>
          <w:sz w:val="28"/>
          <w:lang w:val="zxx"/>
        </w:rPr>
        <w:t>localControl</w:t>
      </w:r>
      <w:r>
        <w:rPr>
          <w:b w:val="false"/>
          <w:sz w:val="28"/>
        </w:rPr>
        <w:t xml:space="preserve">, </w:t>
      </w:r>
      <w:r>
        <w:rPr>
          <w:b w:val="false"/>
          <w:sz w:val="28"/>
          <w:lang w:val="zxx"/>
        </w:rPr>
        <w:t>executionActive</w:t>
      </w:r>
      <w:r>
        <w:rPr>
          <w:b w:val="false"/>
          <w:sz w:val="28"/>
        </w:rPr>
        <w:t xml:space="preserve">, </w:t>
      </w:r>
      <w:r>
        <w:rPr>
          <w:b w:val="false"/>
          <w:sz w:val="28"/>
          <w:lang w:val="zxx"/>
        </w:rPr>
        <w:t>serviceActive</w:t>
      </w:r>
      <w:r>
        <w:rPr>
          <w:b w:val="false"/>
          <w:sz w:val="28"/>
        </w:rPr>
        <w:t xml:space="preserve">, </w:t>
      </w:r>
      <w:r>
        <w:rPr>
          <w:b w:val="false"/>
          <w:sz w:val="28"/>
          <w:lang w:val="zxx"/>
        </w:rPr>
        <w:t>capacityExhausted.</w:t>
      </w:r>
      <w:r>
        <w:rPr>
          <w:b w:val="false"/>
          <w:sz w:val="28"/>
        </w:rPr>
        <w:t xml:space="preserve"> Обязательные сроки и сохраненная отмена проверяются согласно общему порядку </w:t>
      </w:r>
      <w:r>
        <w:rPr>
          <w:b w:val="false"/>
          <w:sz w:val="28"/>
          <w:lang w:val="zxx"/>
        </w:rPr>
        <w:t>session.start.</w:t>
      </w:r>
    </w:p>
    <w:p>
      <w:pPr>
        <w:pStyle w:val="Normal"/>
        <w:jc w:val="start"/>
        <w:rPr/>
      </w:pPr>
      <w:r>
        <w:rPr>
          <w:b w:val="false"/>
          <w:sz w:val="28"/>
          <w:lang w:val="zxx"/>
        </w:rPr>
        <w:t>9.17</w:t>
      </w:r>
      <w:r>
        <w:rPr>
          <w:b w:val="false"/>
          <w:sz w:val="28"/>
        </w:rPr>
        <w:t xml:space="preserve"> </w:t>
      </w:r>
      <w:r>
        <w:rPr>
          <w:b w:val="false"/>
          <w:sz w:val="28"/>
          <w:lang w:val="zxx"/>
        </w:rPr>
        <w:t>forbidden</w:t>
      </w:r>
      <w:r>
        <w:rPr>
          <w:b w:val="false"/>
          <w:sz w:val="28"/>
        </w:rPr>
        <w:t xml:space="preserve"> и отказы контекста не расходуют </w:t>
      </w:r>
      <w:r>
        <w:rPr>
          <w:b w:val="false"/>
          <w:sz w:val="28"/>
          <w:lang w:val="zxx"/>
        </w:rPr>
        <w:t>acquireSeq/</w:t>
      </w:r>
      <w:r>
        <w:rPr>
          <w:b w:val="false"/>
          <w:sz w:val="28"/>
        </w:rPr>
        <w:t>​</w:t>
      </w:r>
      <w:r>
        <w:rPr>
          <w:b w:val="false"/>
          <w:sz w:val="28"/>
          <w:lang w:val="zxx"/>
        </w:rPr>
        <w:t>cmdSeq/</w:t>
      </w:r>
      <w:r>
        <w:rPr>
          <w:b w:val="false"/>
          <w:sz w:val="28"/>
        </w:rPr>
        <w:t>​</w:t>
      </w:r>
      <w:r>
        <w:rPr>
          <w:b w:val="false"/>
          <w:sz w:val="28"/>
          <w:lang w:val="zxx"/>
        </w:rPr>
        <w:t>highWater</w:t>
      </w:r>
      <w:r>
        <w:rPr>
          <w:b w:val="false"/>
          <w:sz w:val="28"/>
        </w:rPr>
        <w:t xml:space="preserve">, не продлевают </w:t>
      </w:r>
      <w:r>
        <w:rPr>
          <w:b w:val="false"/>
          <w:sz w:val="28"/>
          <w:lang w:val="zxx"/>
        </w:rPr>
        <w:t>lease</w:t>
      </w:r>
      <w:r>
        <w:rPr>
          <w:b w:val="false"/>
          <w:sz w:val="28"/>
        </w:rPr>
        <w:t xml:space="preserve"> и не создают сеанс. Предметный </w:t>
      </w:r>
      <w:r>
        <w:rPr>
          <w:b w:val="false"/>
          <w:sz w:val="28"/>
          <w:lang w:val="zxx"/>
        </w:rPr>
        <w:t>busy</w:t>
      </w:r>
      <w:r>
        <w:rPr>
          <w:b w:val="false"/>
          <w:sz w:val="28"/>
        </w:rPr>
        <w:t xml:space="preserve"> обычной команды расходует ее номер и сохраняется как решение; повтор возвращает тот же отказ даже после освобождения. Новая попытка — новый номер и повторная проверка состояния. Исключения зарезервированных номеров </w:t>
      </w:r>
      <w:r>
        <w:rPr>
          <w:b w:val="false"/>
          <w:sz w:val="28"/>
          <w:lang w:val="zxx"/>
        </w:rPr>
        <w:t>session.stop/</w:t>
      </w:r>
      <w:r>
        <w:rPr>
          <w:b w:val="false"/>
          <w:sz w:val="28"/>
        </w:rPr>
        <w:t>​</w:t>
      </w:r>
      <w:r>
        <w:rPr>
          <w:b w:val="false"/>
          <w:sz w:val="28"/>
          <w:lang w:val="zxx"/>
        </w:rPr>
        <w:t>session.cancel/</w:t>
      </w:r>
      <w:r>
        <w:rPr>
          <w:b w:val="false"/>
          <w:sz w:val="28"/>
        </w:rPr>
        <w:t>​</w:t>
      </w:r>
      <w:r>
        <w:rPr>
          <w:b w:val="false"/>
          <w:sz w:val="28"/>
          <w:lang w:val="zxx"/>
        </w:rPr>
        <w:t>control.release</w:t>
      </w:r>
      <w:r>
        <w:rPr>
          <w:b w:val="false"/>
          <w:sz w:val="28"/>
        </w:rPr>
        <w:t xml:space="preserve"> сохраняются. </w:t>
      </w:r>
      <w:r>
        <w:rPr>
          <w:b w:val="false"/>
          <w:sz w:val="28"/>
          <w:lang w:val="zxx"/>
        </w:rPr>
        <w:t>busy</w:t>
      </w:r>
      <w:r>
        <w:rPr>
          <w:b w:val="false"/>
          <w:sz w:val="28"/>
        </w:rPr>
        <w:t xml:space="preserve"> никогда не ставит </w:t>
      </w:r>
      <w:r>
        <w:rPr>
          <w:b w:val="false"/>
          <w:sz w:val="28"/>
          <w:lang w:val="zxx"/>
        </w:rPr>
        <w:t>session.start</w:t>
      </w:r>
      <w:r>
        <w:rPr>
          <w:b w:val="false"/>
          <w:sz w:val="28"/>
        </w:rPr>
        <w:t xml:space="preserve"> в очередь. Очередь намерений </w:t>
      </w:r>
      <w:r>
        <w:rPr>
          <w:b w:val="false"/>
          <w:sz w:val="28"/>
          <w:lang w:val="zxx"/>
        </w:rPr>
        <w:t>real</w:t>
      </w:r>
      <w:r>
        <w:rPr>
          <w:b w:val="false"/>
          <w:sz w:val="28"/>
        </w:rPr>
        <w:t xml:space="preserve"> для </w:t>
      </w:r>
      <w:r>
        <w:rPr>
          <w:b w:val="false"/>
          <w:sz w:val="28"/>
          <w:lang w:val="zxx"/>
        </w:rPr>
        <w:t>acquire</w:t>
      </w:r>
      <w:r>
        <w:rPr>
          <w:b w:val="false"/>
          <w:sz w:val="28"/>
        </w:rPr>
        <w:t xml:space="preserve"> является только правилом арбитража: отдельные успешные </w:t>
      </w:r>
      <w:r>
        <w:rPr>
          <w:b w:val="false"/>
          <w:sz w:val="28"/>
          <w:lang w:val="zxx"/>
        </w:rPr>
        <w:t>acquire</w:t>
      </w:r>
      <w:r>
        <w:rPr>
          <w:b w:val="false"/>
          <w:sz w:val="28"/>
        </w:rPr>
        <w:t xml:space="preserve"> и </w:t>
      </w:r>
      <w:r>
        <w:rPr>
          <w:b w:val="false"/>
          <w:sz w:val="28"/>
          <w:lang w:val="zxx"/>
        </w:rPr>
        <w:t>session.start</w:t>
      </w:r>
      <w:r>
        <w:rPr>
          <w:b w:val="false"/>
          <w:sz w:val="28"/>
        </w:rPr>
        <w:t xml:space="preserve"> по-прежнему обязательны.</w:t>
      </w:r>
    </w:p>
    <w:p>
      <w:pPr>
        <w:pStyle w:val="Normal"/>
        <w:jc w:val="both"/>
        <w:rPr/>
      </w:pPr>
      <w:r>
        <w:rPr>
          <w:b w:val="false"/>
          <w:sz w:val="28"/>
          <w:lang w:val="zxx"/>
        </w:rPr>
        <w:t>9.18</w:t>
      </w:r>
      <w:r>
        <w:rPr>
          <w:b w:val="false"/>
          <w:sz w:val="28"/>
        </w:rPr>
        <w:t xml:space="preserve"> Разрешенные </w:t>
      </w:r>
      <w:r>
        <w:rPr>
          <w:b w:val="false"/>
          <w:sz w:val="28"/>
          <w:lang w:val="zxx"/>
        </w:rPr>
        <w:t>session.stop/</w:t>
      </w:r>
      <w:r>
        <w:rPr>
          <w:b w:val="false"/>
          <w:sz w:val="28"/>
        </w:rPr>
        <w:t>​</w:t>
      </w:r>
      <w:r>
        <w:rPr>
          <w:b w:val="false"/>
          <w:sz w:val="28"/>
          <w:lang w:val="zxx"/>
        </w:rPr>
        <w:t>session.cancel</w:t>
      </w:r>
      <w:r>
        <w:rPr>
          <w:b w:val="false"/>
          <w:sz w:val="28"/>
        </w:rPr>
        <w:t xml:space="preserve"> своего исполнения не получают </w:t>
      </w:r>
      <w:r>
        <w:rPr>
          <w:b w:val="false"/>
          <w:sz w:val="28"/>
          <w:lang w:val="zxx"/>
        </w:rPr>
        <w:t>busy</w:t>
      </w:r>
      <w:r>
        <w:rPr>
          <w:b w:val="false"/>
          <w:sz w:val="28"/>
        </w:rPr>
        <w:t xml:space="preserve"> из-за того же исполнения, обычного запроса, заполненной очереди телеметрии или занятого сервиса. Приоритетный слот и резерв состояния отмены обеспечиваются до допуска </w:t>
      </w:r>
      <w:r>
        <w:rPr>
          <w:b w:val="false"/>
          <w:sz w:val="28"/>
          <w:lang w:val="zxx"/>
        </w:rPr>
        <w:t>session.start.</w:t>
      </w:r>
      <w:r>
        <w:rPr>
          <w:b w:val="false"/>
          <w:sz w:val="28"/>
        </w:rPr>
        <w:t xml:space="preserve"> Отказ остановки не подменяется положительным подтверждением выключения. Чужой </w:t>
      </w:r>
      <w:r>
        <w:rPr>
          <w:b w:val="false"/>
          <w:sz w:val="28"/>
          <w:lang w:val="zxx"/>
        </w:rPr>
        <w:t>session.stop</w:t>
      </w:r>
      <w:r>
        <w:rPr>
          <w:b w:val="false"/>
          <w:sz w:val="28"/>
        </w:rPr>
        <w:t xml:space="preserve"> не становится допустимым после таймаута или при </w:t>
      </w:r>
      <w:r>
        <w:rPr>
          <w:b w:val="false"/>
          <w:sz w:val="28"/>
          <w:lang w:val="zxx"/>
        </w:rPr>
        <w:t>purpose=real.</w:t>
      </w:r>
    </w:p>
    <w:p>
      <w:pPr>
        <w:pStyle w:val="Normal"/>
        <w:jc w:val="both"/>
        <w:rPr/>
      </w:pPr>
      <w:r>
        <w:rPr>
          <w:b w:val="false"/>
          <w:sz w:val="28"/>
          <w:lang w:val="zxx"/>
        </w:rPr>
        <w:t>9.19</w:t>
      </w:r>
      <w:r>
        <w:rPr>
          <w:b w:val="false"/>
          <w:sz w:val="28"/>
        </w:rPr>
        <w:t xml:space="preserve"> При остановке АРМ различает намерение оператора, отправку команды, принятие УУ и подтвержденное выключение каждого выбранного ресурса. Нажатие кнопки, завершение местного таймера и успешная запись в </w:t>
      </w:r>
      <w:r>
        <w:rPr>
          <w:b w:val="false"/>
          <w:sz w:val="28"/>
          <w:lang w:val="zxx"/>
        </w:rPr>
        <w:t>TCP</w:t>
      </w:r>
      <w:r>
        <w:rPr>
          <w:b w:val="false"/>
          <w:sz w:val="28"/>
        </w:rPr>
        <w:t xml:space="preserve"> не являются подтверждением </w:t>
      </w:r>
      <w:r>
        <w:rPr>
          <w:b w:val="false"/>
          <w:sz w:val="28"/>
          <w:lang w:val="zxx"/>
        </w:rPr>
        <w:t>off.</w:t>
      </w:r>
      <w:r>
        <w:rPr>
          <w:b w:val="false"/>
          <w:sz w:val="28"/>
        </w:rPr>
        <w:t xml:space="preserve"> При приемке отдельно измеряют задержку от действия оператора до </w:t>
      </w:r>
      <w:r>
        <w:rPr>
          <w:b w:val="false"/>
          <w:sz w:val="28"/>
          <w:lang w:val="zxx"/>
        </w:rPr>
        <w:t>off</w:t>
      </w:r>
      <w:r>
        <w:rPr>
          <w:b w:val="false"/>
          <w:sz w:val="28"/>
        </w:rPr>
        <w:t xml:space="preserve">, включая очередь клиента, восстановление </w:t>
      </w:r>
      <w:r>
        <w:rPr>
          <w:b w:val="false"/>
          <w:sz w:val="28"/>
          <w:lang w:val="zxx"/>
        </w:rPr>
        <w:t>TCP/</w:t>
      </w:r>
      <w:r>
        <w:rPr>
          <w:b w:val="false"/>
          <w:sz w:val="28"/>
        </w:rPr>
        <w:t>​</w:t>
      </w:r>
      <w:r>
        <w:rPr>
          <w:b w:val="false"/>
          <w:sz w:val="28"/>
          <w:lang w:val="zxx"/>
        </w:rPr>
        <w:t>TLS</w:t>
      </w:r>
      <w:r>
        <w:rPr>
          <w:b w:val="false"/>
          <w:sz w:val="28"/>
        </w:rPr>
        <w:t xml:space="preserve"> и чтение результата. </w:t>
      </w:r>
      <w:r>
        <w:rPr>
          <w:b w:val="false"/>
          <w:sz w:val="28"/>
          <w:lang w:val="zxx"/>
        </w:rPr>
        <w:t>stopBeginMs</w:t>
      </w:r>
      <w:r>
        <w:rPr>
          <w:b w:val="false"/>
          <w:sz w:val="28"/>
        </w:rPr>
        <w:t xml:space="preserve"> и </w:t>
      </w:r>
      <w:r>
        <w:rPr>
          <w:b w:val="false"/>
          <w:sz w:val="28"/>
          <w:lang w:val="zxx"/>
        </w:rPr>
        <w:t>stopConfirmMs</w:t>
      </w:r>
      <w:r>
        <w:rPr>
          <w:b w:val="false"/>
          <w:sz w:val="28"/>
        </w:rPr>
        <w:t xml:space="preserve"> аппаратного профиля отсчитываются по установленной шкале УУ и не заменяют эту полную задержку. Пока выключение не доказано, АРМ сохраняет видимое ожидание либо неизвестный исход.</w:t>
      </w:r>
    </w:p>
    <w:p>
      <w:pPr>
        <w:pStyle w:val="Normal"/>
        <w:jc w:val="both"/>
        <w:rPr/>
      </w:pPr>
      <w:r>
        <w:rPr>
          <w:b w:val="false"/>
          <w:sz w:val="28"/>
          <w:lang w:val="zxx"/>
        </w:rPr>
        <w:t>9.20</w:t>
      </w:r>
      <w:r>
        <w:rPr>
          <w:b w:val="false"/>
          <w:sz w:val="28"/>
        </w:rPr>
        <w:t xml:space="preserve"> Если при восстановлении управления прежний </w:t>
      </w:r>
      <w:r>
        <w:rPr>
          <w:b w:val="false"/>
          <w:sz w:val="28"/>
          <w:lang w:val="zxx"/>
        </w:rPr>
        <w:t>controlEpoch</w:t>
      </w:r>
      <w:r>
        <w:rPr>
          <w:b w:val="false"/>
          <w:sz w:val="28"/>
        </w:rPr>
        <w:t xml:space="preserve"> уже истек, </w:t>
      </w:r>
      <w:r>
        <w:rPr>
          <w:b w:val="false"/>
          <w:sz w:val="28"/>
          <w:lang w:val="zxx"/>
        </w:rPr>
        <w:t>staleEpoch</w:t>
      </w:r>
      <w:r>
        <w:rPr>
          <w:b w:val="false"/>
          <w:sz w:val="28"/>
        </w:rPr>
        <w:t xml:space="preserve"> запрещает команды в этой эпохе, но не доказывает ни выключение, ни успех прежнего сеанса. При разрешенном чтении АРМ получает полный сохраненный </w:t>
      </w:r>
      <w:r>
        <w:rPr>
          <w:b w:val="false"/>
          <w:sz w:val="28"/>
          <w:lang w:val="zxx"/>
        </w:rPr>
        <w:t>session.get</w:t>
      </w:r>
      <w:r>
        <w:rPr>
          <w:b w:val="false"/>
          <w:sz w:val="28"/>
        </w:rPr>
        <w:t xml:space="preserve"> для прежних </w:t>
      </w:r>
      <w:r>
        <w:rPr>
          <w:b w:val="false"/>
          <w:sz w:val="28"/>
          <w:lang w:val="zxx"/>
        </w:rPr>
        <w:t>bootId/</w:t>
      </w:r>
      <w:r>
        <w:rPr>
          <w:b w:val="false"/>
          <w:sz w:val="28"/>
        </w:rPr>
        <w:t>​</w:t>
      </w:r>
      <w:r>
        <w:rPr>
          <w:b w:val="false"/>
          <w:sz w:val="28"/>
          <w:lang w:val="zxx"/>
        </w:rPr>
        <w:t>sessionId</w:t>
      </w:r>
      <w:r>
        <w:rPr>
          <w:b w:val="false"/>
          <w:sz w:val="28"/>
        </w:rPr>
        <w:t xml:space="preserve"> и актуальное </w:t>
      </w:r>
      <w:r>
        <w:rPr>
          <w:b w:val="false"/>
          <w:sz w:val="28"/>
          <w:lang w:val="zxx"/>
        </w:rPr>
        <w:t>device.state.</w:t>
      </w:r>
      <w:r>
        <w:rPr>
          <w:b w:val="false"/>
          <w:sz w:val="28"/>
        </w:rPr>
        <w:t xml:space="preserve"> Исторический результат, причина </w:t>
      </w:r>
      <w:r>
        <w:rPr>
          <w:b w:val="false"/>
          <w:sz w:val="28"/>
          <w:lang w:val="zxx"/>
        </w:rPr>
        <w:t>controlLostStop</w:t>
      </w:r>
      <w:r>
        <w:rPr>
          <w:b w:val="false"/>
          <w:sz w:val="28"/>
        </w:rPr>
        <w:t xml:space="preserve"> и доказательства </w:t>
      </w:r>
      <w:r>
        <w:rPr>
          <w:b w:val="false"/>
          <w:sz w:val="28"/>
          <w:lang w:val="zxx"/>
        </w:rPr>
        <w:t>off</w:t>
      </w:r>
      <w:r>
        <w:rPr>
          <w:b w:val="false"/>
          <w:sz w:val="28"/>
        </w:rPr>
        <w:t xml:space="preserve"> сохраняются как получены. Текущее </w:t>
      </w:r>
      <w:r>
        <w:rPr>
          <w:b w:val="false"/>
          <w:sz w:val="28"/>
          <w:lang w:val="zxx"/>
        </w:rPr>
        <w:t>off</w:t>
      </w:r>
      <w:r>
        <w:rPr>
          <w:b w:val="false"/>
          <w:sz w:val="28"/>
        </w:rPr>
        <w:t xml:space="preserve"> без полного результата не превращает неизвестную историю в </w:t>
      </w:r>
      <w:r>
        <w:rPr>
          <w:b w:val="false"/>
          <w:sz w:val="28"/>
          <w:lang w:val="zxx"/>
        </w:rPr>
        <w:t>succeeded.</w:t>
      </w:r>
      <w:r>
        <w:rPr>
          <w:b w:val="false"/>
          <w:sz w:val="28"/>
        </w:rPr>
        <w:t xml:space="preserve"> Повтор </w:t>
      </w:r>
      <w:r>
        <w:rPr>
          <w:b w:val="false"/>
          <w:sz w:val="28"/>
          <w:lang w:val="zxx"/>
        </w:rPr>
        <w:t>START</w:t>
      </w:r>
      <w:r>
        <w:rPr>
          <w:b w:val="false"/>
          <w:sz w:val="28"/>
        </w:rPr>
        <w:t>, новая выдача владения и запуск другого сеанса не используются для восстановления результата остановки.</w:t>
      </w:r>
    </w:p>
    <w:p>
      <w:pPr>
        <w:pStyle w:val="Normal"/>
        <w:keepNext w:val="true"/>
        <w:jc w:val="start"/>
        <w:rPr/>
      </w:pPr>
      <w:r>
        <w:rPr>
          <w:b/>
          <w:sz w:val="28"/>
          <w:lang w:val="zxx"/>
        </w:rPr>
        <w:t>9.21</w:t>
      </w:r>
      <w:r>
        <w:rPr>
          <w:b/>
          <w:sz w:val="28"/>
        </w:rPr>
        <w:t xml:space="preserve"> </w:t>
      </w:r>
      <w:r>
        <w:rPr>
          <w:b/>
          <w:sz w:val="28"/>
          <w:lang w:val="zxx"/>
        </w:rPr>
        <w:t>stop-</w:t>
      </w:r>
      <w:r>
        <w:rPr>
          <w:b/>
          <w:sz w:val="28"/>
        </w:rPr>
        <w:t>⁠</w:t>
      </w:r>
      <w:r>
        <w:rPr>
          <w:b/>
          <w:sz w:val="28"/>
          <w:lang w:val="zxx"/>
        </w:rPr>
        <w:t>after-</w:t>
      </w:r>
      <w:r>
        <w:rPr>
          <w:b/>
          <w:sz w:val="28"/>
        </w:rPr>
        <w:t>⁠</w:t>
      </w:r>
      <w:r>
        <w:rPr>
          <w:b/>
          <w:sz w:val="28"/>
          <w:lang w:val="zxx"/>
        </w:rPr>
        <w:t>lease-</w:t>
      </w:r>
      <w:r>
        <w:rPr>
          <w:b/>
          <w:sz w:val="28"/>
        </w:rPr>
        <w:t>⁠</w:t>
      </w:r>
      <w:r>
        <w:rPr>
          <w:b/>
          <w:sz w:val="28"/>
          <w:lang w:val="zxx"/>
        </w:rPr>
        <w:t>expiry</w:t>
      </w:r>
    </w:p>
    <w:p>
      <w:pPr>
        <w:pStyle w:val="Normal"/>
        <w:jc w:val="both"/>
        <w:rPr/>
      </w:pPr>
      <w:r>
        <w:rPr>
          <w:b w:val="false"/>
          <w:sz w:val="28"/>
        </w:rPr>
        <w:t xml:space="preserve">Входные условия: Сирена работает; </w:t>
      </w:r>
      <w:r>
        <w:rPr>
          <w:b w:val="false"/>
          <w:sz w:val="28"/>
          <w:lang w:val="zxx"/>
        </w:rPr>
        <w:t>TCP</w:t>
      </w:r>
      <w:r>
        <w:rPr>
          <w:b w:val="false"/>
          <w:sz w:val="28"/>
        </w:rPr>
        <w:t xml:space="preserve"> разорван до нажатия </w:t>
      </w:r>
      <w:r>
        <w:rPr>
          <w:b w:val="false"/>
          <w:sz w:val="28"/>
          <w:lang w:val="zxx"/>
        </w:rPr>
        <w:t>STOP</w:t>
      </w:r>
      <w:r>
        <w:rPr>
          <w:b w:val="false"/>
          <w:sz w:val="28"/>
        </w:rPr>
        <w:t xml:space="preserve">, восстановление </w:t>
      </w:r>
      <w:r>
        <w:rPr>
          <w:b w:val="false"/>
          <w:sz w:val="28"/>
          <w:lang w:val="zxx"/>
        </w:rPr>
        <w:t>TLS</w:t>
      </w:r>
      <w:r>
        <w:rPr>
          <w:b w:val="false"/>
          <w:sz w:val="28"/>
        </w:rPr>
        <w:t xml:space="preserve"> длится дольше оставшегося </w:t>
      </w:r>
      <w:r>
        <w:rPr>
          <w:b w:val="false"/>
          <w:sz w:val="28"/>
          <w:lang w:val="zxx"/>
        </w:rPr>
        <w:t>lease.</w:t>
      </w:r>
      <w:r>
        <w:rPr>
          <w:b w:val="false"/>
          <w:sz w:val="28"/>
        </w:rPr>
        <w:t xml:space="preserve"> </w:t>
      </w:r>
      <w:r>
        <w:rPr>
          <w:b w:val="false"/>
          <w:sz w:val="28"/>
          <w:lang w:val="zxx"/>
        </w:rPr>
        <w:t>control.resume</w:t>
      </w:r>
      <w:r>
        <w:rPr>
          <w:b w:val="false"/>
          <w:sz w:val="28"/>
        </w:rPr>
        <w:t xml:space="preserve"> возвращает </w:t>
      </w:r>
      <w:r>
        <w:rPr>
          <w:b w:val="false"/>
          <w:sz w:val="28"/>
          <w:lang w:val="zxx"/>
        </w:rPr>
        <w:t>staleEpoch.</w:t>
      </w:r>
      <w:r>
        <w:rPr>
          <w:b w:val="false"/>
          <w:sz w:val="28"/>
        </w:rPr>
        <w:t xml:space="preserve"> Сохраненный результат доступен; отдельно его утрата при известном текущем </w:t>
      </w:r>
      <w:r>
        <w:rPr>
          <w:b w:val="false"/>
          <w:sz w:val="28"/>
          <w:lang w:val="zxx"/>
        </w:rPr>
        <w:t>off.</w:t>
      </w:r>
    </w:p>
    <w:p>
      <w:pPr>
        <w:pStyle w:val="Normal"/>
        <w:jc w:val="both"/>
        <w:rPr/>
      </w:pPr>
      <w:r>
        <w:rPr>
          <w:b w:val="false"/>
          <w:sz w:val="28"/>
        </w:rPr>
        <w:t xml:space="preserve">Обязательный исход: Первый вариант возвращает полный итог исходного сеанса и подтверждение </w:t>
      </w:r>
      <w:r>
        <w:rPr>
          <w:b w:val="false"/>
          <w:sz w:val="28"/>
          <w:lang w:val="zxx"/>
        </w:rPr>
        <w:t>off</w:t>
      </w:r>
      <w:r>
        <w:rPr>
          <w:b w:val="false"/>
          <w:sz w:val="28"/>
        </w:rPr>
        <w:t xml:space="preserve">, сохраняя </w:t>
      </w:r>
      <w:r>
        <w:rPr>
          <w:b w:val="false"/>
          <w:sz w:val="28"/>
          <w:lang w:val="zxx"/>
        </w:rPr>
        <w:t>controlLostStop</w:t>
      </w:r>
      <w:r>
        <w:rPr>
          <w:b w:val="false"/>
          <w:sz w:val="28"/>
        </w:rPr>
        <w:t xml:space="preserve"> и остальные факты. Второй сохраняет неизвестную историю. Ни новый </w:t>
      </w:r>
      <w:r>
        <w:rPr>
          <w:b w:val="false"/>
          <w:sz w:val="28"/>
          <w:lang w:val="zxx"/>
        </w:rPr>
        <w:t>START</w:t>
      </w:r>
      <w:r>
        <w:rPr>
          <w:b w:val="false"/>
          <w:sz w:val="28"/>
        </w:rPr>
        <w:t xml:space="preserve">, ни новый захват владения для чтения не выполняются. Полная задержка </w:t>
      </w:r>
      <w:r>
        <w:rPr>
          <w:b w:val="false"/>
          <w:sz w:val="28"/>
          <w:lang w:val="zxx"/>
        </w:rPr>
        <w:t>STOP</w:t>
      </w:r>
      <w:r>
        <w:rPr>
          <w:b w:val="false"/>
          <w:sz w:val="28"/>
        </w:rPr>
        <w:t xml:space="preserve"> включает восстановление связи.</w:t>
      </w:r>
    </w:p>
    <w:p>
      <w:pPr>
        <w:pStyle w:val="Normal"/>
        <w:keepNext w:val="true"/>
        <w:jc w:val="start"/>
        <w:rPr/>
      </w:pPr>
      <w:r>
        <w:rPr>
          <w:b/>
          <w:sz w:val="28"/>
          <w:lang w:val="zxx"/>
        </w:rPr>
        <w:t>9.22</w:t>
      </w:r>
      <w:r>
        <w:rPr>
          <w:b/>
          <w:sz w:val="28"/>
        </w:rPr>
        <w:t xml:space="preserve"> </w:t>
      </w:r>
      <w:r>
        <w:rPr>
          <w:b/>
          <w:sz w:val="28"/>
          <w:lang w:val="zxx"/>
        </w:rPr>
        <w:t>microphone-</w:t>
      </w:r>
      <w:r>
        <w:rPr>
          <w:b/>
          <w:sz w:val="28"/>
        </w:rPr>
        <w:t>⁠</w:t>
      </w:r>
      <w:r>
        <w:rPr>
          <w:b/>
          <w:sz w:val="28"/>
          <w:lang w:val="zxx"/>
        </w:rPr>
        <w:t>pending-</w:t>
      </w:r>
      <w:r>
        <w:rPr>
          <w:b/>
          <w:sz w:val="28"/>
        </w:rPr>
        <w:t>⁠</w:t>
      </w:r>
      <w:r>
        <w:rPr>
          <w:b/>
          <w:sz w:val="28"/>
          <w:lang w:val="zxx"/>
        </w:rPr>
        <w:t>preparation</w:t>
      </w:r>
    </w:p>
    <w:p>
      <w:pPr>
        <w:pStyle w:val="Normal"/>
        <w:jc w:val="both"/>
        <w:rPr/>
      </w:pPr>
      <w:r>
        <w:rPr>
          <w:b w:val="false"/>
          <w:sz w:val="28"/>
        </w:rPr>
        <w:t xml:space="preserve">Входные условия: Одно нажатие тангенты во время обновления подготовки </w:t>
      </w:r>
      <w:r>
        <w:rPr>
          <w:b w:val="false"/>
          <w:sz w:val="28"/>
          <w:lang w:val="zxx"/>
        </w:rPr>
        <w:t>UDP.</w:t>
      </w:r>
      <w:r>
        <w:rPr>
          <w:b w:val="false"/>
          <w:sz w:val="28"/>
        </w:rPr>
        <w:t xml:space="preserve"> Повторы с отменой до готовности, окончанием сеанса, потерей источника и отсутствием подтверждения речевого режима.</w:t>
      </w:r>
    </w:p>
    <w:p>
      <w:pPr>
        <w:pStyle w:val="Normal"/>
        <w:jc w:val="both"/>
        <w:rPr/>
      </w:pPr>
      <w:r>
        <w:rPr>
          <w:b w:val="false"/>
          <w:sz w:val="28"/>
        </w:rPr>
        <w:t xml:space="preserve">Обязательный исход: Действующее намерение выполняется после </w:t>
      </w:r>
      <w:r>
        <w:rPr>
          <w:b w:val="false"/>
          <w:sz w:val="28"/>
          <w:lang w:val="zxx"/>
        </w:rPr>
        <w:t>prepared</w:t>
      </w:r>
      <w:r>
        <w:rPr>
          <w:b w:val="false"/>
          <w:sz w:val="28"/>
        </w:rPr>
        <w:t xml:space="preserve"> и готовности медиаканала ровно одним </w:t>
      </w:r>
      <w:r>
        <w:rPr>
          <w:b w:val="false"/>
          <w:sz w:val="28"/>
          <w:lang w:val="zxx"/>
        </w:rPr>
        <w:t>START.</w:t>
      </w:r>
      <w:r>
        <w:rPr>
          <w:b w:val="false"/>
          <w:sz w:val="28"/>
        </w:rPr>
        <w:t xml:space="preserve"> При </w:t>
      </w:r>
      <w:r>
        <w:rPr>
          <w:b w:val="false"/>
          <w:sz w:val="28"/>
          <w:lang w:val="zxx"/>
        </w:rPr>
        <w:t>startup=outputReady</w:t>
      </w:r>
      <w:r>
        <w:rPr>
          <w:b w:val="false"/>
          <w:sz w:val="28"/>
        </w:rPr>
        <w:t xml:space="preserve"> захват и звук начинаются после подтверждения ОУ. Отмененное намерение не запускается позднее; отсутствие подтверждения не дает успешного включения микрофона.</w:t>
      </w:r>
    </w:p>
    <w:p>
      <w:pPr>
        <w:pStyle w:val="Normal"/>
        <w:keepNext w:val="true"/>
        <w:jc w:val="start"/>
        <w:rPr/>
      </w:pPr>
      <w:r>
        <w:rPr>
          <w:b/>
          <w:sz w:val="28"/>
          <w:lang w:val="zxx"/>
        </w:rPr>
        <w:t>9.23</w:t>
      </w:r>
      <w:r>
        <w:rPr>
          <w:b/>
          <w:sz w:val="28"/>
        </w:rPr>
        <w:t xml:space="preserve"> </w:t>
      </w:r>
      <w:r>
        <w:rPr>
          <w:b/>
          <w:sz w:val="28"/>
          <w:lang w:val="zxx"/>
        </w:rPr>
        <w:t>unsafeState</w:t>
      </w:r>
    </w:p>
    <w:p>
      <w:pPr>
        <w:pStyle w:val="Normal"/>
        <w:jc w:val="both"/>
        <w:rPr/>
      </w:pPr>
      <w:r>
        <w:rPr>
          <w:b w:val="false"/>
          <w:sz w:val="28"/>
        </w:rPr>
        <w:t xml:space="preserve">Проверяемое условие: Недоказанный </w:t>
      </w:r>
      <w:r>
        <w:rPr>
          <w:b w:val="false"/>
          <w:sz w:val="28"/>
          <w:lang w:val="zxx"/>
        </w:rPr>
        <w:t>off</w:t>
      </w:r>
      <w:r>
        <w:rPr>
          <w:b w:val="false"/>
          <w:sz w:val="28"/>
        </w:rPr>
        <w:t>, блокировка восстановления или отсутствие обязательного независимого тракта до нового воздействия/обслуживания.</w:t>
      </w:r>
    </w:p>
    <w:p>
      <w:pPr>
        <w:pStyle w:val="Normal"/>
        <w:jc w:val="start"/>
        <w:rPr/>
      </w:pPr>
      <w:r>
        <w:rPr>
          <w:b w:val="false"/>
          <w:sz w:val="28"/>
        </w:rPr>
        <w:t xml:space="preserve">Команды: </w:t>
      </w:r>
      <w:r>
        <w:rPr>
          <w:b w:val="false"/>
          <w:sz w:val="28"/>
          <w:lang w:val="zxx"/>
        </w:rPr>
        <w:t>control.acquire</w:t>
      </w:r>
      <w:r>
        <w:rPr>
          <w:b w:val="false"/>
          <w:sz w:val="28"/>
        </w:rPr>
        <w:t xml:space="preserve">, </w:t>
      </w:r>
      <w:r>
        <w:rPr>
          <w:b w:val="false"/>
          <w:sz w:val="28"/>
          <w:lang w:val="zxx"/>
        </w:rPr>
        <w:t>control.release</w:t>
      </w:r>
      <w:r>
        <w:rPr>
          <w:b w:val="false"/>
          <w:sz w:val="28"/>
        </w:rPr>
        <w:t xml:space="preserve">, </w:t>
      </w:r>
      <w:r>
        <w:rPr>
          <w:b w:val="false"/>
          <w:sz w:val="28"/>
          <w:lang w:val="zxx"/>
        </w:rPr>
        <w:t>session.start</w:t>
      </w:r>
      <w:r>
        <w:rPr>
          <w:b w:val="false"/>
          <w:sz w:val="28"/>
        </w:rPr>
        <w:t xml:space="preserve">, </w:t>
      </w:r>
      <w:r>
        <w:rPr>
          <w:b w:val="false"/>
          <w:sz w:val="28"/>
          <w:lang w:val="zxx"/>
        </w:rPr>
        <w:t>audio.prepare</w:t>
      </w:r>
      <w:r>
        <w:rPr>
          <w:b w:val="false"/>
          <w:sz w:val="28"/>
        </w:rPr>
        <w:t xml:space="preserve">, </w:t>
      </w:r>
      <w:r>
        <w:rPr>
          <w:b w:val="false"/>
          <w:sz w:val="28"/>
          <w:lang w:val="zxx"/>
        </w:rPr>
        <w:t>audio.group.prepare</w:t>
      </w:r>
      <w:r>
        <w:rPr>
          <w:b w:val="false"/>
          <w:sz w:val="28"/>
        </w:rPr>
        <w:t xml:space="preserve">, </w:t>
      </w:r>
      <w:r>
        <w:rPr>
          <w:b w:val="false"/>
          <w:sz w:val="28"/>
          <w:lang w:val="zxx"/>
        </w:rPr>
        <w:t>audio.discard</w:t>
      </w:r>
      <w:r>
        <w:rPr>
          <w:b w:val="false"/>
          <w:sz w:val="28"/>
        </w:rPr>
        <w:t xml:space="preserve">, </w:t>
      </w:r>
      <w:r>
        <w:rPr>
          <w:b w:val="false"/>
          <w:sz w:val="28"/>
          <w:lang w:val="zxx"/>
        </w:rPr>
        <w:t>content.begin</w:t>
      </w:r>
      <w:r>
        <w:rPr>
          <w:b w:val="false"/>
          <w:sz w:val="28"/>
        </w:rPr>
        <w:t xml:space="preserve">, </w:t>
      </w:r>
      <w:r>
        <w:rPr>
          <w:b w:val="false"/>
          <w:sz w:val="28"/>
          <w:lang w:val="zxx"/>
        </w:rPr>
        <w:t>content.commit</w:t>
      </w:r>
      <w:r>
        <w:rPr>
          <w:b w:val="false"/>
          <w:sz w:val="28"/>
        </w:rPr>
        <w:t xml:space="preserve">, </w:t>
      </w:r>
      <w:r>
        <w:rPr>
          <w:b w:val="false"/>
          <w:sz w:val="28"/>
          <w:lang w:val="zxx"/>
        </w:rPr>
        <w:t>config.stage</w:t>
      </w:r>
      <w:r>
        <w:rPr>
          <w:b w:val="false"/>
          <w:sz w:val="28"/>
        </w:rPr>
        <w:t xml:space="preserve">, </w:t>
      </w:r>
      <w:r>
        <w:rPr>
          <w:b w:val="false"/>
          <w:sz w:val="28"/>
          <w:lang w:val="zxx"/>
        </w:rPr>
        <w:t>config.commit</w:t>
      </w:r>
      <w:r>
        <w:rPr>
          <w:b w:val="false"/>
          <w:sz w:val="28"/>
        </w:rPr>
        <w:t xml:space="preserve">, </w:t>
      </w:r>
      <w:r>
        <w:rPr>
          <w:b w:val="false"/>
          <w:sz w:val="28"/>
          <w:lang w:val="zxx"/>
        </w:rPr>
        <w:t>network.stage</w:t>
      </w:r>
      <w:r>
        <w:rPr>
          <w:b w:val="false"/>
          <w:sz w:val="28"/>
        </w:rPr>
        <w:t xml:space="preserve">, </w:t>
      </w:r>
      <w:r>
        <w:rPr>
          <w:b w:val="false"/>
          <w:sz w:val="28"/>
          <w:lang w:val="zxx"/>
        </w:rPr>
        <w:t>firmware.begin</w:t>
      </w:r>
      <w:r>
        <w:rPr>
          <w:b w:val="false"/>
          <w:sz w:val="28"/>
        </w:rPr>
        <w:t xml:space="preserve">, </w:t>
      </w:r>
      <w:r>
        <w:rPr>
          <w:b w:val="false"/>
          <w:sz w:val="28"/>
          <w:lang w:val="zxx"/>
        </w:rPr>
        <w:t>firmware.verify</w:t>
      </w:r>
      <w:r>
        <w:rPr>
          <w:b w:val="false"/>
          <w:sz w:val="28"/>
        </w:rPr>
        <w:t xml:space="preserve">, </w:t>
      </w:r>
      <w:r>
        <w:rPr>
          <w:b w:val="false"/>
          <w:sz w:val="28"/>
          <w:lang w:val="zxx"/>
        </w:rPr>
        <w:t>firmware.commit</w:t>
      </w:r>
      <w:r>
        <w:rPr>
          <w:b w:val="false"/>
          <w:sz w:val="28"/>
        </w:rPr>
        <w:t xml:space="preserve">, </w:t>
      </w:r>
      <w:r>
        <w:rPr>
          <w:b w:val="false"/>
          <w:sz w:val="28"/>
          <w:lang w:val="zxx"/>
        </w:rPr>
        <w:t>firmware.cancel</w:t>
      </w:r>
    </w:p>
    <w:p>
      <w:pPr>
        <w:pStyle w:val="Normal"/>
        <w:keepNext w:val="true"/>
        <w:jc w:val="start"/>
        <w:rPr/>
      </w:pPr>
      <w:r>
        <w:rPr>
          <w:b/>
          <w:sz w:val="28"/>
          <w:lang w:val="zxx"/>
        </w:rPr>
        <w:t>9.24</w:t>
      </w:r>
      <w:r>
        <w:rPr>
          <w:b/>
          <w:sz w:val="28"/>
        </w:rPr>
        <w:t xml:space="preserve"> </w:t>
      </w:r>
      <w:r>
        <w:rPr>
          <w:b/>
          <w:sz w:val="28"/>
          <w:lang w:val="zxx"/>
        </w:rPr>
        <w:t>invalidSignature</w:t>
      </w:r>
    </w:p>
    <w:p>
      <w:pPr>
        <w:pStyle w:val="Normal"/>
        <w:jc w:val="both"/>
        <w:rPr/>
      </w:pPr>
      <w:r>
        <w:rPr>
          <w:b w:val="false"/>
          <w:sz w:val="28"/>
        </w:rPr>
        <w:t xml:space="preserve">Проверяемое условие: Ключ издателя отсутствует, отозван или не разрешает данный тип и аппаратную ревизию; при проверке образа подпись неверна; при активации ключ не находится в состоянии </w:t>
      </w:r>
      <w:r>
        <w:rPr>
          <w:b w:val="false"/>
          <w:sz w:val="28"/>
          <w:lang w:val="zxx"/>
        </w:rPr>
        <w:t>active.</w:t>
      </w:r>
    </w:p>
    <w:p>
      <w:pPr>
        <w:pStyle w:val="Normal"/>
        <w:jc w:val="start"/>
        <w:rPr/>
      </w:pPr>
      <w:r>
        <w:rPr>
          <w:b w:val="false"/>
          <w:sz w:val="28"/>
        </w:rPr>
        <w:t xml:space="preserve">Команды: </w:t>
      </w:r>
      <w:r>
        <w:rPr>
          <w:b w:val="false"/>
          <w:sz w:val="28"/>
          <w:lang w:val="zxx"/>
        </w:rPr>
        <w:t>firmware.begin</w:t>
      </w:r>
      <w:r>
        <w:rPr>
          <w:b w:val="false"/>
          <w:sz w:val="28"/>
        </w:rPr>
        <w:t xml:space="preserve">, </w:t>
      </w:r>
      <w:r>
        <w:rPr>
          <w:b w:val="false"/>
          <w:sz w:val="28"/>
          <w:lang w:val="zxx"/>
        </w:rPr>
        <w:t>firmware.verify</w:t>
      </w:r>
      <w:r>
        <w:rPr>
          <w:b w:val="false"/>
          <w:sz w:val="28"/>
        </w:rPr>
        <w:t xml:space="preserve">, </w:t>
      </w:r>
      <w:r>
        <w:rPr>
          <w:b w:val="false"/>
          <w:sz w:val="28"/>
          <w:lang w:val="zxx"/>
        </w:rPr>
        <w:t>firmware.commit</w:t>
      </w:r>
    </w:p>
    <w:p>
      <w:pPr>
        <w:pStyle w:val="Normal"/>
        <w:keepNext w:val="true"/>
        <w:jc w:val="start"/>
        <w:rPr/>
      </w:pPr>
      <w:r>
        <w:rPr>
          <w:b/>
          <w:sz w:val="28"/>
          <w:lang w:val="zxx"/>
        </w:rPr>
        <w:t>9.25</w:t>
      </w:r>
      <w:r>
        <w:rPr>
          <w:b/>
          <w:sz w:val="28"/>
        </w:rPr>
        <w:t xml:space="preserve"> </w:t>
      </w:r>
      <w:r>
        <w:rPr>
          <w:b/>
          <w:sz w:val="28"/>
          <w:lang w:val="zxx"/>
        </w:rPr>
        <w:t>rollbackDenied</w:t>
      </w:r>
    </w:p>
    <w:p>
      <w:pPr>
        <w:pStyle w:val="Normal"/>
        <w:jc w:val="both"/>
        <w:rPr/>
      </w:pPr>
      <w:r>
        <w:rPr>
          <w:b w:val="false"/>
          <w:sz w:val="28"/>
        </w:rPr>
        <w:t>Проверяемое условие: Версия образа ниже действующего минимального разрешенного номера версии, повторно проверяемого перед активацией.</w:t>
      </w:r>
    </w:p>
    <w:p>
      <w:pPr>
        <w:pStyle w:val="Normal"/>
        <w:jc w:val="start"/>
        <w:rPr/>
      </w:pPr>
      <w:r>
        <w:rPr>
          <w:b w:val="false"/>
          <w:sz w:val="28"/>
        </w:rPr>
        <w:t xml:space="preserve">Команды: </w:t>
      </w:r>
      <w:r>
        <w:rPr>
          <w:b w:val="false"/>
          <w:sz w:val="28"/>
          <w:lang w:val="zxx"/>
        </w:rPr>
        <w:t>firmware.begin</w:t>
      </w:r>
      <w:r>
        <w:rPr>
          <w:b w:val="false"/>
          <w:sz w:val="28"/>
        </w:rPr>
        <w:t xml:space="preserve">, </w:t>
      </w:r>
      <w:r>
        <w:rPr>
          <w:b w:val="false"/>
          <w:sz w:val="28"/>
          <w:lang w:val="zxx"/>
        </w:rPr>
        <w:t>firmware.verify</w:t>
      </w:r>
      <w:r>
        <w:rPr>
          <w:b w:val="false"/>
          <w:sz w:val="28"/>
        </w:rPr>
        <w:t xml:space="preserve">, </w:t>
      </w:r>
      <w:r>
        <w:rPr>
          <w:b w:val="false"/>
          <w:sz w:val="28"/>
          <w:lang w:val="zxx"/>
        </w:rPr>
        <w:t>firmware.commit</w:t>
      </w:r>
    </w:p>
    <w:p>
      <w:pPr>
        <w:pStyle w:val="Normal"/>
        <w:keepNext w:val="true"/>
        <w:jc w:val="start"/>
        <w:rPr/>
      </w:pPr>
      <w:r>
        <w:rPr>
          <w:b/>
          <w:sz w:val="28"/>
          <w:lang w:val="zxx"/>
        </w:rPr>
        <w:t>9.26</w:t>
      </w:r>
      <w:r>
        <w:rPr>
          <w:b/>
          <w:sz w:val="28"/>
        </w:rPr>
        <w:t xml:space="preserve"> </w:t>
      </w:r>
      <w:r>
        <w:rPr>
          <w:b/>
          <w:sz w:val="28"/>
          <w:lang w:val="zxx"/>
        </w:rPr>
        <w:t>notFound</w:t>
      </w:r>
    </w:p>
    <w:p>
      <w:pPr>
        <w:pStyle w:val="Normal"/>
        <w:jc w:val="both"/>
        <w:rPr/>
      </w:pPr>
      <w:r>
        <w:rPr>
          <w:b w:val="false"/>
          <w:sz w:val="28"/>
        </w:rPr>
        <w:t xml:space="preserve">Проверяемое условие: Адресованная существующая сущность не найдена после проверки прав; неизвестный </w:t>
      </w:r>
      <w:r>
        <w:rPr>
          <w:b w:val="false"/>
          <w:sz w:val="28"/>
          <w:lang w:val="zxx"/>
        </w:rPr>
        <w:t>session.cancel</w:t>
      </w:r>
      <w:r>
        <w:rPr>
          <w:b w:val="false"/>
          <w:sz w:val="28"/>
        </w:rPr>
        <w:t xml:space="preserve"> по </w:t>
      </w:r>
      <w:r>
        <w:rPr>
          <w:b w:val="false"/>
          <w:sz w:val="28"/>
          <w:lang w:val="zxx"/>
        </w:rPr>
        <w:t>startSeq</w:t>
      </w:r>
      <w:r>
        <w:rPr>
          <w:b w:val="false"/>
          <w:sz w:val="28"/>
        </w:rPr>
        <w:t xml:space="preserve"> создает запрет и этим правилом не заменяется.</w:t>
      </w:r>
    </w:p>
    <w:p>
      <w:pPr>
        <w:pStyle w:val="Normal"/>
        <w:jc w:val="start"/>
        <w:rPr/>
      </w:pPr>
      <w:r>
        <w:rPr>
          <w:b w:val="false"/>
          <w:sz w:val="28"/>
        </w:rPr>
        <w:t xml:space="preserve">Команды: </w:t>
      </w:r>
      <w:r>
        <w:rPr>
          <w:b w:val="false"/>
          <w:sz w:val="28"/>
          <w:lang w:val="zxx"/>
        </w:rPr>
        <w:t>session.start</w:t>
      </w:r>
      <w:r>
        <w:rPr>
          <w:b w:val="false"/>
          <w:sz w:val="28"/>
        </w:rPr>
        <w:t xml:space="preserve">, </w:t>
      </w:r>
      <w:r>
        <w:rPr>
          <w:b w:val="false"/>
          <w:sz w:val="28"/>
          <w:lang w:val="zxx"/>
        </w:rPr>
        <w:t>session.stop</w:t>
      </w:r>
      <w:r>
        <w:rPr>
          <w:b w:val="false"/>
          <w:sz w:val="28"/>
        </w:rPr>
        <w:t xml:space="preserve">, </w:t>
      </w:r>
      <w:r>
        <w:rPr>
          <w:b w:val="false"/>
          <w:sz w:val="28"/>
          <w:lang w:val="zxx"/>
        </w:rPr>
        <w:t>audio.prepare</w:t>
      </w:r>
      <w:r>
        <w:rPr>
          <w:b w:val="false"/>
          <w:sz w:val="28"/>
        </w:rPr>
        <w:t xml:space="preserve">, </w:t>
      </w:r>
      <w:r>
        <w:rPr>
          <w:b w:val="false"/>
          <w:sz w:val="28"/>
          <w:lang w:val="zxx"/>
        </w:rPr>
        <w:t>audio.group.prepare</w:t>
      </w:r>
      <w:r>
        <w:rPr>
          <w:b w:val="false"/>
          <w:sz w:val="28"/>
        </w:rPr>
        <w:t xml:space="preserve">, </w:t>
      </w:r>
      <w:r>
        <w:rPr>
          <w:b w:val="false"/>
          <w:sz w:val="28"/>
          <w:lang w:val="zxx"/>
        </w:rPr>
        <w:t>audio.state</w:t>
      </w:r>
      <w:r>
        <w:rPr>
          <w:b w:val="false"/>
          <w:sz w:val="28"/>
        </w:rPr>
        <w:t xml:space="preserve">, </w:t>
      </w:r>
      <w:r>
        <w:rPr>
          <w:b w:val="false"/>
          <w:sz w:val="28"/>
          <w:lang w:val="zxx"/>
        </w:rPr>
        <w:t>audio.finish</w:t>
      </w:r>
      <w:r>
        <w:rPr>
          <w:b w:val="false"/>
          <w:sz w:val="28"/>
        </w:rPr>
        <w:t xml:space="preserve">, </w:t>
      </w:r>
      <w:r>
        <w:rPr>
          <w:b w:val="false"/>
          <w:sz w:val="28"/>
          <w:lang w:val="zxx"/>
        </w:rPr>
        <w:t>audio.discard</w:t>
      </w:r>
      <w:r>
        <w:rPr>
          <w:b w:val="false"/>
          <w:sz w:val="28"/>
        </w:rPr>
        <w:t xml:space="preserve">, </w:t>
      </w:r>
      <w:r>
        <w:rPr>
          <w:b w:val="false"/>
          <w:sz w:val="28"/>
          <w:lang w:val="zxx"/>
        </w:rPr>
        <w:t>transfer.hello</w:t>
      </w:r>
      <w:r>
        <w:rPr>
          <w:b w:val="false"/>
          <w:sz w:val="28"/>
        </w:rPr>
        <w:t xml:space="preserve">, </w:t>
      </w:r>
      <w:r>
        <w:rPr>
          <w:b w:val="false"/>
          <w:sz w:val="28"/>
          <w:lang w:val="zxx"/>
        </w:rPr>
        <w:t>firmware.verify</w:t>
      </w:r>
      <w:r>
        <w:rPr>
          <w:b w:val="false"/>
          <w:sz w:val="28"/>
        </w:rPr>
        <w:t xml:space="preserve">, </w:t>
      </w:r>
      <w:r>
        <w:rPr>
          <w:b w:val="false"/>
          <w:sz w:val="28"/>
          <w:lang w:val="zxx"/>
        </w:rPr>
        <w:t>firmware.commit</w:t>
      </w:r>
      <w:r>
        <w:rPr>
          <w:b w:val="false"/>
          <w:sz w:val="28"/>
        </w:rPr>
        <w:t xml:space="preserve">, </w:t>
      </w:r>
      <w:r>
        <w:rPr>
          <w:b w:val="false"/>
          <w:sz w:val="28"/>
          <w:lang w:val="zxx"/>
        </w:rPr>
        <w:t>firmware.cancel</w:t>
      </w:r>
      <w:r>
        <w:rPr>
          <w:b w:val="false"/>
          <w:sz w:val="28"/>
        </w:rPr>
        <w:t xml:space="preserve">, </w:t>
      </w:r>
      <w:r>
        <w:rPr>
          <w:b w:val="false"/>
          <w:sz w:val="28"/>
          <w:lang w:val="zxx"/>
        </w:rPr>
        <w:t>firmware.status</w:t>
      </w:r>
      <w:r>
        <w:rPr>
          <w:b w:val="false"/>
          <w:sz w:val="28"/>
        </w:rPr>
        <w:t xml:space="preserve">, </w:t>
      </w:r>
      <w:r>
        <w:rPr>
          <w:b w:val="false"/>
          <w:sz w:val="28"/>
          <w:lang w:val="zxx"/>
        </w:rPr>
        <w:t>content.commit</w:t>
      </w:r>
      <w:r>
        <w:rPr>
          <w:b w:val="false"/>
          <w:sz w:val="28"/>
        </w:rPr>
        <w:t xml:space="preserve">, </w:t>
      </w:r>
      <w:r>
        <w:rPr>
          <w:b w:val="false"/>
          <w:sz w:val="28"/>
          <w:lang w:val="zxx"/>
        </w:rPr>
        <w:t>content.cancel</w:t>
      </w:r>
      <w:r>
        <w:rPr>
          <w:b w:val="false"/>
          <w:sz w:val="28"/>
        </w:rPr>
        <w:t xml:space="preserve">, </w:t>
      </w:r>
      <w:r>
        <w:rPr>
          <w:b w:val="false"/>
          <w:sz w:val="28"/>
          <w:lang w:val="zxx"/>
        </w:rPr>
        <w:t>content.status</w:t>
      </w:r>
      <w:r>
        <w:rPr>
          <w:b w:val="false"/>
          <w:sz w:val="28"/>
        </w:rPr>
        <w:t xml:space="preserve">, </w:t>
      </w:r>
      <w:r>
        <w:rPr>
          <w:b w:val="false"/>
          <w:sz w:val="28"/>
          <w:lang w:val="zxx"/>
        </w:rPr>
        <w:t>config.commit</w:t>
      </w:r>
      <w:r>
        <w:rPr>
          <w:b w:val="false"/>
          <w:sz w:val="28"/>
        </w:rPr>
        <w:t xml:space="preserve">, </w:t>
      </w:r>
      <w:r>
        <w:rPr>
          <w:b w:val="false"/>
          <w:sz w:val="28"/>
          <w:lang w:val="zxx"/>
        </w:rPr>
        <w:t>config.cancel</w:t>
      </w:r>
      <w:r>
        <w:rPr>
          <w:b w:val="false"/>
          <w:sz w:val="28"/>
        </w:rPr>
        <w:t xml:space="preserve">, </w:t>
      </w:r>
      <w:r>
        <w:rPr>
          <w:b w:val="false"/>
          <w:sz w:val="28"/>
          <w:lang w:val="zxx"/>
        </w:rPr>
        <w:t>network.confirm</w:t>
      </w:r>
      <w:r>
        <w:rPr>
          <w:b w:val="false"/>
          <w:sz w:val="28"/>
        </w:rPr>
        <w:t xml:space="preserve">, </w:t>
      </w:r>
      <w:r>
        <w:rPr>
          <w:b w:val="false"/>
          <w:sz w:val="28"/>
          <w:lang w:val="zxx"/>
        </w:rPr>
        <w:t>network.cancel</w:t>
      </w:r>
    </w:p>
    <w:p>
      <w:pPr>
        <w:pStyle w:val="Normal"/>
        <w:keepNext w:val="true"/>
        <w:jc w:val="start"/>
        <w:rPr/>
      </w:pPr>
      <w:r>
        <w:rPr>
          <w:b/>
          <w:sz w:val="28"/>
          <w:lang w:val="zxx"/>
        </w:rPr>
        <w:t>9.27</w:t>
      </w:r>
      <w:r>
        <w:rPr>
          <w:b/>
          <w:sz w:val="28"/>
        </w:rPr>
        <w:t xml:space="preserve"> </w:t>
      </w:r>
      <w:r>
        <w:rPr>
          <w:b/>
          <w:sz w:val="28"/>
          <w:lang w:val="zxx"/>
        </w:rPr>
        <w:t>storageFault</w:t>
      </w:r>
    </w:p>
    <w:p>
      <w:pPr>
        <w:pStyle w:val="Normal"/>
        <w:jc w:val="both"/>
        <w:rPr/>
      </w:pPr>
      <w:r>
        <w:rPr>
          <w:b w:val="false"/>
          <w:sz w:val="28"/>
        </w:rPr>
        <w:t xml:space="preserve">Проверяемое условие: Не удалось прочитать или атомарно сохранить необходимое постоянное состояние, журнал намерений, пакет либо образ. Отказ не является успешным исполнением и не подтверждает </w:t>
      </w:r>
      <w:r>
        <w:rPr>
          <w:b w:val="false"/>
          <w:sz w:val="28"/>
          <w:lang w:val="zxx"/>
        </w:rPr>
        <w:t>off.</w:t>
      </w:r>
    </w:p>
    <w:p>
      <w:pPr>
        <w:pStyle w:val="Normal"/>
        <w:jc w:val="start"/>
        <w:rPr/>
      </w:pPr>
      <w:r>
        <w:rPr>
          <w:b w:val="false"/>
          <w:sz w:val="28"/>
        </w:rPr>
        <w:t xml:space="preserve">Команды: </w:t>
      </w:r>
      <w:r>
        <w:rPr>
          <w:b w:val="false"/>
          <w:sz w:val="28"/>
          <w:lang w:val="zxx"/>
        </w:rPr>
        <w:t>control.acquire</w:t>
      </w:r>
      <w:r>
        <w:rPr>
          <w:b w:val="false"/>
          <w:sz w:val="28"/>
        </w:rPr>
        <w:t xml:space="preserve">, </w:t>
      </w:r>
      <w:r>
        <w:rPr>
          <w:b w:val="false"/>
          <w:sz w:val="28"/>
          <w:lang w:val="zxx"/>
        </w:rPr>
        <w:t>control.resume</w:t>
      </w:r>
      <w:r>
        <w:rPr>
          <w:b w:val="false"/>
          <w:sz w:val="28"/>
        </w:rPr>
        <w:t xml:space="preserve">, </w:t>
      </w:r>
      <w:r>
        <w:rPr>
          <w:b w:val="false"/>
          <w:sz w:val="28"/>
          <w:lang w:val="zxx"/>
        </w:rPr>
        <w:t>control.release</w:t>
      </w:r>
      <w:r>
        <w:rPr>
          <w:b w:val="false"/>
          <w:sz w:val="28"/>
        </w:rPr>
        <w:t xml:space="preserve">, </w:t>
      </w:r>
      <w:r>
        <w:rPr>
          <w:b w:val="false"/>
          <w:sz w:val="28"/>
          <w:lang w:val="zxx"/>
        </w:rPr>
        <w:t>session.start</w:t>
      </w:r>
      <w:r>
        <w:rPr>
          <w:b w:val="false"/>
          <w:sz w:val="28"/>
        </w:rPr>
        <w:t xml:space="preserve">, </w:t>
      </w:r>
      <w:r>
        <w:rPr>
          <w:b w:val="false"/>
          <w:sz w:val="28"/>
          <w:lang w:val="zxx"/>
        </w:rPr>
        <w:t>session.stop</w:t>
      </w:r>
      <w:r>
        <w:rPr>
          <w:b w:val="false"/>
          <w:sz w:val="28"/>
        </w:rPr>
        <w:t xml:space="preserve">, </w:t>
      </w:r>
      <w:r>
        <w:rPr>
          <w:b w:val="false"/>
          <w:sz w:val="28"/>
          <w:lang w:val="zxx"/>
        </w:rPr>
        <w:t>session.cancel</w:t>
      </w:r>
      <w:r>
        <w:rPr>
          <w:b w:val="false"/>
          <w:sz w:val="28"/>
        </w:rPr>
        <w:t xml:space="preserve">, </w:t>
      </w:r>
      <w:r>
        <w:rPr>
          <w:b w:val="false"/>
          <w:sz w:val="28"/>
          <w:lang w:val="zxx"/>
        </w:rPr>
        <w:t>config.stage</w:t>
      </w:r>
      <w:r>
        <w:rPr>
          <w:b w:val="false"/>
          <w:sz w:val="28"/>
        </w:rPr>
        <w:t xml:space="preserve">, </w:t>
      </w:r>
      <w:r>
        <w:rPr>
          <w:b w:val="false"/>
          <w:sz w:val="28"/>
          <w:lang w:val="zxx"/>
        </w:rPr>
        <w:t>config.commit</w:t>
      </w:r>
      <w:r>
        <w:rPr>
          <w:b w:val="false"/>
          <w:sz w:val="28"/>
        </w:rPr>
        <w:t xml:space="preserve">, </w:t>
      </w:r>
      <w:r>
        <w:rPr>
          <w:b w:val="false"/>
          <w:sz w:val="28"/>
          <w:lang w:val="zxx"/>
        </w:rPr>
        <w:t>config.cancel</w:t>
      </w:r>
      <w:r>
        <w:rPr>
          <w:b w:val="false"/>
          <w:sz w:val="28"/>
        </w:rPr>
        <w:t xml:space="preserve">, </w:t>
      </w:r>
      <w:r>
        <w:rPr>
          <w:b w:val="false"/>
          <w:sz w:val="28"/>
          <w:lang w:val="zxx"/>
        </w:rPr>
        <w:t>network.stage</w:t>
      </w:r>
      <w:r>
        <w:rPr>
          <w:b w:val="false"/>
          <w:sz w:val="28"/>
        </w:rPr>
        <w:t xml:space="preserve">, </w:t>
      </w:r>
      <w:r>
        <w:rPr>
          <w:b w:val="false"/>
          <w:sz w:val="28"/>
          <w:lang w:val="zxx"/>
        </w:rPr>
        <w:t>network.confirm</w:t>
      </w:r>
      <w:r>
        <w:rPr>
          <w:b w:val="false"/>
          <w:sz w:val="28"/>
        </w:rPr>
        <w:t xml:space="preserve">, </w:t>
      </w:r>
      <w:r>
        <w:rPr>
          <w:b w:val="false"/>
          <w:sz w:val="28"/>
          <w:lang w:val="zxx"/>
        </w:rPr>
        <w:t>network.cancel</w:t>
      </w:r>
      <w:r>
        <w:rPr>
          <w:b w:val="false"/>
          <w:sz w:val="28"/>
        </w:rPr>
        <w:t xml:space="preserve">, </w:t>
      </w:r>
      <w:r>
        <w:rPr>
          <w:b w:val="false"/>
          <w:sz w:val="28"/>
          <w:lang w:val="zxx"/>
        </w:rPr>
        <w:t>firmware.begin</w:t>
      </w:r>
      <w:r>
        <w:rPr>
          <w:b w:val="false"/>
          <w:sz w:val="28"/>
        </w:rPr>
        <w:t xml:space="preserve">, </w:t>
      </w:r>
      <w:r>
        <w:rPr>
          <w:b w:val="false"/>
          <w:sz w:val="28"/>
          <w:lang w:val="zxx"/>
        </w:rPr>
        <w:t>firmware.verify</w:t>
      </w:r>
      <w:r>
        <w:rPr>
          <w:b w:val="false"/>
          <w:sz w:val="28"/>
        </w:rPr>
        <w:t xml:space="preserve">, </w:t>
      </w:r>
      <w:r>
        <w:rPr>
          <w:b w:val="false"/>
          <w:sz w:val="28"/>
          <w:lang w:val="zxx"/>
        </w:rPr>
        <w:t>firmware.commit</w:t>
      </w:r>
      <w:r>
        <w:rPr>
          <w:b w:val="false"/>
          <w:sz w:val="28"/>
        </w:rPr>
        <w:t xml:space="preserve">, </w:t>
      </w:r>
      <w:r>
        <w:rPr>
          <w:b w:val="false"/>
          <w:sz w:val="28"/>
          <w:lang w:val="zxx"/>
        </w:rPr>
        <w:t>firmware.cancel</w:t>
      </w:r>
      <w:r>
        <w:rPr>
          <w:b w:val="false"/>
          <w:sz w:val="28"/>
        </w:rPr>
        <w:t xml:space="preserve">, </w:t>
      </w:r>
      <w:r>
        <w:rPr>
          <w:b w:val="false"/>
          <w:sz w:val="28"/>
          <w:lang w:val="zxx"/>
        </w:rPr>
        <w:t>firmware.status</w:t>
      </w:r>
      <w:r>
        <w:rPr>
          <w:b w:val="false"/>
          <w:sz w:val="28"/>
        </w:rPr>
        <w:t xml:space="preserve">, </w:t>
      </w:r>
      <w:r>
        <w:rPr>
          <w:b w:val="false"/>
          <w:sz w:val="28"/>
          <w:lang w:val="zxx"/>
        </w:rPr>
        <w:t>content.begin</w:t>
      </w:r>
      <w:r>
        <w:rPr>
          <w:b w:val="false"/>
          <w:sz w:val="28"/>
        </w:rPr>
        <w:t xml:space="preserve">, </w:t>
      </w:r>
      <w:r>
        <w:rPr>
          <w:b w:val="false"/>
          <w:sz w:val="28"/>
          <w:lang w:val="zxx"/>
        </w:rPr>
        <w:t>content.commit</w:t>
      </w:r>
      <w:r>
        <w:rPr>
          <w:b w:val="false"/>
          <w:sz w:val="28"/>
        </w:rPr>
        <w:t xml:space="preserve">, </w:t>
      </w:r>
      <w:r>
        <w:rPr>
          <w:b w:val="false"/>
          <w:sz w:val="28"/>
          <w:lang w:val="zxx"/>
        </w:rPr>
        <w:t>content.cancel</w:t>
      </w:r>
      <w:r>
        <w:rPr>
          <w:b w:val="false"/>
          <w:sz w:val="28"/>
        </w:rPr>
        <w:t xml:space="preserve">, </w:t>
      </w:r>
      <w:r>
        <w:rPr>
          <w:b w:val="false"/>
          <w:sz w:val="28"/>
          <w:lang w:val="zxx"/>
        </w:rPr>
        <w:t>content.status</w:t>
      </w:r>
      <w:r>
        <w:rPr>
          <w:b w:val="false"/>
          <w:sz w:val="28"/>
        </w:rPr>
        <w:t xml:space="preserve">, </w:t>
      </w:r>
      <w:r>
        <w:rPr>
          <w:b w:val="false"/>
          <w:sz w:val="28"/>
          <w:lang w:val="zxx"/>
        </w:rPr>
        <w:t>config.get</w:t>
      </w:r>
      <w:r>
        <w:rPr>
          <w:b w:val="false"/>
          <w:sz w:val="28"/>
        </w:rPr>
        <w:t xml:space="preserve">, </w:t>
      </w:r>
      <w:r>
        <w:rPr>
          <w:b w:val="false"/>
          <w:sz w:val="28"/>
          <w:lang w:val="zxx"/>
        </w:rPr>
        <w:t>content.describe</w:t>
      </w:r>
    </w:p>
    <w:p>
      <w:pPr>
        <w:pStyle w:val="Normal"/>
        <w:keepNext w:val="true"/>
        <w:jc w:val="start"/>
        <w:rPr/>
      </w:pPr>
      <w:r>
        <w:rPr>
          <w:b/>
          <w:sz w:val="28"/>
          <w:lang w:val="zxx"/>
        </w:rPr>
        <w:t>9.28</w:t>
      </w:r>
      <w:r>
        <w:rPr>
          <w:b/>
          <w:sz w:val="28"/>
        </w:rPr>
        <w:t xml:space="preserve"> </w:t>
      </w:r>
      <w:r>
        <w:rPr>
          <w:b/>
          <w:sz w:val="28"/>
          <w:lang w:val="zxx"/>
        </w:rPr>
        <w:t>staleEpoch</w:t>
      </w:r>
    </w:p>
    <w:p>
      <w:pPr>
        <w:pStyle w:val="Normal"/>
        <w:jc w:val="both"/>
        <w:rPr/>
      </w:pPr>
      <w:r>
        <w:rPr>
          <w:b w:val="false"/>
          <w:sz w:val="28"/>
        </w:rPr>
        <w:t xml:space="preserve">Проверяемое условие: Указанная эпоха не является допустимым контекстом команды; освобожденная эпоха проверяется по отдельному правилу повтора </w:t>
      </w:r>
      <w:r>
        <w:rPr>
          <w:b w:val="false"/>
          <w:sz w:val="28"/>
          <w:lang w:val="zxx"/>
        </w:rPr>
        <w:t>control.release.</w:t>
      </w:r>
    </w:p>
    <w:p>
      <w:pPr>
        <w:pStyle w:val="Normal"/>
        <w:jc w:val="start"/>
        <w:rPr/>
      </w:pPr>
      <w:r>
        <w:rPr>
          <w:b w:val="false"/>
          <w:sz w:val="28"/>
        </w:rPr>
        <w:t xml:space="preserve">Команды: </w:t>
      </w:r>
      <w:r>
        <w:rPr>
          <w:b w:val="false"/>
          <w:sz w:val="28"/>
          <w:lang w:val="zxx"/>
        </w:rPr>
        <w:t>channel.ping</w:t>
      </w:r>
      <w:r>
        <w:rPr>
          <w:b w:val="false"/>
          <w:sz w:val="28"/>
        </w:rPr>
        <w:t xml:space="preserve">, </w:t>
      </w:r>
      <w:r>
        <w:rPr>
          <w:b w:val="false"/>
          <w:sz w:val="28"/>
          <w:lang w:val="zxx"/>
        </w:rPr>
        <w:t>transfer.hello</w:t>
      </w:r>
    </w:p>
    <w:p>
      <w:pPr>
        <w:pStyle w:val="Normal"/>
        <w:keepNext w:val="true"/>
        <w:jc w:val="start"/>
        <w:rPr/>
      </w:pPr>
      <w:r>
        <w:rPr>
          <w:b/>
          <w:sz w:val="28"/>
          <w:lang w:val="zxx"/>
        </w:rPr>
        <w:t>9.29</w:t>
      </w:r>
      <w:r>
        <w:rPr>
          <w:b/>
          <w:sz w:val="28"/>
        </w:rPr>
        <w:t xml:space="preserve"> </w:t>
      </w:r>
      <w:r>
        <w:rPr>
          <w:b/>
          <w:sz w:val="28"/>
          <w:lang w:val="zxx"/>
        </w:rPr>
        <w:t>staleAttachment</w:t>
      </w:r>
    </w:p>
    <w:p>
      <w:pPr>
        <w:pStyle w:val="Normal"/>
        <w:jc w:val="both"/>
        <w:rPr/>
      </w:pPr>
      <w:r>
        <w:rPr>
          <w:b w:val="false"/>
          <w:sz w:val="28"/>
        </w:rPr>
        <w:t>Проверяемое условие: Действующее управляющее соединение не совпадает с прикрепленным каналом либо привязкой операции.</w:t>
      </w:r>
    </w:p>
    <w:p>
      <w:pPr>
        <w:pStyle w:val="Normal"/>
        <w:jc w:val="start"/>
        <w:rPr/>
      </w:pPr>
      <w:r>
        <w:rPr>
          <w:b w:val="false"/>
          <w:sz w:val="28"/>
        </w:rPr>
        <w:t xml:space="preserve">Команды: </w:t>
      </w:r>
      <w:r>
        <w:rPr>
          <w:b w:val="false"/>
          <w:sz w:val="28"/>
          <w:lang w:val="zxx"/>
        </w:rPr>
        <w:t>channel.ping</w:t>
      </w:r>
      <w:r>
        <w:rPr>
          <w:b w:val="false"/>
          <w:sz w:val="28"/>
        </w:rPr>
        <w:t xml:space="preserve">, </w:t>
      </w:r>
      <w:r>
        <w:rPr>
          <w:b w:val="false"/>
          <w:sz w:val="28"/>
          <w:lang w:val="zxx"/>
        </w:rPr>
        <w:t>transfer.hello</w:t>
      </w:r>
    </w:p>
    <w:p>
      <w:pPr>
        <w:pStyle w:val="Normal"/>
        <w:jc w:val="both"/>
        <w:rPr/>
      </w:pPr>
      <w:r>
        <w:rPr>
          <w:b w:val="false"/>
          <w:sz w:val="28"/>
          <w:lang w:val="zxx"/>
        </w:rPr>
        <w:t>9.30</w:t>
      </w:r>
      <w:r>
        <w:rPr>
          <w:b w:val="false"/>
          <w:sz w:val="28"/>
        </w:rPr>
        <w:t xml:space="preserve"> Одинаковые полномочия не требуют одинакового набора предметных отказов: чтение, подготовка и фиксация проверяют разные состояния. Таблица общих отказов и предметная карточка действуют совместно; итоговый список каждой команды и машинный </w:t>
      </w:r>
      <w:r>
        <w:rPr>
          <w:b w:val="false"/>
          <w:sz w:val="28"/>
          <w:lang w:val="zxx"/>
        </w:rPr>
        <w:t>wire-</w:t>
      </w:r>
      <w:r>
        <w:rPr>
          <w:b w:val="false"/>
          <w:sz w:val="28"/>
        </w:rPr>
        <w:t>⁠</w:t>
      </w:r>
      <w:r>
        <w:rPr>
          <w:b w:val="false"/>
          <w:sz w:val="28"/>
          <w:lang w:val="zxx"/>
        </w:rPr>
        <w:t>contract</w:t>
      </w:r>
      <w:r>
        <w:rPr>
          <w:b w:val="false"/>
          <w:sz w:val="28"/>
        </w:rPr>
        <w:t xml:space="preserve"> формируются из одних записей. </w:t>
      </w:r>
      <w:r>
        <w:rPr>
          <w:b w:val="false"/>
          <w:sz w:val="28"/>
          <w:lang w:val="zxx"/>
        </w:rPr>
        <w:t>unsafeState</w:t>
      </w:r>
      <w:r>
        <w:rPr>
          <w:b w:val="false"/>
          <w:sz w:val="28"/>
        </w:rPr>
        <w:t xml:space="preserve"> не обозначает обычную занятость, </w:t>
      </w:r>
      <w:r>
        <w:rPr>
          <w:b w:val="false"/>
          <w:sz w:val="28"/>
          <w:lang w:val="zxx"/>
        </w:rPr>
        <w:t>notFound</w:t>
      </w:r>
      <w:r>
        <w:rPr>
          <w:b w:val="false"/>
          <w:sz w:val="28"/>
        </w:rPr>
        <w:t xml:space="preserve"> не раскрывает чужую сущность, </w:t>
      </w:r>
      <w:r>
        <w:rPr>
          <w:b w:val="false"/>
          <w:sz w:val="28"/>
          <w:lang w:val="zxx"/>
        </w:rPr>
        <w:t>storageFault</w:t>
      </w:r>
      <w:r>
        <w:rPr>
          <w:b w:val="false"/>
          <w:sz w:val="28"/>
        </w:rPr>
        <w:t xml:space="preserve"> не означает </w:t>
      </w:r>
      <w:r>
        <w:rPr>
          <w:b w:val="false"/>
          <w:sz w:val="28"/>
          <w:lang w:val="zxx"/>
        </w:rPr>
        <w:t>noSpace.</w:t>
      </w:r>
      <w:r>
        <w:rPr>
          <w:b w:val="false"/>
          <w:sz w:val="28"/>
        </w:rPr>
        <w:t xml:space="preserve"> Сбой сохранения при остановке не отменяет обязательную попытку физического </w:t>
      </w:r>
      <w:r>
        <w:rPr>
          <w:b w:val="false"/>
          <w:sz w:val="28"/>
          <w:lang w:val="zxx"/>
        </w:rPr>
        <w:t>session.stop</w:t>
      </w:r>
      <w:r>
        <w:rPr>
          <w:b w:val="false"/>
          <w:sz w:val="28"/>
        </w:rPr>
        <w:t xml:space="preserve"> и не создает доказательства его результата.</w:t>
      </w:r>
    </w:p>
    <w:p>
      <w:pPr>
        <w:pStyle w:val="2"/>
        <w:rPr/>
      </w:pPr>
      <w:r>
        <w:rPr/>
        <w:t>Номера, слоты и точка принятия решения</w:t>
      </w:r>
    </w:p>
    <w:p>
      <w:pPr>
        <w:pStyle w:val="Normal"/>
        <w:jc w:val="start"/>
        <w:rPr/>
      </w:pPr>
      <w:r>
        <w:rPr>
          <w:b w:val="false"/>
          <w:sz w:val="28"/>
          <w:lang w:val="zxx"/>
        </w:rPr>
        <w:t>9.31</w:t>
      </w:r>
      <w:r>
        <w:rPr>
          <w:b w:val="false"/>
          <w:sz w:val="28"/>
        </w:rPr>
        <w:t xml:space="preserve"> </w:t>
      </w:r>
      <w:r>
        <w:rPr>
          <w:b w:val="false"/>
          <w:sz w:val="28"/>
          <w:lang w:val="zxx"/>
        </w:rPr>
        <w:t>cmdSeq</w:t>
      </w:r>
      <w:r>
        <w:rPr>
          <w:b w:val="false"/>
          <w:sz w:val="28"/>
        </w:rPr>
        <w:t xml:space="preserve"> оболочки имеется только у изменяющих предметных команд. </w:t>
      </w:r>
      <w:r>
        <w:rPr>
          <w:b w:val="false"/>
          <w:sz w:val="28"/>
          <w:lang w:val="zxx"/>
        </w:rPr>
        <w:t>protocol.hello</w:t>
      </w:r>
      <w:r>
        <w:rPr>
          <w:b w:val="false"/>
          <w:sz w:val="28"/>
        </w:rPr>
        <w:t xml:space="preserve">, </w:t>
      </w:r>
      <w:r>
        <w:rPr>
          <w:b w:val="false"/>
          <w:sz w:val="28"/>
          <w:lang w:val="zxx"/>
        </w:rPr>
        <w:t>control.acquire</w:t>
      </w:r>
      <w:r>
        <w:rPr>
          <w:b w:val="false"/>
          <w:sz w:val="28"/>
        </w:rPr>
        <w:t xml:space="preserve"> и </w:t>
      </w:r>
      <w:r>
        <w:rPr>
          <w:b w:val="false"/>
          <w:sz w:val="28"/>
          <w:lang w:val="zxx"/>
        </w:rPr>
        <w:t>control.resume</w:t>
      </w:r>
      <w:r>
        <w:rPr>
          <w:b w:val="false"/>
          <w:sz w:val="28"/>
        </w:rPr>
        <w:t xml:space="preserve"> используют собственные правила; </w:t>
      </w:r>
      <w:r>
        <w:rPr>
          <w:b w:val="false"/>
          <w:sz w:val="28"/>
          <w:lang w:val="zxx"/>
        </w:rPr>
        <w:t>channel.ping</w:t>
      </w:r>
      <w:r>
        <w:rPr>
          <w:b w:val="false"/>
          <w:sz w:val="28"/>
        </w:rPr>
        <w:t xml:space="preserve">, чтения и </w:t>
      </w:r>
      <w:r>
        <w:rPr>
          <w:b w:val="false"/>
          <w:sz w:val="28"/>
          <w:lang w:val="zxx"/>
        </w:rPr>
        <w:t>transfer.hello</w:t>
      </w:r>
      <w:r>
        <w:rPr>
          <w:b w:val="false"/>
          <w:sz w:val="28"/>
        </w:rPr>
        <w:t xml:space="preserve"> не расходуют </w:t>
      </w:r>
      <w:r>
        <w:rPr>
          <w:b w:val="false"/>
          <w:sz w:val="28"/>
          <w:lang w:val="zxx"/>
        </w:rPr>
        <w:t>cmdSeq</w:t>
      </w:r>
      <w:r>
        <w:rPr>
          <w:b w:val="false"/>
          <w:sz w:val="28"/>
        </w:rPr>
        <w:t xml:space="preserve"> и не вытесняют решения из его кеша. </w:t>
      </w:r>
      <w:r>
        <w:rPr>
          <w:b w:val="false"/>
          <w:sz w:val="28"/>
          <w:lang w:val="zxx"/>
        </w:rPr>
        <w:t>cmdSeq</w:t>
      </w:r>
      <w:r>
        <w:rPr>
          <w:b w:val="false"/>
          <w:sz w:val="28"/>
        </w:rPr>
        <w:t xml:space="preserve"> внутри </w:t>
      </w:r>
      <w:r>
        <w:rPr>
          <w:b w:val="false"/>
          <w:sz w:val="28"/>
          <w:lang w:val="zxx"/>
        </w:rPr>
        <w:t>selection</w:t>
      </w:r>
      <w:r>
        <w:rPr>
          <w:b w:val="false"/>
          <w:sz w:val="28"/>
        </w:rPr>
        <w:t xml:space="preserve"> команды </w:t>
      </w:r>
      <w:r>
        <w:rPr>
          <w:b w:val="false"/>
          <w:sz w:val="28"/>
          <w:lang w:val="zxx"/>
        </w:rPr>
        <w:t>command.get</w:t>
      </w:r>
      <w:r>
        <w:rPr>
          <w:b w:val="false"/>
          <w:sz w:val="28"/>
        </w:rPr>
        <w:t xml:space="preserve"> является адресом прежнего решения. Наличие </w:t>
      </w:r>
      <w:r>
        <w:rPr>
          <w:b w:val="false"/>
          <w:sz w:val="28"/>
          <w:lang w:val="zxx"/>
        </w:rPr>
        <w:t>controlEpoch</w:t>
      </w:r>
      <w:r>
        <w:rPr>
          <w:b w:val="false"/>
          <w:sz w:val="28"/>
        </w:rPr>
        <w:t xml:space="preserve"> в чтении не превращает чтение в изменение.</w:t>
      </w:r>
    </w:p>
    <w:p>
      <w:pPr>
        <w:pStyle w:val="Normal"/>
        <w:jc w:val="both"/>
        <w:rPr/>
      </w:pPr>
      <w:r>
        <w:rPr>
          <w:b w:val="false"/>
          <w:sz w:val="28"/>
          <w:lang w:val="zxx"/>
        </w:rPr>
        <w:t>9.32</w:t>
      </w:r>
      <w:r>
        <w:rPr>
          <w:b w:val="false"/>
          <w:sz w:val="28"/>
        </w:rPr>
        <w:t xml:space="preserve"> На управляющем соединении одновременно допускаются один обычный запрос, один запрос адресной </w:t>
      </w:r>
      <w:r>
        <w:rPr>
          <w:b w:val="false"/>
          <w:sz w:val="28"/>
          <w:lang w:val="zxx"/>
        </w:rPr>
        <w:t>session.stop/</w:t>
      </w:r>
      <w:r>
        <w:rPr>
          <w:b w:val="false"/>
          <w:sz w:val="28"/>
        </w:rPr>
        <w:t>​</w:t>
      </w:r>
      <w:r>
        <w:rPr>
          <w:b w:val="false"/>
          <w:sz w:val="28"/>
          <w:lang w:val="zxx"/>
        </w:rPr>
        <w:t>session.cancel</w:t>
      </w:r>
      <w:r>
        <w:rPr>
          <w:b w:val="false"/>
          <w:sz w:val="28"/>
        </w:rPr>
        <w:t xml:space="preserve"> и один </w:t>
      </w:r>
      <w:r>
        <w:rPr>
          <w:b w:val="false"/>
          <w:sz w:val="28"/>
          <w:lang w:val="zxx"/>
        </w:rPr>
        <w:t>heartbeat.</w:t>
      </w:r>
      <w:r>
        <w:rPr>
          <w:b w:val="false"/>
          <w:sz w:val="28"/>
        </w:rPr>
        <w:t xml:space="preserve"> Чтение занимает обычный слот, но не кеш решений. Новый запрос в занятом слоте получает </w:t>
      </w:r>
      <w:r>
        <w:rPr>
          <w:b w:val="false"/>
          <w:sz w:val="28"/>
          <w:lang w:val="zxx"/>
        </w:rPr>
        <w:t>busy/</w:t>
      </w:r>
      <w:r>
        <w:rPr>
          <w:b w:val="false"/>
          <w:sz w:val="28"/>
        </w:rPr>
        <w:t>​</w:t>
      </w:r>
      <w:r>
        <w:rPr>
          <w:b w:val="false"/>
          <w:sz w:val="28"/>
          <w:lang w:val="zxx"/>
        </w:rPr>
        <w:t>detail=capacityExhausted</w:t>
      </w:r>
      <w:r>
        <w:rPr>
          <w:b w:val="false"/>
          <w:sz w:val="28"/>
        </w:rPr>
        <w:t xml:space="preserve">; точный повтор текущего </w:t>
      </w:r>
      <w:r>
        <w:rPr>
          <w:b w:val="false"/>
          <w:sz w:val="28"/>
          <w:lang w:val="zxx"/>
        </w:rPr>
        <w:t>id</w:t>
      </w:r>
      <w:r>
        <w:rPr>
          <w:b w:val="false"/>
          <w:sz w:val="28"/>
        </w:rPr>
        <w:t xml:space="preserve"> присоединяется к ожидающему решению. При одновременной готовности полных кадров порядок обработки: </w:t>
      </w:r>
      <w:r>
        <w:rPr>
          <w:b w:val="false"/>
          <w:sz w:val="28"/>
          <w:lang w:val="zxx"/>
        </w:rPr>
        <w:t>session.stop/</w:t>
      </w:r>
      <w:r>
        <w:rPr>
          <w:b w:val="false"/>
          <w:sz w:val="28"/>
        </w:rPr>
        <w:t>​</w:t>
      </w:r>
      <w:r>
        <w:rPr>
          <w:b w:val="false"/>
          <w:sz w:val="28"/>
          <w:lang w:val="zxx"/>
        </w:rPr>
        <w:t>session.cancel</w:t>
      </w:r>
      <w:r>
        <w:rPr>
          <w:b w:val="false"/>
          <w:sz w:val="28"/>
        </w:rPr>
        <w:t xml:space="preserve">, </w:t>
      </w:r>
      <w:r>
        <w:rPr>
          <w:b w:val="false"/>
          <w:sz w:val="28"/>
          <w:lang w:val="zxx"/>
        </w:rPr>
        <w:t>heartbeat</w:t>
      </w:r>
      <w:r>
        <w:rPr>
          <w:b w:val="false"/>
          <w:sz w:val="28"/>
        </w:rPr>
        <w:t>, обычный запрос. Это порядок допуска, а не право отменить уже состоявшийся физический результат.</w:t>
      </w:r>
    </w:p>
    <w:p>
      <w:pPr>
        <w:pStyle w:val="Normal"/>
        <w:jc w:val="both"/>
        <w:rPr/>
      </w:pPr>
      <w:r>
        <w:rPr>
          <w:b w:val="false"/>
          <w:sz w:val="28"/>
          <w:lang w:val="zxx"/>
        </w:rPr>
        <w:t>9.33</w:t>
      </w:r>
      <w:r>
        <w:rPr>
          <w:b w:val="false"/>
          <w:sz w:val="28"/>
        </w:rPr>
        <w:t xml:space="preserve"> Решение по изменяющему запросу линеаризуется при атомарной фиксации результата допуска вместе с </w:t>
      </w:r>
      <w:r>
        <w:rPr>
          <w:b w:val="false"/>
          <w:sz w:val="28"/>
          <w:lang w:val="zxx"/>
        </w:rPr>
        <w:t>highWater</w:t>
      </w:r>
      <w:r>
        <w:rPr>
          <w:b w:val="false"/>
          <w:sz w:val="28"/>
        </w:rPr>
        <w:t xml:space="preserve"> и записью повтора; </w:t>
      </w:r>
      <w:r>
        <w:rPr>
          <w:b w:val="false"/>
          <w:sz w:val="28"/>
          <w:lang w:val="zxx"/>
        </w:rPr>
        <w:t>session.start</w:t>
      </w:r>
      <w:r>
        <w:rPr>
          <w:b w:val="false"/>
          <w:sz w:val="28"/>
        </w:rPr>
        <w:t xml:space="preserve"> фиксирует также намерение до воздействия. Проверки прав, контекста, окна и наличия слота предшествуют этой точке. Для отмены одновременно сохраняется адрес </w:t>
      </w:r>
      <w:r>
        <w:rPr>
          <w:b w:val="false"/>
          <w:sz w:val="28"/>
          <w:lang w:val="zxx"/>
        </w:rPr>
        <w:t>startSeq</w:t>
      </w:r>
      <w:r>
        <w:rPr>
          <w:b w:val="false"/>
          <w:sz w:val="28"/>
        </w:rPr>
        <w:t xml:space="preserve"> и запрет позднего запуска. Непосредственно перед физическим </w:t>
      </w:r>
      <w:r>
        <w:rPr>
          <w:b w:val="false"/>
          <w:sz w:val="28"/>
          <w:lang w:val="zxx"/>
        </w:rPr>
        <w:t>session.start</w:t>
      </w:r>
      <w:r>
        <w:rPr>
          <w:b w:val="false"/>
          <w:sz w:val="28"/>
        </w:rPr>
        <w:t xml:space="preserve"> исполнитель повторно проверяет сохраненную отмену, актуальность поколения прикрепления и срок подготовки. Если </w:t>
      </w:r>
      <w:r>
        <w:rPr>
          <w:b w:val="false"/>
          <w:sz w:val="28"/>
          <w:lang w:val="zxx"/>
        </w:rPr>
        <w:t>session.cancel</w:t>
      </w:r>
      <w:r>
        <w:rPr>
          <w:b w:val="false"/>
          <w:sz w:val="28"/>
        </w:rPr>
        <w:t xml:space="preserve"> принят первым, воздействия нет; если </w:t>
      </w:r>
      <w:r>
        <w:rPr>
          <w:b w:val="false"/>
          <w:sz w:val="28"/>
          <w:lang w:val="zxx"/>
        </w:rPr>
        <w:t>session.start</w:t>
      </w:r>
      <w:r>
        <w:rPr>
          <w:b w:val="false"/>
          <w:sz w:val="28"/>
        </w:rPr>
        <w:t xml:space="preserve"> принят первым, отмена останавливает именно его, а успешное принятие </w:t>
      </w:r>
      <w:r>
        <w:rPr>
          <w:b w:val="false"/>
          <w:sz w:val="28"/>
          <w:lang w:val="zxx"/>
        </w:rPr>
        <w:t>session.start</w:t>
      </w:r>
      <w:r>
        <w:rPr>
          <w:b w:val="false"/>
          <w:sz w:val="28"/>
        </w:rPr>
        <w:t xml:space="preserve"> не становится доказательством звучания.</w:t>
      </w:r>
    </w:p>
    <w:p>
      <w:pPr>
        <w:pStyle w:val="Normal"/>
        <w:jc w:val="both"/>
        <w:rPr/>
      </w:pPr>
      <w:r>
        <w:rPr>
          <w:b w:val="false"/>
          <w:sz w:val="28"/>
          <w:lang w:val="zxx"/>
        </w:rPr>
        <w:t>9.34</w:t>
      </w:r>
      <w:r>
        <w:rPr>
          <w:b w:val="false"/>
          <w:sz w:val="28"/>
        </w:rPr>
        <w:t xml:space="preserve"> Резервные номера </w:t>
      </w:r>
      <w:r>
        <w:rPr>
          <w:b w:val="false"/>
          <w:sz w:val="28"/>
          <w:lang w:val="zxx"/>
        </w:rPr>
        <w:t>session.stop/</w:t>
      </w:r>
      <w:r>
        <w:rPr>
          <w:b w:val="false"/>
          <w:sz w:val="28"/>
        </w:rPr>
        <w:t>​</w:t>
      </w:r>
      <w:r>
        <w:rPr>
          <w:b w:val="false"/>
          <w:sz w:val="28"/>
          <w:lang w:val="zxx"/>
        </w:rPr>
        <w:t>session.cancel</w:t>
      </w:r>
      <w:r>
        <w:rPr>
          <w:b w:val="false"/>
          <w:sz w:val="28"/>
        </w:rPr>
        <w:t xml:space="preserve"> и </w:t>
      </w:r>
      <w:r>
        <w:rPr>
          <w:b w:val="false"/>
          <w:sz w:val="28"/>
          <w:lang w:val="zxx"/>
        </w:rPr>
        <w:t>control.release</w:t>
      </w:r>
      <w:r>
        <w:rPr>
          <w:b w:val="false"/>
          <w:sz w:val="28"/>
        </w:rPr>
        <w:t xml:space="preserve"> не проходят окно </w:t>
      </w:r>
      <w:r>
        <w:rPr>
          <w:b w:val="false"/>
          <w:sz w:val="28"/>
          <w:lang w:val="zxx"/>
        </w:rPr>
        <w:t>cmdSeqWindow</w:t>
      </w:r>
      <w:r>
        <w:rPr>
          <w:b w:val="false"/>
          <w:sz w:val="28"/>
        </w:rPr>
        <w:t xml:space="preserve">, не меняют обычный </w:t>
      </w:r>
      <w:r>
        <w:rPr>
          <w:b w:val="false"/>
          <w:sz w:val="28"/>
          <w:lang w:val="zxx"/>
        </w:rPr>
        <w:t>highWater</w:t>
      </w:r>
      <w:r>
        <w:rPr>
          <w:b w:val="false"/>
          <w:sz w:val="28"/>
        </w:rPr>
        <w:t xml:space="preserve"> и не занимают его восемь записей. Отказ вне окна, </w:t>
      </w:r>
      <w:r>
        <w:rPr>
          <w:b w:val="false"/>
          <w:sz w:val="28"/>
          <w:lang w:val="zxx"/>
        </w:rPr>
        <w:t>forbidden</w:t>
      </w:r>
      <w:r>
        <w:rPr>
          <w:b w:val="false"/>
          <w:sz w:val="28"/>
        </w:rPr>
        <w:t xml:space="preserve"> и </w:t>
      </w:r>
      <w:r>
        <w:rPr>
          <w:b w:val="false"/>
          <w:sz w:val="28"/>
          <w:lang w:val="zxx"/>
        </w:rPr>
        <w:t>busy</w:t>
      </w:r>
      <w:r>
        <w:rPr>
          <w:b w:val="false"/>
          <w:sz w:val="28"/>
        </w:rPr>
        <w:t xml:space="preserve"> из-за занятого слота не расходуют номер, не освежают </w:t>
      </w:r>
      <w:r>
        <w:rPr>
          <w:b w:val="false"/>
          <w:sz w:val="28"/>
          <w:lang w:val="zxx"/>
        </w:rPr>
        <w:t>lease</w:t>
      </w:r>
      <w:r>
        <w:rPr>
          <w:b w:val="false"/>
          <w:sz w:val="28"/>
        </w:rPr>
        <w:t xml:space="preserve"> и не вытесняют решения. Отказ по предметным условиям после допуска сохраняется по общему правилу изменяющих команд. Повтор с измененным содержимым получает </w:t>
      </w:r>
      <w:r>
        <w:rPr>
          <w:b w:val="false"/>
          <w:sz w:val="28"/>
          <w:lang w:val="zxx"/>
        </w:rPr>
        <w:t>conflict</w:t>
      </w:r>
      <w:r>
        <w:rPr>
          <w:b w:val="false"/>
          <w:sz w:val="28"/>
        </w:rPr>
        <w:t>, без нового воздействия.</w:t>
      </w:r>
    </w:p>
    <w:p>
      <w:pPr>
        <w:pStyle w:val="Normal"/>
        <w:jc w:val="both"/>
        <w:rPr/>
      </w:pPr>
      <w:r>
        <w:rPr>
          <w:b w:val="false"/>
          <w:sz w:val="28"/>
          <w:lang w:val="zxx"/>
        </w:rPr>
        <w:t>9.35</w:t>
      </w:r>
      <w:r>
        <w:rPr>
          <w:b w:val="false"/>
          <w:sz w:val="28"/>
        </w:rPr>
        <w:t xml:space="preserve"> После потери ответа </w:t>
      </w:r>
      <w:r>
        <w:rPr>
          <w:b w:val="false"/>
          <w:sz w:val="28"/>
          <w:lang w:val="zxx"/>
        </w:rPr>
        <w:t>control.release</w:t>
      </w:r>
      <w:r>
        <w:rPr>
          <w:b w:val="false"/>
          <w:sz w:val="28"/>
        </w:rPr>
        <w:t xml:space="preserve"> клиент устанавливает новое соединение того же режима, выполняет </w:t>
      </w:r>
      <w:r>
        <w:rPr>
          <w:b w:val="false"/>
          <w:sz w:val="28"/>
          <w:lang w:val="zxx"/>
        </w:rPr>
        <w:t>protocol.hello</w:t>
      </w:r>
      <w:r>
        <w:rPr>
          <w:b w:val="false"/>
          <w:sz w:val="28"/>
        </w:rPr>
        <w:t xml:space="preserve"> и повторяет исходный запрос с прежними </w:t>
      </w:r>
      <w:r>
        <w:rPr>
          <w:b w:val="false"/>
          <w:sz w:val="28"/>
          <w:lang w:val="zxx"/>
        </w:rPr>
        <w:t>id</w:t>
      </w:r>
      <w:r>
        <w:rPr>
          <w:b w:val="false"/>
          <w:sz w:val="28"/>
        </w:rPr>
        <w:t xml:space="preserve">, </w:t>
      </w:r>
      <w:r>
        <w:rPr>
          <w:b w:val="false"/>
          <w:sz w:val="28"/>
          <w:lang w:val="zxx"/>
        </w:rPr>
        <w:t>bootId</w:t>
      </w:r>
      <w:r>
        <w:rPr>
          <w:b w:val="false"/>
          <w:sz w:val="28"/>
        </w:rPr>
        <w:t xml:space="preserve">, </w:t>
      </w:r>
      <w:r>
        <w:rPr>
          <w:b w:val="false"/>
          <w:sz w:val="28"/>
          <w:lang w:val="zxx"/>
        </w:rPr>
        <w:t>controlEpoch</w:t>
      </w:r>
      <w:r>
        <w:rPr>
          <w:b w:val="false"/>
          <w:sz w:val="28"/>
        </w:rPr>
        <w:t xml:space="preserve"> и </w:t>
      </w:r>
      <w:r>
        <w:rPr>
          <w:b w:val="false"/>
          <w:sz w:val="28"/>
          <w:lang w:val="zxx"/>
        </w:rPr>
        <w:t>cmdSeq.</w:t>
      </w:r>
      <w:r>
        <w:rPr>
          <w:b w:val="false"/>
          <w:sz w:val="28"/>
        </w:rPr>
        <w:t xml:space="preserve"> До проверки требования действующего прикрепления УУ проверяет прежнюю идентичность участника и кеш </w:t>
      </w:r>
      <w:r>
        <w:rPr>
          <w:b w:val="false"/>
          <w:sz w:val="28"/>
          <w:lang w:val="zxx"/>
        </w:rPr>
        <w:t>control.release</w:t>
      </w:r>
      <w:r>
        <w:rPr>
          <w:b w:val="false"/>
          <w:sz w:val="28"/>
        </w:rPr>
        <w:t xml:space="preserve"> завершенной эпохи. Точный повтор возвращает исходный </w:t>
      </w:r>
      <w:r>
        <w:rPr>
          <w:b w:val="false"/>
          <w:sz w:val="28"/>
          <w:lang w:val="zxx"/>
        </w:rPr>
        <w:t>released</w:t>
      </w:r>
      <w:r>
        <w:rPr>
          <w:b w:val="false"/>
          <w:sz w:val="28"/>
        </w:rPr>
        <w:t xml:space="preserve">; измененный запрос — </w:t>
      </w:r>
      <w:r>
        <w:rPr>
          <w:b w:val="false"/>
          <w:sz w:val="28"/>
          <w:lang w:val="zxx"/>
        </w:rPr>
        <w:t>conflict.</w:t>
      </w:r>
      <w:r>
        <w:rPr>
          <w:b w:val="false"/>
          <w:sz w:val="28"/>
        </w:rPr>
        <w:t xml:space="preserve"> Известная завершенная эпоха без подробного решения дает </w:t>
      </w:r>
      <w:r>
        <w:rPr>
          <w:b w:val="false"/>
          <w:sz w:val="28"/>
          <w:lang w:val="zxx"/>
        </w:rPr>
        <w:t>resultExpired</w:t>
      </w:r>
      <w:r>
        <w:rPr>
          <w:b w:val="false"/>
          <w:sz w:val="28"/>
        </w:rPr>
        <w:t xml:space="preserve">, неизвестная или чужая эпоха — </w:t>
      </w:r>
      <w:r>
        <w:rPr>
          <w:b w:val="false"/>
          <w:sz w:val="28"/>
          <w:lang w:val="zxx"/>
        </w:rPr>
        <w:t>staleEpoch</w:t>
      </w:r>
      <w:r>
        <w:rPr>
          <w:b w:val="false"/>
          <w:sz w:val="28"/>
        </w:rPr>
        <w:t xml:space="preserve"> либо </w:t>
      </w:r>
      <w:r>
        <w:rPr>
          <w:b w:val="false"/>
          <w:sz w:val="28"/>
          <w:lang w:val="zxx"/>
        </w:rPr>
        <w:t>forbidden</w:t>
      </w:r>
      <w:r>
        <w:rPr>
          <w:b w:val="false"/>
          <w:sz w:val="28"/>
        </w:rPr>
        <w:t xml:space="preserve"> с соблюдением неразглашения. Смена загрузки дает </w:t>
      </w:r>
      <w:r>
        <w:rPr>
          <w:b w:val="false"/>
          <w:sz w:val="28"/>
          <w:lang w:val="zxx"/>
        </w:rPr>
        <w:t>staleBoot.</w:t>
      </w:r>
      <w:r>
        <w:rPr>
          <w:b w:val="false"/>
          <w:sz w:val="28"/>
        </w:rPr>
        <w:t xml:space="preserve"> Восстановление результата не прикрепляет канал, не выдает владение и не продлевает таймеры. Оно не исполняет новую команду </w:t>
      </w:r>
      <w:r>
        <w:rPr>
          <w:b w:val="false"/>
          <w:sz w:val="28"/>
          <w:lang w:val="zxx"/>
        </w:rPr>
        <w:t>control.release:</w:t>
      </w:r>
      <w:r>
        <w:rPr>
          <w:b w:val="false"/>
          <w:sz w:val="28"/>
        </w:rPr>
        <w:t xml:space="preserve"> если исходное освобождение не было принято, </w:t>
      </w:r>
      <w:r>
        <w:rPr>
          <w:b w:val="false"/>
          <w:sz w:val="28"/>
          <w:lang w:val="zxx"/>
        </w:rPr>
        <w:t>ТРЕБУЕТСЯ</w:t>
      </w:r>
      <w:r>
        <w:rPr>
          <w:b w:val="false"/>
          <w:sz w:val="28"/>
        </w:rPr>
        <w:t xml:space="preserve"> обычное восстановление своей еще существующей эпохи через </w:t>
      </w:r>
      <w:r>
        <w:rPr>
          <w:b w:val="false"/>
          <w:sz w:val="28"/>
          <w:lang w:val="zxx"/>
        </w:rPr>
        <w:t>resume.</w:t>
      </w:r>
    </w:p>
    <w:p>
      <w:pPr>
        <w:pStyle w:val="Normal"/>
        <w:jc w:val="both"/>
        <w:rPr/>
      </w:pPr>
      <w:r>
        <w:rPr>
          <w:b w:val="false"/>
          <w:sz w:val="28"/>
          <w:lang w:val="zxx"/>
        </w:rPr>
        <w:t>9.36</w:t>
      </w:r>
      <w:r>
        <w:rPr>
          <w:b w:val="false"/>
          <w:sz w:val="28"/>
        </w:rPr>
        <w:t xml:space="preserve"> При </w:t>
      </w:r>
      <w:r>
        <w:rPr>
          <w:b w:val="false"/>
          <w:sz w:val="28"/>
          <w:lang w:val="zxx"/>
        </w:rPr>
        <w:t>tls</w:t>
      </w:r>
      <w:r>
        <w:rPr>
          <w:b w:val="false"/>
          <w:sz w:val="28"/>
        </w:rPr>
        <w:t xml:space="preserve"> прежняя идентичность доказывается действующим ключом того же </w:t>
      </w:r>
      <w:r>
        <w:rPr>
          <w:b w:val="false"/>
          <w:sz w:val="28"/>
          <w:lang w:val="zxx"/>
        </w:rPr>
        <w:t>principalId</w:t>
      </w:r>
      <w:r>
        <w:rPr>
          <w:b w:val="false"/>
          <w:sz w:val="28"/>
        </w:rPr>
        <w:t xml:space="preserve">; отозванный участник получает </w:t>
      </w:r>
      <w:r>
        <w:rPr>
          <w:b w:val="false"/>
          <w:sz w:val="28"/>
          <w:lang w:val="zxx"/>
        </w:rPr>
        <w:t>forbidden.</w:t>
      </w:r>
      <w:r>
        <w:rPr>
          <w:b w:val="false"/>
          <w:sz w:val="28"/>
        </w:rPr>
        <w:t xml:space="preserve"> При </w:t>
      </w:r>
      <w:r>
        <w:rPr>
          <w:b w:val="false"/>
          <w:sz w:val="28"/>
          <w:lang w:val="zxx"/>
        </w:rPr>
        <w:t>plain</w:t>
      </w:r>
      <w:r>
        <w:rPr>
          <w:b w:val="false"/>
          <w:sz w:val="28"/>
        </w:rPr>
        <w:t xml:space="preserve"> сопоставляются только прежнее открытое пространство </w:t>
      </w:r>
      <w:r>
        <w:rPr>
          <w:b w:val="false"/>
          <w:sz w:val="28"/>
          <w:lang w:val="zxx"/>
        </w:rPr>
        <w:t>clientId</w:t>
      </w:r>
      <w:r>
        <w:rPr>
          <w:b w:val="false"/>
          <w:sz w:val="28"/>
        </w:rPr>
        <w:t xml:space="preserve"> и местные права: криптографического доказательства личности нет. Открытый повтор никогда не получает результат защищенной эпохи. При утрате кеша отсутствие подробности не считается доказательством неисполнения; перед новым </w:t>
      </w:r>
      <w:r>
        <w:rPr>
          <w:b w:val="false"/>
          <w:sz w:val="28"/>
          <w:lang w:val="zxx"/>
        </w:rPr>
        <w:t>acquire</w:t>
      </w:r>
      <w:r>
        <w:rPr>
          <w:b w:val="false"/>
          <w:sz w:val="28"/>
        </w:rPr>
        <w:t xml:space="preserve"> читается актуальное состояние.</w:t>
      </w:r>
    </w:p>
    <w:p>
      <w:pPr>
        <w:pStyle w:val="1"/>
        <w:rPr/>
      </w:pPr>
      <w:bookmarkStart w:id="10" w:name="__RefHeading___Toc43269_1766585215"/>
      <w:bookmarkEnd w:id="10"/>
      <w:r>
        <w:rPr/>
        <w:t>10 Профили ОУ: ВАУ и Сирена</w:t>
      </w:r>
    </w:p>
    <w:p>
      <w:pPr>
        <w:pStyle w:val="Normal"/>
        <w:jc w:val="both"/>
        <w:rPr/>
      </w:pPr>
      <w:r>
        <w:rPr>
          <w:b w:val="false"/>
          <w:sz w:val="28"/>
          <w:lang w:val="zxx"/>
        </w:rPr>
        <w:t>10.1</w:t>
      </w:r>
      <w:r>
        <w:rPr>
          <w:b w:val="false"/>
          <w:sz w:val="28"/>
        </w:rPr>
        <w:t xml:space="preserve"> Профиль перечисляет реальный состав оборудования, допустимые режимы, ресурсы, интерфейс к ОУ, критерии начала и выключения, таймауты и источники наблюдений. ВАУ обозначает оборудование для подачи сигналов и речевых сообщений; Сирена - оборудование для подачи звукового сигнала. Наличие каждой функции и точки диагностики объявляется отдельно и подтверждается испытаниями реализации.</w:t>
      </w:r>
    </w:p>
    <w:p>
      <w:pPr>
        <w:pStyle w:val="Normal"/>
        <w:keepNext w:val="true"/>
        <w:ind w:hanging="0"/>
        <w:jc w:val="start"/>
        <w:rPr/>
      </w:pPr>
      <w:r>
        <w:rPr>
          <w:b w:val="false"/>
          <w:sz w:val="24"/>
        </w:rPr>
        <w:t xml:space="preserve">Таблица </w:t>
      </w:r>
      <w:r>
        <w:rPr>
          <w:b w:val="false"/>
          <w:sz w:val="24"/>
          <w:lang w:val="zxx"/>
        </w:rPr>
        <w:t>11</w:t>
      </w:r>
      <w:r>
        <w:rPr>
          <w:b w:val="false"/>
          <w:sz w:val="24"/>
        </w:rPr>
        <w:t xml:space="preserve"> - Профили ОУ: ВАУ и Сирена</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2889"/>
        <w:gridCol w:w="3163"/>
        <w:gridCol w:w="3585"/>
      </w:tblGrid>
      <w:tr>
        <w:trPr>
          <w:cantSplit w:val="true"/>
        </w:trPr>
        <w:tc>
          <w:tcPr>
            <w:tcW w:w="2889"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Свойство</w:t>
            </w:r>
          </w:p>
        </w:tc>
        <w:tc>
          <w:tcPr>
            <w:tcW w:w="3163"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ВАУ</w:t>
            </w:r>
          </w:p>
        </w:tc>
        <w:tc>
          <w:tcPr>
            <w:tcW w:w="358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Сирена</w:t>
            </w:r>
          </w:p>
        </w:tc>
      </w:tr>
      <w:tr>
        <w:trPr>
          <w:cantSplit w:val="true"/>
        </w:trPr>
        <w:tc>
          <w:tcPr>
            <w:tcW w:w="288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Основное питание</w:t>
            </w:r>
          </w:p>
        </w:tc>
        <w:tc>
          <w:tcPr>
            <w:tcW w:w="316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Наличие питания и доступные измерения; напряжение и число фаз задаются профилем</w:t>
            </w:r>
          </w:p>
        </w:tc>
        <w:tc>
          <w:tcPr>
            <w:tcW w:w="35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Наличие питания и доступные измерения; напряжение и число фаз задаются профилем</w:t>
            </w:r>
          </w:p>
        </w:tc>
      </w:tr>
      <w:tr>
        <w:trPr>
          <w:cantSplit w:val="true"/>
        </w:trPr>
        <w:tc>
          <w:tcPr>
            <w:tcW w:w="288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Резервное питание</w:t>
            </w:r>
          </w:p>
        </w:tc>
        <w:tc>
          <w:tcPr>
            <w:tcW w:w="316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Наличие источника, состояние и доступные измерения объявляются отдельно</w:t>
            </w:r>
          </w:p>
        </w:tc>
        <w:tc>
          <w:tcPr>
            <w:tcW w:w="35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Наличие источника, состояние и доступные измерения объявляются отдельно</w:t>
            </w:r>
          </w:p>
        </w:tc>
      </w:tr>
      <w:tr>
        <w:trPr>
          <w:cantSplit w:val="true"/>
        </w:trPr>
        <w:tc>
          <w:tcPr>
            <w:tcW w:w="288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Общие отказы</w:t>
            </w:r>
          </w:p>
        </w:tc>
        <w:tc>
          <w:tcPr>
            <w:tcW w:w="316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Неисправность ОУ и усилителя при наличии раздельных источников</w:t>
            </w:r>
          </w:p>
        </w:tc>
        <w:tc>
          <w:tcPr>
            <w:tcW w:w="35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Неисправность ОУ и исполнительного механизма при наличии раздельных источников</w:t>
            </w:r>
          </w:p>
        </w:tc>
      </w:tr>
      <w:tr>
        <w:trPr>
          <w:cantSplit w:val="true"/>
        </w:trPr>
        <w:tc>
          <w:tcPr>
            <w:tcW w:w="288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Специфические наблюдения</w:t>
            </w:r>
          </w:p>
        </w:tc>
        <w:tc>
          <w:tcPr>
            <w:tcW w:w="316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Состояния установленных выходных линий и признаки работы усилителя</w:t>
            </w:r>
          </w:p>
        </w:tc>
        <w:tc>
          <w:tcPr>
            <w:tcW w:w="35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Признаки работы сирены, состояния фаз и токов при наличии соответствующих датчиков</w:t>
            </w:r>
          </w:p>
        </w:tc>
      </w:tr>
      <w:tr>
        <w:trPr>
          <w:cantSplit w:val="true"/>
        </w:trPr>
        <w:tc>
          <w:tcPr>
            <w:tcW w:w="2889"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Аудио</w:t>
            </w:r>
          </w:p>
        </w:tc>
        <w:tc>
          <w:tcPr>
            <w:tcW w:w="3163"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Поддержанные источники речи, записи, состояние тракта и буфера</w:t>
            </w:r>
          </w:p>
        </w:tc>
        <w:tc>
          <w:tcPr>
            <w:tcW w:w="358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Записи и внешние аудиовходы являются отдельными возможностями; тип Сирена сам по себе их не обещает</w:t>
            </w:r>
          </w:p>
        </w:tc>
      </w:tr>
    </w:tbl>
    <w:p>
      <w:pPr>
        <w:pStyle w:val="Normal"/>
        <w:spacing w:before="0" w:after="0"/>
        <w:rPr/>
      </w:pPr>
      <w:r>
        <w:rPr/>
      </w:r>
    </w:p>
    <w:p>
      <w:pPr>
        <w:pStyle w:val="Normal"/>
        <w:jc w:val="both"/>
        <w:rPr/>
      </w:pPr>
      <w:r>
        <w:rPr>
          <w:b w:val="false"/>
          <w:sz w:val="28"/>
          <w:lang w:val="zxx"/>
        </w:rPr>
        <w:t>10.2</w:t>
      </w:r>
      <w:r>
        <w:rPr>
          <w:b w:val="false"/>
          <w:sz w:val="28"/>
        </w:rPr>
        <w:t xml:space="preserve"> Признак отсутствия питания - дискретная авария, а не численное измерение напряжения. Низкое напряжение АКБ не дает процента заряда. Число позиций в ответе фидеров не равно числу установленных линий: состав берется из проверенной конфигурации. Состояния </w:t>
      </w:r>
      <w:r>
        <w:rPr>
          <w:b w:val="false"/>
          <w:sz w:val="28"/>
          <w:lang w:val="zxx"/>
        </w:rPr>
        <w:t>off/</w:t>
      </w:r>
      <w:r>
        <w:rPr>
          <w:b w:val="false"/>
          <w:sz w:val="28"/>
        </w:rPr>
        <w:t>​</w:t>
      </w:r>
      <w:r>
        <w:rPr>
          <w:b w:val="false"/>
          <w:sz w:val="28"/>
          <w:lang w:val="zxx"/>
        </w:rPr>
        <w:t>open/</w:t>
      </w:r>
      <w:r>
        <w:rPr>
          <w:b w:val="false"/>
          <w:sz w:val="28"/>
        </w:rPr>
        <w:t>​</w:t>
      </w:r>
      <w:r>
        <w:rPr>
          <w:b w:val="false"/>
          <w:sz w:val="28"/>
          <w:lang w:val="zxx"/>
        </w:rPr>
        <w:t>overload/</w:t>
      </w:r>
      <w:r>
        <w:rPr>
          <w:b w:val="false"/>
          <w:sz w:val="28"/>
        </w:rPr>
        <w:t>​</w:t>
      </w:r>
      <w:r>
        <w:rPr>
          <w:b w:val="false"/>
          <w:sz w:val="28"/>
          <w:lang w:val="zxx"/>
        </w:rPr>
        <w:t>on</w:t>
      </w:r>
      <w:r>
        <w:rPr>
          <w:b w:val="false"/>
          <w:sz w:val="28"/>
        </w:rPr>
        <w:t xml:space="preserve"> не дают отдельного надежного </w:t>
      </w:r>
      <w:r>
        <w:rPr>
          <w:b w:val="false"/>
          <w:sz w:val="28"/>
          <w:lang w:val="zxx"/>
        </w:rPr>
        <w:t>energized</w:t>
      </w:r>
      <w:r>
        <w:rPr>
          <w:b w:val="false"/>
          <w:sz w:val="28"/>
        </w:rPr>
        <w:t xml:space="preserve"> при неисправности.</w:t>
      </w:r>
    </w:p>
    <w:p>
      <w:pPr>
        <w:pStyle w:val="2"/>
        <w:rPr/>
      </w:pPr>
      <w:r>
        <w:rPr/>
        <w:t>Драйвер и нижний интерфейс</w:t>
      </w:r>
    </w:p>
    <w:p>
      <w:pPr>
        <w:pStyle w:val="Normal"/>
        <w:jc w:val="both"/>
        <w:rPr/>
      </w:pPr>
      <w:r>
        <w:rPr>
          <w:b w:val="false"/>
          <w:sz w:val="28"/>
          <w:lang w:val="zxx"/>
        </w:rPr>
        <w:t>10.3</w:t>
      </w:r>
      <w:r>
        <w:rPr>
          <w:b w:val="false"/>
          <w:sz w:val="28"/>
        </w:rPr>
        <w:t xml:space="preserve"> Контракт драйвера определяется функционально: описание возможностей, привязка ресурсов, подготовка, запуск, остановка, получение наблюдений, соблюдение сроков и выдача результата. Наличие выделенного программного драйвера и обработчика входящих байтов </w:t>
      </w:r>
      <w:r>
        <w:rPr>
          <w:b w:val="false"/>
          <w:sz w:val="28"/>
          <w:lang w:val="zxx"/>
        </w:rPr>
        <w:t>НЕ ТРЕБУЕТСЯ</w:t>
      </w:r>
      <w:r>
        <w:rPr>
          <w:b w:val="false"/>
          <w:sz w:val="28"/>
        </w:rPr>
        <w:t xml:space="preserve">; имена функций и структуру программного обеспечения выбирает изготовитель. При обмене с ОУ без идентификаторов корреляции операции сериализуются. Позднее подтверждение после таймаута не подтверждает новую команду. Смена </w:t>
      </w:r>
      <w:r>
        <w:rPr>
          <w:b w:val="false"/>
          <w:sz w:val="28"/>
          <w:lang w:val="zxx"/>
        </w:rPr>
        <w:t>bindingGeneration</w:t>
      </w:r>
      <w:r>
        <w:rPr>
          <w:b w:val="false"/>
          <w:sz w:val="28"/>
        </w:rPr>
        <w:t xml:space="preserve"> исключает применение ответов и наблюдений прежней привязки к новому действию.</w:t>
      </w:r>
    </w:p>
    <w:p>
      <w:pPr>
        <w:pStyle w:val="Normal"/>
        <w:jc w:val="both"/>
        <w:rPr/>
      </w:pPr>
      <w:r>
        <w:rPr>
          <w:b w:val="false"/>
          <w:sz w:val="28"/>
          <w:lang w:val="zxx"/>
        </w:rPr>
        <w:t>10.4</w:t>
      </w:r>
      <w:r>
        <w:rPr>
          <w:b w:val="false"/>
          <w:sz w:val="28"/>
        </w:rPr>
        <w:t xml:space="preserve"> Дедупликация сетевых команд сама по себе не дает гарантии однократного физического действия. Если управляющее воздействие запуска передано исполнительному тракту, а результат неизвестен, УУ не повторяет воздействие автоматически: сначала выполняются доступная проверка состояния и оценка достаточности доказательства. Общий режим "запись" не подтверждает конкретное содержание. После перезапуска или неоднозначного подтверждения исход остается </w:t>
      </w:r>
      <w:r>
        <w:rPr>
          <w:b w:val="false"/>
          <w:sz w:val="28"/>
          <w:lang w:val="zxx"/>
        </w:rPr>
        <w:t>unknown.</w:t>
      </w:r>
      <w:r>
        <w:rPr>
          <w:b w:val="false"/>
          <w:sz w:val="28"/>
        </w:rPr>
        <w:t xml:space="preserve"> Профиль задает правила повторов и проверки выключения; для интерфейса с обменом сообщениями также задаются правила удаления устаревших данных и выдержки перед следующим обменом.</w:t>
      </w:r>
    </w:p>
    <w:p>
      <w:pPr>
        <w:pStyle w:val="Normal"/>
        <w:jc w:val="both"/>
        <w:rPr/>
      </w:pPr>
      <w:r>
        <w:rPr>
          <w:b w:val="false"/>
          <w:sz w:val="28"/>
          <w:lang w:val="zxx"/>
        </w:rPr>
        <w:t>10.5</w:t>
      </w:r>
      <w:r>
        <w:rPr>
          <w:b w:val="false"/>
          <w:sz w:val="28"/>
        </w:rPr>
        <w:t xml:space="preserve"> При наличии двух путей к одному ОУ, например </w:t>
      </w:r>
      <w:r>
        <w:rPr>
          <w:b w:val="false"/>
          <w:sz w:val="28"/>
          <w:lang w:val="zxx"/>
        </w:rPr>
        <w:t>Ethernet</w:t>
      </w:r>
      <w:r>
        <w:rPr>
          <w:b w:val="false"/>
          <w:sz w:val="28"/>
        </w:rPr>
        <w:t xml:space="preserve"> и радиоканала через внешний шлюз, АРМ хранит одну логическую цель и связь маршрутов с общим физическим ресурсом. Таймаут первого пути не доказывает отсутствие запуска и не разрешает повторный </w:t>
      </w:r>
      <w:r>
        <w:rPr>
          <w:b w:val="false"/>
          <w:sz w:val="28"/>
          <w:lang w:val="zxx"/>
        </w:rPr>
        <w:t>session.start</w:t>
      </w:r>
      <w:r>
        <w:rPr>
          <w:b w:val="false"/>
          <w:sz w:val="28"/>
        </w:rPr>
        <w:t xml:space="preserve"> по резерву. Профиль резервирования </w:t>
      </w:r>
      <w:r>
        <w:rPr>
          <w:b w:val="false"/>
          <w:sz w:val="28"/>
          <w:lang w:val="zxx"/>
        </w:rPr>
        <w:t>ДОЛЖЕН</w:t>
      </w:r>
      <w:r>
        <w:rPr>
          <w:b w:val="false"/>
          <w:sz w:val="28"/>
        </w:rPr>
        <w:t xml:space="preserve"> обеспечить исключение двух исполнителей, сохранение происхождения и последующее согласование. Радиоканал не объявляется встроенной возможностью УУ.</w:t>
      </w:r>
    </w:p>
    <w:p>
      <w:pPr>
        <w:pStyle w:val="Normal"/>
        <w:jc w:val="both"/>
        <w:rPr/>
      </w:pPr>
      <w:r>
        <w:rPr>
          <w:b w:val="false"/>
          <w:sz w:val="24"/>
        </w:rPr>
        <w:t>Профиль оборудования определяет состав ОУ, способ управления, источники подтверждения, границу наблюдения и пределы реакции. Параметры линии, адресация и формат кадров задаются только для использующего их интерфейса. Подтверждение по внутреннему интерфейсу само по себе не является доказательством слышимости оповещения населением.</w:t>
      </w:r>
    </w:p>
    <w:p>
      <w:pPr>
        <w:pStyle w:val="2"/>
        <w:rPr/>
      </w:pPr>
      <w:r>
        <w:rPr/>
        <w:t>Машинный паспорт физического исполнения</w:t>
      </w:r>
    </w:p>
    <w:p>
      <w:pPr>
        <w:pStyle w:val="Normal"/>
        <w:jc w:val="start"/>
        <w:rPr/>
      </w:pPr>
      <w:r>
        <w:rPr>
          <w:b w:val="false"/>
          <w:sz w:val="28"/>
          <w:lang w:val="zxx"/>
        </w:rPr>
        <w:t>10.6</w:t>
      </w:r>
      <w:r>
        <w:rPr>
          <w:b w:val="false"/>
          <w:sz w:val="28"/>
        </w:rPr>
        <w:t xml:space="preserve"> </w:t>
      </w:r>
      <w:r>
        <w:rPr>
          <w:b w:val="false"/>
          <w:sz w:val="28"/>
          <w:lang w:val="zxx"/>
        </w:rPr>
        <w:t>profiles.get</w:t>
      </w:r>
      <w:r>
        <w:rPr>
          <w:b w:val="false"/>
          <w:sz w:val="28"/>
        </w:rPr>
        <w:t xml:space="preserve"> обязательно для каждого объявленного ресурса. Запрос </w:t>
      </w:r>
      <w:r>
        <w:rPr>
          <w:b w:val="false"/>
          <w:sz w:val="28"/>
          <w:lang w:val="zxx"/>
        </w:rPr>
        <w:t>selection</w:t>
      </w:r>
      <w:r>
        <w:rPr>
          <w:b w:val="false"/>
          <w:sz w:val="28"/>
        </w:rPr>
        <w:t xml:space="preserve"> </w:t>
      </w:r>
      <w:r>
        <w:rPr>
          <w:b w:val="false"/>
          <w:sz w:val="28"/>
          <w:lang w:val="zxx"/>
        </w:rPr>
        <w:t>resourceId</w:t>
      </w:r>
      <w:r>
        <w:rPr>
          <w:b w:val="false"/>
          <w:sz w:val="28"/>
        </w:rPr>
        <w:t xml:space="preserve"> либо </w:t>
      </w:r>
      <w:r>
        <w:rPr>
          <w:b w:val="false"/>
          <w:sz w:val="28"/>
          <w:lang w:val="zxx"/>
        </w:rPr>
        <w:t>resourceId/</w:t>
      </w:r>
      <w:r>
        <w:rPr>
          <w:b w:val="false"/>
          <w:sz w:val="28"/>
        </w:rPr>
        <w:t>​</w:t>
      </w:r>
      <w:r>
        <w:rPr>
          <w:b w:val="false"/>
          <w:sz w:val="28"/>
          <w:lang w:val="zxx"/>
        </w:rPr>
        <w:t>snapshotId/</w:t>
      </w:r>
      <w:r>
        <w:rPr>
          <w:b w:val="false"/>
          <w:sz w:val="28"/>
        </w:rPr>
        <w:t>​</w:t>
      </w:r>
      <w:r>
        <w:rPr>
          <w:b w:val="false"/>
          <w:sz w:val="28"/>
          <w:lang w:val="zxx"/>
        </w:rPr>
        <w:t>cursor.</w:t>
      </w:r>
      <w:r>
        <w:rPr>
          <w:b w:val="false"/>
          <w:sz w:val="28"/>
        </w:rPr>
        <w:t xml:space="preserve"> Ответ </w:t>
      </w:r>
      <w:r>
        <w:rPr>
          <w:b w:val="false"/>
          <w:sz w:val="28"/>
          <w:lang w:val="zxx"/>
        </w:rPr>
        <w:t>profiles:</w:t>
      </w:r>
      <w:r>
        <w:rPr>
          <w:b w:val="false"/>
          <w:sz w:val="28"/>
        </w:rPr>
        <w:t xml:space="preserve"> </w:t>
      </w:r>
      <w:r>
        <w:rPr>
          <w:b w:val="false"/>
          <w:sz w:val="28"/>
          <w:lang w:val="zxx"/>
        </w:rPr>
        <w:t>snapshotId</w:t>
      </w:r>
      <w:r>
        <w:rPr>
          <w:b w:val="false"/>
          <w:sz w:val="28"/>
        </w:rPr>
        <w:t xml:space="preserve">, </w:t>
      </w:r>
      <w:r>
        <w:rPr>
          <w:b w:val="false"/>
          <w:sz w:val="28"/>
          <w:lang w:val="zxx"/>
        </w:rPr>
        <w:t>resourceId</w:t>
      </w:r>
      <w:r>
        <w:rPr>
          <w:b w:val="false"/>
          <w:sz w:val="28"/>
        </w:rPr>
        <w:t xml:space="preserve">, </w:t>
      </w:r>
      <w:r>
        <w:rPr>
          <w:b w:val="false"/>
          <w:sz w:val="28"/>
          <w:lang w:val="zxx"/>
        </w:rPr>
        <w:t>bindingGeneration</w:t>
      </w:r>
      <w:r>
        <w:rPr>
          <w:b w:val="false"/>
          <w:sz w:val="28"/>
        </w:rPr>
        <w:t xml:space="preserve">, </w:t>
      </w:r>
      <w:r>
        <w:rPr>
          <w:b w:val="false"/>
          <w:sz w:val="28"/>
          <w:lang w:val="zxx"/>
        </w:rPr>
        <w:t>capabilityRevision</w:t>
      </w:r>
      <w:r>
        <w:rPr>
          <w:b w:val="false"/>
          <w:sz w:val="28"/>
        </w:rPr>
        <w:t xml:space="preserve">, </w:t>
      </w:r>
      <w:r>
        <w:rPr>
          <w:b w:val="false"/>
          <w:sz w:val="28"/>
          <w:lang w:val="zxx"/>
        </w:rPr>
        <w:t>more/</w:t>
      </w:r>
      <w:r>
        <w:rPr>
          <w:b w:val="false"/>
          <w:sz w:val="28"/>
        </w:rPr>
        <w:t>​</w:t>
      </w:r>
      <w:r>
        <w:rPr>
          <w:b w:val="false"/>
          <w:sz w:val="28"/>
          <w:lang w:val="zxx"/>
        </w:rPr>
        <w:t>cursor.</w:t>
      </w:r>
      <w:r>
        <w:rPr>
          <w:b w:val="false"/>
          <w:sz w:val="28"/>
        </w:rPr>
        <w:t xml:space="preserve"> Первая запись </w:t>
      </w:r>
      <w:r>
        <w:rPr>
          <w:b w:val="false"/>
          <w:sz w:val="28"/>
          <w:lang w:val="zxx"/>
        </w:rPr>
        <w:t>profile</w:t>
      </w:r>
      <w:r>
        <w:rPr>
          <w:b w:val="false"/>
          <w:sz w:val="28"/>
        </w:rPr>
        <w:t xml:space="preserve"> содержит </w:t>
      </w:r>
      <w:r>
        <w:rPr>
          <w:b w:val="false"/>
          <w:sz w:val="28"/>
          <w:lang w:val="zxx"/>
        </w:rPr>
        <w:t>id/</w:t>
      </w:r>
      <w:r>
        <w:rPr>
          <w:b w:val="false"/>
          <w:sz w:val="28"/>
        </w:rPr>
        <w:t>​</w:t>
      </w:r>
      <w:r>
        <w:rPr>
          <w:b w:val="false"/>
          <w:sz w:val="28"/>
          <w:lang w:val="zxx"/>
        </w:rPr>
        <w:t>revision/</w:t>
      </w:r>
      <w:r>
        <w:rPr>
          <w:b w:val="false"/>
          <w:sz w:val="28"/>
        </w:rPr>
        <w:t>​</w:t>
      </w:r>
      <w:r>
        <w:rPr>
          <w:b w:val="false"/>
          <w:sz w:val="28"/>
          <w:lang w:val="zxx"/>
        </w:rPr>
        <w:t>kind=vau|</w:t>
      </w:r>
      <w:r>
        <w:rPr>
          <w:b w:val="false"/>
          <w:sz w:val="28"/>
        </w:rPr>
        <w:t>​</w:t>
      </w:r>
      <w:r>
        <w:rPr>
          <w:b w:val="false"/>
          <w:sz w:val="28"/>
          <w:lang w:val="zxx"/>
        </w:rPr>
        <w:t>siren</w:t>
      </w:r>
      <w:r>
        <w:rPr>
          <w:b w:val="false"/>
          <w:sz w:val="28"/>
        </w:rPr>
        <w:t xml:space="preserve">; остальные записи имеют форму </w:t>
      </w:r>
      <w:r>
        <w:rPr>
          <w:b w:val="false"/>
          <w:sz w:val="28"/>
          <w:lang w:val="zxx"/>
        </w:rPr>
        <w:t>parameter</w:t>
      </w:r>
      <w:r>
        <w:rPr>
          <w:b w:val="false"/>
          <w:sz w:val="28"/>
        </w:rPr>
        <w:t xml:space="preserve"> </w:t>
      </w:r>
      <w:r>
        <w:rPr>
          <w:b w:val="false"/>
          <w:sz w:val="28"/>
          <w:lang w:val="zxx"/>
        </w:rPr>
        <w:t>name/</w:t>
      </w:r>
      <w:r>
        <w:rPr>
          <w:b w:val="false"/>
          <w:sz w:val="28"/>
        </w:rPr>
        <w:t>​</w:t>
      </w:r>
      <w:r>
        <w:rPr>
          <w:b w:val="false"/>
          <w:sz w:val="28"/>
          <w:lang w:val="zxx"/>
        </w:rPr>
        <w:t>type/</w:t>
      </w:r>
      <w:r>
        <w:rPr>
          <w:b w:val="false"/>
          <w:sz w:val="28"/>
        </w:rPr>
        <w:t>​</w:t>
      </w:r>
      <w:r>
        <w:rPr>
          <w:b w:val="false"/>
          <w:sz w:val="28"/>
          <w:lang w:val="zxx"/>
        </w:rPr>
        <w:t>part/</w:t>
      </w:r>
      <w:r>
        <w:rPr>
          <w:b w:val="false"/>
          <w:sz w:val="28"/>
        </w:rPr>
        <w:t>​</w:t>
      </w:r>
      <w:r>
        <w:rPr>
          <w:b w:val="false"/>
          <w:sz w:val="28"/>
          <w:lang w:val="zxx"/>
        </w:rPr>
        <w:t>parts/</w:t>
      </w:r>
      <w:r>
        <w:rPr>
          <w:b w:val="false"/>
          <w:sz w:val="28"/>
        </w:rPr>
        <w:t>​</w:t>
      </w:r>
      <w:r>
        <w:rPr>
          <w:b w:val="false"/>
          <w:sz w:val="28"/>
          <w:lang w:val="zxx"/>
        </w:rPr>
        <w:t>value</w:t>
      </w:r>
      <w:r>
        <w:rPr>
          <w:b w:val="false"/>
          <w:sz w:val="28"/>
        </w:rPr>
        <w:t xml:space="preserve">, </w:t>
      </w:r>
      <w:r>
        <w:rPr>
          <w:b w:val="false"/>
          <w:sz w:val="28"/>
          <w:lang w:val="zxx"/>
        </w:rPr>
        <w:t>type=bool|</w:t>
      </w:r>
      <w:r>
        <w:rPr>
          <w:b w:val="false"/>
          <w:sz w:val="28"/>
        </w:rPr>
        <w:t>​</w:t>
      </w:r>
      <w:r>
        <w:rPr>
          <w:b w:val="false"/>
          <w:sz w:val="28"/>
          <w:lang w:val="zxx"/>
        </w:rPr>
        <w:t>enum|</w:t>
      </w:r>
      <w:r>
        <w:rPr>
          <w:b w:val="false"/>
          <w:sz w:val="28"/>
        </w:rPr>
        <w:t>​</w:t>
      </w:r>
      <w:r>
        <w:rPr>
          <w:b w:val="false"/>
          <w:sz w:val="28"/>
          <w:lang w:val="zxx"/>
        </w:rPr>
        <w:t>int|</w:t>
      </w:r>
      <w:r>
        <w:rPr>
          <w:b w:val="false"/>
          <w:sz w:val="28"/>
        </w:rPr>
        <w:t>​</w:t>
      </w:r>
      <w:r>
        <w:rPr>
          <w:b w:val="false"/>
          <w:sz w:val="28"/>
          <w:lang w:val="zxx"/>
        </w:rPr>
        <w:t>counter|</w:t>
      </w:r>
      <w:r>
        <w:rPr>
          <w:b w:val="false"/>
          <w:sz w:val="28"/>
        </w:rPr>
        <w:t>​</w:t>
      </w:r>
      <w:r>
        <w:rPr>
          <w:b w:val="false"/>
          <w:sz w:val="28"/>
          <w:lang w:val="zxx"/>
        </w:rPr>
        <w:t>string</w:t>
      </w:r>
      <w:r>
        <w:rPr>
          <w:b w:val="false"/>
          <w:sz w:val="28"/>
        </w:rPr>
        <w:t xml:space="preserve">, </w:t>
      </w:r>
      <w:r>
        <w:rPr>
          <w:b w:val="false"/>
          <w:sz w:val="28"/>
          <w:lang w:val="zxx"/>
        </w:rPr>
        <w:t>name</w:t>
      </w:r>
      <w:r>
        <w:rPr>
          <w:b w:val="false"/>
          <w:sz w:val="28"/>
        </w:rPr>
        <w:t xml:space="preserve"> до </w:t>
      </w:r>
      <w:r>
        <w:rPr>
          <w:b w:val="false"/>
          <w:sz w:val="28"/>
          <w:lang w:val="zxx"/>
        </w:rPr>
        <w:t>32</w:t>
      </w:r>
      <w:r>
        <w:rPr>
          <w:b w:val="false"/>
          <w:sz w:val="28"/>
        </w:rPr>
        <w:t xml:space="preserve"> </w:t>
      </w:r>
      <w:r>
        <w:rPr>
          <w:b w:val="false"/>
          <w:sz w:val="28"/>
          <w:lang w:val="zxx"/>
        </w:rPr>
        <w:t>ASCII-</w:t>
      </w:r>
      <w:r>
        <w:rPr>
          <w:b w:val="false"/>
          <w:sz w:val="28"/>
        </w:rPr>
        <w:t xml:space="preserve">символов. Полное значение до </w:t>
      </w:r>
      <w:r>
        <w:rPr>
          <w:b w:val="false"/>
          <w:sz w:val="28"/>
          <w:lang w:val="zxx"/>
        </w:rPr>
        <w:t>128</w:t>
      </w:r>
      <w:r>
        <w:rPr>
          <w:b w:val="false"/>
          <w:sz w:val="28"/>
        </w:rPr>
        <w:t xml:space="preserve"> байт передается частями по </w:t>
      </w:r>
      <w:r>
        <w:rPr>
          <w:b w:val="false"/>
          <w:sz w:val="28"/>
          <w:lang w:val="zxx"/>
        </w:rPr>
        <w:t>64</w:t>
      </w:r>
      <w:r>
        <w:rPr>
          <w:b w:val="false"/>
          <w:sz w:val="28"/>
        </w:rPr>
        <w:t xml:space="preserve"> байта по разделу </w:t>
      </w:r>
      <w:r>
        <w:rPr>
          <w:b w:val="false"/>
          <w:sz w:val="28"/>
          <w:lang w:val="zxx"/>
        </w:rPr>
        <w:t>7</w:t>
      </w:r>
      <w:r>
        <w:rPr>
          <w:b w:val="false"/>
          <w:sz w:val="28"/>
        </w:rPr>
        <w:t xml:space="preserve">; все части каждого имени обязательны. Записи </w:t>
      </w:r>
      <w:r>
        <w:rPr>
          <w:b w:val="false"/>
          <w:sz w:val="28"/>
          <w:lang w:val="zxx"/>
        </w:rPr>
        <w:t>executionCriterion</w:t>
      </w:r>
      <w:r>
        <w:rPr>
          <w:b w:val="false"/>
          <w:sz w:val="28"/>
        </w:rPr>
        <w:t xml:space="preserve"> задают подтверждение начала по разделу </w:t>
      </w:r>
      <w:r>
        <w:rPr>
          <w:b w:val="false"/>
          <w:sz w:val="28"/>
          <w:lang w:val="zxx"/>
        </w:rPr>
        <w:t>19.</w:t>
      </w:r>
      <w:r>
        <w:rPr>
          <w:b w:val="false"/>
          <w:sz w:val="28"/>
        </w:rPr>
        <w:t xml:space="preserve"> Пара </w:t>
      </w:r>
      <w:r>
        <w:rPr>
          <w:b w:val="false"/>
          <w:sz w:val="28"/>
          <w:lang w:val="zxx"/>
        </w:rPr>
        <w:t>id/</w:t>
      </w:r>
      <w:r>
        <w:rPr>
          <w:b w:val="false"/>
          <w:sz w:val="28"/>
        </w:rPr>
        <w:t>​</w:t>
      </w:r>
      <w:r>
        <w:rPr>
          <w:b w:val="false"/>
          <w:sz w:val="28"/>
          <w:lang w:val="zxx"/>
        </w:rPr>
        <w:t>revision</w:t>
      </w:r>
      <w:r>
        <w:rPr>
          <w:b w:val="false"/>
          <w:sz w:val="28"/>
        </w:rPr>
        <w:t xml:space="preserve"> однозначно обозначает полный набор параметров. АРМ сохраняет его до </w:t>
      </w:r>
      <w:r>
        <w:rPr>
          <w:b w:val="false"/>
          <w:sz w:val="28"/>
          <w:lang w:val="zxx"/>
        </w:rPr>
        <w:t>session.start</w:t>
      </w:r>
      <w:r>
        <w:rPr>
          <w:b w:val="false"/>
          <w:sz w:val="28"/>
        </w:rPr>
        <w:t xml:space="preserve">; смена любого параметра меняет ревизию и </w:t>
      </w:r>
      <w:r>
        <w:rPr>
          <w:b w:val="false"/>
          <w:sz w:val="28"/>
          <w:lang w:val="zxx"/>
        </w:rPr>
        <w:t>bindingGeneration.</w:t>
      </w:r>
    </w:p>
    <w:p>
      <w:pPr>
        <w:pStyle w:val="Normal"/>
        <w:keepNext w:val="true"/>
        <w:jc w:val="start"/>
        <w:rPr/>
      </w:pPr>
      <w:r>
        <w:rPr>
          <w:b/>
          <w:sz w:val="28"/>
          <w:lang w:val="zxx"/>
        </w:rPr>
        <w:t>10.7</w:t>
      </w:r>
      <w:r>
        <w:rPr>
          <w:b/>
          <w:sz w:val="28"/>
        </w:rPr>
        <w:t xml:space="preserve"> </w:t>
      </w:r>
      <w:r>
        <w:rPr>
          <w:b/>
          <w:sz w:val="28"/>
          <w:lang w:val="zxx"/>
        </w:rPr>
        <w:t>prepareTimeoutMs</w:t>
      </w:r>
      <w:r>
        <w:rPr>
          <w:b/>
          <w:sz w:val="28"/>
        </w:rPr>
        <w:t xml:space="preserve"> / </w:t>
      </w:r>
      <w:r>
        <w:rPr>
          <w:b/>
          <w:sz w:val="28"/>
          <w:lang w:val="zxx"/>
        </w:rPr>
        <w:t>stopBeginMs</w:t>
      </w:r>
      <w:r>
        <w:rPr>
          <w:b/>
          <w:sz w:val="28"/>
        </w:rPr>
        <w:t xml:space="preserve"> / </w:t>
      </w:r>
      <w:r>
        <w:rPr>
          <w:b/>
          <w:sz w:val="28"/>
          <w:lang w:val="zxx"/>
        </w:rPr>
        <w:t>stopConfirmMs</w:t>
      </w:r>
    </w:p>
    <w:p>
      <w:pPr>
        <w:pStyle w:val="Normal"/>
        <w:jc w:val="start"/>
        <w:rPr/>
      </w:pPr>
      <w:r>
        <w:rPr>
          <w:b w:val="false"/>
          <w:sz w:val="28"/>
        </w:rPr>
        <w:t xml:space="preserve">Положительные целые миллисекунды; </w:t>
      </w:r>
      <w:r>
        <w:rPr>
          <w:b w:val="false"/>
          <w:sz w:val="28"/>
          <w:lang w:val="zxx"/>
        </w:rPr>
        <w:t>stopBeginMs</w:t>
      </w:r>
      <w:r>
        <w:rPr>
          <w:b w:val="false"/>
          <w:sz w:val="28"/>
        </w:rPr>
        <w:t xml:space="preserve"> &lt;= </w:t>
      </w:r>
      <w:r>
        <w:rPr>
          <w:b w:val="false"/>
          <w:sz w:val="28"/>
          <w:lang w:val="zxx"/>
        </w:rPr>
        <w:t>1000</w:t>
      </w:r>
      <w:r>
        <w:rPr>
          <w:b w:val="false"/>
          <w:sz w:val="28"/>
        </w:rPr>
        <w:t xml:space="preserve">, </w:t>
      </w:r>
      <w:r>
        <w:rPr>
          <w:b w:val="false"/>
          <w:sz w:val="28"/>
          <w:lang w:val="zxx"/>
        </w:rPr>
        <w:t>stopBeginMs</w:t>
      </w:r>
      <w:r>
        <w:rPr>
          <w:b w:val="false"/>
          <w:sz w:val="28"/>
        </w:rPr>
        <w:t xml:space="preserve"> &lt;= </w:t>
      </w:r>
      <w:r>
        <w:rPr>
          <w:b w:val="false"/>
          <w:sz w:val="28"/>
          <w:lang w:val="zxx"/>
        </w:rPr>
        <w:t>stopConfirmMs</w:t>
      </w:r>
      <w:r>
        <w:rPr>
          <w:b w:val="false"/>
          <w:sz w:val="28"/>
        </w:rPr>
        <w:t xml:space="preserve"> &lt;= </w:t>
      </w:r>
      <w:r>
        <w:rPr>
          <w:b w:val="false"/>
          <w:sz w:val="28"/>
          <w:lang w:val="zxx"/>
        </w:rPr>
        <w:t>10000.</w:t>
      </w:r>
      <w:r>
        <w:rPr>
          <w:b w:val="false"/>
          <w:sz w:val="28"/>
        </w:rPr>
        <w:t xml:space="preserve"> Для технического теста пределы не выше </w:t>
      </w:r>
      <w:r>
        <w:rPr>
          <w:b w:val="false"/>
          <w:sz w:val="28"/>
          <w:lang w:val="zxx"/>
        </w:rPr>
        <w:t>100</w:t>
      </w:r>
      <w:r>
        <w:rPr>
          <w:b w:val="false"/>
          <w:sz w:val="28"/>
        </w:rPr>
        <w:t xml:space="preserve"> и </w:t>
      </w:r>
      <w:r>
        <w:rPr>
          <w:b w:val="false"/>
          <w:sz w:val="28"/>
          <w:lang w:val="zxx"/>
        </w:rPr>
        <w:t>3000</w:t>
      </w:r>
      <w:r>
        <w:rPr>
          <w:b w:val="false"/>
          <w:sz w:val="28"/>
        </w:rPr>
        <w:t xml:space="preserve"> мс.</w:t>
      </w:r>
    </w:p>
    <w:p>
      <w:pPr>
        <w:pStyle w:val="Normal"/>
        <w:keepNext w:val="true"/>
        <w:jc w:val="start"/>
        <w:rPr/>
      </w:pPr>
      <w:r>
        <w:rPr>
          <w:b/>
          <w:sz w:val="28"/>
          <w:lang w:val="zxx"/>
        </w:rPr>
        <w:t>10.8</w:t>
      </w:r>
      <w:r>
        <w:rPr>
          <w:b/>
          <w:sz w:val="28"/>
        </w:rPr>
        <w:t xml:space="preserve"> </w:t>
      </w:r>
      <w:r>
        <w:rPr>
          <w:b/>
          <w:sz w:val="28"/>
          <w:lang w:val="zxx"/>
        </w:rPr>
        <w:t>runningEvidence</w:t>
      </w:r>
      <w:r>
        <w:rPr>
          <w:b/>
          <w:sz w:val="28"/>
        </w:rPr>
        <w:t xml:space="preserve"> / </w:t>
      </w:r>
      <w:r>
        <w:rPr>
          <w:b/>
          <w:sz w:val="28"/>
          <w:lang w:val="zxx"/>
        </w:rPr>
        <w:t>offEvidence</w:t>
      </w:r>
    </w:p>
    <w:p>
      <w:pPr>
        <w:pStyle w:val="Normal"/>
        <w:jc w:val="start"/>
        <w:rPr/>
      </w:pPr>
      <w:r>
        <w:rPr>
          <w:b w:val="false"/>
          <w:sz w:val="28"/>
          <w:lang w:val="zxx"/>
        </w:rPr>
        <w:t>reportedMode|</w:t>
      </w:r>
      <w:r>
        <w:rPr>
          <w:b w:val="false"/>
          <w:sz w:val="28"/>
        </w:rPr>
        <w:t>​</w:t>
      </w:r>
      <w:r>
        <w:rPr>
          <w:b w:val="false"/>
          <w:sz w:val="28"/>
          <w:lang w:val="zxx"/>
        </w:rPr>
        <w:t>electrical|</w:t>
      </w:r>
      <w:r>
        <w:rPr>
          <w:b w:val="false"/>
          <w:sz w:val="28"/>
        </w:rPr>
        <w:t>​</w:t>
      </w:r>
      <w:r>
        <w:rPr>
          <w:b w:val="false"/>
          <w:sz w:val="28"/>
          <w:lang w:val="zxx"/>
        </w:rPr>
        <w:t>acoustic|</w:t>
      </w:r>
      <w:r>
        <w:rPr>
          <w:b w:val="false"/>
          <w:sz w:val="28"/>
        </w:rPr>
        <w:t>​</w:t>
      </w:r>
      <w:r>
        <w:rPr>
          <w:b w:val="false"/>
          <w:sz w:val="28"/>
          <w:lang w:val="zxx"/>
        </w:rPr>
        <w:t>localConfirmation</w:t>
      </w:r>
      <w:r>
        <w:rPr>
          <w:b w:val="false"/>
          <w:sz w:val="28"/>
        </w:rPr>
        <w:t xml:space="preserve"> и соответствующие </w:t>
      </w:r>
      <w:r>
        <w:rPr>
          <w:b w:val="false"/>
          <w:sz w:val="28"/>
          <w:lang w:val="zxx"/>
        </w:rPr>
        <w:t>runningPointId/</w:t>
      </w:r>
      <w:r>
        <w:rPr>
          <w:b w:val="false"/>
          <w:sz w:val="28"/>
        </w:rPr>
        <w:t>​</w:t>
      </w:r>
      <w:r>
        <w:rPr>
          <w:b w:val="false"/>
          <w:sz w:val="28"/>
          <w:lang w:val="zxx"/>
        </w:rPr>
        <w:t>offPointId</w:t>
      </w:r>
      <w:r>
        <w:rPr>
          <w:b w:val="false"/>
          <w:sz w:val="28"/>
        </w:rPr>
        <w:t xml:space="preserve"> из каталога; </w:t>
      </w:r>
      <w:r>
        <w:rPr>
          <w:b w:val="false"/>
          <w:sz w:val="28"/>
          <w:lang w:val="zxx"/>
        </w:rPr>
        <w:t>observedAtMs</w:t>
      </w:r>
      <w:r>
        <w:rPr>
          <w:b w:val="false"/>
          <w:sz w:val="28"/>
        </w:rPr>
        <w:t xml:space="preserve"> и качество обязательны. Команда, отправленная без наблюдения, не является ни одним из этих доказательств.</w:t>
      </w:r>
    </w:p>
    <w:p>
      <w:pPr>
        <w:pStyle w:val="Normal"/>
        <w:keepNext w:val="true"/>
        <w:jc w:val="start"/>
        <w:rPr/>
      </w:pPr>
      <w:r>
        <w:rPr>
          <w:b/>
          <w:sz w:val="28"/>
          <w:lang w:val="zxx"/>
        </w:rPr>
        <w:t>10.9</w:t>
      </w:r>
      <w:r>
        <w:rPr>
          <w:b/>
          <w:sz w:val="28"/>
        </w:rPr>
        <w:t xml:space="preserve"> </w:t>
      </w:r>
      <w:r>
        <w:rPr>
          <w:b/>
          <w:sz w:val="28"/>
          <w:lang w:val="zxx"/>
        </w:rPr>
        <w:t>evidenceMaxAgeMs</w:t>
      </w:r>
      <w:r>
        <w:rPr>
          <w:b/>
          <w:sz w:val="28"/>
        </w:rPr>
        <w:t xml:space="preserve"> / </w:t>
      </w:r>
      <w:r>
        <w:rPr>
          <w:b/>
          <w:sz w:val="28"/>
          <w:lang w:val="zxx"/>
        </w:rPr>
        <w:t>stableSamples</w:t>
      </w:r>
    </w:p>
    <w:p>
      <w:pPr>
        <w:pStyle w:val="Normal"/>
        <w:jc w:val="start"/>
        <w:rPr/>
      </w:pPr>
      <w:r>
        <w:rPr>
          <w:b w:val="false"/>
          <w:sz w:val="28"/>
          <w:lang w:val="zxx"/>
        </w:rPr>
        <w:t>1..1000</w:t>
      </w:r>
      <w:r>
        <w:rPr>
          <w:b w:val="false"/>
          <w:sz w:val="28"/>
        </w:rPr>
        <w:t xml:space="preserve"> мс и </w:t>
      </w:r>
      <w:r>
        <w:rPr>
          <w:b w:val="false"/>
          <w:sz w:val="28"/>
          <w:lang w:val="zxx"/>
        </w:rPr>
        <w:t>1..8</w:t>
      </w:r>
      <w:r>
        <w:rPr>
          <w:b w:val="false"/>
          <w:sz w:val="28"/>
        </w:rPr>
        <w:t xml:space="preserve"> последовательных независимых наблюдений. Повтор чтения одного </w:t>
      </w:r>
      <w:r>
        <w:rPr>
          <w:b w:val="false"/>
          <w:sz w:val="28"/>
          <w:lang w:val="zxx"/>
        </w:rPr>
        <w:t>sampleSeq</w:t>
      </w:r>
      <w:r>
        <w:rPr>
          <w:b w:val="false"/>
          <w:sz w:val="28"/>
        </w:rPr>
        <w:t xml:space="preserve"> не увеличивает </w:t>
      </w:r>
      <w:r>
        <w:rPr>
          <w:b w:val="false"/>
          <w:sz w:val="28"/>
          <w:lang w:val="zxx"/>
        </w:rPr>
        <w:t>stableSamples.</w:t>
      </w:r>
      <w:r>
        <w:rPr>
          <w:b w:val="false"/>
          <w:sz w:val="28"/>
        </w:rPr>
        <w:t xml:space="preserve"> Для теста независимые </w:t>
      </w:r>
      <w:r>
        <w:rPr>
          <w:b w:val="false"/>
          <w:sz w:val="28"/>
          <w:lang w:val="zxx"/>
        </w:rPr>
        <w:t>off/</w:t>
      </w:r>
      <w:r>
        <w:rPr>
          <w:b w:val="false"/>
          <w:sz w:val="28"/>
        </w:rPr>
        <w:t>​</w:t>
      </w:r>
      <w:r>
        <w:rPr>
          <w:b w:val="false"/>
          <w:sz w:val="28"/>
          <w:lang w:val="zxx"/>
        </w:rPr>
        <w:t>control-</w:t>
      </w:r>
      <w:r>
        <w:rPr>
          <w:b w:val="false"/>
          <w:sz w:val="28"/>
        </w:rPr>
        <w:t xml:space="preserve">каналы задаются </w:t>
      </w:r>
      <w:r>
        <w:rPr>
          <w:b w:val="false"/>
          <w:sz w:val="28"/>
          <w:lang w:val="zxx"/>
        </w:rPr>
        <w:t>independentStop=true</w:t>
      </w:r>
      <w:r>
        <w:rPr>
          <w:b w:val="false"/>
          <w:sz w:val="28"/>
        </w:rPr>
        <w:t xml:space="preserve"> и </w:t>
      </w:r>
      <w:r>
        <w:rPr>
          <w:b w:val="false"/>
          <w:sz w:val="28"/>
          <w:lang w:val="zxx"/>
        </w:rPr>
        <w:t>independentOffPointId.</w:t>
      </w:r>
    </w:p>
    <w:p>
      <w:pPr>
        <w:pStyle w:val="Normal"/>
        <w:keepNext w:val="true"/>
        <w:jc w:val="start"/>
        <w:rPr/>
      </w:pPr>
      <w:r>
        <w:rPr>
          <w:b/>
          <w:sz w:val="28"/>
          <w:lang w:val="zxx"/>
        </w:rPr>
        <w:t>10.10</w:t>
      </w:r>
      <w:r>
        <w:rPr>
          <w:b/>
          <w:sz w:val="28"/>
        </w:rPr>
        <w:t xml:space="preserve"> </w:t>
      </w:r>
      <w:r>
        <w:rPr>
          <w:b/>
          <w:sz w:val="28"/>
          <w:lang w:val="zxx"/>
        </w:rPr>
        <w:t>continuousSupported</w:t>
      </w:r>
      <w:r>
        <w:rPr>
          <w:b/>
          <w:sz w:val="28"/>
        </w:rPr>
        <w:t xml:space="preserve"> / </w:t>
      </w:r>
      <w:r>
        <w:rPr>
          <w:b/>
          <w:sz w:val="28"/>
          <w:lang w:val="zxx"/>
        </w:rPr>
        <w:t>intermittentSupported</w:t>
      </w:r>
    </w:p>
    <w:p>
      <w:pPr>
        <w:pStyle w:val="Normal"/>
        <w:jc w:val="start"/>
        <w:rPr/>
      </w:pPr>
      <w:r>
        <w:rPr>
          <w:b w:val="false"/>
          <w:sz w:val="28"/>
          <w:lang w:val="zxx"/>
        </w:rPr>
        <w:t>bool.</w:t>
      </w:r>
      <w:r>
        <w:rPr>
          <w:b w:val="false"/>
          <w:sz w:val="28"/>
        </w:rPr>
        <w:t xml:space="preserve"> При </w:t>
      </w:r>
      <w:r>
        <w:rPr>
          <w:b w:val="false"/>
          <w:sz w:val="28"/>
          <w:lang w:val="zxx"/>
        </w:rPr>
        <w:t>continuous</w:t>
      </w:r>
      <w:r>
        <w:rPr>
          <w:b w:val="false"/>
          <w:sz w:val="28"/>
        </w:rPr>
        <w:t xml:space="preserve"> сигнал не имеет программных пауз. Для </w:t>
      </w:r>
      <w:r>
        <w:rPr>
          <w:b w:val="false"/>
          <w:sz w:val="28"/>
          <w:lang w:val="zxx"/>
        </w:rPr>
        <w:t>intermittent</w:t>
      </w:r>
      <w:r>
        <w:rPr>
          <w:b w:val="false"/>
          <w:sz w:val="28"/>
        </w:rPr>
        <w:t xml:space="preserve"> обязательны </w:t>
      </w:r>
      <w:r>
        <w:rPr>
          <w:b w:val="false"/>
          <w:sz w:val="28"/>
          <w:lang w:val="zxx"/>
        </w:rPr>
        <w:t>onMs/</w:t>
      </w:r>
      <w:r>
        <w:rPr>
          <w:b w:val="false"/>
          <w:sz w:val="28"/>
        </w:rPr>
        <w:t>​</w:t>
      </w:r>
      <w:r>
        <w:rPr>
          <w:b w:val="false"/>
          <w:sz w:val="28"/>
          <w:lang w:val="zxx"/>
        </w:rPr>
        <w:t>offMs:100..60000</w:t>
      </w:r>
      <w:r>
        <w:rPr>
          <w:b w:val="false"/>
          <w:sz w:val="28"/>
        </w:rPr>
        <w:t xml:space="preserve">, </w:t>
      </w:r>
      <w:r>
        <w:rPr>
          <w:b w:val="false"/>
          <w:sz w:val="28"/>
          <w:lang w:val="zxx"/>
        </w:rPr>
        <w:t>firstPhase=on</w:t>
      </w:r>
      <w:r>
        <w:rPr>
          <w:b w:val="false"/>
          <w:sz w:val="28"/>
        </w:rPr>
        <w:t xml:space="preserve">, </w:t>
      </w:r>
      <w:r>
        <w:rPr>
          <w:b w:val="false"/>
          <w:sz w:val="28"/>
          <w:lang w:val="zxx"/>
        </w:rPr>
        <w:t>finalPartial=truncate</w:t>
      </w:r>
      <w:r>
        <w:rPr>
          <w:b w:val="false"/>
          <w:sz w:val="28"/>
        </w:rPr>
        <w:t xml:space="preserve">, </w:t>
      </w:r>
      <w:r>
        <w:rPr>
          <w:b w:val="false"/>
          <w:sz w:val="28"/>
          <w:lang w:val="zxx"/>
        </w:rPr>
        <w:t>toleranceMs=0..100.</w:t>
      </w:r>
      <w:r>
        <w:rPr>
          <w:b w:val="false"/>
          <w:sz w:val="28"/>
        </w:rPr>
        <w:t xml:space="preserve"> Частотное/акустическое описание включается параметром </w:t>
      </w:r>
      <w:r>
        <w:rPr>
          <w:b w:val="false"/>
          <w:sz w:val="28"/>
          <w:lang w:val="zxx"/>
        </w:rPr>
        <w:t>signalSpecId</w:t>
      </w:r>
      <w:r>
        <w:rPr>
          <w:b w:val="false"/>
          <w:sz w:val="28"/>
        </w:rPr>
        <w:t xml:space="preserve"> и его </w:t>
      </w:r>
      <w:r>
        <w:rPr>
          <w:b w:val="false"/>
          <w:sz w:val="28"/>
          <w:lang w:val="zxx"/>
        </w:rPr>
        <w:t>signalSpecRevision</w:t>
      </w:r>
      <w:r>
        <w:rPr>
          <w:b w:val="false"/>
          <w:sz w:val="28"/>
        </w:rPr>
        <w:t xml:space="preserve">; оно является частью неизменного паспорта, а не выводится из имени </w:t>
      </w:r>
      <w:r>
        <w:rPr>
          <w:b w:val="false"/>
          <w:sz w:val="28"/>
          <w:lang w:val="zxx"/>
        </w:rPr>
        <w:t>pattern.</w:t>
      </w:r>
    </w:p>
    <w:p>
      <w:pPr>
        <w:pStyle w:val="Normal"/>
        <w:keepNext w:val="true"/>
        <w:jc w:val="start"/>
        <w:rPr/>
      </w:pPr>
      <w:r>
        <w:rPr>
          <w:b/>
          <w:sz w:val="28"/>
          <w:lang w:val="zxx"/>
        </w:rPr>
        <w:t>10.11</w:t>
      </w:r>
      <w:r>
        <w:rPr>
          <w:b/>
          <w:sz w:val="28"/>
        </w:rPr>
        <w:t xml:space="preserve"> </w:t>
      </w:r>
      <w:r>
        <w:rPr>
          <w:b/>
          <w:sz w:val="28"/>
          <w:lang w:val="zxx"/>
        </w:rPr>
        <w:t>durationMinMs</w:t>
      </w:r>
      <w:r>
        <w:rPr>
          <w:b/>
          <w:sz w:val="28"/>
        </w:rPr>
        <w:t xml:space="preserve"> / </w:t>
      </w:r>
      <w:r>
        <w:rPr>
          <w:b/>
          <w:sz w:val="28"/>
          <w:lang w:val="zxx"/>
        </w:rPr>
        <w:t>durationMaxMs</w:t>
      </w:r>
      <w:r>
        <w:rPr>
          <w:b/>
          <w:sz w:val="28"/>
        </w:rPr>
        <w:t xml:space="preserve"> / </w:t>
      </w:r>
      <w:r>
        <w:rPr>
          <w:b/>
          <w:sz w:val="28"/>
          <w:lang w:val="zxx"/>
        </w:rPr>
        <w:t>durationStepMs</w:t>
      </w:r>
    </w:p>
    <w:p>
      <w:pPr>
        <w:pStyle w:val="Normal"/>
        <w:jc w:val="start"/>
        <w:rPr/>
      </w:pPr>
      <w:r>
        <w:rPr>
          <w:b w:val="false"/>
          <w:sz w:val="28"/>
          <w:lang w:val="zxx"/>
        </w:rPr>
        <w:t>100..3600000</w:t>
      </w:r>
      <w:r>
        <w:rPr>
          <w:b w:val="false"/>
          <w:sz w:val="28"/>
        </w:rPr>
        <w:t xml:space="preserve">, </w:t>
      </w:r>
      <w:r>
        <w:rPr>
          <w:b w:val="false"/>
          <w:sz w:val="28"/>
          <w:lang w:val="zxx"/>
        </w:rPr>
        <w:t>min</w:t>
      </w:r>
      <w:r>
        <w:rPr>
          <w:b w:val="false"/>
          <w:sz w:val="28"/>
        </w:rPr>
        <w:t>&lt;=</w:t>
      </w:r>
      <w:r>
        <w:rPr>
          <w:b w:val="false"/>
          <w:sz w:val="28"/>
          <w:lang w:val="zxx"/>
        </w:rPr>
        <w:t>max</w:t>
      </w:r>
      <w:r>
        <w:rPr>
          <w:b w:val="false"/>
          <w:sz w:val="28"/>
        </w:rPr>
        <w:t xml:space="preserve">, </w:t>
      </w:r>
      <w:r>
        <w:rPr>
          <w:b w:val="false"/>
          <w:sz w:val="28"/>
          <w:lang w:val="zxx"/>
        </w:rPr>
        <w:t>step</w:t>
      </w:r>
      <w:r>
        <w:rPr>
          <w:b w:val="false"/>
          <w:sz w:val="28"/>
        </w:rPr>
        <w:t>&gt;=</w:t>
      </w:r>
      <w:r>
        <w:rPr>
          <w:b w:val="false"/>
          <w:sz w:val="28"/>
          <w:lang w:val="zxx"/>
        </w:rPr>
        <w:t>1.</w:t>
      </w:r>
      <w:r>
        <w:rPr>
          <w:b w:val="false"/>
          <w:sz w:val="28"/>
        </w:rPr>
        <w:t xml:space="preserve"> Запрошенная длительность попадает в диапазон и кратна </w:t>
      </w:r>
      <w:r>
        <w:rPr>
          <w:b w:val="false"/>
          <w:sz w:val="28"/>
          <w:lang w:val="zxx"/>
        </w:rPr>
        <w:t>step</w:t>
      </w:r>
      <w:r>
        <w:rPr>
          <w:b w:val="false"/>
          <w:sz w:val="28"/>
        </w:rPr>
        <w:t xml:space="preserve"> от </w:t>
      </w:r>
      <w:r>
        <w:rPr>
          <w:b w:val="false"/>
          <w:sz w:val="28"/>
          <w:lang w:val="zxx"/>
        </w:rPr>
        <w:t>min</w:t>
      </w:r>
      <w:r>
        <w:rPr>
          <w:b w:val="false"/>
          <w:sz w:val="28"/>
        </w:rPr>
        <w:t xml:space="preserve">; иначе </w:t>
      </w:r>
      <w:r>
        <w:rPr>
          <w:b w:val="false"/>
          <w:sz w:val="28"/>
          <w:lang w:val="zxx"/>
        </w:rPr>
        <w:t>unsupported</w:t>
      </w:r>
      <w:r>
        <w:rPr>
          <w:b w:val="false"/>
          <w:sz w:val="28"/>
        </w:rPr>
        <w:t>, без округления.</w:t>
      </w:r>
    </w:p>
    <w:p>
      <w:pPr>
        <w:pStyle w:val="Normal"/>
        <w:keepNext w:val="true"/>
        <w:jc w:val="start"/>
        <w:rPr/>
      </w:pPr>
      <w:r>
        <w:rPr>
          <w:b/>
          <w:sz w:val="28"/>
          <w:lang w:val="zxx"/>
        </w:rPr>
        <w:t>10.12</w:t>
      </w:r>
      <w:r>
        <w:rPr>
          <w:b/>
          <w:sz w:val="28"/>
        </w:rPr>
        <w:t xml:space="preserve"> </w:t>
      </w:r>
      <w:r>
        <w:rPr>
          <w:b/>
          <w:sz w:val="28"/>
          <w:lang w:val="zxx"/>
        </w:rPr>
        <w:t>recoveryStopAttempts</w:t>
      </w:r>
      <w:r>
        <w:rPr>
          <w:b/>
          <w:sz w:val="28"/>
        </w:rPr>
        <w:t xml:space="preserve"> / </w:t>
      </w:r>
      <w:r>
        <w:rPr>
          <w:b/>
          <w:sz w:val="28"/>
          <w:lang w:val="zxx"/>
        </w:rPr>
        <w:t>recoveryTimeoutMs</w:t>
      </w:r>
    </w:p>
    <w:p>
      <w:pPr>
        <w:pStyle w:val="Normal"/>
        <w:jc w:val="both"/>
        <w:rPr/>
      </w:pPr>
      <w:r>
        <w:rPr>
          <w:b w:val="false"/>
          <w:sz w:val="28"/>
          <w:lang w:val="zxx"/>
        </w:rPr>
        <w:t>0..3</w:t>
      </w:r>
      <w:r>
        <w:rPr>
          <w:b w:val="false"/>
          <w:sz w:val="28"/>
        </w:rPr>
        <w:t xml:space="preserve"> попыток и </w:t>
      </w:r>
      <w:r>
        <w:rPr>
          <w:b w:val="false"/>
          <w:sz w:val="28"/>
          <w:lang w:val="zxx"/>
        </w:rPr>
        <w:t>1..10000</w:t>
      </w:r>
      <w:r>
        <w:rPr>
          <w:b w:val="false"/>
          <w:sz w:val="28"/>
        </w:rPr>
        <w:t xml:space="preserve"> мс. При ненулевом числе попыток профиль задает точные собственные ресурсы и независимый критерий </w:t>
      </w:r>
      <w:r>
        <w:rPr>
          <w:b w:val="false"/>
          <w:sz w:val="28"/>
          <w:lang w:val="zxx"/>
        </w:rPr>
        <w:t>off.</w:t>
      </w:r>
      <w:r>
        <w:rPr>
          <w:b w:val="false"/>
          <w:sz w:val="28"/>
        </w:rPr>
        <w:t xml:space="preserve"> Нельзя останавливать чужой обнаруженный запуск по одной догадке о происхождении.</w:t>
      </w:r>
    </w:p>
    <w:p>
      <w:pPr>
        <w:pStyle w:val="Normal"/>
        <w:jc w:val="both"/>
        <w:rPr/>
      </w:pPr>
      <w:r>
        <w:rPr>
          <w:b w:val="false"/>
          <w:sz w:val="28"/>
          <w:lang w:val="zxx"/>
        </w:rPr>
        <w:t>10.13</w:t>
      </w:r>
      <w:r>
        <w:rPr>
          <w:b w:val="false"/>
          <w:sz w:val="28"/>
        </w:rPr>
        <w:t xml:space="preserve"> Соответствие сетевому протоколу АРМ–УУ не требует определенного внутреннего интерфейса УУ–ОУ и не означает совместимость с произвольным усилителем или сиреной. Паспорт изделия </w:t>
      </w:r>
      <w:r>
        <w:rPr>
          <w:b w:val="false"/>
          <w:sz w:val="28"/>
          <w:lang w:val="zxx"/>
        </w:rPr>
        <w:t>ДОЛЖЕН</w:t>
      </w:r>
      <w:r>
        <w:rPr>
          <w:b w:val="false"/>
          <w:sz w:val="28"/>
        </w:rPr>
        <w:t xml:space="preserve"> описывать состав исполнительного тракта, способ взаимодействия, границу наблюдения, критерии подтверждения начала и состояния </w:t>
      </w:r>
      <w:r>
        <w:rPr>
          <w:b w:val="false"/>
          <w:sz w:val="28"/>
          <w:lang w:val="zxx"/>
        </w:rPr>
        <w:t>off</w:t>
      </w:r>
      <w:r>
        <w:rPr>
          <w:b w:val="false"/>
          <w:sz w:val="28"/>
        </w:rPr>
        <w:t xml:space="preserve">, обработку отказов и конечные сроки. Для встроенного исполнительного тракта профиль указывает </w:t>
      </w:r>
      <w:r>
        <w:rPr>
          <w:b w:val="false"/>
          <w:sz w:val="28"/>
          <w:lang w:val="zxx"/>
        </w:rPr>
        <w:t>integrated</w:t>
      </w:r>
      <w:r>
        <w:rPr>
          <w:b w:val="false"/>
          <w:sz w:val="28"/>
        </w:rPr>
        <w:t xml:space="preserve"> и границу наблюдения. Публикация внутреннего программного интерфейса, электрической схемы или собственного протокола изготовителя условием соответствия сетевому протоколу не является.</w:t>
      </w:r>
    </w:p>
    <w:p>
      <w:pPr>
        <w:pStyle w:val="Normal"/>
        <w:jc w:val="both"/>
        <w:rPr/>
      </w:pPr>
      <w:r>
        <w:rPr>
          <w:b w:val="false"/>
          <w:sz w:val="28"/>
          <w:lang w:val="zxx"/>
        </w:rPr>
        <w:t>10.14</w:t>
      </w:r>
      <w:r>
        <w:rPr>
          <w:b w:val="false"/>
          <w:sz w:val="28"/>
        </w:rPr>
        <w:t xml:space="preserve"> Если изготовитель дополнительно объявляет совместимость сменных УУ и ОУ разных производителей по определенному интерфейсу, он </w:t>
      </w:r>
      <w:r>
        <w:rPr>
          <w:b w:val="false"/>
          <w:sz w:val="28"/>
          <w:lang w:val="zxx"/>
        </w:rPr>
        <w:t>ДОЛЖЕН</w:t>
      </w:r>
      <w:r>
        <w:rPr>
          <w:b w:val="false"/>
          <w:sz w:val="28"/>
        </w:rPr>
        <w:t xml:space="preserve"> указать открытый версионированный профиль этого интерфейса. Профиль определяет физическое взаимодействие, управляющие воздействия, наблюдения, ошибки, повторы, отмену, критерии начала и выключения и конечные сроки. Параметры линии, адресация, границы и контроль целостности кадров задаются при использовании обмена сообщениями; для дискретных сигналов задаются уровни, назначение и временные соотношения. Эти требования относятся к дополнительно заявленной совместимости интерфейса УУ–ОУ.</w:t>
      </w:r>
    </w:p>
    <w:p>
      <w:pPr>
        <w:pStyle w:val="Normal"/>
        <w:jc w:val="start"/>
        <w:rPr/>
      </w:pPr>
      <w:r>
        <w:rPr>
          <w:b w:val="false"/>
          <w:sz w:val="28"/>
          <w:lang w:val="zxx"/>
        </w:rPr>
        <w:t>10.15</w:t>
      </w:r>
      <w:r>
        <w:rPr>
          <w:b w:val="false"/>
          <w:sz w:val="28"/>
        </w:rPr>
        <w:t xml:space="preserve"> При объявлении такой совместимости </w:t>
      </w:r>
      <w:r>
        <w:rPr>
          <w:b w:val="false"/>
          <w:sz w:val="28"/>
          <w:lang w:val="zxx"/>
        </w:rPr>
        <w:t>profiles.get</w:t>
      </w:r>
      <w:r>
        <w:rPr>
          <w:b w:val="false"/>
          <w:sz w:val="28"/>
        </w:rPr>
        <w:t xml:space="preserve"> передает </w:t>
      </w:r>
      <w:r>
        <w:rPr>
          <w:b w:val="false"/>
          <w:sz w:val="28"/>
          <w:lang w:val="zxx"/>
        </w:rPr>
        <w:t>lowerProtocolId/</w:t>
      </w:r>
      <w:r>
        <w:rPr>
          <w:b w:val="false"/>
          <w:sz w:val="28"/>
        </w:rPr>
        <w:t>​</w:t>
      </w:r>
      <w:r>
        <w:rPr>
          <w:b w:val="false"/>
          <w:sz w:val="28"/>
          <w:lang w:val="zxx"/>
        </w:rPr>
        <w:t>lowerProtocolRevision</w:t>
      </w:r>
      <w:r>
        <w:rPr>
          <w:b w:val="false"/>
          <w:sz w:val="28"/>
        </w:rPr>
        <w:t xml:space="preserve"> и </w:t>
      </w:r>
      <w:r>
        <w:rPr>
          <w:b w:val="false"/>
          <w:sz w:val="28"/>
          <w:lang w:val="zxx"/>
        </w:rPr>
        <w:t>lowerSpecUri/</w:t>
      </w:r>
      <w:r>
        <w:rPr>
          <w:b w:val="false"/>
          <w:sz w:val="28"/>
        </w:rPr>
        <w:t>​</w:t>
      </w:r>
      <w:r>
        <w:rPr>
          <w:b w:val="false"/>
          <w:sz w:val="28"/>
          <w:lang w:val="zxx"/>
        </w:rPr>
        <w:t>lowerSpecHash</w:t>
      </w:r>
      <w:r>
        <w:rPr>
          <w:b w:val="false"/>
          <w:sz w:val="28"/>
        </w:rPr>
        <w:t xml:space="preserve"> обычными </w:t>
      </w:r>
      <w:r>
        <w:rPr>
          <w:b w:val="false"/>
          <w:sz w:val="28"/>
          <w:lang w:val="zxx"/>
        </w:rPr>
        <w:t>parameter.</w:t>
      </w:r>
      <w:r>
        <w:rPr>
          <w:b w:val="false"/>
          <w:sz w:val="28"/>
        </w:rPr>
        <w:t xml:space="preserve"> </w:t>
      </w:r>
      <w:r>
        <w:rPr>
          <w:b w:val="false"/>
          <w:sz w:val="28"/>
          <w:lang w:val="zxx"/>
        </w:rPr>
        <w:t>lowerSpecHash</w:t>
      </w:r>
      <w:r>
        <w:rPr>
          <w:b w:val="false"/>
          <w:sz w:val="28"/>
        </w:rPr>
        <w:t xml:space="preserve"> содержит хеш Стрибог-</w:t>
      </w:r>
      <w:r>
        <w:rPr>
          <w:b w:val="false"/>
          <w:sz w:val="28"/>
          <w:lang w:val="zxx"/>
        </w:rPr>
        <w:t>256</w:t>
      </w:r>
      <w:r>
        <w:rPr>
          <w:b w:val="false"/>
          <w:sz w:val="28"/>
        </w:rPr>
        <w:t xml:space="preserve"> от точной последовательности байтов описания: </w:t>
      </w:r>
      <w:r>
        <w:rPr>
          <w:b w:val="false"/>
          <w:sz w:val="28"/>
          <w:lang w:val="zxx"/>
        </w:rPr>
        <w:t>256</w:t>
      </w:r>
      <w:r>
        <w:rPr>
          <w:b w:val="false"/>
          <w:sz w:val="28"/>
        </w:rPr>
        <w:t xml:space="preserve"> бит, </w:t>
      </w:r>
      <w:r>
        <w:rPr>
          <w:b w:val="false"/>
          <w:sz w:val="28"/>
          <w:lang w:val="zxx"/>
        </w:rPr>
        <w:t>32</w:t>
      </w:r>
      <w:r>
        <w:rPr>
          <w:b w:val="false"/>
          <w:sz w:val="28"/>
        </w:rPr>
        <w:t xml:space="preserve"> байта, </w:t>
      </w:r>
      <w:r>
        <w:rPr>
          <w:b w:val="false"/>
          <w:sz w:val="28"/>
          <w:lang w:val="zxx"/>
        </w:rPr>
        <w:t>64</w:t>
      </w:r>
      <w:r>
        <w:rPr>
          <w:b w:val="false"/>
          <w:sz w:val="28"/>
        </w:rPr>
        <w:t xml:space="preserve"> строчных </w:t>
      </w:r>
      <w:r>
        <w:rPr>
          <w:b w:val="false"/>
          <w:sz w:val="28"/>
          <w:lang w:val="zxx"/>
        </w:rPr>
        <w:t>hex.</w:t>
      </w:r>
      <w:r>
        <w:rPr>
          <w:b w:val="false"/>
          <w:sz w:val="28"/>
        </w:rPr>
        <w:t xml:space="preserve"> Идентификатор и ревизия имеют тип </w:t>
      </w:r>
      <w:r>
        <w:rPr>
          <w:b w:val="false"/>
          <w:sz w:val="28"/>
          <w:lang w:val="zxx"/>
        </w:rPr>
        <w:t>string/</w:t>
      </w:r>
      <w:r>
        <w:rPr>
          <w:b w:val="false"/>
          <w:sz w:val="28"/>
        </w:rPr>
        <w:t>​</w:t>
      </w:r>
      <w:r>
        <w:rPr>
          <w:b w:val="false"/>
          <w:sz w:val="28"/>
          <w:lang w:val="zxx"/>
        </w:rPr>
        <w:t>counter</w:t>
      </w:r>
      <w:r>
        <w:rPr>
          <w:b w:val="false"/>
          <w:sz w:val="28"/>
        </w:rPr>
        <w:t xml:space="preserve">, </w:t>
      </w:r>
      <w:r>
        <w:rPr>
          <w:b w:val="false"/>
          <w:sz w:val="28"/>
          <w:lang w:val="zxx"/>
        </w:rPr>
        <w:t>URI</w:t>
      </w:r>
      <w:r>
        <w:rPr>
          <w:b w:val="false"/>
          <w:sz w:val="28"/>
        </w:rPr>
        <w:t xml:space="preserve"> и </w:t>
      </w:r>
      <w:r>
        <w:rPr>
          <w:b w:val="false"/>
          <w:sz w:val="28"/>
          <w:lang w:val="zxx"/>
        </w:rPr>
        <w:t>hash</w:t>
      </w:r>
      <w:r>
        <w:rPr>
          <w:b w:val="false"/>
          <w:sz w:val="28"/>
        </w:rPr>
        <w:t xml:space="preserve"> — </w:t>
      </w:r>
      <w:r>
        <w:rPr>
          <w:b w:val="false"/>
          <w:sz w:val="28"/>
          <w:lang w:val="zxx"/>
        </w:rPr>
        <w:t>string</w:t>
      </w:r>
      <w:r>
        <w:rPr>
          <w:b w:val="false"/>
          <w:sz w:val="28"/>
        </w:rPr>
        <w:t xml:space="preserve">, предел значения </w:t>
      </w:r>
      <w:r>
        <w:rPr>
          <w:b w:val="false"/>
          <w:sz w:val="28"/>
          <w:lang w:val="zxx"/>
        </w:rPr>
        <w:t>128</w:t>
      </w:r>
      <w:r>
        <w:rPr>
          <w:b w:val="false"/>
          <w:sz w:val="28"/>
        </w:rPr>
        <w:t xml:space="preserve"> байт. </w:t>
      </w:r>
      <w:r>
        <w:rPr>
          <w:b w:val="false"/>
          <w:sz w:val="28"/>
          <w:lang w:val="zxx"/>
        </w:rPr>
        <w:t>URI</w:t>
      </w:r>
      <w:r>
        <w:rPr>
          <w:b w:val="false"/>
          <w:sz w:val="28"/>
        </w:rPr>
        <w:t xml:space="preserve"> имеет схему </w:t>
      </w:r>
      <w:r>
        <w:rPr>
          <w:b w:val="false"/>
          <w:sz w:val="28"/>
          <w:lang w:val="zxx"/>
        </w:rPr>
        <w:t>https</w:t>
      </w:r>
      <w:r>
        <w:rPr>
          <w:b w:val="false"/>
          <w:sz w:val="28"/>
        </w:rPr>
        <w:t xml:space="preserve">; описание доступно независимо от изготовителя АРМ. При отсутствии отдельной декларации совместимости интерфейса УУ–ОУ передавать эти параметры </w:t>
      </w:r>
      <w:r>
        <w:rPr>
          <w:b w:val="false"/>
          <w:sz w:val="28"/>
          <w:lang w:val="zxx"/>
        </w:rPr>
        <w:t>НЕ ТРЕБУЕТСЯ</w:t>
      </w:r>
      <w:r>
        <w:rPr>
          <w:b w:val="false"/>
          <w:sz w:val="28"/>
        </w:rPr>
        <w:t>; это не ограничивает соответствие сетевому протоколу АРМ–УУ.</w:t>
      </w:r>
    </w:p>
    <w:p>
      <w:pPr>
        <w:pStyle w:val="2"/>
        <w:rPr/>
      </w:pPr>
      <w:r>
        <w:rPr/>
        <w:t>Реестр описаний сигналов</w:t>
      </w:r>
    </w:p>
    <w:p>
      <w:pPr>
        <w:pStyle w:val="Normal"/>
        <w:jc w:val="start"/>
        <w:rPr/>
      </w:pPr>
      <w:r>
        <w:rPr>
          <w:b w:val="false"/>
          <w:sz w:val="28"/>
          <w:lang w:val="zxx"/>
        </w:rPr>
        <w:t>10.16</w:t>
      </w:r>
      <w:r>
        <w:rPr>
          <w:b w:val="false"/>
          <w:sz w:val="28"/>
        </w:rPr>
        <w:t xml:space="preserve"> </w:t>
      </w:r>
      <w:r>
        <w:rPr>
          <w:b w:val="false"/>
          <w:sz w:val="28"/>
          <w:lang w:val="zxx"/>
        </w:rPr>
        <w:t>signalProfileId/</w:t>
      </w:r>
      <w:r>
        <w:rPr>
          <w:b w:val="false"/>
          <w:sz w:val="28"/>
        </w:rPr>
        <w:t>​</w:t>
      </w:r>
      <w:r>
        <w:rPr>
          <w:b w:val="false"/>
          <w:sz w:val="28"/>
          <w:lang w:val="zxx"/>
        </w:rPr>
        <w:t>signalProfileRevision</w:t>
      </w:r>
      <w:r>
        <w:rPr>
          <w:b w:val="false"/>
          <w:sz w:val="28"/>
        </w:rPr>
        <w:t xml:space="preserve"> этапа программы ссылаются на </w:t>
      </w:r>
      <w:r>
        <w:rPr>
          <w:b w:val="false"/>
          <w:sz w:val="28"/>
          <w:lang w:val="zxx"/>
        </w:rPr>
        <w:t>id/</w:t>
      </w:r>
      <w:r>
        <w:rPr>
          <w:b w:val="false"/>
          <w:sz w:val="28"/>
        </w:rPr>
        <w:t>​</w:t>
      </w:r>
      <w:r>
        <w:rPr>
          <w:b w:val="false"/>
          <w:sz w:val="28"/>
          <w:lang w:val="zxx"/>
        </w:rPr>
        <w:t>revision</w:t>
      </w:r>
      <w:r>
        <w:rPr>
          <w:b w:val="false"/>
          <w:sz w:val="28"/>
        </w:rPr>
        <w:t xml:space="preserve"> существующего аппаратного профиля в </w:t>
      </w:r>
      <w:r>
        <w:rPr>
          <w:b w:val="false"/>
          <w:sz w:val="28"/>
          <w:lang w:val="zxx"/>
        </w:rPr>
        <w:t>profiles</w:t>
      </w:r>
      <w:r>
        <w:rPr>
          <w:b w:val="false"/>
          <w:sz w:val="28"/>
        </w:rPr>
        <w:t xml:space="preserve"> того же пакета конфигурации. </w:t>
      </w:r>
      <w:r>
        <w:rPr>
          <w:b w:val="false"/>
          <w:sz w:val="28"/>
          <w:lang w:val="zxx"/>
        </w:rPr>
        <w:t>kind=vau|</w:t>
      </w:r>
      <w:r>
        <w:rPr>
          <w:b w:val="false"/>
          <w:sz w:val="28"/>
        </w:rPr>
        <w:t>​</w:t>
      </w:r>
      <w:r>
        <w:rPr>
          <w:b w:val="false"/>
          <w:sz w:val="28"/>
          <w:lang w:val="zxx"/>
        </w:rPr>
        <w:t>siren</w:t>
      </w:r>
      <w:r>
        <w:rPr>
          <w:b w:val="false"/>
          <w:sz w:val="28"/>
        </w:rPr>
        <w:t xml:space="preserve"> соответствует виду оконечного устройства; этап сирены </w:t>
      </w:r>
      <w:r>
        <w:rPr>
          <w:b w:val="false"/>
          <w:sz w:val="28"/>
          <w:lang w:val="zxx"/>
        </w:rPr>
        <w:t>ДОПУСКАЕТСЯ</w:t>
      </w:r>
      <w:r>
        <w:rPr>
          <w:b w:val="false"/>
          <w:sz w:val="28"/>
        </w:rPr>
        <w:t xml:space="preserve"> для обоих видов при объявленной поддержке выбранного </w:t>
      </w:r>
      <w:r>
        <w:rPr>
          <w:b w:val="false"/>
          <w:sz w:val="28"/>
          <w:lang w:val="zxx"/>
        </w:rPr>
        <w:t>pattern</w:t>
      </w:r>
      <w:r>
        <w:rPr>
          <w:b w:val="false"/>
          <w:sz w:val="28"/>
        </w:rPr>
        <w:t xml:space="preserve"> и длительности. Его </w:t>
      </w:r>
      <w:r>
        <w:rPr>
          <w:b w:val="false"/>
          <w:sz w:val="28"/>
          <w:lang w:val="zxx"/>
        </w:rPr>
        <w:t>targetIds</w:t>
      </w:r>
      <w:r>
        <w:rPr>
          <w:b w:val="false"/>
          <w:sz w:val="28"/>
        </w:rPr>
        <w:t xml:space="preserve"> </w:t>
      </w:r>
      <w:r>
        <w:rPr>
          <w:b w:val="false"/>
          <w:sz w:val="28"/>
          <w:lang w:val="zxx"/>
        </w:rPr>
        <w:t>ДОЛЖНЫ</w:t>
      </w:r>
      <w:r>
        <w:rPr>
          <w:b w:val="false"/>
          <w:sz w:val="28"/>
        </w:rPr>
        <w:t xml:space="preserve"> покрывать все цели данного этапа. Для такого этапа в профиле любого вида обязательны </w:t>
      </w:r>
      <w:r>
        <w:rPr>
          <w:b w:val="false"/>
          <w:sz w:val="28"/>
          <w:lang w:val="zxx"/>
        </w:rPr>
        <w:t>signalSpecId/</w:t>
      </w:r>
      <w:r>
        <w:rPr>
          <w:b w:val="false"/>
          <w:sz w:val="28"/>
        </w:rPr>
        <w:t>​</w:t>
      </w:r>
      <w:r>
        <w:rPr>
          <w:b w:val="false"/>
          <w:sz w:val="28"/>
          <w:lang w:val="zxx"/>
        </w:rPr>
        <w:t>signalSpecRevision</w:t>
      </w:r>
      <w:r>
        <w:rPr>
          <w:b w:val="false"/>
          <w:sz w:val="28"/>
        </w:rPr>
        <w:t xml:space="preserve"> и параметры выбранного вида сигнала. Они ссылаются на </w:t>
      </w:r>
      <w:r>
        <w:rPr>
          <w:b w:val="false"/>
          <w:sz w:val="28"/>
          <w:lang w:val="zxx"/>
        </w:rPr>
        <w:t>id/</w:t>
      </w:r>
      <w:r>
        <w:rPr>
          <w:b w:val="false"/>
          <w:sz w:val="28"/>
        </w:rPr>
        <w:t>​</w:t>
      </w:r>
      <w:r>
        <w:rPr>
          <w:b w:val="false"/>
          <w:sz w:val="28"/>
          <w:lang w:val="zxx"/>
        </w:rPr>
        <w:t>revision</w:t>
      </w:r>
      <w:r>
        <w:rPr>
          <w:b w:val="false"/>
          <w:sz w:val="28"/>
        </w:rPr>
        <w:t xml:space="preserve"> записи </w:t>
      </w:r>
      <w:r>
        <w:rPr>
          <w:b w:val="false"/>
          <w:sz w:val="28"/>
          <w:lang w:val="zxx"/>
        </w:rPr>
        <w:t>signalSpecs</w:t>
      </w:r>
      <w:r>
        <w:rPr>
          <w:b w:val="false"/>
          <w:sz w:val="28"/>
        </w:rPr>
        <w:t xml:space="preserve"> пакета </w:t>
      </w:r>
      <w:r>
        <w:rPr>
          <w:b w:val="false"/>
          <w:sz w:val="28"/>
          <w:lang w:val="zxx"/>
        </w:rPr>
        <w:t>open-</w:t>
      </w:r>
      <w:r>
        <w:rPr>
          <w:b w:val="false"/>
          <w:sz w:val="28"/>
        </w:rPr>
        <w:t>⁠</w:t>
      </w:r>
      <w:r>
        <w:rPr>
          <w:b w:val="false"/>
          <w:sz w:val="28"/>
          <w:lang w:val="zxx"/>
        </w:rPr>
        <w:t>alert-</w:t>
      </w:r>
      <w:r>
        <w:rPr>
          <w:b w:val="false"/>
          <w:sz w:val="28"/>
        </w:rPr>
        <w:t>⁠</w:t>
      </w:r>
      <w:r>
        <w:rPr>
          <w:b w:val="false"/>
          <w:sz w:val="28"/>
          <w:lang w:val="zxx"/>
        </w:rPr>
        <w:t>config/</w:t>
      </w:r>
      <w:r>
        <w:rPr>
          <w:b w:val="false"/>
          <w:sz w:val="28"/>
        </w:rPr>
        <w:t>⁠</w:t>
      </w:r>
      <w:r>
        <w:rPr>
          <w:b w:val="false"/>
          <w:sz w:val="28"/>
          <w:lang w:val="zxx"/>
        </w:rPr>
        <w:t>5</w:t>
      </w:r>
      <w:r>
        <w:rPr>
          <w:b w:val="false"/>
          <w:sz w:val="28"/>
        </w:rPr>
        <w:t xml:space="preserve"> и согласованы с ней. Отсутствие ссылки, другая ревизия или несогласованность параметров отклоняют весь пакет с </w:t>
      </w:r>
      <w:r>
        <w:rPr>
          <w:b w:val="false"/>
          <w:sz w:val="28"/>
          <w:lang w:val="zxx"/>
        </w:rPr>
        <w:t>invalidArgument.</w:t>
      </w:r>
    </w:p>
    <w:p>
      <w:pPr>
        <w:pStyle w:val="Normal"/>
        <w:jc w:val="both"/>
        <w:rPr/>
      </w:pPr>
      <w:r>
        <w:rPr>
          <w:b w:val="false"/>
          <w:sz w:val="28"/>
          <w:lang w:val="zxx"/>
        </w:rPr>
        <w:t>10.17</w:t>
      </w:r>
      <w:r>
        <w:rPr>
          <w:b w:val="false"/>
          <w:sz w:val="28"/>
        </w:rPr>
        <w:t xml:space="preserve"> Вид </w:t>
      </w:r>
      <w:r>
        <w:rPr>
          <w:b w:val="false"/>
          <w:sz w:val="28"/>
          <w:lang w:val="zxx"/>
        </w:rPr>
        <w:t>builtIn</w:t>
      </w:r>
      <w:r>
        <w:rPr>
          <w:b w:val="false"/>
          <w:sz w:val="28"/>
        </w:rPr>
        <w:t xml:space="preserve"> обозначает штатный сигнал оконечного устройства: команда запуска выбирает его целиком, без задания акустической частоты или формы через протокол. Запись </w:t>
      </w:r>
      <w:r>
        <w:rPr>
          <w:b w:val="false"/>
          <w:sz w:val="28"/>
          <w:lang w:val="zxx"/>
        </w:rPr>
        <w:t>signalSpec</w:t>
      </w:r>
      <w:r>
        <w:rPr>
          <w:b w:val="false"/>
          <w:sz w:val="28"/>
        </w:rPr>
        <w:t xml:space="preserve"> для </w:t>
      </w:r>
      <w:r>
        <w:rPr>
          <w:b w:val="false"/>
          <w:sz w:val="28"/>
          <w:lang w:val="zxx"/>
        </w:rPr>
        <w:t>builtIn</w:t>
      </w:r>
      <w:r>
        <w:rPr>
          <w:b w:val="false"/>
          <w:sz w:val="28"/>
        </w:rPr>
        <w:t xml:space="preserve"> содержит только </w:t>
      </w:r>
      <w:r>
        <w:rPr>
          <w:b w:val="false"/>
          <w:sz w:val="28"/>
          <w:lang w:val="zxx"/>
        </w:rPr>
        <w:t>id</w:t>
      </w:r>
      <w:r>
        <w:rPr>
          <w:b w:val="false"/>
          <w:sz w:val="28"/>
        </w:rPr>
        <w:t xml:space="preserve">, </w:t>
      </w:r>
      <w:r>
        <w:rPr>
          <w:b w:val="false"/>
          <w:sz w:val="28"/>
          <w:lang w:val="zxx"/>
        </w:rPr>
        <w:t>revision</w:t>
      </w:r>
      <w:r>
        <w:rPr>
          <w:b w:val="false"/>
          <w:sz w:val="28"/>
        </w:rPr>
        <w:t xml:space="preserve"> и </w:t>
      </w:r>
      <w:r>
        <w:rPr>
          <w:b w:val="false"/>
          <w:sz w:val="28"/>
          <w:lang w:val="zxx"/>
        </w:rPr>
        <w:t>kind.</w:t>
      </w:r>
      <w:r>
        <w:rPr>
          <w:b w:val="false"/>
          <w:sz w:val="28"/>
        </w:rPr>
        <w:t xml:space="preserve"> Изделие назначает </w:t>
      </w:r>
      <w:r>
        <w:rPr>
          <w:b w:val="false"/>
          <w:sz w:val="28"/>
          <w:lang w:val="zxx"/>
        </w:rPr>
        <w:t>id</w:t>
      </w:r>
      <w:r>
        <w:rPr>
          <w:b w:val="false"/>
          <w:sz w:val="28"/>
        </w:rPr>
        <w:t xml:space="preserve"> и </w:t>
      </w:r>
      <w:r>
        <w:rPr>
          <w:b w:val="false"/>
          <w:sz w:val="28"/>
          <w:lang w:val="zxx"/>
        </w:rPr>
        <w:t>revision</w:t>
      </w:r>
      <w:r>
        <w:rPr>
          <w:b w:val="false"/>
          <w:sz w:val="28"/>
        </w:rPr>
        <w:t xml:space="preserve"> автоматически; ручной ввод этих значений и акустических параметров оператором </w:t>
      </w:r>
      <w:r>
        <w:rPr>
          <w:b w:val="false"/>
          <w:sz w:val="28"/>
          <w:lang w:val="zxx"/>
        </w:rPr>
        <w:t>НЕ ТРЕБУЕТСЯ</w:t>
      </w:r>
      <w:r>
        <w:rPr>
          <w:b w:val="false"/>
          <w:sz w:val="28"/>
        </w:rPr>
        <w:t xml:space="preserve">. При изменении штатного сигнала изменяется его идентификатор либо редакция, а привязанный аппаратный профиль получает новую идентичность или редакцию. </w:t>
      </w:r>
      <w:r>
        <w:rPr>
          <w:b w:val="false"/>
          <w:sz w:val="28"/>
          <w:lang w:val="zxx"/>
        </w:rPr>
        <w:t>builtIn</w:t>
      </w:r>
      <w:r>
        <w:rPr>
          <w:b w:val="false"/>
          <w:sz w:val="28"/>
        </w:rPr>
        <w:t xml:space="preserve"> </w:t>
      </w:r>
      <w:r>
        <w:rPr>
          <w:b w:val="false"/>
          <w:sz w:val="28"/>
          <w:lang w:val="zxx"/>
        </w:rPr>
        <w:t>НЕ ДОЛЖЕН</w:t>
      </w:r>
      <w:r>
        <w:rPr>
          <w:b w:val="false"/>
          <w:sz w:val="28"/>
        </w:rPr>
        <w:t xml:space="preserve"> интерпретироваться как </w:t>
      </w:r>
      <w:r>
        <w:rPr>
          <w:b w:val="false"/>
          <w:sz w:val="28"/>
          <w:lang w:val="zxx"/>
        </w:rPr>
        <w:t>tone</w:t>
      </w:r>
      <w:r>
        <w:rPr>
          <w:b w:val="false"/>
          <w:sz w:val="28"/>
        </w:rPr>
        <w:t xml:space="preserve"> с условной частотой или использоваться для обхода проверки явно заданного частотного сигнала. Допустимые </w:t>
      </w:r>
      <w:r>
        <w:rPr>
          <w:b w:val="false"/>
          <w:sz w:val="28"/>
          <w:lang w:val="zxx"/>
        </w:rPr>
        <w:t>pattern</w:t>
      </w:r>
      <w:r>
        <w:rPr>
          <w:b w:val="false"/>
          <w:sz w:val="28"/>
        </w:rPr>
        <w:t>, длительность и критерии исполнения объявляются обычным порядком.</w:t>
      </w:r>
    </w:p>
    <w:p>
      <w:pPr>
        <w:pStyle w:val="Normal"/>
        <w:keepNext w:val="true"/>
        <w:jc w:val="start"/>
        <w:rPr/>
      </w:pPr>
      <w:r>
        <w:rPr>
          <w:b/>
          <w:sz w:val="28"/>
          <w:lang w:val="zxx"/>
        </w:rPr>
        <w:t>10.18</w:t>
      </w:r>
      <w:r>
        <w:rPr>
          <w:b/>
          <w:sz w:val="28"/>
        </w:rPr>
        <w:t xml:space="preserve"> </w:t>
      </w:r>
      <w:r>
        <w:rPr>
          <w:b/>
          <w:sz w:val="28"/>
          <w:lang w:val="zxx"/>
        </w:rPr>
        <w:t>id</w:t>
      </w:r>
      <w:r>
        <w:rPr>
          <w:b/>
          <w:sz w:val="28"/>
        </w:rPr>
        <w:t xml:space="preserve"> / </w:t>
      </w:r>
      <w:r>
        <w:rPr>
          <w:b/>
          <w:sz w:val="28"/>
          <w:lang w:val="zxx"/>
        </w:rPr>
        <w:t>revision</w:t>
      </w:r>
    </w:p>
    <w:p>
      <w:pPr>
        <w:pStyle w:val="Normal"/>
        <w:jc w:val="both"/>
        <w:rPr/>
      </w:pPr>
      <w:r>
        <w:rPr>
          <w:b w:val="false"/>
          <w:sz w:val="28"/>
          <w:lang w:val="zxx"/>
        </w:rPr>
        <w:t>id:</w:t>
      </w:r>
      <w:r>
        <w:rPr>
          <w:b w:val="false"/>
          <w:sz w:val="28"/>
        </w:rPr>
        <w:t xml:space="preserve"> </w:t>
      </w:r>
      <w:r>
        <w:rPr>
          <w:b w:val="false"/>
          <w:sz w:val="28"/>
          <w:lang w:val="zxx"/>
        </w:rPr>
        <w:t>token</w:t>
      </w:r>
      <w:r>
        <w:rPr>
          <w:b w:val="false"/>
          <w:sz w:val="28"/>
        </w:rPr>
        <w:t xml:space="preserve">; </w:t>
      </w:r>
      <w:r>
        <w:rPr>
          <w:b w:val="false"/>
          <w:sz w:val="28"/>
          <w:lang w:val="zxx"/>
        </w:rPr>
        <w:t>revision:</w:t>
      </w:r>
      <w:r>
        <w:rPr>
          <w:b w:val="false"/>
          <w:sz w:val="28"/>
        </w:rPr>
        <w:t xml:space="preserve"> положительный </w:t>
      </w:r>
      <w:r>
        <w:rPr>
          <w:b w:val="false"/>
          <w:sz w:val="28"/>
          <w:lang w:val="zxx"/>
        </w:rPr>
        <w:t>uint64.</w:t>
      </w:r>
      <w:r>
        <w:rPr>
          <w:b w:val="false"/>
          <w:sz w:val="28"/>
        </w:rPr>
        <w:t xml:space="preserve"> Пара обозначает неизменное описание. Коллекция </w:t>
      </w:r>
      <w:r>
        <w:rPr>
          <w:b w:val="false"/>
          <w:sz w:val="28"/>
          <w:lang w:val="zxx"/>
        </w:rPr>
        <w:t>signalSpecs</w:t>
      </w:r>
      <w:r>
        <w:rPr>
          <w:b w:val="false"/>
          <w:sz w:val="28"/>
        </w:rPr>
        <w:t xml:space="preserve"> сортируется по </w:t>
      </w:r>
      <w:r>
        <w:rPr>
          <w:b w:val="false"/>
          <w:sz w:val="28"/>
          <w:lang w:val="zxx"/>
        </w:rPr>
        <w:t>id</w:t>
      </w:r>
      <w:r>
        <w:rPr>
          <w:b w:val="false"/>
          <w:sz w:val="28"/>
        </w:rPr>
        <w:t xml:space="preserve"> и не содержит повторов; пустая допустима, если нет профилей сирены.</w:t>
      </w:r>
    </w:p>
    <w:p>
      <w:pPr>
        <w:pStyle w:val="Normal"/>
        <w:keepNext w:val="true"/>
        <w:jc w:val="start"/>
        <w:rPr/>
      </w:pPr>
      <w:r>
        <w:rPr>
          <w:b/>
          <w:sz w:val="28"/>
          <w:lang w:val="zxx"/>
        </w:rPr>
        <w:t>10.19</w:t>
      </w:r>
      <w:r>
        <w:rPr>
          <w:b/>
          <w:sz w:val="28"/>
        </w:rPr>
        <w:t xml:space="preserve"> </w:t>
      </w:r>
      <w:r>
        <w:rPr>
          <w:b/>
          <w:sz w:val="28"/>
          <w:lang w:val="zxx"/>
        </w:rPr>
        <w:t>kind</w:t>
      </w:r>
      <w:r>
        <w:rPr>
          <w:b/>
          <w:sz w:val="28"/>
        </w:rPr>
        <w:t xml:space="preserve"> / </w:t>
      </w:r>
      <w:r>
        <w:rPr>
          <w:b/>
          <w:sz w:val="28"/>
          <w:lang w:val="zxx"/>
        </w:rPr>
        <w:t>waveform</w:t>
      </w:r>
    </w:p>
    <w:p>
      <w:pPr>
        <w:pStyle w:val="Normal"/>
        <w:jc w:val="start"/>
        <w:rPr/>
      </w:pPr>
      <w:r>
        <w:rPr>
          <w:b w:val="false"/>
          <w:sz w:val="28"/>
          <w:lang w:val="zxx"/>
        </w:rPr>
        <w:t>kind=builtIn|</w:t>
      </w:r>
      <w:r>
        <w:rPr>
          <w:b w:val="false"/>
          <w:sz w:val="28"/>
        </w:rPr>
        <w:t>​</w:t>
      </w:r>
      <w:r>
        <w:rPr>
          <w:b w:val="false"/>
          <w:sz w:val="28"/>
          <w:lang w:val="zxx"/>
        </w:rPr>
        <w:t>tone|</w:t>
      </w:r>
      <w:r>
        <w:rPr>
          <w:b w:val="false"/>
          <w:sz w:val="28"/>
        </w:rPr>
        <w:t>​</w:t>
      </w:r>
      <w:r>
        <w:rPr>
          <w:b w:val="false"/>
          <w:sz w:val="28"/>
          <w:lang w:val="zxx"/>
        </w:rPr>
        <w:t>linearSweep|</w:t>
      </w:r>
      <w:r>
        <w:rPr>
          <w:b w:val="false"/>
          <w:sz w:val="28"/>
        </w:rPr>
        <w:t>​</w:t>
      </w:r>
      <w:r>
        <w:rPr>
          <w:b w:val="false"/>
          <w:sz w:val="28"/>
          <w:lang w:val="zxx"/>
        </w:rPr>
        <w:t>mechanical.</w:t>
      </w:r>
      <w:r>
        <w:rPr>
          <w:b w:val="false"/>
          <w:sz w:val="28"/>
        </w:rPr>
        <w:t xml:space="preserve"> Для </w:t>
      </w:r>
      <w:r>
        <w:rPr>
          <w:b w:val="false"/>
          <w:sz w:val="28"/>
          <w:lang w:val="zxx"/>
        </w:rPr>
        <w:t>builtIn</w:t>
      </w:r>
      <w:r>
        <w:rPr>
          <w:b w:val="false"/>
          <w:sz w:val="28"/>
        </w:rPr>
        <w:t xml:space="preserve"> </w:t>
      </w:r>
      <w:r>
        <w:rPr>
          <w:b w:val="false"/>
          <w:sz w:val="28"/>
          <w:lang w:val="zxx"/>
        </w:rPr>
        <w:t>waveform</w:t>
      </w:r>
      <w:r>
        <w:rPr>
          <w:b w:val="false"/>
          <w:sz w:val="28"/>
        </w:rPr>
        <w:t xml:space="preserve"> и числовые параметры сигнала отсутствуют. Для остальных видов </w:t>
      </w:r>
      <w:r>
        <w:rPr>
          <w:b w:val="false"/>
          <w:sz w:val="28"/>
          <w:lang w:val="zxx"/>
        </w:rPr>
        <w:t>waveform=sine|</w:t>
      </w:r>
      <w:r>
        <w:rPr>
          <w:b w:val="false"/>
          <w:sz w:val="28"/>
        </w:rPr>
        <w:t>​</w:t>
      </w:r>
      <w:r>
        <w:rPr>
          <w:b w:val="false"/>
          <w:sz w:val="28"/>
          <w:lang w:val="zxx"/>
        </w:rPr>
        <w:t>square|</w:t>
      </w:r>
      <w:r>
        <w:rPr>
          <w:b w:val="false"/>
          <w:sz w:val="28"/>
        </w:rPr>
        <w:t>​</w:t>
      </w:r>
      <w:r>
        <w:rPr>
          <w:b w:val="false"/>
          <w:sz w:val="28"/>
          <w:lang w:val="zxx"/>
        </w:rPr>
        <w:t>mechanical</w:t>
      </w:r>
      <w:r>
        <w:rPr>
          <w:b w:val="false"/>
          <w:sz w:val="28"/>
        </w:rPr>
        <w:t xml:space="preserve">; </w:t>
      </w:r>
      <w:r>
        <w:rPr>
          <w:b w:val="false"/>
          <w:sz w:val="28"/>
          <w:lang w:val="zxx"/>
        </w:rPr>
        <w:t>mechanical</w:t>
      </w:r>
      <w:r>
        <w:rPr>
          <w:b w:val="false"/>
          <w:sz w:val="28"/>
        </w:rPr>
        <w:t xml:space="preserve"> требует </w:t>
      </w:r>
      <w:r>
        <w:rPr>
          <w:b w:val="false"/>
          <w:sz w:val="28"/>
          <w:lang w:val="zxx"/>
        </w:rPr>
        <w:t>waveform=mechanical</w:t>
      </w:r>
      <w:r>
        <w:rPr>
          <w:b w:val="false"/>
          <w:sz w:val="28"/>
        </w:rPr>
        <w:t xml:space="preserve">, синтезируемые сигналы требуют </w:t>
      </w:r>
      <w:r>
        <w:rPr>
          <w:b w:val="false"/>
          <w:sz w:val="28"/>
          <w:lang w:val="zxx"/>
        </w:rPr>
        <w:t>sine</w:t>
      </w:r>
      <w:r>
        <w:rPr>
          <w:b w:val="false"/>
          <w:sz w:val="28"/>
        </w:rPr>
        <w:t xml:space="preserve"> либо </w:t>
      </w:r>
      <w:r>
        <w:rPr>
          <w:b w:val="false"/>
          <w:sz w:val="28"/>
          <w:lang w:val="zxx"/>
        </w:rPr>
        <w:t>square.</w:t>
      </w:r>
      <w:r>
        <w:rPr>
          <w:b w:val="false"/>
          <w:sz w:val="28"/>
        </w:rPr>
        <w:t xml:space="preserve"> Изделие объявляет только реализованные сочетания.</w:t>
      </w:r>
    </w:p>
    <w:p>
      <w:pPr>
        <w:pStyle w:val="Normal"/>
        <w:keepNext w:val="true"/>
        <w:jc w:val="start"/>
        <w:rPr/>
      </w:pPr>
      <w:r>
        <w:rPr>
          <w:b/>
          <w:sz w:val="28"/>
          <w:lang w:val="zxx"/>
        </w:rPr>
        <w:t>10.20</w:t>
      </w:r>
      <w:r>
        <w:rPr>
          <w:b/>
          <w:sz w:val="28"/>
        </w:rPr>
        <w:t xml:space="preserve"> </w:t>
      </w:r>
      <w:r>
        <w:rPr>
          <w:b/>
          <w:sz w:val="28"/>
          <w:lang w:val="zxx"/>
        </w:rPr>
        <w:t>minHz</w:t>
      </w:r>
      <w:r>
        <w:rPr>
          <w:b/>
          <w:sz w:val="28"/>
        </w:rPr>
        <w:t xml:space="preserve"> / </w:t>
      </w:r>
      <w:r>
        <w:rPr>
          <w:b/>
          <w:sz w:val="28"/>
          <w:lang w:val="zxx"/>
        </w:rPr>
        <w:t>maxHz</w:t>
      </w:r>
      <w:r>
        <w:rPr>
          <w:b/>
          <w:sz w:val="28"/>
        </w:rPr>
        <w:t xml:space="preserve"> / </w:t>
      </w:r>
      <w:r>
        <w:rPr>
          <w:b/>
          <w:sz w:val="28"/>
          <w:lang w:val="zxx"/>
        </w:rPr>
        <w:t>toleranceHz</w:t>
      </w:r>
    </w:p>
    <w:p>
      <w:pPr>
        <w:pStyle w:val="Normal"/>
        <w:jc w:val="start"/>
        <w:rPr/>
      </w:pPr>
      <w:r>
        <w:rPr>
          <w:b w:val="false"/>
          <w:sz w:val="28"/>
        </w:rPr>
        <w:t xml:space="preserve">Канонические целые: </w:t>
      </w:r>
      <w:r>
        <w:rPr>
          <w:b w:val="false"/>
          <w:sz w:val="28"/>
          <w:lang w:val="zxx"/>
        </w:rPr>
        <w:t>1</w:t>
      </w:r>
      <w:r>
        <w:rPr>
          <w:b w:val="false"/>
          <w:sz w:val="28"/>
        </w:rPr>
        <w:t xml:space="preserve"> &lt;= </w:t>
      </w:r>
      <w:r>
        <w:rPr>
          <w:b w:val="false"/>
          <w:sz w:val="28"/>
          <w:lang w:val="zxx"/>
        </w:rPr>
        <w:t>minHz</w:t>
      </w:r>
      <w:r>
        <w:rPr>
          <w:b w:val="false"/>
          <w:sz w:val="28"/>
        </w:rPr>
        <w:t xml:space="preserve"> &lt;= </w:t>
      </w:r>
      <w:r>
        <w:rPr>
          <w:b w:val="false"/>
          <w:sz w:val="28"/>
          <w:lang w:val="zxx"/>
        </w:rPr>
        <w:t>maxHz</w:t>
      </w:r>
      <w:r>
        <w:rPr>
          <w:b w:val="false"/>
          <w:sz w:val="28"/>
        </w:rPr>
        <w:t xml:space="preserve"> &lt;= </w:t>
      </w:r>
      <w:r>
        <w:rPr>
          <w:b w:val="false"/>
          <w:sz w:val="28"/>
          <w:lang w:val="zxx"/>
        </w:rPr>
        <w:t>20000</w:t>
      </w:r>
      <w:r>
        <w:rPr>
          <w:b w:val="false"/>
          <w:sz w:val="28"/>
        </w:rPr>
        <w:t xml:space="preserve">; </w:t>
      </w:r>
      <w:r>
        <w:rPr>
          <w:b w:val="false"/>
          <w:sz w:val="28"/>
          <w:lang w:val="zxx"/>
        </w:rPr>
        <w:t>0</w:t>
      </w:r>
      <w:r>
        <w:rPr>
          <w:b w:val="false"/>
          <w:sz w:val="28"/>
        </w:rPr>
        <w:t xml:space="preserve"> &lt;= </w:t>
      </w:r>
      <w:r>
        <w:rPr>
          <w:b w:val="false"/>
          <w:sz w:val="28"/>
          <w:lang w:val="zxx"/>
        </w:rPr>
        <w:t>toleranceHz</w:t>
      </w:r>
      <w:r>
        <w:rPr>
          <w:b w:val="false"/>
          <w:sz w:val="28"/>
        </w:rPr>
        <w:t xml:space="preserve"> &lt; </w:t>
      </w:r>
      <w:r>
        <w:rPr>
          <w:b w:val="false"/>
          <w:sz w:val="28"/>
          <w:lang w:val="zxx"/>
        </w:rPr>
        <w:t>minHz.</w:t>
      </w:r>
      <w:r>
        <w:rPr>
          <w:b w:val="false"/>
          <w:sz w:val="28"/>
        </w:rPr>
        <w:t xml:space="preserve"> Для </w:t>
      </w:r>
      <w:r>
        <w:rPr>
          <w:b w:val="false"/>
          <w:sz w:val="28"/>
          <w:lang w:val="zxx"/>
        </w:rPr>
        <w:t>tone</w:t>
      </w:r>
      <w:r>
        <w:rPr>
          <w:b w:val="false"/>
          <w:sz w:val="28"/>
        </w:rPr>
        <w:t xml:space="preserve"> </w:t>
      </w:r>
      <w:r>
        <w:rPr>
          <w:b w:val="false"/>
          <w:sz w:val="28"/>
          <w:lang w:val="zxx"/>
        </w:rPr>
        <w:t>minHz=maxHz.</w:t>
      </w:r>
      <w:r>
        <w:rPr>
          <w:b w:val="false"/>
          <w:sz w:val="28"/>
        </w:rPr>
        <w:t xml:space="preserve"> Для </w:t>
      </w:r>
      <w:r>
        <w:rPr>
          <w:b w:val="false"/>
          <w:sz w:val="28"/>
          <w:lang w:val="zxx"/>
        </w:rPr>
        <w:t>mechanical</w:t>
      </w:r>
      <w:r>
        <w:rPr>
          <w:b w:val="false"/>
          <w:sz w:val="28"/>
        </w:rPr>
        <w:t xml:space="preserve"> границы обозначают допустимую основную частоту в установившемся режиме; форма и гармоники не нормируются этим видом.</w:t>
      </w:r>
    </w:p>
    <w:p>
      <w:pPr>
        <w:pStyle w:val="Normal"/>
        <w:keepNext w:val="true"/>
        <w:jc w:val="start"/>
        <w:rPr/>
      </w:pPr>
      <w:r>
        <w:rPr>
          <w:b/>
          <w:sz w:val="28"/>
          <w:lang w:val="zxx"/>
        </w:rPr>
        <w:t>10.21</w:t>
      </w:r>
      <w:r>
        <w:rPr>
          <w:b/>
          <w:sz w:val="28"/>
        </w:rPr>
        <w:t xml:space="preserve"> </w:t>
      </w:r>
      <w:r>
        <w:rPr>
          <w:b/>
          <w:sz w:val="28"/>
          <w:lang w:val="zxx"/>
        </w:rPr>
        <w:t>periodMs</w:t>
      </w:r>
    </w:p>
    <w:p>
      <w:pPr>
        <w:pStyle w:val="Normal"/>
        <w:jc w:val="start"/>
        <w:rPr/>
      </w:pPr>
      <w:r>
        <w:rPr>
          <w:b w:val="false"/>
          <w:sz w:val="28"/>
        </w:rPr>
        <w:t xml:space="preserve">Для </w:t>
      </w:r>
      <w:r>
        <w:rPr>
          <w:b w:val="false"/>
          <w:sz w:val="28"/>
          <w:lang w:val="zxx"/>
        </w:rPr>
        <w:t>linearSweep:</w:t>
      </w:r>
      <w:r>
        <w:rPr>
          <w:b w:val="false"/>
          <w:sz w:val="28"/>
        </w:rPr>
        <w:t xml:space="preserve"> </w:t>
      </w:r>
      <w:r>
        <w:rPr>
          <w:b w:val="false"/>
          <w:sz w:val="28"/>
          <w:lang w:val="zxx"/>
        </w:rPr>
        <w:t>100..60000</w:t>
      </w:r>
      <w:r>
        <w:rPr>
          <w:b w:val="false"/>
          <w:sz w:val="28"/>
        </w:rPr>
        <w:t xml:space="preserve"> мс, </w:t>
      </w:r>
      <w:r>
        <w:rPr>
          <w:b w:val="false"/>
          <w:sz w:val="28"/>
          <w:lang w:val="zxx"/>
        </w:rPr>
        <w:t>minHz</w:t>
      </w:r>
      <w:r>
        <w:rPr>
          <w:b w:val="false"/>
          <w:sz w:val="28"/>
        </w:rPr>
        <w:t xml:space="preserve"> &lt; </w:t>
      </w:r>
      <w:r>
        <w:rPr>
          <w:b w:val="false"/>
          <w:sz w:val="28"/>
          <w:lang w:val="zxx"/>
        </w:rPr>
        <w:t>maxHz.</w:t>
      </w:r>
      <w:r>
        <w:rPr>
          <w:b w:val="false"/>
          <w:sz w:val="28"/>
        </w:rPr>
        <w:t xml:space="preserve"> Первая половина периода линейно повышает частоту от </w:t>
      </w:r>
      <w:r>
        <w:rPr>
          <w:b w:val="false"/>
          <w:sz w:val="28"/>
          <w:lang w:val="zxx"/>
        </w:rPr>
        <w:t>minHz</w:t>
      </w:r>
      <w:r>
        <w:rPr>
          <w:b w:val="false"/>
          <w:sz w:val="28"/>
        </w:rPr>
        <w:t xml:space="preserve"> до </w:t>
      </w:r>
      <w:r>
        <w:rPr>
          <w:b w:val="false"/>
          <w:sz w:val="28"/>
          <w:lang w:val="zxx"/>
        </w:rPr>
        <w:t>maxHz</w:t>
      </w:r>
      <w:r>
        <w:rPr>
          <w:b w:val="false"/>
          <w:sz w:val="28"/>
        </w:rPr>
        <w:t xml:space="preserve">, вторая понижает обратно; первая фаза начинается с </w:t>
      </w:r>
      <w:r>
        <w:rPr>
          <w:b w:val="false"/>
          <w:sz w:val="28"/>
          <w:lang w:val="zxx"/>
        </w:rPr>
        <w:t>minHz.</w:t>
      </w:r>
      <w:r>
        <w:rPr>
          <w:b w:val="false"/>
          <w:sz w:val="28"/>
        </w:rPr>
        <w:t xml:space="preserve"> Для </w:t>
      </w:r>
      <w:r>
        <w:rPr>
          <w:b w:val="false"/>
          <w:sz w:val="28"/>
          <w:lang w:val="zxx"/>
        </w:rPr>
        <w:t>tone/</w:t>
      </w:r>
      <w:r>
        <w:rPr>
          <w:b w:val="false"/>
          <w:sz w:val="28"/>
        </w:rPr>
        <w:t>​</w:t>
      </w:r>
      <w:r>
        <w:rPr>
          <w:b w:val="false"/>
          <w:sz w:val="28"/>
          <w:lang w:val="zxx"/>
        </w:rPr>
        <w:t>mechanical</w:t>
      </w:r>
      <w:r>
        <w:rPr>
          <w:b w:val="false"/>
          <w:sz w:val="28"/>
        </w:rPr>
        <w:t xml:space="preserve"> равно </w:t>
      </w:r>
      <w:r>
        <w:rPr>
          <w:b w:val="false"/>
          <w:sz w:val="28"/>
          <w:lang w:val="zxx"/>
        </w:rPr>
        <w:t>0.</w:t>
      </w:r>
    </w:p>
    <w:p>
      <w:pPr>
        <w:pStyle w:val="Normal"/>
        <w:jc w:val="start"/>
        <w:rPr/>
      </w:pPr>
      <w:r>
        <w:rPr>
          <w:b w:val="false"/>
          <w:sz w:val="28"/>
          <w:lang w:val="zxx"/>
        </w:rPr>
        <w:t>10.22</w:t>
      </w:r>
      <w:r>
        <w:rPr>
          <w:b w:val="false"/>
          <w:sz w:val="28"/>
        </w:rPr>
        <w:t xml:space="preserve"> </w:t>
      </w:r>
      <w:r>
        <w:rPr>
          <w:b w:val="false"/>
          <w:sz w:val="28"/>
          <w:lang w:val="zxx"/>
        </w:rPr>
        <w:t>profiles.get</w:t>
      </w:r>
      <w:r>
        <w:rPr>
          <w:b w:val="false"/>
          <w:sz w:val="28"/>
        </w:rPr>
        <w:t xml:space="preserve"> передает описание выбранного сигнала обычными </w:t>
      </w:r>
      <w:r>
        <w:rPr>
          <w:b w:val="false"/>
          <w:sz w:val="28"/>
          <w:lang w:val="zxx"/>
        </w:rPr>
        <w:t>parameter.</w:t>
      </w:r>
      <w:r>
        <w:rPr>
          <w:b w:val="false"/>
          <w:sz w:val="28"/>
        </w:rPr>
        <w:t xml:space="preserve"> Для всех видов обязательны </w:t>
      </w:r>
      <w:r>
        <w:rPr>
          <w:b w:val="false"/>
          <w:sz w:val="28"/>
          <w:lang w:val="zxx"/>
        </w:rPr>
        <w:t>signalSpecId</w:t>
      </w:r>
      <w:r>
        <w:rPr>
          <w:b w:val="false"/>
          <w:sz w:val="28"/>
        </w:rPr>
        <w:t xml:space="preserve"> типа </w:t>
      </w:r>
      <w:r>
        <w:rPr>
          <w:b w:val="false"/>
          <w:sz w:val="28"/>
          <w:lang w:val="zxx"/>
        </w:rPr>
        <w:t>string</w:t>
      </w:r>
      <w:r>
        <w:rPr>
          <w:b w:val="false"/>
          <w:sz w:val="28"/>
        </w:rPr>
        <w:t xml:space="preserve">, </w:t>
      </w:r>
      <w:r>
        <w:rPr>
          <w:b w:val="false"/>
          <w:sz w:val="28"/>
          <w:lang w:val="zxx"/>
        </w:rPr>
        <w:t>signalSpecRevision</w:t>
      </w:r>
      <w:r>
        <w:rPr>
          <w:b w:val="false"/>
          <w:sz w:val="28"/>
        </w:rPr>
        <w:t xml:space="preserve"> типа </w:t>
      </w:r>
      <w:r>
        <w:rPr>
          <w:b w:val="false"/>
          <w:sz w:val="28"/>
          <w:lang w:val="zxx"/>
        </w:rPr>
        <w:t>counter</w:t>
      </w:r>
      <w:r>
        <w:rPr>
          <w:b w:val="false"/>
          <w:sz w:val="28"/>
        </w:rPr>
        <w:t xml:space="preserve"> и </w:t>
      </w:r>
      <w:r>
        <w:rPr>
          <w:b w:val="false"/>
          <w:sz w:val="28"/>
          <w:lang w:val="zxx"/>
        </w:rPr>
        <w:t>signalKind</w:t>
      </w:r>
      <w:r>
        <w:rPr>
          <w:b w:val="false"/>
          <w:sz w:val="28"/>
        </w:rPr>
        <w:t xml:space="preserve"> типа </w:t>
      </w:r>
      <w:r>
        <w:rPr>
          <w:b w:val="false"/>
          <w:sz w:val="28"/>
          <w:lang w:val="zxx"/>
        </w:rPr>
        <w:t>enum.</w:t>
      </w:r>
      <w:r>
        <w:rPr>
          <w:b w:val="false"/>
          <w:sz w:val="28"/>
        </w:rPr>
        <w:t xml:space="preserve"> Для </w:t>
      </w:r>
      <w:r>
        <w:rPr>
          <w:b w:val="false"/>
          <w:sz w:val="28"/>
          <w:lang w:val="zxx"/>
        </w:rPr>
        <w:t>builtIn</w:t>
      </w:r>
      <w:r>
        <w:rPr>
          <w:b w:val="false"/>
          <w:sz w:val="28"/>
        </w:rPr>
        <w:t xml:space="preserve"> параметров </w:t>
      </w:r>
      <w:r>
        <w:rPr>
          <w:b w:val="false"/>
          <w:sz w:val="28"/>
          <w:lang w:val="zxx"/>
        </w:rPr>
        <w:t>signalWaveform</w:t>
      </w:r>
      <w:r>
        <w:rPr>
          <w:b w:val="false"/>
          <w:sz w:val="28"/>
        </w:rPr>
        <w:t xml:space="preserve">, </w:t>
      </w:r>
      <w:r>
        <w:rPr>
          <w:b w:val="false"/>
          <w:sz w:val="28"/>
          <w:lang w:val="zxx"/>
        </w:rPr>
        <w:t>signalMinHz</w:t>
      </w:r>
      <w:r>
        <w:rPr>
          <w:b w:val="false"/>
          <w:sz w:val="28"/>
        </w:rPr>
        <w:t xml:space="preserve">, </w:t>
      </w:r>
      <w:r>
        <w:rPr>
          <w:b w:val="false"/>
          <w:sz w:val="28"/>
          <w:lang w:val="zxx"/>
        </w:rPr>
        <w:t>signalMaxHz</w:t>
      </w:r>
      <w:r>
        <w:rPr>
          <w:b w:val="false"/>
          <w:sz w:val="28"/>
        </w:rPr>
        <w:t xml:space="preserve">, </w:t>
      </w:r>
      <w:r>
        <w:rPr>
          <w:b w:val="false"/>
          <w:sz w:val="28"/>
          <w:lang w:val="zxx"/>
        </w:rPr>
        <w:t>signalToleranceHz</w:t>
      </w:r>
      <w:r>
        <w:rPr>
          <w:b w:val="false"/>
          <w:sz w:val="28"/>
        </w:rPr>
        <w:t xml:space="preserve"> и </w:t>
      </w:r>
      <w:r>
        <w:rPr>
          <w:b w:val="false"/>
          <w:sz w:val="28"/>
          <w:lang w:val="zxx"/>
        </w:rPr>
        <w:t>signalPeriodMs</w:t>
      </w:r>
      <w:r>
        <w:rPr>
          <w:b w:val="false"/>
          <w:sz w:val="28"/>
        </w:rPr>
        <w:t xml:space="preserve"> НЕТ; добавление этих параметров в связанный профиль отклоняется с </w:t>
      </w:r>
      <w:r>
        <w:rPr>
          <w:b w:val="false"/>
          <w:sz w:val="28"/>
          <w:lang w:val="zxx"/>
        </w:rPr>
        <w:t>invalidArgument.</w:t>
      </w:r>
      <w:r>
        <w:rPr>
          <w:b w:val="false"/>
          <w:sz w:val="28"/>
        </w:rPr>
        <w:t xml:space="preserve"> Для </w:t>
      </w:r>
      <w:r>
        <w:rPr>
          <w:b w:val="false"/>
          <w:sz w:val="28"/>
          <w:lang w:val="zxx"/>
        </w:rPr>
        <w:t>tone</w:t>
      </w:r>
      <w:r>
        <w:rPr>
          <w:b w:val="false"/>
          <w:sz w:val="28"/>
        </w:rPr>
        <w:t xml:space="preserve">, </w:t>
      </w:r>
      <w:r>
        <w:rPr>
          <w:b w:val="false"/>
          <w:sz w:val="28"/>
          <w:lang w:val="zxx"/>
        </w:rPr>
        <w:t>linearSweep</w:t>
      </w:r>
      <w:r>
        <w:rPr>
          <w:b w:val="false"/>
          <w:sz w:val="28"/>
        </w:rPr>
        <w:t xml:space="preserve"> и </w:t>
      </w:r>
      <w:r>
        <w:rPr>
          <w:b w:val="false"/>
          <w:sz w:val="28"/>
          <w:lang w:val="zxx"/>
        </w:rPr>
        <w:t>mechanical</w:t>
      </w:r>
      <w:r>
        <w:rPr>
          <w:b w:val="false"/>
          <w:sz w:val="28"/>
        </w:rPr>
        <w:t xml:space="preserve"> они обязательны: </w:t>
      </w:r>
      <w:r>
        <w:rPr>
          <w:b w:val="false"/>
          <w:sz w:val="28"/>
          <w:lang w:val="zxx"/>
        </w:rPr>
        <w:t>signalWaveform</w:t>
      </w:r>
      <w:r>
        <w:rPr>
          <w:b w:val="false"/>
          <w:sz w:val="28"/>
        </w:rPr>
        <w:t xml:space="preserve"> имеет тип </w:t>
      </w:r>
      <w:r>
        <w:rPr>
          <w:b w:val="false"/>
          <w:sz w:val="28"/>
          <w:lang w:val="zxx"/>
        </w:rPr>
        <w:t>enum</w:t>
      </w:r>
      <w:r>
        <w:rPr>
          <w:b w:val="false"/>
          <w:sz w:val="28"/>
        </w:rPr>
        <w:t xml:space="preserve">, остальные </w:t>
      </w:r>
      <w:r>
        <w:rPr>
          <w:b w:val="false"/>
          <w:sz w:val="28"/>
          <w:lang w:val="zxx"/>
        </w:rPr>
        <w:t>counter.</w:t>
      </w:r>
      <w:r>
        <w:rPr>
          <w:b w:val="false"/>
          <w:sz w:val="28"/>
        </w:rPr>
        <w:t xml:space="preserve"> Значения совпадают с записью </w:t>
      </w:r>
      <w:r>
        <w:rPr>
          <w:b w:val="false"/>
          <w:sz w:val="28"/>
          <w:lang w:val="zxx"/>
        </w:rPr>
        <w:t>signalSpecs.</w:t>
      </w:r>
      <w:r>
        <w:rPr>
          <w:b w:val="false"/>
          <w:sz w:val="28"/>
        </w:rPr>
        <w:t xml:space="preserve"> Для </w:t>
      </w:r>
      <w:r>
        <w:rPr>
          <w:b w:val="false"/>
          <w:sz w:val="28"/>
          <w:lang w:val="zxx"/>
        </w:rPr>
        <w:t>intermittent</w:t>
      </w:r>
      <w:r>
        <w:rPr>
          <w:b w:val="false"/>
          <w:sz w:val="28"/>
        </w:rPr>
        <w:t xml:space="preserve"> </w:t>
      </w:r>
      <w:r>
        <w:rPr>
          <w:b w:val="false"/>
          <w:sz w:val="28"/>
          <w:lang w:val="zxx"/>
        </w:rPr>
        <w:t>onMs/</w:t>
      </w:r>
      <w:r>
        <w:rPr>
          <w:b w:val="false"/>
          <w:sz w:val="28"/>
        </w:rPr>
        <w:t>​</w:t>
      </w:r>
      <w:r>
        <w:rPr>
          <w:b w:val="false"/>
          <w:sz w:val="28"/>
          <w:lang w:val="zxx"/>
        </w:rPr>
        <w:t>offMs</w:t>
      </w:r>
      <w:r>
        <w:rPr>
          <w:b w:val="false"/>
          <w:sz w:val="28"/>
        </w:rPr>
        <w:t xml:space="preserve"> задают внешнюю огибающую; каждый </w:t>
      </w:r>
      <w:r>
        <w:rPr>
          <w:b w:val="false"/>
          <w:sz w:val="28"/>
          <w:lang w:val="zxx"/>
        </w:rPr>
        <w:t>on</w:t>
      </w:r>
      <w:r>
        <w:rPr>
          <w:b w:val="false"/>
          <w:sz w:val="28"/>
        </w:rPr>
        <w:t xml:space="preserve"> запускает штатный сигнал либо первую фазу заданного частотного сигнала. Эти поля описывают задание ОУ, но не заявляют измерение звукового давления. Критерии физического подтверждения остаются в </w:t>
      </w:r>
      <w:r>
        <w:rPr>
          <w:b w:val="false"/>
          <w:sz w:val="28"/>
          <w:lang w:val="zxx"/>
        </w:rPr>
        <w:t>executionCriterion.</w:t>
      </w:r>
      <w:r>
        <w:rPr>
          <w:b w:val="false"/>
          <w:sz w:val="28"/>
        </w:rPr>
        <w:t xml:space="preserve"> Иная параметризованная форма сигнала требует согласованного расширения; имя изготовителя или </w:t>
      </w:r>
      <w:r>
        <w:rPr>
          <w:b w:val="false"/>
          <w:sz w:val="28"/>
          <w:lang w:val="zxx"/>
        </w:rPr>
        <w:t>pattern</w:t>
      </w:r>
      <w:r>
        <w:rPr>
          <w:b w:val="false"/>
          <w:sz w:val="28"/>
        </w:rPr>
        <w:t xml:space="preserve"> не подменяет описание.</w:t>
      </w:r>
    </w:p>
    <w:p>
      <w:pPr>
        <w:pStyle w:val="1"/>
        <w:rPr/>
      </w:pPr>
      <w:bookmarkStart w:id="11" w:name="__RefHeading___Toc43271_1766585215"/>
      <w:bookmarkEnd w:id="11"/>
      <w:r>
        <w:rPr/>
        <w:t>11 Датчики и каталог ресурсов</w:t>
      </w:r>
    </w:p>
    <w:p>
      <w:pPr>
        <w:pStyle w:val="Normal"/>
        <w:jc w:val="both"/>
        <w:rPr/>
      </w:pPr>
      <w:r>
        <w:rPr>
          <w:b w:val="false"/>
          <w:sz w:val="28"/>
          <w:lang w:val="zxx"/>
        </w:rPr>
        <w:t>11.1</w:t>
      </w:r>
      <w:r>
        <w:rPr>
          <w:b w:val="false"/>
          <w:sz w:val="28"/>
        </w:rPr>
        <w:t xml:space="preserve"> Каталог имеет уровни </w:t>
      </w:r>
      <w:r>
        <w:rPr>
          <w:b w:val="false"/>
          <w:sz w:val="28"/>
          <w:lang w:val="zxx"/>
        </w:rPr>
        <w:t>controller</w:t>
      </w:r>
      <w:r>
        <w:rPr>
          <w:b w:val="false"/>
          <w:sz w:val="28"/>
        </w:rPr>
        <w:t xml:space="preserve">, </w:t>
      </w:r>
      <w:r>
        <w:rPr>
          <w:b w:val="false"/>
          <w:sz w:val="28"/>
          <w:lang w:val="zxx"/>
        </w:rPr>
        <w:t>ethernet</w:t>
      </w:r>
      <w:r>
        <w:rPr>
          <w:b w:val="false"/>
          <w:sz w:val="28"/>
        </w:rPr>
        <w:t xml:space="preserve">, </w:t>
      </w:r>
      <w:r>
        <w:rPr>
          <w:b w:val="false"/>
          <w:sz w:val="28"/>
          <w:lang w:val="zxx"/>
        </w:rPr>
        <w:t>ouInterface</w:t>
      </w:r>
      <w:r>
        <w:rPr>
          <w:b w:val="false"/>
          <w:sz w:val="28"/>
        </w:rPr>
        <w:t xml:space="preserve"> и </w:t>
      </w:r>
      <w:r>
        <w:rPr>
          <w:b w:val="false"/>
          <w:sz w:val="28"/>
          <w:lang w:val="zxx"/>
        </w:rPr>
        <w:t>ou/</w:t>
      </w:r>
      <w:r>
        <w:rPr>
          <w:b w:val="false"/>
          <w:sz w:val="28"/>
        </w:rPr>
        <w:t>{</w:t>
      </w:r>
      <w:r>
        <w:rPr>
          <w:b w:val="false"/>
          <w:sz w:val="28"/>
          <w:lang w:val="zxx"/>
        </w:rPr>
        <w:t>ouId</w:t>
      </w:r>
      <w:r>
        <w:rPr>
          <w:b w:val="false"/>
          <w:sz w:val="28"/>
        </w:rPr>
        <w:t>}, а также линии, входы, выходы и точки наблюдения. Возможности контроллера и подключенного ОУ разделены. Новый производитель добавляется драйвером и профилем без переопределения смысла базовых команд.</w:t>
      </w:r>
    </w:p>
    <w:p>
      <w:pPr>
        <w:pStyle w:val="Normal"/>
        <w:jc w:val="start"/>
        <w:rPr/>
      </w:pPr>
      <w:r>
        <w:rPr>
          <w:b w:val="false"/>
          <w:sz w:val="28"/>
          <w:lang w:val="zxx"/>
        </w:rPr>
        <w:t>11.2</w:t>
      </w:r>
      <w:r>
        <w:rPr>
          <w:b w:val="false"/>
          <w:sz w:val="28"/>
        </w:rPr>
        <w:t xml:space="preserve"> Таблица ниже описывает логическую модель, а не один </w:t>
      </w:r>
      <w:r>
        <w:rPr>
          <w:b w:val="false"/>
          <w:sz w:val="28"/>
          <w:lang w:val="zxx"/>
        </w:rPr>
        <w:t>XML-</w:t>
      </w:r>
      <w:r>
        <w:rPr>
          <w:b w:val="false"/>
          <w:sz w:val="28"/>
        </w:rPr>
        <w:t xml:space="preserve">элемент. </w:t>
      </w:r>
      <w:r>
        <w:rPr>
          <w:b w:val="false"/>
          <w:sz w:val="28"/>
          <w:lang w:val="zxx"/>
        </w:rPr>
        <w:t>inventory.get</w:t>
      </w:r>
      <w:r>
        <w:rPr>
          <w:b w:val="false"/>
          <w:sz w:val="28"/>
        </w:rPr>
        <w:t xml:space="preserve"> передает постоянное описание точки, </w:t>
      </w:r>
      <w:r>
        <w:rPr>
          <w:b w:val="false"/>
          <w:sz w:val="28"/>
          <w:lang w:val="zxx"/>
        </w:rPr>
        <w:t>sensors.read</w:t>
      </w:r>
      <w:r>
        <w:rPr>
          <w:b w:val="false"/>
          <w:sz w:val="28"/>
        </w:rPr>
        <w:t xml:space="preserve"> - изменяемое показание. Связь: </w:t>
      </w:r>
      <w:r>
        <w:rPr>
          <w:b w:val="false"/>
          <w:sz w:val="28"/>
          <w:lang w:val="zxx"/>
        </w:rPr>
        <w:t>pointId</w:t>
      </w:r>
      <w:r>
        <w:rPr>
          <w:b w:val="false"/>
          <w:sz w:val="28"/>
        </w:rPr>
        <w:t xml:space="preserve">, </w:t>
      </w:r>
      <w:r>
        <w:rPr>
          <w:b w:val="false"/>
          <w:sz w:val="28"/>
          <w:lang w:val="zxx"/>
        </w:rPr>
        <w:t>capabilityRevision</w:t>
      </w:r>
      <w:r>
        <w:rPr>
          <w:b w:val="false"/>
          <w:sz w:val="28"/>
        </w:rPr>
        <w:t xml:space="preserve"> и </w:t>
      </w:r>
      <w:r>
        <w:rPr>
          <w:b w:val="false"/>
          <w:sz w:val="28"/>
          <w:lang w:val="zxx"/>
        </w:rPr>
        <w:t>bindingGeneration</w:t>
      </w:r>
      <w:r>
        <w:rPr>
          <w:b w:val="false"/>
          <w:sz w:val="28"/>
        </w:rPr>
        <w:t xml:space="preserve"> в контексте снимка. Источник </w:t>
      </w:r>
      <w:r>
        <w:rPr>
          <w:b w:val="false"/>
          <w:sz w:val="28"/>
          <w:lang w:val="zxx"/>
        </w:rPr>
        <w:t>sourceKind</w:t>
      </w:r>
      <w:r>
        <w:rPr>
          <w:b w:val="false"/>
          <w:sz w:val="28"/>
        </w:rPr>
        <w:t xml:space="preserve"> отвечает на вопрос, откуда получено значение; </w:t>
      </w:r>
      <w:r>
        <w:rPr>
          <w:b w:val="false"/>
          <w:sz w:val="28"/>
          <w:lang w:val="zxx"/>
        </w:rPr>
        <w:t>evidence</w:t>
      </w:r>
      <w:r>
        <w:rPr>
          <w:b w:val="false"/>
          <w:sz w:val="28"/>
        </w:rPr>
        <w:t xml:space="preserve"> описывает уровень доказательства физического результата. Эти поля не взаимозаменяемы.</w:t>
      </w:r>
    </w:p>
    <w:p>
      <w:pPr>
        <w:pStyle w:val="Normal"/>
        <w:keepNext w:val="true"/>
        <w:ind w:hanging="0"/>
        <w:jc w:val="start"/>
        <w:rPr/>
      </w:pPr>
      <w:r>
        <w:rPr>
          <w:b w:val="false"/>
          <w:sz w:val="24"/>
        </w:rPr>
        <w:t xml:space="preserve">Таблица </w:t>
      </w:r>
      <w:r>
        <w:rPr>
          <w:b w:val="false"/>
          <w:sz w:val="24"/>
          <w:lang w:val="zxx"/>
        </w:rPr>
        <w:t>12</w:t>
      </w:r>
      <w:r>
        <w:rPr>
          <w:b w:val="false"/>
          <w:sz w:val="24"/>
        </w:rPr>
        <w:t xml:space="preserve"> - Датчики и каталог ресурсов</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886"/>
        <w:gridCol w:w="5751"/>
      </w:tblGrid>
      <w:tr>
        <w:trPr>
          <w:cantSplit w:val="true"/>
        </w:trPr>
        <w:tc>
          <w:tcPr>
            <w:tcW w:w="388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Группа полей точки</w:t>
            </w:r>
          </w:p>
        </w:tc>
        <w:tc>
          <w:tcPr>
            <w:tcW w:w="57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Содержание</w:t>
            </w:r>
          </w:p>
        </w:tc>
      </w:tr>
      <w:tr>
        <w:trPr>
          <w:cantSplit w:val="true"/>
        </w:trPr>
        <w:tc>
          <w:tcPr>
            <w:tcW w:w="388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Идентичность</w:t>
            </w:r>
          </w:p>
        </w:tc>
        <w:tc>
          <w:tcPr>
            <w:tcW w:w="57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resourceId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parentId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pointId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sourceId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capabilityRevision</w:t>
            </w:r>
            <w:r>
              <w:rPr>
                <w:rFonts w:eastAsia="ＭＳ 明朝" w:cs=""/>
                <w:b w:val="false"/>
                <w:kern w:val="0"/>
                <w:sz w:val="28"/>
                <w:szCs w:val="22"/>
                <w:lang w:eastAsia="en-US" w:bidi="ar-SA"/>
              </w:rPr>
              <w:t xml:space="preserve"> и </w:t>
            </w:r>
            <w:r>
              <w:rPr>
                <w:rFonts w:eastAsia="ＭＳ 明朝" w:cs=""/>
                <w:b w:val="false"/>
                <w:kern w:val="0"/>
                <w:sz w:val="28"/>
                <w:szCs w:val="22"/>
                <w:lang w:val="zxx" w:eastAsia="en-US" w:bidi="ar-SA"/>
              </w:rPr>
              <w:t>bindingGeneration</w:t>
            </w:r>
          </w:p>
        </w:tc>
      </w:tr>
      <w:tr>
        <w:trPr>
          <w:cantSplit w:val="true"/>
        </w:trPr>
        <w:tc>
          <w:tcPr>
            <w:tcW w:w="388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Смысл</w:t>
            </w:r>
          </w:p>
        </w:tc>
        <w:tc>
          <w:tcPr>
            <w:tcW w:w="57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kind</w:t>
            </w:r>
            <w:r>
              <w:rPr>
                <w:rFonts w:eastAsia="ＭＳ 明朝" w:cs=""/>
                <w:b w:val="false"/>
                <w:kern w:val="0"/>
                <w:sz w:val="28"/>
                <w:szCs w:val="22"/>
                <w:lang w:eastAsia="en-US" w:bidi="ar-SA"/>
              </w:rPr>
              <w:t xml:space="preserve">, тип </w:t>
            </w:r>
            <w:r>
              <w:rPr>
                <w:rFonts w:eastAsia="ＭＳ 明朝" w:cs=""/>
                <w:b w:val="false"/>
                <w:kern w:val="0"/>
                <w:sz w:val="28"/>
                <w:szCs w:val="22"/>
                <w:lang w:val="zxx" w:eastAsia="en-US" w:bidi="ar-SA"/>
              </w:rPr>
              <w:t>bool/</w:t>
            </w:r>
            <w:r>
              <w:rPr>
                <w:rFonts w:eastAsia="ＭＳ 明朝" w:cs=""/>
                <w:b w:val="false"/>
                <w:kern w:val="0"/>
                <w:sz w:val="28"/>
                <w:szCs w:val="22"/>
                <w:lang w:eastAsia="en-US" w:bidi="ar-SA"/>
              </w:rPr>
              <w:t>​</w:t>
            </w:r>
            <w:r>
              <w:rPr>
                <w:rFonts w:eastAsia="ＭＳ 明朝" w:cs=""/>
                <w:b w:val="false"/>
                <w:kern w:val="0"/>
                <w:sz w:val="28"/>
                <w:szCs w:val="22"/>
                <w:lang w:val="zxx" w:eastAsia="en-US" w:bidi="ar-SA"/>
              </w:rPr>
              <w:t>enum/</w:t>
            </w:r>
            <w:r>
              <w:rPr>
                <w:rFonts w:eastAsia="ＭＳ 明朝" w:cs=""/>
                <w:b w:val="false"/>
                <w:kern w:val="0"/>
                <w:sz w:val="28"/>
                <w:szCs w:val="22"/>
                <w:lang w:eastAsia="en-US" w:bidi="ar-SA"/>
              </w:rPr>
              <w:t>​</w:t>
            </w:r>
            <w:r>
              <w:rPr>
                <w:rFonts w:eastAsia="ＭＳ 明朝" w:cs=""/>
                <w:b w:val="false"/>
                <w:kern w:val="0"/>
                <w:sz w:val="28"/>
                <w:szCs w:val="22"/>
                <w:lang w:val="zxx" w:eastAsia="en-US" w:bidi="ar-SA"/>
              </w:rPr>
              <w:t>int/</w:t>
            </w:r>
            <w:r>
              <w:rPr>
                <w:rFonts w:eastAsia="ＭＳ 明朝" w:cs=""/>
                <w:b w:val="false"/>
                <w:kern w:val="0"/>
                <w:sz w:val="28"/>
                <w:szCs w:val="22"/>
                <w:lang w:eastAsia="en-US" w:bidi="ar-SA"/>
              </w:rPr>
              <w:t>​</w:t>
            </w:r>
            <w:r>
              <w:rPr>
                <w:rFonts w:eastAsia="ＭＳ 明朝" w:cs=""/>
                <w:b w:val="false"/>
                <w:kern w:val="0"/>
                <w:sz w:val="28"/>
                <w:szCs w:val="22"/>
                <w:lang w:val="zxx" w:eastAsia="en-US" w:bidi="ar-SA"/>
              </w:rPr>
              <w:t>counter</w:t>
            </w:r>
            <w:r>
              <w:rPr>
                <w:rFonts w:eastAsia="ＭＳ 明朝" w:cs=""/>
                <w:b w:val="false"/>
                <w:kern w:val="0"/>
                <w:sz w:val="28"/>
                <w:szCs w:val="22"/>
                <w:lang w:eastAsia="en-US" w:bidi="ar-SA"/>
              </w:rPr>
              <w:t xml:space="preserve">, единица и масштаб; список </w:t>
            </w:r>
            <w:r>
              <w:rPr>
                <w:rFonts w:eastAsia="ＭＳ 明朝" w:cs=""/>
                <w:b w:val="false"/>
                <w:kern w:val="0"/>
                <w:sz w:val="28"/>
                <w:szCs w:val="22"/>
                <w:lang w:val="zxx" w:eastAsia="en-US" w:bidi="ar-SA"/>
              </w:rPr>
              <w:t>enum</w:t>
            </w:r>
            <w:r>
              <w:rPr>
                <w:rFonts w:eastAsia="ＭＳ 明朝" w:cs=""/>
                <w:b w:val="false"/>
                <w:kern w:val="0"/>
                <w:sz w:val="28"/>
                <w:szCs w:val="22"/>
                <w:lang w:eastAsia="en-US" w:bidi="ar-SA"/>
              </w:rPr>
              <w:t>; пороги и применимость</w:t>
            </w:r>
          </w:p>
        </w:tc>
      </w:tr>
      <w:tr>
        <w:trPr>
          <w:cantSplit w:val="true"/>
        </w:trPr>
        <w:tc>
          <w:tcPr>
            <w:tcW w:w="388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Источник</w:t>
            </w:r>
          </w:p>
        </w:tc>
        <w:tc>
          <w:tcPr>
            <w:tcW w:w="57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sourceKind: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localInput</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ouReply</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controllerMetric</w:t>
            </w:r>
            <w:r>
              <w:rPr>
                <w:rFonts w:eastAsia="ＭＳ 明朝" w:cs=""/>
                <w:b w:val="false"/>
                <w:kern w:val="0"/>
                <w:sz w:val="28"/>
                <w:szCs w:val="22"/>
                <w:lang w:eastAsia="en-US" w:bidi="ar-SA"/>
              </w:rPr>
              <w:t xml:space="preserve"> или </w:t>
            </w:r>
            <w:r>
              <w:rPr>
                <w:rFonts w:eastAsia="ＭＳ 明朝" w:cs=""/>
                <w:b w:val="false"/>
                <w:kern w:val="0"/>
                <w:sz w:val="28"/>
                <w:szCs w:val="22"/>
                <w:lang w:val="zxx" w:eastAsia="en-US" w:bidi="ar-SA"/>
              </w:rPr>
              <w:t>derived</w:t>
            </w:r>
          </w:p>
        </w:tc>
      </w:tr>
      <w:tr>
        <w:trPr>
          <w:cantSplit w:val="true"/>
        </w:trPr>
        <w:tc>
          <w:tcPr>
            <w:tcW w:w="388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Наличие</w:t>
            </w:r>
          </w:p>
        </w:tc>
        <w:tc>
          <w:tcPr>
            <w:tcW w:w="57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presence: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present</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absent</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expectedMissing</w:t>
            </w:r>
            <w:r>
              <w:rPr>
                <w:rFonts w:eastAsia="ＭＳ 明朝" w:cs=""/>
                <w:b w:val="false"/>
                <w:kern w:val="0"/>
                <w:sz w:val="28"/>
                <w:szCs w:val="22"/>
                <w:lang w:eastAsia="en-US" w:bidi="ar-SA"/>
              </w:rPr>
              <w:t xml:space="preserve"> или </w:t>
            </w:r>
            <w:r>
              <w:rPr>
                <w:rFonts w:eastAsia="ＭＳ 明朝" w:cs=""/>
                <w:b w:val="false"/>
                <w:kern w:val="0"/>
                <w:sz w:val="28"/>
                <w:szCs w:val="22"/>
                <w:lang w:val="zxx" w:eastAsia="en-US" w:bidi="ar-SA"/>
              </w:rPr>
              <w:t>unknown</w:t>
            </w:r>
            <w:r>
              <w:rPr>
                <w:rFonts w:eastAsia="ＭＳ 明朝" w:cs=""/>
                <w:b w:val="false"/>
                <w:kern w:val="0"/>
                <w:sz w:val="28"/>
                <w:szCs w:val="22"/>
                <w:lang w:eastAsia="en-US" w:bidi="ar-SA"/>
              </w:rPr>
              <w:t>; поддержка отделена от физического наличия</w:t>
            </w:r>
          </w:p>
        </w:tc>
      </w:tr>
      <w:tr>
        <w:trPr>
          <w:cantSplit w:val="true"/>
        </w:trPr>
        <w:tc>
          <w:tcPr>
            <w:tcW w:w="388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Способ чтения</w:t>
            </w:r>
          </w:p>
        </w:tc>
        <w:tc>
          <w:tcPr>
            <w:tcW w:w="57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readMethod: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cached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refreshable</w:t>
            </w:r>
            <w:r>
              <w:rPr>
                <w:rFonts w:eastAsia="ＭＳ 明朝" w:cs=""/>
                <w:b w:val="false"/>
                <w:kern w:val="0"/>
                <w:sz w:val="28"/>
                <w:szCs w:val="22"/>
                <w:lang w:eastAsia="en-US" w:bidi="ar-SA"/>
              </w:rPr>
              <w:t xml:space="preserve"> или </w:t>
            </w:r>
            <w:r>
              <w:rPr>
                <w:rFonts w:eastAsia="ＭＳ 明朝" w:cs=""/>
                <w:b w:val="false"/>
                <w:kern w:val="0"/>
                <w:sz w:val="28"/>
                <w:szCs w:val="22"/>
                <w:lang w:val="zxx" w:eastAsia="en-US" w:bidi="ar-SA"/>
              </w:rPr>
              <w:t>checkOnly</w:t>
            </w:r>
            <w:r>
              <w:rPr>
                <w:rFonts w:eastAsia="ＭＳ 明朝" w:cs=""/>
                <w:b w:val="false"/>
                <w:kern w:val="0"/>
                <w:sz w:val="28"/>
                <w:szCs w:val="22"/>
                <w:lang w:eastAsia="en-US" w:bidi="ar-SA"/>
              </w:rPr>
              <w:t>; допустимый интервал и время устаревания</w:t>
            </w:r>
          </w:p>
        </w:tc>
      </w:tr>
      <w:tr>
        <w:trPr>
          <w:cantSplit w:val="true"/>
        </w:trPr>
        <w:tc>
          <w:tcPr>
            <w:tcW w:w="388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Значение</w:t>
            </w:r>
          </w:p>
        </w:tc>
        <w:tc>
          <w:tcPr>
            <w:tcW w:w="57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value</w:t>
            </w:r>
            <w:r>
              <w:rPr>
                <w:rFonts w:eastAsia="ＭＳ 明朝" w:cs=""/>
                <w:b w:val="false"/>
                <w:kern w:val="0"/>
                <w:sz w:val="28"/>
                <w:szCs w:val="22"/>
                <w:lang w:eastAsia="en-US" w:bidi="ar-SA"/>
              </w:rPr>
              <w:t xml:space="preserve"> плюс </w:t>
            </w:r>
            <w:r>
              <w:rPr>
                <w:rFonts w:eastAsia="ＭＳ 明朝" w:cs=""/>
                <w:b w:val="false"/>
                <w:kern w:val="0"/>
                <w:sz w:val="28"/>
                <w:szCs w:val="22"/>
                <w:lang w:val="zxx" w:eastAsia="en-US" w:bidi="ar-SA"/>
              </w:rPr>
              <w:t>validity:</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valid/</w:t>
            </w:r>
            <w:r>
              <w:rPr>
                <w:rFonts w:eastAsia="ＭＳ 明朝" w:cs=""/>
                <w:b w:val="false"/>
                <w:kern w:val="0"/>
                <w:sz w:val="28"/>
                <w:szCs w:val="22"/>
                <w:lang w:eastAsia="en-US" w:bidi="ar-SA"/>
              </w:rPr>
              <w:t>​</w:t>
            </w:r>
            <w:r>
              <w:rPr>
                <w:rFonts w:eastAsia="ＭＳ 明朝" w:cs=""/>
                <w:b w:val="false"/>
                <w:kern w:val="0"/>
                <w:sz w:val="28"/>
                <w:szCs w:val="22"/>
                <w:lang w:val="zxx" w:eastAsia="en-US" w:bidi="ar-SA"/>
              </w:rPr>
              <w:t>invalid/</w:t>
            </w:r>
            <w:r>
              <w:rPr>
                <w:rFonts w:eastAsia="ＭＳ 明朝" w:cs=""/>
                <w:b w:val="false"/>
                <w:kern w:val="0"/>
                <w:sz w:val="28"/>
                <w:szCs w:val="22"/>
                <w:lang w:eastAsia="en-US" w:bidi="ar-SA"/>
              </w:rPr>
              <w:t>​</w:t>
            </w:r>
            <w:r>
              <w:rPr>
                <w:rFonts w:eastAsia="ＭＳ 明朝" w:cs=""/>
                <w:b w:val="false"/>
                <w:kern w:val="0"/>
                <w:sz w:val="28"/>
                <w:szCs w:val="22"/>
                <w:lang w:val="zxx" w:eastAsia="en-US" w:bidi="ar-SA"/>
              </w:rPr>
              <w:t>unavailable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freshness:</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fresh/</w:t>
            </w:r>
            <w:r>
              <w:rPr>
                <w:rFonts w:eastAsia="ＭＳ 明朝" w:cs=""/>
                <w:b w:val="false"/>
                <w:kern w:val="0"/>
                <w:sz w:val="28"/>
                <w:szCs w:val="22"/>
                <w:lang w:eastAsia="en-US" w:bidi="ar-SA"/>
              </w:rPr>
              <w:t>​</w:t>
            </w:r>
            <w:r>
              <w:rPr>
                <w:rFonts w:eastAsia="ＭＳ 明朝" w:cs=""/>
                <w:b w:val="false"/>
                <w:kern w:val="0"/>
                <w:sz w:val="28"/>
                <w:szCs w:val="22"/>
                <w:lang w:val="zxx" w:eastAsia="en-US" w:bidi="ar-SA"/>
              </w:rPr>
              <w:t>stale/</w:t>
            </w:r>
            <w:r>
              <w:rPr>
                <w:rFonts w:eastAsia="ＭＳ 明朝" w:cs=""/>
                <w:b w:val="false"/>
                <w:kern w:val="0"/>
                <w:sz w:val="28"/>
                <w:szCs w:val="22"/>
                <w:lang w:eastAsia="en-US" w:bidi="ar-SA"/>
              </w:rPr>
              <w:t>​</w:t>
            </w:r>
            <w:r>
              <w:rPr>
                <w:rFonts w:eastAsia="ＭＳ 明朝" w:cs=""/>
                <w:b w:val="false"/>
                <w:kern w:val="0"/>
                <w:sz w:val="28"/>
                <w:szCs w:val="22"/>
                <w:lang w:val="zxx" w:eastAsia="en-US" w:bidi="ar-SA"/>
              </w:rPr>
              <w:t>never</w:t>
            </w:r>
            <w:r>
              <w:rPr>
                <w:rFonts w:eastAsia="ＭＳ 明朝" w:cs=""/>
                <w:b w:val="false"/>
                <w:kern w:val="0"/>
                <w:sz w:val="28"/>
                <w:szCs w:val="22"/>
                <w:lang w:eastAsia="en-US" w:bidi="ar-SA"/>
              </w:rPr>
              <w:t xml:space="preserve"> и причина</w:t>
            </w:r>
          </w:p>
        </w:tc>
      </w:tr>
      <w:tr>
        <w:trPr>
          <w:cantSplit w:val="true"/>
        </w:trPr>
        <w:tc>
          <w:tcPr>
            <w:tcW w:w="388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Время и последовательность</w:t>
            </w:r>
          </w:p>
        </w:tc>
        <w:tc>
          <w:tcPr>
            <w:tcW w:w="575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sampleSeq</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observedAtMs</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changedAtMs</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evaluatedAtMs</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maxAgeMs</w:t>
            </w:r>
            <w:r>
              <w:rPr>
                <w:rFonts w:eastAsia="ＭＳ 明朝" w:cs=""/>
                <w:b w:val="false"/>
                <w:kern w:val="0"/>
                <w:sz w:val="28"/>
                <w:szCs w:val="22"/>
                <w:lang w:eastAsia="en-US" w:bidi="ar-SA"/>
              </w:rPr>
              <w:t xml:space="preserve"> и </w:t>
            </w:r>
            <w:r>
              <w:rPr>
                <w:rFonts w:eastAsia="ＭＳ 明朝" w:cs=""/>
                <w:b w:val="false"/>
                <w:kern w:val="0"/>
                <w:sz w:val="28"/>
                <w:szCs w:val="22"/>
                <w:lang w:val="zxx" w:eastAsia="en-US" w:bidi="ar-SA"/>
              </w:rPr>
              <w:t>bootId</w:t>
            </w:r>
            <w:r>
              <w:rPr>
                <w:rFonts w:eastAsia="ＭＳ 明朝" w:cs=""/>
                <w:b w:val="false"/>
                <w:kern w:val="0"/>
                <w:sz w:val="28"/>
                <w:szCs w:val="22"/>
                <w:lang w:eastAsia="en-US" w:bidi="ar-SA"/>
              </w:rPr>
              <w:t>; качество абсолютных часов отдельно</w:t>
            </w:r>
          </w:p>
        </w:tc>
      </w:tr>
    </w:tbl>
    <w:p>
      <w:pPr>
        <w:pStyle w:val="Normal"/>
        <w:spacing w:before="0" w:after="0"/>
        <w:rPr/>
      </w:pPr>
      <w:r>
        <w:rPr/>
      </w:r>
    </w:p>
    <w:p>
      <w:pPr>
        <w:pStyle w:val="2"/>
        <w:rPr/>
      </w:pPr>
      <w:r>
        <w:rPr/>
        <w:t>Каталог и достоверность показаний</w:t>
      </w:r>
    </w:p>
    <w:p>
      <w:pPr>
        <w:pStyle w:val="Normal"/>
        <w:jc w:val="start"/>
        <w:rPr/>
      </w:pPr>
      <w:r>
        <w:rPr>
          <w:b w:val="false"/>
          <w:sz w:val="28"/>
          <w:lang w:val="zxx"/>
        </w:rPr>
        <w:t>11.3</w:t>
      </w:r>
      <w:r>
        <w:rPr>
          <w:b w:val="false"/>
          <w:sz w:val="28"/>
        </w:rPr>
        <w:t xml:space="preserve"> В каталоге описание точки разделяется на самостоятельные записи </w:t>
      </w:r>
      <w:r>
        <w:rPr>
          <w:b w:val="false"/>
          <w:sz w:val="28"/>
          <w:lang w:val="zxx"/>
        </w:rPr>
        <w:t>point</w:t>
      </w:r>
      <w:r>
        <w:rPr>
          <w:b w:val="false"/>
          <w:sz w:val="28"/>
        </w:rPr>
        <w:t xml:space="preserve"> с </w:t>
      </w:r>
      <w:r>
        <w:rPr>
          <w:b w:val="false"/>
          <w:sz w:val="28"/>
          <w:lang w:val="zxx"/>
        </w:rPr>
        <w:t>id</w:t>
      </w:r>
      <w:r>
        <w:rPr>
          <w:b w:val="false"/>
          <w:sz w:val="28"/>
        </w:rPr>
        <w:t xml:space="preserve"> и </w:t>
      </w:r>
      <w:r>
        <w:rPr>
          <w:b w:val="false"/>
          <w:sz w:val="28"/>
          <w:lang w:val="zxx"/>
        </w:rPr>
        <w:t>facet=identity|</w:t>
      </w:r>
      <w:r>
        <w:rPr>
          <w:b w:val="false"/>
          <w:sz w:val="28"/>
        </w:rPr>
        <w:t>​</w:t>
      </w:r>
      <w:r>
        <w:rPr>
          <w:b w:val="false"/>
          <w:sz w:val="28"/>
          <w:lang w:val="zxx"/>
        </w:rPr>
        <w:t>meaning|</w:t>
      </w:r>
      <w:r>
        <w:rPr>
          <w:b w:val="false"/>
          <w:sz w:val="28"/>
        </w:rPr>
        <w:t>​</w:t>
      </w:r>
      <w:r>
        <w:rPr>
          <w:b w:val="false"/>
          <w:sz w:val="28"/>
          <w:lang w:val="zxx"/>
        </w:rPr>
        <w:t>source|</w:t>
      </w:r>
      <w:r>
        <w:rPr>
          <w:b w:val="false"/>
          <w:sz w:val="28"/>
        </w:rPr>
        <w:t>​</w:t>
      </w:r>
      <w:r>
        <w:rPr>
          <w:b w:val="false"/>
          <w:sz w:val="28"/>
          <w:lang w:val="zxx"/>
        </w:rPr>
        <w:t>acquisition.</w:t>
      </w:r>
      <w:r>
        <w:rPr>
          <w:b w:val="false"/>
          <w:sz w:val="28"/>
        </w:rPr>
        <w:t xml:space="preserve"> </w:t>
      </w:r>
      <w:r>
        <w:rPr>
          <w:b w:val="false"/>
          <w:sz w:val="28"/>
          <w:lang w:val="zxx"/>
        </w:rPr>
        <w:t>identity</w:t>
      </w:r>
      <w:r>
        <w:rPr>
          <w:b w:val="false"/>
          <w:sz w:val="28"/>
        </w:rPr>
        <w:t xml:space="preserve"> содержит </w:t>
      </w:r>
      <w:r>
        <w:rPr>
          <w:b w:val="false"/>
          <w:sz w:val="28"/>
          <w:lang w:val="zxx"/>
        </w:rPr>
        <w:t>resourceId/</w:t>
      </w:r>
      <w:r>
        <w:rPr>
          <w:b w:val="false"/>
          <w:sz w:val="28"/>
        </w:rPr>
        <w:t>​</w:t>
      </w:r>
      <w:r>
        <w:rPr>
          <w:b w:val="false"/>
          <w:sz w:val="28"/>
          <w:lang w:val="zxx"/>
        </w:rPr>
        <w:t>parentId/</w:t>
      </w:r>
      <w:r>
        <w:rPr>
          <w:b w:val="false"/>
          <w:sz w:val="28"/>
        </w:rPr>
        <w:t>​</w:t>
      </w:r>
      <w:r>
        <w:rPr>
          <w:b w:val="false"/>
          <w:sz w:val="28"/>
          <w:lang w:val="zxx"/>
        </w:rPr>
        <w:t>sourceId</w:t>
      </w:r>
      <w:r>
        <w:rPr>
          <w:b w:val="false"/>
          <w:sz w:val="28"/>
        </w:rPr>
        <w:t xml:space="preserve">; </w:t>
      </w:r>
      <w:r>
        <w:rPr>
          <w:b w:val="false"/>
          <w:sz w:val="28"/>
          <w:lang w:val="zxx"/>
        </w:rPr>
        <w:t>meaning</w:t>
      </w:r>
      <w:r>
        <w:rPr>
          <w:b w:val="false"/>
          <w:sz w:val="28"/>
        </w:rPr>
        <w:t xml:space="preserve"> - </w:t>
      </w:r>
      <w:r>
        <w:rPr>
          <w:b w:val="false"/>
          <w:sz w:val="28"/>
          <w:lang w:val="zxx"/>
        </w:rPr>
        <w:t>kind</w:t>
      </w:r>
      <w:r>
        <w:rPr>
          <w:b w:val="false"/>
          <w:sz w:val="28"/>
        </w:rPr>
        <w:t xml:space="preserve">, тип, единицу и масштаб; </w:t>
      </w:r>
      <w:r>
        <w:rPr>
          <w:b w:val="false"/>
          <w:sz w:val="28"/>
          <w:lang w:val="zxx"/>
        </w:rPr>
        <w:t>source</w:t>
      </w:r>
      <w:r>
        <w:rPr>
          <w:b w:val="false"/>
          <w:sz w:val="28"/>
        </w:rPr>
        <w:t xml:space="preserve"> - </w:t>
      </w:r>
      <w:r>
        <w:rPr>
          <w:b w:val="false"/>
          <w:sz w:val="28"/>
          <w:lang w:val="zxx"/>
        </w:rPr>
        <w:t>sourceKind/</w:t>
      </w:r>
      <w:r>
        <w:rPr>
          <w:b w:val="false"/>
          <w:sz w:val="28"/>
        </w:rPr>
        <w:t>​</w:t>
      </w:r>
      <w:r>
        <w:rPr>
          <w:b w:val="false"/>
          <w:sz w:val="28"/>
          <w:lang w:val="zxx"/>
        </w:rPr>
        <w:t>presence</w:t>
      </w:r>
      <w:r>
        <w:rPr>
          <w:b w:val="false"/>
          <w:sz w:val="28"/>
        </w:rPr>
        <w:t xml:space="preserve">; </w:t>
      </w:r>
      <w:r>
        <w:rPr>
          <w:b w:val="false"/>
          <w:sz w:val="28"/>
          <w:lang w:val="zxx"/>
        </w:rPr>
        <w:t>acquisition</w:t>
      </w:r>
      <w:r>
        <w:rPr>
          <w:b w:val="false"/>
          <w:sz w:val="28"/>
        </w:rPr>
        <w:t xml:space="preserve"> - </w:t>
      </w:r>
      <w:r>
        <w:rPr>
          <w:b w:val="false"/>
          <w:sz w:val="28"/>
          <w:lang w:val="zxx"/>
        </w:rPr>
        <w:t>readMethod/</w:t>
      </w:r>
      <w:r>
        <w:rPr>
          <w:b w:val="false"/>
          <w:sz w:val="28"/>
        </w:rPr>
        <w:t>​</w:t>
      </w:r>
      <w:r>
        <w:rPr>
          <w:b w:val="false"/>
          <w:sz w:val="28"/>
          <w:lang w:val="zxx"/>
        </w:rPr>
        <w:t>maxAgeMs.</w:t>
      </w:r>
      <w:r>
        <w:rPr>
          <w:b w:val="false"/>
          <w:sz w:val="28"/>
        </w:rPr>
        <w:t xml:space="preserve"> Дополнительные </w:t>
      </w:r>
      <w:r>
        <w:rPr>
          <w:b w:val="false"/>
          <w:sz w:val="28"/>
          <w:lang w:val="zxx"/>
        </w:rPr>
        <w:t>enum</w:t>
      </w:r>
      <w:r>
        <w:rPr>
          <w:b w:val="false"/>
          <w:sz w:val="28"/>
        </w:rPr>
        <w:t xml:space="preserve"> и </w:t>
      </w:r>
      <w:r>
        <w:rPr>
          <w:b w:val="false"/>
          <w:sz w:val="28"/>
          <w:lang w:val="zxx"/>
        </w:rPr>
        <w:t>threshold</w:t>
      </w:r>
      <w:r>
        <w:rPr>
          <w:b w:val="false"/>
          <w:sz w:val="28"/>
        </w:rPr>
        <w:t xml:space="preserve"> передаются отдельными записями с </w:t>
      </w:r>
      <w:r>
        <w:rPr>
          <w:b w:val="false"/>
          <w:sz w:val="28"/>
          <w:lang w:val="zxx"/>
        </w:rPr>
        <w:t>pointId</w:t>
      </w:r>
      <w:r>
        <w:rPr>
          <w:b w:val="false"/>
          <w:sz w:val="28"/>
        </w:rPr>
        <w:t xml:space="preserve"> в том же снимке; точные поля и проверка полного каталога заданы в разделе </w:t>
      </w:r>
      <w:r>
        <w:rPr>
          <w:b w:val="false"/>
          <w:sz w:val="28"/>
          <w:lang w:val="zxx"/>
        </w:rPr>
        <w:t>19.</w:t>
      </w:r>
      <w:r>
        <w:rPr>
          <w:b w:val="false"/>
          <w:sz w:val="28"/>
        </w:rPr>
        <w:t xml:space="preserve"> Каждая запись </w:t>
      </w:r>
      <w:r>
        <w:rPr>
          <w:b w:val="false"/>
          <w:sz w:val="28"/>
          <w:lang w:val="zxx"/>
        </w:rPr>
        <w:t>ДОЛЖНА</w:t>
      </w:r>
      <w:r>
        <w:rPr>
          <w:b w:val="false"/>
          <w:sz w:val="28"/>
        </w:rPr>
        <w:t xml:space="preserve"> укладываться в </w:t>
      </w:r>
      <w:r>
        <w:rPr>
          <w:b w:val="false"/>
          <w:sz w:val="28"/>
          <w:lang w:val="zxx"/>
        </w:rPr>
        <w:t>12</w:t>
      </w:r>
      <w:r>
        <w:rPr>
          <w:b w:val="false"/>
          <w:sz w:val="28"/>
        </w:rPr>
        <w:t xml:space="preserve"> атрибутов, а целая страница с оболочкой - в </w:t>
      </w:r>
      <w:r>
        <w:rPr>
          <w:b w:val="false"/>
          <w:sz w:val="28"/>
          <w:lang w:val="zxx"/>
        </w:rPr>
        <w:t>1024</w:t>
      </w:r>
      <w:r>
        <w:rPr>
          <w:b w:val="false"/>
          <w:sz w:val="28"/>
        </w:rPr>
        <w:t xml:space="preserve"> байта. Продолжение переносит целые записи, а не обрывки </w:t>
      </w:r>
      <w:r>
        <w:rPr>
          <w:b w:val="false"/>
          <w:sz w:val="28"/>
          <w:lang w:val="zxx"/>
        </w:rPr>
        <w:t>XML</w:t>
      </w:r>
      <w:r>
        <w:rPr>
          <w:b w:val="false"/>
          <w:sz w:val="28"/>
        </w:rPr>
        <w:t>; конец каталога устанавливается только последней страницей снимка. Значения не дублируют весь каталог.</w:t>
      </w:r>
    </w:p>
    <w:p>
      <w:pPr>
        <w:pStyle w:val="Normal"/>
        <w:jc w:val="both"/>
        <w:rPr/>
      </w:pPr>
      <w:r>
        <w:rPr>
          <w:b w:val="false"/>
          <w:sz w:val="28"/>
          <w:lang w:val="zxx"/>
        </w:rPr>
        <w:t>11.4</w:t>
      </w:r>
      <w:r>
        <w:rPr>
          <w:b w:val="false"/>
          <w:sz w:val="28"/>
        </w:rPr>
        <w:t xml:space="preserve"> Чтение кеша не обновляет </w:t>
      </w:r>
      <w:r>
        <w:rPr>
          <w:b w:val="false"/>
          <w:sz w:val="28"/>
          <w:lang w:val="zxx"/>
        </w:rPr>
        <w:t>observedAtMs.</w:t>
      </w:r>
      <w:r>
        <w:rPr>
          <w:b w:val="false"/>
          <w:sz w:val="28"/>
        </w:rPr>
        <w:t xml:space="preserve"> Если ОУ не передает время измерения, </w:t>
      </w:r>
      <w:r>
        <w:rPr>
          <w:b w:val="false"/>
          <w:sz w:val="28"/>
          <w:lang w:val="zxx"/>
        </w:rPr>
        <w:t>observedAtMs</w:t>
      </w:r>
      <w:r>
        <w:rPr>
          <w:b w:val="false"/>
          <w:sz w:val="28"/>
        </w:rPr>
        <w:t xml:space="preserve"> обозначает время получения ответа УУ. После потери источника наблюдений ОУ старое аварийное значение сохраняется с признаком </w:t>
      </w:r>
      <w:r>
        <w:rPr>
          <w:b w:val="false"/>
          <w:sz w:val="28"/>
          <w:lang w:val="zxx"/>
        </w:rPr>
        <w:t>stale/</w:t>
      </w:r>
      <w:r>
        <w:rPr>
          <w:b w:val="false"/>
          <w:sz w:val="28"/>
        </w:rPr>
        <w:t>​</w:t>
      </w:r>
      <w:r>
        <w:rPr>
          <w:b w:val="false"/>
          <w:sz w:val="28"/>
          <w:lang w:val="zxx"/>
        </w:rPr>
        <w:t>sourceLost</w:t>
      </w:r>
      <w:r>
        <w:rPr>
          <w:b w:val="false"/>
          <w:sz w:val="28"/>
        </w:rPr>
        <w:t>; отсутствие ответа не очищает аварию. Собственные метрики контроллера при этом могут оставаться свежими.</w:t>
      </w:r>
    </w:p>
    <w:p>
      <w:pPr>
        <w:pStyle w:val="Normal"/>
        <w:jc w:val="both"/>
        <w:rPr/>
      </w:pPr>
      <w:r>
        <w:rPr>
          <w:b w:val="false"/>
          <w:sz w:val="28"/>
          <w:lang w:val="zxx"/>
        </w:rPr>
        <w:t>11.5</w:t>
      </w:r>
      <w:r>
        <w:rPr>
          <w:b w:val="false"/>
          <w:sz w:val="28"/>
        </w:rPr>
        <w:t xml:space="preserve"> Температура, ток, напряжение, сопротивление линии, акустический контроль и внешние пожарные входы могут описываться общей моделью. Они объявляются в </w:t>
      </w:r>
      <w:r>
        <w:rPr>
          <w:b w:val="false"/>
          <w:sz w:val="28"/>
          <w:lang w:val="zxx"/>
        </w:rPr>
        <w:t>capabilities</w:t>
      </w:r>
      <w:r>
        <w:rPr>
          <w:b w:val="false"/>
          <w:sz w:val="28"/>
        </w:rPr>
        <w:t xml:space="preserve"> только при подтвержденном аппаратном источнике. Каждая объявленная точка </w:t>
      </w:r>
      <w:r>
        <w:rPr>
          <w:b w:val="false"/>
          <w:sz w:val="28"/>
          <w:lang w:val="zxx"/>
        </w:rPr>
        <w:t>ДОЛЖНА</w:t>
      </w:r>
      <w:r>
        <w:rPr>
          <w:b w:val="false"/>
          <w:sz w:val="28"/>
        </w:rPr>
        <w:t xml:space="preserve"> иметь определенный источник и правила качества данных.</w:t>
      </w:r>
    </w:p>
    <w:p>
      <w:pPr>
        <w:pStyle w:val="Normal"/>
        <w:jc w:val="both"/>
        <w:rPr/>
      </w:pPr>
      <w:r>
        <w:rPr>
          <w:b w:val="false"/>
          <w:sz w:val="28"/>
          <w:lang w:val="zxx"/>
        </w:rPr>
        <w:t>11.6</w:t>
      </w:r>
      <w:r>
        <w:rPr>
          <w:b w:val="false"/>
          <w:sz w:val="28"/>
        </w:rPr>
        <w:t xml:space="preserve"> Линия, фаза питания и вход ЧС имеют разные </w:t>
      </w:r>
      <w:r>
        <w:rPr>
          <w:b w:val="false"/>
          <w:sz w:val="28"/>
          <w:lang w:val="zxx"/>
        </w:rPr>
        <w:t>kind</w:t>
      </w:r>
      <w:r>
        <w:rPr>
          <w:b w:val="false"/>
          <w:sz w:val="28"/>
        </w:rPr>
        <w:t xml:space="preserve"> и собственные </w:t>
      </w:r>
      <w:r>
        <w:rPr>
          <w:b w:val="false"/>
          <w:sz w:val="28"/>
          <w:lang w:val="zxx"/>
        </w:rPr>
        <w:t>pointId.</w:t>
      </w:r>
      <w:r>
        <w:rPr>
          <w:b w:val="false"/>
          <w:sz w:val="28"/>
        </w:rPr>
        <w:t xml:space="preserve"> Несколько входов не сворачиваются в один </w:t>
      </w:r>
      <w:r>
        <w:rPr>
          <w:b w:val="false"/>
          <w:sz w:val="28"/>
          <w:lang w:val="zxx"/>
        </w:rPr>
        <w:t>bool.</w:t>
      </w:r>
      <w:r>
        <w:rPr>
          <w:b w:val="false"/>
          <w:sz w:val="28"/>
        </w:rPr>
        <w:t xml:space="preserve"> Профиль сохраняет исходный код и версию декодирования наряду с нормализованным значением. Обрыв, перегрузка/КЗ, выключение, неизвестность и отсутствие точки различаются; общий бит перегрузки/КЗ не позволяет выдумать отдельный диагноз. Зарезервированные биты не создают установленные линии. Варианты ОУ с одним общим ответом и с детализацией по фазам имеют разные каталоги.</w:t>
      </w:r>
    </w:p>
    <w:p>
      <w:pPr>
        <w:pStyle w:val="1"/>
        <w:rPr/>
      </w:pPr>
      <w:bookmarkStart w:id="12" w:name="__RefHeading___Toc43273_1766585215"/>
      <w:bookmarkEnd w:id="12"/>
      <w:r>
        <w:rPr/>
        <w:t>12 Опросы, проверки и аварии</w:t>
      </w:r>
    </w:p>
    <w:p>
      <w:pPr>
        <w:pStyle w:val="Normal"/>
        <w:jc w:val="both"/>
        <w:rPr/>
      </w:pPr>
      <w:r>
        <w:rPr>
          <w:b w:val="false"/>
          <w:sz w:val="28"/>
          <w:lang w:val="zxx"/>
        </w:rPr>
        <w:t>12.1</w:t>
      </w:r>
      <w:r>
        <w:rPr>
          <w:b w:val="false"/>
          <w:sz w:val="28"/>
        </w:rPr>
        <w:t xml:space="preserve"> Предусмотрены два вида опроса: без запуска ОУ и с запуском ОУ. Опрос с запуском - самостоятельный сценарий проверки работоспособности под воздействием, с включением оборудования и сбором результатов в рабочем состоянии. Чтение кеша датчиков не заменяет ни один из этих сценариев.</w:t>
      </w:r>
    </w:p>
    <w:p>
      <w:pPr>
        <w:pStyle w:val="Normal"/>
        <w:keepNext w:val="true"/>
        <w:jc w:val="start"/>
        <w:rPr/>
      </w:pPr>
      <w:r>
        <w:rPr>
          <w:b/>
          <w:sz w:val="28"/>
          <w:lang w:val="zxx"/>
        </w:rPr>
        <w:t>12.2</w:t>
      </w:r>
      <w:r>
        <w:rPr>
          <w:b/>
          <w:sz w:val="28"/>
        </w:rPr>
        <w:t xml:space="preserve"> </w:t>
      </w:r>
      <w:r>
        <w:rPr>
          <w:b/>
          <w:sz w:val="28"/>
          <w:lang w:val="zxx"/>
        </w:rPr>
        <w:t>sensors.read</w:t>
      </w:r>
    </w:p>
    <w:p>
      <w:pPr>
        <w:pStyle w:val="Normal"/>
        <w:jc w:val="both"/>
        <w:rPr/>
      </w:pPr>
      <w:r>
        <w:rPr>
          <w:b w:val="false"/>
          <w:sz w:val="28"/>
        </w:rPr>
        <w:t>Чтение доступного снимка без аппаратного воздействия. Значение, возраст и качество передаются вместе.</w:t>
      </w:r>
    </w:p>
    <w:p>
      <w:pPr>
        <w:pStyle w:val="Normal"/>
        <w:keepNext w:val="true"/>
        <w:jc w:val="start"/>
        <w:rPr/>
      </w:pPr>
      <w:r>
        <w:rPr>
          <w:b/>
          <w:sz w:val="28"/>
          <w:lang w:val="zxx"/>
        </w:rPr>
        <w:t>12.3</w:t>
      </w:r>
      <w:r>
        <w:rPr>
          <w:b/>
          <w:sz w:val="28"/>
        </w:rPr>
        <w:t xml:space="preserve"> Опрос без запуска: </w:t>
      </w:r>
      <w:r>
        <w:rPr>
          <w:b/>
          <w:sz w:val="28"/>
          <w:lang w:val="zxx"/>
        </w:rPr>
        <w:t>poll.start</w:t>
      </w:r>
      <w:r>
        <w:rPr>
          <w:b/>
          <w:sz w:val="28"/>
        </w:rPr>
        <w:t xml:space="preserve"> / </w:t>
      </w:r>
      <w:r>
        <w:rPr>
          <w:b/>
          <w:sz w:val="28"/>
          <w:lang w:val="zxx"/>
        </w:rPr>
        <w:t>get</w:t>
      </w:r>
      <w:r>
        <w:rPr>
          <w:b/>
          <w:sz w:val="28"/>
        </w:rPr>
        <w:t xml:space="preserve"> / </w:t>
      </w:r>
      <w:r>
        <w:rPr>
          <w:b/>
          <w:sz w:val="28"/>
          <w:lang w:val="zxx"/>
        </w:rPr>
        <w:t>cancel</w:t>
      </w:r>
    </w:p>
    <w:p>
      <w:pPr>
        <w:pStyle w:val="Normal"/>
        <w:jc w:val="both"/>
        <w:rPr/>
      </w:pPr>
      <w:r>
        <w:rPr>
          <w:b w:val="false"/>
          <w:sz w:val="28"/>
        </w:rPr>
        <w:t xml:space="preserve">Свежий опрос источников без включения ОУ. </w:t>
      </w:r>
      <w:r>
        <w:rPr>
          <w:b w:val="false"/>
          <w:sz w:val="28"/>
          <w:lang w:val="zxx"/>
        </w:rPr>
        <w:t>operationId</w:t>
      </w:r>
      <w:r>
        <w:rPr>
          <w:b w:val="false"/>
          <w:sz w:val="28"/>
        </w:rPr>
        <w:t xml:space="preserve"> связывает результаты; состав ожидаемых точек фиксируется на старте. Отмена относится только к своему заданию опроса.</w:t>
      </w:r>
    </w:p>
    <w:p>
      <w:pPr>
        <w:pStyle w:val="Normal"/>
        <w:keepNext w:val="true"/>
        <w:jc w:val="start"/>
        <w:rPr/>
      </w:pPr>
      <w:r>
        <w:rPr>
          <w:b/>
          <w:sz w:val="28"/>
          <w:lang w:val="zxx"/>
        </w:rPr>
        <w:t>12.4</w:t>
      </w:r>
      <w:r>
        <w:rPr>
          <w:b/>
          <w:sz w:val="28"/>
        </w:rPr>
        <w:t xml:space="preserve"> </w:t>
      </w:r>
      <w:r>
        <w:rPr>
          <w:b/>
          <w:sz w:val="28"/>
          <w:lang w:val="zxx"/>
        </w:rPr>
        <w:t>diagnostics.read</w:t>
      </w:r>
    </w:p>
    <w:p>
      <w:pPr>
        <w:pStyle w:val="Normal"/>
        <w:jc w:val="both"/>
        <w:rPr/>
      </w:pPr>
      <w:r>
        <w:rPr>
          <w:b w:val="false"/>
          <w:sz w:val="28"/>
        </w:rPr>
        <w:t>Инженерные показатели программного и аппаратного состояния. Не выполняет скрытую перезагрузку или тест выходов.</w:t>
      </w:r>
    </w:p>
    <w:p>
      <w:pPr>
        <w:pStyle w:val="Normal"/>
        <w:keepNext w:val="true"/>
        <w:jc w:val="start"/>
        <w:rPr/>
      </w:pPr>
      <w:r>
        <w:rPr>
          <w:b/>
          <w:sz w:val="28"/>
          <w:lang w:val="zxx"/>
        </w:rPr>
        <w:t>12.5</w:t>
      </w:r>
      <w:r>
        <w:rPr>
          <w:b/>
          <w:sz w:val="28"/>
        </w:rPr>
        <w:t xml:space="preserve"> Опрос с запуском: </w:t>
      </w:r>
      <w:r>
        <w:rPr>
          <w:b/>
          <w:sz w:val="28"/>
          <w:lang w:val="zxx"/>
        </w:rPr>
        <w:t>session.start</w:t>
      </w:r>
      <w:r>
        <w:rPr>
          <w:b/>
          <w:sz w:val="28"/>
        </w:rPr>
        <w:t xml:space="preserve"> </w:t>
      </w:r>
      <w:r>
        <w:rPr>
          <w:b/>
          <w:sz w:val="28"/>
          <w:lang w:val="zxx"/>
        </w:rPr>
        <w:t>mode=test</w:t>
      </w:r>
    </w:p>
    <w:p>
      <w:pPr>
        <w:pStyle w:val="Normal"/>
        <w:jc w:val="start"/>
        <w:rPr/>
      </w:pPr>
      <w:r>
        <w:rPr>
          <w:b w:val="false"/>
          <w:sz w:val="28"/>
        </w:rPr>
        <w:t xml:space="preserve">Профиль </w:t>
      </w:r>
      <w:r>
        <w:rPr>
          <w:b w:val="false"/>
          <w:sz w:val="28"/>
          <w:lang w:val="zxx"/>
        </w:rPr>
        <w:t>testId</w:t>
      </w:r>
      <w:r>
        <w:rPr>
          <w:b w:val="false"/>
          <w:sz w:val="28"/>
        </w:rPr>
        <w:t xml:space="preserve"> с </w:t>
      </w:r>
      <w:r>
        <w:rPr>
          <w:b w:val="false"/>
          <w:sz w:val="28"/>
          <w:lang w:val="zxx"/>
        </w:rPr>
        <w:t>kind=activationPoll.</w:t>
      </w:r>
      <w:r>
        <w:rPr>
          <w:b w:val="false"/>
          <w:sz w:val="28"/>
        </w:rPr>
        <w:t xml:space="preserve"> Запускает ОУ, собирает предусмотренные наблюдения, останавливает и проверяет выключение. Использует общий исполнитель сеансов, права владельца, </w:t>
      </w:r>
      <w:r>
        <w:rPr>
          <w:b w:val="false"/>
          <w:sz w:val="28"/>
          <w:lang w:val="zxx"/>
        </w:rPr>
        <w:t>sessionId</w:t>
      </w:r>
      <w:r>
        <w:rPr>
          <w:b w:val="false"/>
          <w:sz w:val="28"/>
        </w:rPr>
        <w:t xml:space="preserve"> и </w:t>
      </w:r>
      <w:r>
        <w:rPr>
          <w:b w:val="false"/>
          <w:sz w:val="28"/>
          <w:lang w:val="zxx"/>
        </w:rPr>
        <w:t>startSeq.</w:t>
      </w:r>
    </w:p>
    <w:p>
      <w:pPr>
        <w:pStyle w:val="Normal"/>
        <w:keepNext w:val="true"/>
        <w:ind w:hanging="0"/>
        <w:jc w:val="start"/>
        <w:rPr/>
      </w:pPr>
      <w:r>
        <w:rPr>
          <w:b w:val="false"/>
          <w:sz w:val="24"/>
        </w:rPr>
        <w:t xml:space="preserve">Таблица </w:t>
      </w:r>
      <w:r>
        <w:rPr>
          <w:b w:val="false"/>
          <w:sz w:val="24"/>
          <w:lang w:val="zxx"/>
        </w:rPr>
        <w:t>13</w:t>
      </w:r>
      <w:r>
        <w:rPr>
          <w:b w:val="false"/>
          <w:sz w:val="24"/>
        </w:rPr>
        <w:t xml:space="preserve"> - Опросы, проверки и аварии</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295"/>
        <w:gridCol w:w="6342"/>
      </w:tblGrid>
      <w:tr>
        <w:trPr>
          <w:cantSplit w:val="true"/>
        </w:trPr>
        <w:tc>
          <w:tcPr>
            <w:tcW w:w="329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Этап опроса с запуском</w:t>
            </w:r>
          </w:p>
        </w:tc>
        <w:tc>
          <w:tcPr>
            <w:tcW w:w="634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Что фиксируется</w:t>
            </w:r>
          </w:p>
        </w:tc>
      </w:tr>
      <w:tr>
        <w:trPr>
          <w:cantSplit w:val="true"/>
        </w:trPr>
        <w:tc>
          <w:tcPr>
            <w:tcW w:w="329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Подготовка / </w:t>
            </w:r>
            <w:r>
              <w:rPr>
                <w:rFonts w:eastAsia="ＭＳ 明朝" w:cs=""/>
                <w:b w:val="false"/>
                <w:kern w:val="0"/>
                <w:sz w:val="28"/>
                <w:szCs w:val="22"/>
                <w:lang w:val="zxx" w:eastAsia="en-US" w:bidi="ar-SA"/>
              </w:rPr>
              <w:t>starting</w:t>
            </w:r>
          </w:p>
        </w:tc>
        <w:tc>
          <w:tcPr>
            <w:tcW w:w="634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Точные ОУ и выходы, </w:t>
            </w:r>
            <w:r>
              <w:rPr>
                <w:rFonts w:eastAsia="ＭＳ 明朝" w:cs=""/>
                <w:b w:val="false"/>
                <w:kern w:val="0"/>
                <w:sz w:val="28"/>
                <w:szCs w:val="22"/>
                <w:lang w:val="zxx" w:eastAsia="en-US" w:bidi="ar-SA"/>
              </w:rPr>
              <w:t>testId/</w:t>
            </w:r>
            <w:r>
              <w:rPr>
                <w:rFonts w:eastAsia="ＭＳ 明朝" w:cs=""/>
                <w:b w:val="false"/>
                <w:kern w:val="0"/>
                <w:sz w:val="28"/>
                <w:szCs w:val="22"/>
                <w:lang w:eastAsia="en-US" w:bidi="ar-SA"/>
              </w:rPr>
              <w:t>​</w:t>
            </w:r>
            <w:r>
              <w:rPr>
                <w:rFonts w:eastAsia="ＭＳ 明朝" w:cs=""/>
                <w:b w:val="false"/>
                <w:kern w:val="0"/>
                <w:sz w:val="28"/>
                <w:szCs w:val="22"/>
                <w:lang w:val="zxx" w:eastAsia="en-US" w:bidi="ar-SA"/>
              </w:rPr>
              <w:t>testRevision</w:t>
            </w:r>
            <w:r>
              <w:rPr>
                <w:rFonts w:eastAsia="ＭＳ 明朝" w:cs=""/>
                <w:b w:val="false"/>
                <w:kern w:val="0"/>
                <w:sz w:val="28"/>
                <w:szCs w:val="22"/>
                <w:lang w:eastAsia="en-US" w:bidi="ar-SA"/>
              </w:rPr>
              <w:t>, допустимые эффекты, ожидаемые точки, исходные показания и состояние ресурсов. Проверяются права и отсутствие конфликта.</w:t>
            </w:r>
          </w:p>
        </w:tc>
      </w:tr>
      <w:tr>
        <w:trPr>
          <w:cantSplit w:val="true"/>
        </w:trPr>
        <w:tc>
          <w:tcPr>
            <w:tcW w:w="329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Запуск / </w:t>
            </w:r>
            <w:r>
              <w:rPr>
                <w:rFonts w:eastAsia="ＭＳ 明朝" w:cs=""/>
                <w:b w:val="false"/>
                <w:kern w:val="0"/>
                <w:sz w:val="28"/>
                <w:szCs w:val="22"/>
                <w:lang w:val="zxx" w:eastAsia="en-US" w:bidi="ar-SA"/>
              </w:rPr>
              <w:t>starting</w:t>
            </w:r>
          </w:p>
        </w:tc>
        <w:tc>
          <w:tcPr>
            <w:tcW w:w="634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Команда включения ОУ и подтверждение по профилю. </w:t>
            </w:r>
            <w:r>
              <w:rPr>
                <w:rFonts w:eastAsia="ＭＳ 明朝" w:cs=""/>
                <w:b w:val="false"/>
                <w:kern w:val="0"/>
                <w:sz w:val="28"/>
                <w:szCs w:val="22"/>
                <w:lang w:val="zxx" w:eastAsia="en-US" w:bidi="ar-SA"/>
              </w:rPr>
              <w:t>accepted</w:t>
            </w:r>
            <w:r>
              <w:rPr>
                <w:rFonts w:eastAsia="ＭＳ 明朝" w:cs=""/>
                <w:b w:val="false"/>
                <w:kern w:val="0"/>
                <w:sz w:val="28"/>
                <w:szCs w:val="22"/>
                <w:lang w:eastAsia="en-US" w:bidi="ar-SA"/>
              </w:rPr>
              <w:t xml:space="preserve"> означает прием задания, а не состоявшееся включение.</w:t>
            </w:r>
          </w:p>
        </w:tc>
      </w:tr>
      <w:tr>
        <w:trPr>
          <w:cantSplit w:val="true"/>
        </w:trPr>
        <w:tc>
          <w:tcPr>
            <w:tcW w:w="329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Наблюдение / </w:t>
            </w:r>
            <w:r>
              <w:rPr>
                <w:rFonts w:eastAsia="ＭＳ 明朝" w:cs=""/>
                <w:b w:val="false"/>
                <w:kern w:val="0"/>
                <w:sz w:val="28"/>
                <w:szCs w:val="22"/>
                <w:lang w:val="zxx" w:eastAsia="en-US" w:bidi="ar-SA"/>
              </w:rPr>
              <w:t>running</w:t>
            </w:r>
          </w:p>
        </w:tc>
        <w:tc>
          <w:tcPr>
            <w:tcW w:w="634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Показания при запущенном оборудовании и результаты проверок: например, доступные признаки работы сирены, усилителя, линий или питания. Только реально поддержанные источники.</w:t>
            </w:r>
          </w:p>
        </w:tc>
      </w:tr>
      <w:tr>
        <w:trPr>
          <w:cantSplit w:val="true"/>
        </w:trPr>
        <w:tc>
          <w:tcPr>
            <w:tcW w:w="329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Остановка / </w:t>
            </w:r>
            <w:r>
              <w:rPr>
                <w:rFonts w:eastAsia="ＭＳ 明朝" w:cs=""/>
                <w:b w:val="false"/>
                <w:kern w:val="0"/>
                <w:sz w:val="28"/>
                <w:szCs w:val="22"/>
                <w:lang w:val="zxx" w:eastAsia="en-US" w:bidi="ar-SA"/>
              </w:rPr>
              <w:t>stopping</w:t>
            </w:r>
          </w:p>
        </w:tc>
        <w:tc>
          <w:tcPr>
            <w:tcW w:w="634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Штатное завершение конечной программы либо отмена/таймаут. Выполняется остановка именно ресурсов этого сеанса.</w:t>
            </w:r>
          </w:p>
        </w:tc>
      </w:tr>
      <w:tr>
        <w:trPr>
          <w:cantSplit w:val="true"/>
        </w:trPr>
        <w:tc>
          <w:tcPr>
            <w:tcW w:w="329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Проверка выключения / </w:t>
            </w:r>
            <w:r>
              <w:rPr>
                <w:rFonts w:eastAsia="ＭＳ 明朝" w:cs=""/>
                <w:b w:val="false"/>
                <w:kern w:val="0"/>
                <w:sz w:val="28"/>
                <w:szCs w:val="22"/>
                <w:lang w:val="zxx" w:eastAsia="en-US" w:bidi="ar-SA"/>
              </w:rPr>
              <w:t>stopping</w:t>
            </w:r>
            <w:r>
              <w:rPr>
                <w:rFonts w:eastAsia="ＭＳ 明朝" w:cs=""/>
                <w:b w:val="false"/>
                <w:kern w:val="0"/>
                <w:sz w:val="28"/>
                <w:szCs w:val="22"/>
                <w:lang w:eastAsia="en-US" w:bidi="ar-SA"/>
              </w:rPr>
              <w:t xml:space="preserve"> -&gt; </w:t>
            </w:r>
            <w:r>
              <w:rPr>
                <w:rFonts w:eastAsia="ＭＳ 明朝" w:cs=""/>
                <w:b w:val="false"/>
                <w:kern w:val="0"/>
                <w:sz w:val="28"/>
                <w:szCs w:val="22"/>
                <w:lang w:val="zxx" w:eastAsia="en-US" w:bidi="ar-SA"/>
              </w:rPr>
              <w:t>finished</w:t>
            </w:r>
          </w:p>
        </w:tc>
        <w:tc>
          <w:tcPr>
            <w:tcW w:w="6342"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Отдельный результат возврата в допустимое состояние. Неизвестное выключение не считается успехом и сохраняет блокировку ресурса.</w:t>
            </w:r>
          </w:p>
        </w:tc>
      </w:tr>
    </w:tbl>
    <w:p>
      <w:pPr>
        <w:pStyle w:val="Normal"/>
        <w:spacing w:before="0" w:after="0"/>
        <w:rPr/>
      </w:pPr>
      <w:r>
        <w:rPr/>
      </w:r>
    </w:p>
    <w:p>
      <w:pPr>
        <w:pStyle w:val="Normal"/>
        <w:jc w:val="start"/>
        <w:rPr/>
      </w:pPr>
      <w:r>
        <w:rPr>
          <w:b w:val="false"/>
          <w:sz w:val="28"/>
          <w:lang w:val="zxx"/>
        </w:rPr>
        <w:t>12.6</w:t>
      </w:r>
      <w:r>
        <w:rPr>
          <w:b w:val="false"/>
          <w:sz w:val="28"/>
        </w:rPr>
        <w:t xml:space="preserve"> </w:t>
      </w:r>
      <w:r>
        <w:rPr>
          <w:b w:val="false"/>
          <w:sz w:val="28"/>
          <w:lang w:val="zxx"/>
        </w:rPr>
        <w:t>tests.list</w:t>
      </w:r>
      <w:r>
        <w:rPr>
          <w:b w:val="false"/>
          <w:sz w:val="28"/>
        </w:rPr>
        <w:t xml:space="preserve"> задает неизменный каталог планов тестов с типизированными критериями и наблюдениями фаз. Поддержка </w:t>
      </w:r>
      <w:r>
        <w:rPr>
          <w:b w:val="false"/>
          <w:sz w:val="28"/>
          <w:lang w:val="zxx"/>
        </w:rPr>
        <w:t>mode=test</w:t>
      </w:r>
      <w:r>
        <w:rPr>
          <w:b w:val="false"/>
          <w:sz w:val="28"/>
        </w:rPr>
        <w:t xml:space="preserve"> требует выполнения формата каталога настоящего раздела и фиксации </w:t>
      </w:r>
      <w:r>
        <w:rPr>
          <w:b w:val="false"/>
          <w:sz w:val="28"/>
          <w:lang w:val="zxx"/>
        </w:rPr>
        <w:t>testId/</w:t>
      </w:r>
      <w:r>
        <w:rPr>
          <w:b w:val="false"/>
          <w:sz w:val="28"/>
        </w:rPr>
        <w:t>​</w:t>
      </w:r>
      <w:r>
        <w:rPr>
          <w:b w:val="false"/>
          <w:sz w:val="28"/>
          <w:lang w:val="zxx"/>
        </w:rPr>
        <w:t>testRevision</w:t>
      </w:r>
      <w:r>
        <w:rPr>
          <w:b w:val="false"/>
          <w:sz w:val="28"/>
        </w:rPr>
        <w:t xml:space="preserve"> при </w:t>
      </w:r>
      <w:r>
        <w:rPr>
          <w:b w:val="false"/>
          <w:sz w:val="28"/>
          <w:lang w:val="zxx"/>
        </w:rPr>
        <w:t>session.start.</w:t>
      </w:r>
    </w:p>
    <w:p>
      <w:pPr>
        <w:pStyle w:val="2"/>
        <w:rPr/>
      </w:pPr>
      <w:r>
        <w:rPr/>
        <w:t>Запуск и оценка проверки</w:t>
      </w:r>
    </w:p>
    <w:p>
      <w:pPr>
        <w:pStyle w:val="Normal"/>
        <w:jc w:val="start"/>
        <w:rPr/>
      </w:pPr>
      <w:r>
        <w:rPr>
          <w:b w:val="false"/>
          <w:sz w:val="28"/>
          <w:lang w:val="zxx"/>
        </w:rPr>
        <w:t>12.7</w:t>
      </w:r>
      <w:r>
        <w:rPr>
          <w:b w:val="false"/>
          <w:sz w:val="28"/>
        </w:rPr>
        <w:t xml:space="preserve"> Для запуска нужны </w:t>
      </w:r>
      <w:r>
        <w:rPr>
          <w:b w:val="false"/>
          <w:sz w:val="28"/>
          <w:lang w:val="zxx"/>
        </w:rPr>
        <w:t>controlEpoch</w:t>
      </w:r>
      <w:r>
        <w:rPr>
          <w:b w:val="false"/>
          <w:sz w:val="28"/>
        </w:rPr>
        <w:t xml:space="preserve">, </w:t>
      </w:r>
      <w:r>
        <w:rPr>
          <w:b w:val="false"/>
          <w:sz w:val="28"/>
          <w:lang w:val="zxx"/>
        </w:rPr>
        <w:t>cmdSeq</w:t>
      </w:r>
      <w:r>
        <w:rPr>
          <w:b w:val="false"/>
          <w:sz w:val="28"/>
        </w:rPr>
        <w:t xml:space="preserve"> и права управления выбранными ресурсами. Повтор </w:t>
      </w:r>
      <w:r>
        <w:rPr>
          <w:b w:val="false"/>
          <w:sz w:val="28"/>
          <w:lang w:val="zxx"/>
        </w:rPr>
        <w:t>session.start</w:t>
      </w:r>
      <w:r>
        <w:rPr>
          <w:b w:val="false"/>
          <w:sz w:val="28"/>
        </w:rPr>
        <w:t xml:space="preserve"> не включает ОУ повторно. Если </w:t>
      </w:r>
      <w:r>
        <w:rPr>
          <w:b w:val="false"/>
          <w:sz w:val="28"/>
          <w:lang w:val="zxx"/>
        </w:rPr>
        <w:t>sessionId</w:t>
      </w:r>
      <w:r>
        <w:rPr>
          <w:b w:val="false"/>
          <w:sz w:val="28"/>
        </w:rPr>
        <w:t xml:space="preserve"> известен, отмена выполняется </w:t>
      </w:r>
      <w:r>
        <w:rPr>
          <w:b w:val="false"/>
          <w:sz w:val="28"/>
          <w:lang w:val="zxx"/>
        </w:rPr>
        <w:t>session.stop</w:t>
      </w:r>
      <w:r>
        <w:rPr>
          <w:b w:val="false"/>
          <w:sz w:val="28"/>
        </w:rPr>
        <w:t xml:space="preserve">; если ответ запуска потерян - </w:t>
      </w:r>
      <w:r>
        <w:rPr>
          <w:b w:val="false"/>
          <w:sz w:val="28"/>
          <w:lang w:val="zxx"/>
        </w:rPr>
        <w:t>session.cancel</w:t>
      </w:r>
      <w:r>
        <w:rPr>
          <w:b w:val="false"/>
          <w:sz w:val="28"/>
        </w:rPr>
        <w:t xml:space="preserve"> по </w:t>
      </w:r>
      <w:r>
        <w:rPr>
          <w:b w:val="false"/>
          <w:sz w:val="28"/>
          <w:lang w:val="zxx"/>
        </w:rPr>
        <w:t>startSeq.</w:t>
      </w:r>
      <w:r>
        <w:rPr>
          <w:b w:val="false"/>
          <w:sz w:val="28"/>
        </w:rPr>
        <w:t xml:space="preserve"> Команда </w:t>
      </w:r>
      <w:r>
        <w:rPr>
          <w:b w:val="false"/>
          <w:sz w:val="28"/>
          <w:lang w:val="zxx"/>
        </w:rPr>
        <w:t>poll.cancel</w:t>
      </w:r>
      <w:r>
        <w:rPr>
          <w:b w:val="false"/>
          <w:sz w:val="28"/>
        </w:rPr>
        <w:t xml:space="preserve"> относится только к опросу без запуска и не является неявной остановкой тестового сеанса.</w:t>
      </w:r>
    </w:p>
    <w:p>
      <w:pPr>
        <w:pStyle w:val="Normal"/>
        <w:jc w:val="both"/>
        <w:rPr/>
      </w:pPr>
      <w:r>
        <w:rPr>
          <w:b w:val="false"/>
          <w:sz w:val="28"/>
          <w:lang w:val="zxx"/>
        </w:rPr>
        <w:t>12.8</w:t>
      </w:r>
      <w:r>
        <w:rPr>
          <w:b w:val="false"/>
          <w:sz w:val="28"/>
        </w:rPr>
        <w:t xml:space="preserve"> Результат опроса с запуском читается через </w:t>
      </w:r>
      <w:r>
        <w:rPr>
          <w:b w:val="false"/>
          <w:sz w:val="28"/>
          <w:lang w:val="zxx"/>
        </w:rPr>
        <w:t>session.get</w:t>
      </w:r>
      <w:r>
        <w:rPr>
          <w:b w:val="false"/>
          <w:sz w:val="28"/>
        </w:rPr>
        <w:t xml:space="preserve"> и связан с </w:t>
      </w:r>
      <w:r>
        <w:rPr>
          <w:b w:val="false"/>
          <w:sz w:val="28"/>
          <w:lang w:val="zxx"/>
        </w:rPr>
        <w:t>session.finished:</w:t>
      </w:r>
      <w:r>
        <w:rPr>
          <w:b w:val="false"/>
          <w:sz w:val="28"/>
        </w:rPr>
        <w:t xml:space="preserve"> исходные и рабочие наблюдения, </w:t>
      </w:r>
      <w:r>
        <w:rPr>
          <w:b w:val="false"/>
          <w:sz w:val="28"/>
          <w:lang w:val="zxx"/>
        </w:rPr>
        <w:t>checks</w:t>
      </w:r>
      <w:r>
        <w:rPr>
          <w:b w:val="false"/>
          <w:sz w:val="28"/>
        </w:rPr>
        <w:t xml:space="preserve">[] по каждому ресурсу с </w:t>
      </w:r>
      <w:r>
        <w:rPr>
          <w:b w:val="false"/>
          <w:sz w:val="28"/>
          <w:lang w:val="zxx"/>
        </w:rPr>
        <w:t>passed/</w:t>
      </w:r>
      <w:r>
        <w:rPr>
          <w:b w:val="false"/>
          <w:sz w:val="28"/>
        </w:rPr>
        <w:t>​</w:t>
      </w:r>
      <w:r>
        <w:rPr>
          <w:b w:val="false"/>
          <w:sz w:val="28"/>
          <w:lang w:val="zxx"/>
        </w:rPr>
        <w:t>failed/</w:t>
      </w:r>
      <w:r>
        <w:rPr>
          <w:b w:val="false"/>
          <w:sz w:val="28"/>
        </w:rPr>
        <w:t>​</w:t>
      </w:r>
      <w:r>
        <w:rPr>
          <w:b w:val="false"/>
          <w:sz w:val="28"/>
          <w:lang w:val="zxx"/>
        </w:rPr>
        <w:t>inconclusive/</w:t>
      </w:r>
      <w:r>
        <w:rPr>
          <w:b w:val="false"/>
          <w:sz w:val="28"/>
        </w:rPr>
        <w:t>​</w:t>
      </w:r>
      <w:r>
        <w:rPr>
          <w:b w:val="false"/>
          <w:sz w:val="28"/>
          <w:lang w:val="zxx"/>
        </w:rPr>
        <w:t>skipped</w:t>
      </w:r>
      <w:r>
        <w:rPr>
          <w:b w:val="false"/>
          <w:sz w:val="28"/>
        </w:rPr>
        <w:t xml:space="preserve">, полнота набора и отдельное подтверждение выключения. У каждого наблюдения сохраняются фаза, источник, время и качество. Полный сбор данных может выявить неисправность; успешная остановка не превращает проваленную проверку в </w:t>
      </w:r>
      <w:r>
        <w:rPr>
          <w:b w:val="false"/>
          <w:sz w:val="28"/>
          <w:lang w:val="zxx"/>
        </w:rPr>
        <w:t>passed.</w:t>
      </w:r>
    </w:p>
    <w:p>
      <w:pPr>
        <w:pStyle w:val="Normal"/>
        <w:jc w:val="both"/>
        <w:rPr/>
      </w:pPr>
      <w:r>
        <w:rPr>
          <w:b w:val="false"/>
          <w:sz w:val="28"/>
          <w:lang w:val="zxx"/>
        </w:rPr>
        <w:t>12.9</w:t>
      </w:r>
      <w:r>
        <w:rPr>
          <w:b w:val="false"/>
          <w:sz w:val="28"/>
        </w:rPr>
        <w:t xml:space="preserve"> Функциональная часть получает </w:t>
      </w:r>
      <w:r>
        <w:rPr>
          <w:b w:val="false"/>
          <w:sz w:val="28"/>
          <w:lang w:val="zxx"/>
        </w:rPr>
        <w:t>passed</w:t>
      </w:r>
      <w:r>
        <w:rPr>
          <w:b w:val="false"/>
          <w:sz w:val="28"/>
        </w:rPr>
        <w:t xml:space="preserve"> только при выполнении всех обязательных проверок; отсутствие нужной обратной связи дает </w:t>
      </w:r>
      <w:r>
        <w:rPr>
          <w:b w:val="false"/>
          <w:sz w:val="28"/>
          <w:lang w:val="zxx"/>
        </w:rPr>
        <w:t>inconclusive.</w:t>
      </w:r>
      <w:r>
        <w:rPr>
          <w:b w:val="false"/>
          <w:sz w:val="28"/>
        </w:rPr>
        <w:t xml:space="preserve"> Общий успех требует также подтвержденного завершения воздействия. Истечение таймера в АРМ не доказывает прекращения теста: УУ ограничивает сеанс своим </w:t>
      </w:r>
      <w:r>
        <w:rPr>
          <w:b w:val="false"/>
          <w:sz w:val="28"/>
          <w:lang w:val="zxx"/>
        </w:rPr>
        <w:t>maxDurationMs</w:t>
      </w:r>
      <w:r>
        <w:rPr>
          <w:b w:val="false"/>
          <w:sz w:val="28"/>
        </w:rPr>
        <w:t xml:space="preserve"> и отдельно сообщает физический результат остановки.</w:t>
      </w:r>
    </w:p>
    <w:p>
      <w:pPr>
        <w:pStyle w:val="Normal"/>
        <w:jc w:val="both"/>
        <w:rPr/>
      </w:pPr>
      <w:r>
        <w:rPr>
          <w:b w:val="false"/>
          <w:sz w:val="28"/>
          <w:lang w:val="zxx"/>
        </w:rPr>
        <w:t>12.10</w:t>
      </w:r>
      <w:r>
        <w:rPr>
          <w:b w:val="false"/>
          <w:sz w:val="28"/>
        </w:rPr>
        <w:t xml:space="preserve"> Опрос с запуском не перехватывает действующее оповещение. При занятости возвращается </w:t>
      </w:r>
      <w:r>
        <w:rPr>
          <w:b w:val="false"/>
          <w:sz w:val="28"/>
          <w:lang w:val="zxx"/>
        </w:rPr>
        <w:t>busy</w:t>
      </w:r>
      <w:r>
        <w:rPr>
          <w:b w:val="false"/>
          <w:sz w:val="28"/>
        </w:rPr>
        <w:t xml:space="preserve">; отложенный неожиданный запуск после освобождения не создается. При </w:t>
      </w:r>
      <w:r>
        <w:rPr>
          <w:b w:val="false"/>
          <w:sz w:val="28"/>
          <w:lang w:val="zxx"/>
        </w:rPr>
        <w:t>purpose=technical</w:t>
      </w:r>
      <w:r>
        <w:rPr>
          <w:b w:val="false"/>
          <w:sz w:val="28"/>
        </w:rPr>
        <w:t xml:space="preserve"> потеря управления всегда применяет </w:t>
      </w:r>
      <w:r>
        <w:rPr>
          <w:b w:val="false"/>
          <w:sz w:val="28"/>
          <w:lang w:val="zxx"/>
        </w:rPr>
        <w:t>stop.</w:t>
      </w:r>
      <w:r>
        <w:rPr>
          <w:b w:val="false"/>
          <w:sz w:val="28"/>
        </w:rPr>
        <w:t xml:space="preserve"> Для программы </w:t>
      </w:r>
      <w:r>
        <w:rPr>
          <w:b w:val="false"/>
          <w:sz w:val="28"/>
          <w:lang w:val="zxx"/>
        </w:rPr>
        <w:t>purpose=real</w:t>
      </w:r>
      <w:r>
        <w:rPr>
          <w:b w:val="false"/>
          <w:sz w:val="28"/>
        </w:rPr>
        <w:t xml:space="preserve"> сохраняются настроенная </w:t>
      </w:r>
      <w:r>
        <w:rPr>
          <w:b w:val="false"/>
          <w:sz w:val="28"/>
          <w:lang w:val="zxx"/>
        </w:rPr>
        <w:t>stop/</w:t>
      </w:r>
      <w:r>
        <w:rPr>
          <w:b w:val="false"/>
          <w:sz w:val="28"/>
        </w:rPr>
        <w:t>​</w:t>
      </w:r>
      <w:r>
        <w:rPr>
          <w:b w:val="false"/>
          <w:sz w:val="28"/>
          <w:lang w:val="zxx"/>
        </w:rPr>
        <w:t>finish</w:t>
      </w:r>
      <w:r>
        <w:rPr>
          <w:b w:val="false"/>
          <w:sz w:val="28"/>
        </w:rPr>
        <w:t xml:space="preserve"> и конечный предел; </w:t>
      </w:r>
      <w:r>
        <w:rPr>
          <w:b w:val="false"/>
          <w:sz w:val="28"/>
          <w:lang w:val="zxx"/>
        </w:rPr>
        <w:t>exercise</w:t>
      </w:r>
      <w:r>
        <w:rPr>
          <w:b w:val="false"/>
          <w:sz w:val="28"/>
        </w:rPr>
        <w:t xml:space="preserve"> всегда применяет </w:t>
      </w:r>
      <w:r>
        <w:rPr>
          <w:b w:val="false"/>
          <w:sz w:val="28"/>
          <w:lang w:val="zxx"/>
        </w:rPr>
        <w:t>stop</w:t>
      </w:r>
      <w:r>
        <w:rPr>
          <w:b w:val="false"/>
          <w:sz w:val="28"/>
        </w:rPr>
        <w:t xml:space="preserve"> и предел </w:t>
      </w:r>
      <w:r>
        <w:rPr>
          <w:b w:val="false"/>
          <w:sz w:val="28"/>
          <w:lang w:val="zxx"/>
        </w:rPr>
        <w:t>1080000</w:t>
      </w:r>
      <w:r>
        <w:rPr>
          <w:b w:val="false"/>
          <w:sz w:val="28"/>
        </w:rPr>
        <w:t xml:space="preserve"> мс с условиями допуска учений. Восстановление сети или взаимодействия с ОУ не запускает проверку заново. Другие воздействия требуют явной политики профиля.</w:t>
      </w:r>
    </w:p>
    <w:p>
      <w:pPr>
        <w:pStyle w:val="Normal"/>
        <w:jc w:val="start"/>
        <w:rPr/>
      </w:pPr>
      <w:r>
        <w:rPr>
          <w:b w:val="false"/>
          <w:sz w:val="28"/>
          <w:lang w:val="zxx"/>
        </w:rPr>
        <w:t>12.11</w:t>
      </w:r>
      <w:r>
        <w:rPr>
          <w:b w:val="false"/>
          <w:sz w:val="28"/>
        </w:rPr>
        <w:t xml:space="preserve"> Состояние опроса </w:t>
      </w:r>
      <w:r>
        <w:rPr>
          <w:b w:val="false"/>
          <w:sz w:val="28"/>
          <w:lang w:val="zxx"/>
        </w:rPr>
        <w:t>queued/</w:t>
      </w:r>
      <w:r>
        <w:rPr>
          <w:b w:val="false"/>
          <w:sz w:val="28"/>
        </w:rPr>
        <w:t>​</w:t>
      </w:r>
      <w:r>
        <w:rPr>
          <w:b w:val="false"/>
          <w:sz w:val="28"/>
          <w:lang w:val="zxx"/>
        </w:rPr>
        <w:t>running/</w:t>
      </w:r>
      <w:r>
        <w:rPr>
          <w:b w:val="false"/>
          <w:sz w:val="28"/>
        </w:rPr>
        <w:t>​</w:t>
      </w:r>
      <w:r>
        <w:rPr>
          <w:b w:val="false"/>
          <w:sz w:val="28"/>
          <w:lang w:val="zxx"/>
        </w:rPr>
        <w:t>finished/</w:t>
      </w:r>
      <w:r>
        <w:rPr>
          <w:b w:val="false"/>
          <w:sz w:val="28"/>
        </w:rPr>
        <w:t>​</w:t>
      </w:r>
      <w:r>
        <w:rPr>
          <w:b w:val="false"/>
          <w:sz w:val="28"/>
          <w:lang w:val="zxx"/>
        </w:rPr>
        <w:t>cancelled</w:t>
      </w:r>
      <w:r>
        <w:rPr>
          <w:b w:val="false"/>
          <w:sz w:val="28"/>
        </w:rPr>
        <w:t xml:space="preserve"> отделено от </w:t>
      </w:r>
      <w:r>
        <w:rPr>
          <w:b w:val="false"/>
          <w:sz w:val="28"/>
          <w:lang w:val="zxx"/>
        </w:rPr>
        <w:t>complete</w:t>
      </w:r>
      <w:r>
        <w:rPr>
          <w:b w:val="false"/>
          <w:sz w:val="28"/>
        </w:rPr>
        <w:t xml:space="preserve"> - покрытия ожидаемых точек. Каждая точка использует </w:t>
      </w:r>
      <w:r>
        <w:rPr>
          <w:b w:val="false"/>
          <w:sz w:val="28"/>
          <w:lang w:val="zxx"/>
        </w:rPr>
        <w:t>validity/</w:t>
      </w:r>
      <w:r>
        <w:rPr>
          <w:b w:val="false"/>
          <w:sz w:val="28"/>
        </w:rPr>
        <w:t>​</w:t>
      </w:r>
      <w:r>
        <w:rPr>
          <w:b w:val="false"/>
          <w:sz w:val="28"/>
          <w:lang w:val="zxx"/>
        </w:rPr>
        <w:t>freshness/</w:t>
      </w:r>
      <w:r>
        <w:rPr>
          <w:b w:val="false"/>
          <w:sz w:val="28"/>
        </w:rPr>
        <w:t>​</w:t>
      </w:r>
      <w:r>
        <w:rPr>
          <w:b w:val="false"/>
          <w:sz w:val="28"/>
          <w:lang w:val="zxx"/>
        </w:rPr>
        <w:t>reason</w:t>
      </w:r>
      <w:r>
        <w:rPr>
          <w:b w:val="false"/>
          <w:sz w:val="28"/>
        </w:rPr>
        <w:t xml:space="preserve"> каталога; недоступная точка не исчезает из результата. При смене каталога результаты не смешиваются с новым набором точек.</w:t>
      </w:r>
    </w:p>
    <w:p>
      <w:pPr>
        <w:pStyle w:val="Normal"/>
        <w:jc w:val="both"/>
        <w:rPr/>
      </w:pPr>
      <w:r>
        <w:rPr>
          <w:b w:val="false"/>
          <w:sz w:val="28"/>
          <w:lang w:val="zxx"/>
        </w:rPr>
        <w:t>12.12</w:t>
      </w:r>
      <w:r>
        <w:rPr>
          <w:b w:val="false"/>
          <w:sz w:val="28"/>
        </w:rPr>
        <w:t xml:space="preserve"> Описание теста содержит эффекты </w:t>
      </w:r>
      <w:r>
        <w:rPr>
          <w:b w:val="false"/>
          <w:sz w:val="28"/>
          <w:lang w:val="zxx"/>
        </w:rPr>
        <w:t>none/</w:t>
      </w:r>
      <w:r>
        <w:rPr>
          <w:b w:val="false"/>
          <w:sz w:val="28"/>
        </w:rPr>
        <w:t>​</w:t>
      </w:r>
      <w:r>
        <w:rPr>
          <w:b w:val="false"/>
          <w:sz w:val="28"/>
          <w:lang w:val="zxx"/>
        </w:rPr>
        <w:t>readBus/</w:t>
      </w:r>
      <w:r>
        <w:rPr>
          <w:b w:val="false"/>
          <w:sz w:val="28"/>
        </w:rPr>
        <w:t>​</w:t>
      </w:r>
      <w:r>
        <w:rPr>
          <w:b w:val="false"/>
          <w:sz w:val="28"/>
          <w:lang w:val="zxx"/>
        </w:rPr>
        <w:t>switchOutput/</w:t>
      </w:r>
      <w:r>
        <w:rPr>
          <w:b w:val="false"/>
          <w:sz w:val="28"/>
        </w:rPr>
        <w:t>​</w:t>
      </w:r>
      <w:r>
        <w:rPr>
          <w:b w:val="false"/>
          <w:sz w:val="28"/>
          <w:lang w:val="zxx"/>
        </w:rPr>
        <w:t>audible/</w:t>
      </w:r>
      <w:r>
        <w:rPr>
          <w:b w:val="false"/>
          <w:sz w:val="28"/>
        </w:rPr>
        <w:t>​</w:t>
      </w:r>
      <w:r>
        <w:rPr>
          <w:b w:val="false"/>
          <w:sz w:val="28"/>
          <w:lang w:val="zxx"/>
        </w:rPr>
        <w:t>pauseAudio/</w:t>
      </w:r>
      <w:r>
        <w:rPr>
          <w:b w:val="false"/>
          <w:sz w:val="28"/>
        </w:rPr>
        <w:t>​</w:t>
      </w:r>
      <w:r>
        <w:rPr>
          <w:b w:val="false"/>
          <w:sz w:val="28"/>
          <w:lang w:val="zxx"/>
        </w:rPr>
        <w:t>resetInterface/</w:t>
      </w:r>
      <w:r>
        <w:rPr>
          <w:b w:val="false"/>
          <w:sz w:val="28"/>
        </w:rPr>
        <w:t>​</w:t>
      </w:r>
      <w:r>
        <w:rPr>
          <w:b w:val="false"/>
          <w:sz w:val="28"/>
          <w:lang w:val="zxx"/>
        </w:rPr>
        <w:t>writeStorage.</w:t>
      </w:r>
      <w:r>
        <w:rPr>
          <w:b w:val="false"/>
          <w:sz w:val="28"/>
        </w:rPr>
        <w:t xml:space="preserve"> Слово "диагностика" не делает звучащую проверку безопасным чтением. Фоновый опрос без запуска не превращается автоматически в опрос с запуском. Плановый опрос с запуском задается отдельно: полномочный инициатор, профиль, ресурсы, разрешенное окно и срок приема. Пропущенное окно не создает позднего автоматического включения. Периоды опроса ограничиваются возможностями взаимодействия с ОУ и бюджетом нагрузки; </w:t>
      </w:r>
      <w:r>
        <w:rPr>
          <w:b w:val="false"/>
          <w:sz w:val="28"/>
          <w:lang w:val="zxx"/>
        </w:rPr>
        <w:t>session.stop</w:t>
      </w:r>
      <w:r>
        <w:rPr>
          <w:b w:val="false"/>
          <w:sz w:val="28"/>
        </w:rPr>
        <w:t xml:space="preserve"> имеет приоритет перед новой сервисной работой.</w:t>
      </w:r>
    </w:p>
    <w:p>
      <w:pPr>
        <w:pStyle w:val="2"/>
        <w:rPr/>
      </w:pPr>
      <w:r>
        <w:rPr/>
        <w:t>Аварии и переход к оповещению</w:t>
      </w:r>
    </w:p>
    <w:p>
      <w:pPr>
        <w:pStyle w:val="Normal"/>
        <w:jc w:val="both"/>
        <w:rPr/>
      </w:pPr>
      <w:r>
        <w:rPr>
          <w:b w:val="false"/>
          <w:sz w:val="28"/>
          <w:lang w:val="zxx"/>
        </w:rPr>
        <w:t>12.13</w:t>
      </w:r>
      <w:r>
        <w:rPr>
          <w:b w:val="false"/>
          <w:sz w:val="28"/>
        </w:rPr>
        <w:t xml:space="preserve"> </w:t>
      </w:r>
      <w:r>
        <w:rPr>
          <w:b w:val="false"/>
          <w:sz w:val="28"/>
          <w:lang w:val="zxx"/>
        </w:rPr>
        <w:t>conditionId</w:t>
      </w:r>
      <w:r>
        <w:rPr>
          <w:b w:val="false"/>
          <w:sz w:val="28"/>
        </w:rPr>
        <w:t xml:space="preserve"> обозначает условие аварии, </w:t>
      </w:r>
      <w:r>
        <w:rPr>
          <w:b w:val="false"/>
          <w:sz w:val="28"/>
          <w:lang w:val="zxx"/>
        </w:rPr>
        <w:t>alarmId</w:t>
      </w:r>
      <w:r>
        <w:rPr>
          <w:b w:val="false"/>
          <w:sz w:val="28"/>
        </w:rPr>
        <w:t xml:space="preserve"> - конкретный эпизод. Подтверждение оператором в АРМ не устраняет неисправность и не сбрасывает аппаратную защелку. Ее сброс, если доступен, требует отдельного разрешенного действия и подтвержденного результата.</w:t>
      </w:r>
    </w:p>
    <w:p>
      <w:pPr>
        <w:pStyle w:val="Normal"/>
        <w:jc w:val="both"/>
        <w:rPr/>
      </w:pPr>
      <w:r>
        <w:rPr>
          <w:b w:val="false"/>
          <w:sz w:val="28"/>
          <w:lang w:val="zxx"/>
        </w:rPr>
        <w:t>12.14</w:t>
      </w:r>
      <w:r>
        <w:rPr>
          <w:b w:val="false"/>
          <w:sz w:val="28"/>
        </w:rPr>
        <w:t xml:space="preserve"> Паспорт развертывания </w:t>
      </w:r>
      <w:r>
        <w:rPr>
          <w:b w:val="false"/>
          <w:sz w:val="28"/>
          <w:lang w:val="zxx"/>
        </w:rPr>
        <w:t>ДОЛЖЕН</w:t>
      </w:r>
      <w:r>
        <w:rPr>
          <w:b w:val="false"/>
          <w:sz w:val="28"/>
        </w:rPr>
        <w:t xml:space="preserve"> задавать </w:t>
      </w:r>
      <w:r>
        <w:rPr>
          <w:b w:val="false"/>
          <w:sz w:val="28"/>
          <w:lang w:val="zxx"/>
        </w:rPr>
        <w:t>alarmTransitionMaxMs:</w:t>
      </w:r>
      <w:r>
        <w:rPr>
          <w:b w:val="false"/>
          <w:sz w:val="28"/>
        </w:rPr>
        <w:t xml:space="preserve"> максимальное время от возникновения санкционированной реальной тревоги на АРМ до принятия УУ нового </w:t>
      </w:r>
      <w:r>
        <w:rPr>
          <w:b w:val="false"/>
          <w:sz w:val="28"/>
          <w:lang w:val="zxx"/>
        </w:rPr>
        <w:t>session.start</w:t>
      </w:r>
      <w:r>
        <w:rPr>
          <w:b w:val="false"/>
          <w:sz w:val="28"/>
        </w:rPr>
        <w:t xml:space="preserve"> после технической проверки. Это предел принятия команды, а не начала звучания. В него входят оставшееся исполнение теста, выключение, сохранение результата, освобождение эпохи, ожидание повторной попытки </w:t>
      </w:r>
      <w:r>
        <w:rPr>
          <w:b w:val="false"/>
          <w:sz w:val="28"/>
          <w:lang w:val="zxx"/>
        </w:rPr>
        <w:t>acquire</w:t>
      </w:r>
      <w:r>
        <w:rPr>
          <w:b w:val="false"/>
          <w:sz w:val="28"/>
        </w:rPr>
        <w:t xml:space="preserve">, доставка и обработка </w:t>
      </w:r>
      <w:r>
        <w:rPr>
          <w:b w:val="false"/>
          <w:sz w:val="28"/>
          <w:lang w:val="zxx"/>
        </w:rPr>
        <w:t>acquire</w:t>
      </w:r>
      <w:r>
        <w:rPr>
          <w:b w:val="false"/>
          <w:sz w:val="28"/>
        </w:rPr>
        <w:t xml:space="preserve"> и </w:t>
      </w:r>
      <w:r>
        <w:rPr>
          <w:b w:val="false"/>
          <w:sz w:val="28"/>
          <w:lang w:val="zxx"/>
        </w:rPr>
        <w:t>session.start.</w:t>
      </w:r>
      <w:r>
        <w:rPr>
          <w:b w:val="false"/>
          <w:sz w:val="28"/>
        </w:rPr>
        <w:t xml:space="preserve"> Учитываются также незавершенный запрос </w:t>
      </w:r>
      <w:r>
        <w:rPr>
          <w:b w:val="false"/>
          <w:sz w:val="28"/>
          <w:lang w:val="zxx"/>
        </w:rPr>
        <w:t>acquire</w:t>
      </w:r>
      <w:r>
        <w:rPr>
          <w:b w:val="false"/>
          <w:sz w:val="28"/>
        </w:rPr>
        <w:t xml:space="preserve"> и получение его </w:t>
      </w:r>
      <w:r>
        <w:rPr>
          <w:b w:val="false"/>
          <w:sz w:val="28"/>
          <w:lang w:val="zxx"/>
        </w:rPr>
        <w:t>busy</w:t>
      </w:r>
      <w:r>
        <w:rPr>
          <w:b w:val="false"/>
          <w:sz w:val="28"/>
        </w:rPr>
        <w:t xml:space="preserve">, если они задерживают следующую попытку. Допуск проверки требует соблюдения этого бюджета и при предусмотренной потере ее АРМ. При отсутствии исправного независимого пути выключения и наблюдения </w:t>
      </w:r>
      <w:r>
        <w:rPr>
          <w:b w:val="false"/>
          <w:sz w:val="28"/>
          <w:lang w:val="zxx"/>
        </w:rPr>
        <w:t>off</w:t>
      </w:r>
      <w:r>
        <w:rPr>
          <w:b w:val="false"/>
          <w:sz w:val="28"/>
        </w:rPr>
        <w:t xml:space="preserve"> техническая проверка запрещена. Адресная отмена допускается только уполномоченным владельцем; самостоятельная тревога не получает права прерывать чужое исполнение.</w:t>
      </w:r>
    </w:p>
    <w:p>
      <w:pPr>
        <w:pStyle w:val="Normal"/>
        <w:jc w:val="both"/>
        <w:rPr/>
      </w:pPr>
      <w:r>
        <w:rPr>
          <w:b w:val="false"/>
          <w:sz w:val="28"/>
          <w:lang w:val="zxx"/>
        </w:rPr>
        <w:t>12.15</w:t>
      </w:r>
      <w:r>
        <w:rPr>
          <w:b w:val="false"/>
          <w:sz w:val="28"/>
        </w:rPr>
        <w:t xml:space="preserve"> Переход от технической проверки к реальной тревоге выполняет текущий владелец: адресный </w:t>
      </w:r>
      <w:r>
        <w:rPr>
          <w:b w:val="false"/>
          <w:sz w:val="28"/>
          <w:lang w:val="zxx"/>
        </w:rPr>
        <w:t>session.stop/</w:t>
      </w:r>
      <w:r>
        <w:rPr>
          <w:b w:val="false"/>
          <w:sz w:val="28"/>
        </w:rPr>
        <w:t>​</w:t>
      </w:r>
      <w:r>
        <w:rPr>
          <w:b w:val="false"/>
          <w:sz w:val="28"/>
          <w:lang w:val="zxx"/>
        </w:rPr>
        <w:t>session.cancel</w:t>
      </w:r>
      <w:r>
        <w:rPr>
          <w:b w:val="false"/>
          <w:sz w:val="28"/>
        </w:rPr>
        <w:t xml:space="preserve"> проверки, подтвержденный </w:t>
      </w:r>
      <w:r>
        <w:rPr>
          <w:b w:val="false"/>
          <w:sz w:val="28"/>
          <w:lang w:val="zxx"/>
        </w:rPr>
        <w:t>off</w:t>
      </w:r>
      <w:r>
        <w:rPr>
          <w:b w:val="false"/>
          <w:sz w:val="28"/>
        </w:rPr>
        <w:t xml:space="preserve"> и автоматическое освобождение технической эпохи, затем новый </w:t>
      </w:r>
      <w:r>
        <w:rPr>
          <w:b w:val="false"/>
          <w:sz w:val="28"/>
          <w:lang w:val="zxx"/>
        </w:rPr>
        <w:t>acquire</w:t>
      </w:r>
      <w:r>
        <w:rPr>
          <w:b w:val="false"/>
          <w:sz w:val="28"/>
        </w:rPr>
        <w:t xml:space="preserve"> </w:t>
      </w:r>
      <w:r>
        <w:rPr>
          <w:b w:val="false"/>
          <w:sz w:val="28"/>
          <w:lang w:val="zxx"/>
        </w:rPr>
        <w:t>purpose=real</w:t>
      </w:r>
      <w:r>
        <w:rPr>
          <w:b w:val="false"/>
          <w:sz w:val="28"/>
        </w:rPr>
        <w:t xml:space="preserve"> и </w:t>
      </w:r>
      <w:r>
        <w:rPr>
          <w:b w:val="false"/>
          <w:sz w:val="28"/>
          <w:lang w:val="zxx"/>
        </w:rPr>
        <w:t>session.start</w:t>
      </w:r>
      <w:r>
        <w:rPr>
          <w:b w:val="false"/>
          <w:sz w:val="28"/>
        </w:rPr>
        <w:t xml:space="preserve"> с </w:t>
      </w:r>
      <w:r>
        <w:rPr>
          <w:b w:val="false"/>
          <w:sz w:val="28"/>
          <w:lang w:val="zxx"/>
        </w:rPr>
        <w:t>purpose=real.</w:t>
      </w:r>
      <w:r>
        <w:rPr>
          <w:b w:val="false"/>
          <w:sz w:val="28"/>
        </w:rPr>
        <w:t xml:space="preserve"> Каждый шаг имеет самостоятельный результат; при </w:t>
      </w:r>
      <w:r>
        <w:rPr>
          <w:b w:val="false"/>
          <w:sz w:val="28"/>
          <w:lang w:val="zxx"/>
        </w:rPr>
        <w:t>unknown</w:t>
      </w:r>
      <w:r>
        <w:rPr>
          <w:b w:val="false"/>
          <w:sz w:val="28"/>
        </w:rPr>
        <w:t xml:space="preserve"> второй </w:t>
      </w:r>
      <w:r>
        <w:rPr>
          <w:b w:val="false"/>
          <w:sz w:val="28"/>
          <w:lang w:val="zxx"/>
        </w:rPr>
        <w:t>session.start</w:t>
      </w:r>
      <w:r>
        <w:rPr>
          <w:b w:val="false"/>
          <w:sz w:val="28"/>
        </w:rPr>
        <w:t xml:space="preserve"> запрещен. Другой АРМ получает </w:t>
      </w:r>
      <w:r>
        <w:rPr>
          <w:b w:val="false"/>
          <w:sz w:val="28"/>
          <w:lang w:val="zxx"/>
        </w:rPr>
        <w:t>busy</w:t>
      </w:r>
      <w:r>
        <w:rPr>
          <w:b w:val="false"/>
          <w:sz w:val="28"/>
        </w:rPr>
        <w:t xml:space="preserve"> и обращается к текущему исполняющему узлу по разрешенной ветви, а не повышает приоритет в обход владения. Назначение </w:t>
      </w:r>
      <w:r>
        <w:rPr>
          <w:b w:val="false"/>
          <w:sz w:val="28"/>
          <w:lang w:val="zxx"/>
        </w:rPr>
        <w:t>real</w:t>
      </w:r>
      <w:r>
        <w:rPr>
          <w:b w:val="false"/>
          <w:sz w:val="28"/>
        </w:rPr>
        <w:t xml:space="preserve"> само по себе не дает прав прерывания.</w:t>
      </w:r>
    </w:p>
    <w:p>
      <w:pPr>
        <w:pStyle w:val="Normal"/>
        <w:jc w:val="both"/>
        <w:rPr/>
      </w:pPr>
      <w:r>
        <w:rPr>
          <w:b w:val="false"/>
          <w:sz w:val="28"/>
          <w:lang w:val="zxx"/>
        </w:rPr>
        <w:t>12.16</w:t>
      </w:r>
      <w:r>
        <w:rPr>
          <w:b w:val="false"/>
          <w:sz w:val="28"/>
        </w:rPr>
        <w:t xml:space="preserve"> Для </w:t>
      </w:r>
      <w:r>
        <w:rPr>
          <w:b w:val="false"/>
          <w:sz w:val="28"/>
          <w:lang w:val="zxx"/>
        </w:rPr>
        <w:t>mode=test</w:t>
      </w:r>
      <w:r>
        <w:rPr>
          <w:b w:val="false"/>
          <w:sz w:val="28"/>
        </w:rPr>
        <w:t xml:space="preserve"> назначение </w:t>
      </w:r>
      <w:r>
        <w:rPr>
          <w:b w:val="false"/>
          <w:sz w:val="28"/>
          <w:lang w:val="zxx"/>
        </w:rPr>
        <w:t>ДОЛЖНО</w:t>
      </w:r>
      <w:r>
        <w:rPr>
          <w:b w:val="false"/>
          <w:sz w:val="28"/>
        </w:rPr>
        <w:t xml:space="preserve"> быть </w:t>
      </w:r>
      <w:r>
        <w:rPr>
          <w:b w:val="false"/>
          <w:sz w:val="28"/>
          <w:lang w:val="zxx"/>
        </w:rPr>
        <w:t>technical</w:t>
      </w:r>
      <w:r>
        <w:rPr>
          <w:b w:val="false"/>
          <w:sz w:val="28"/>
        </w:rPr>
        <w:t xml:space="preserve">, </w:t>
      </w:r>
      <w:r>
        <w:rPr>
          <w:b w:val="false"/>
          <w:sz w:val="28"/>
          <w:lang w:val="zxx"/>
        </w:rPr>
        <w:t>maxDurationMs</w:t>
      </w:r>
      <w:r>
        <w:rPr>
          <w:b w:val="false"/>
          <w:sz w:val="28"/>
        </w:rPr>
        <w:t xml:space="preserve"> </w:t>
      </w:r>
      <w:r>
        <w:rPr>
          <w:b w:val="false"/>
          <w:sz w:val="28"/>
          <w:lang w:val="zxx"/>
        </w:rPr>
        <w:t>ДОЛЖНО</w:t>
      </w:r>
      <w:r>
        <w:rPr>
          <w:b w:val="false"/>
          <w:sz w:val="28"/>
        </w:rPr>
        <w:t xml:space="preserve"> быть не более </w:t>
      </w:r>
      <w:r>
        <w:rPr>
          <w:b w:val="false"/>
          <w:sz w:val="28"/>
          <w:lang w:val="zxx"/>
        </w:rPr>
        <w:t>30000.</w:t>
      </w:r>
      <w:r>
        <w:rPr>
          <w:b w:val="false"/>
          <w:sz w:val="28"/>
        </w:rPr>
        <w:t xml:space="preserve"> Паспорт теста задает также </w:t>
      </w:r>
      <w:r>
        <w:rPr>
          <w:b w:val="false"/>
          <w:sz w:val="28"/>
          <w:lang w:val="zxx"/>
        </w:rPr>
        <w:t>stopBeginMs/</w:t>
      </w:r>
      <w:r>
        <w:rPr>
          <w:b w:val="false"/>
          <w:sz w:val="28"/>
        </w:rPr>
        <w:t>​</w:t>
      </w:r>
      <w:r>
        <w:rPr>
          <w:b w:val="false"/>
          <w:sz w:val="28"/>
          <w:lang w:val="zxx"/>
        </w:rPr>
        <w:t>stopConfirmMs.</w:t>
      </w:r>
      <w:r>
        <w:rPr>
          <w:b w:val="false"/>
          <w:sz w:val="28"/>
        </w:rPr>
        <w:t xml:space="preserve"> Планировщик допускает проверку только в разрешенное окно и при допустимом бюджете перехода к тревоге. После </w:t>
      </w:r>
      <w:r>
        <w:rPr>
          <w:b w:val="false"/>
          <w:sz w:val="28"/>
          <w:lang w:val="zxx"/>
        </w:rPr>
        <w:t>off</w:t>
      </w:r>
      <w:r>
        <w:rPr>
          <w:b w:val="false"/>
          <w:sz w:val="28"/>
        </w:rPr>
        <w:t xml:space="preserve"> и сохранения результата УУ автоматически освобождает техническую эпоху. Продолжение любого плана требует нового </w:t>
      </w:r>
      <w:r>
        <w:rPr>
          <w:b w:val="false"/>
          <w:sz w:val="28"/>
          <w:lang w:val="zxx"/>
        </w:rPr>
        <w:t>acquire</w:t>
      </w:r>
      <w:r>
        <w:rPr>
          <w:b w:val="false"/>
          <w:sz w:val="28"/>
        </w:rPr>
        <w:t xml:space="preserve">; </w:t>
      </w:r>
      <w:r>
        <w:rPr>
          <w:b w:val="false"/>
          <w:sz w:val="28"/>
          <w:lang w:val="zxx"/>
        </w:rPr>
        <w:t>heartbeat</w:t>
      </w:r>
      <w:r>
        <w:rPr>
          <w:b w:val="false"/>
          <w:sz w:val="28"/>
        </w:rPr>
        <w:t xml:space="preserve"> не сохраняет прежнее владение.</w:t>
      </w:r>
    </w:p>
    <w:p>
      <w:pPr>
        <w:pStyle w:val="2"/>
        <w:rPr/>
      </w:pPr>
      <w:r>
        <w:rPr/>
        <w:t>Доступность тревоги после технического теста</w:t>
      </w:r>
    </w:p>
    <w:p>
      <w:pPr>
        <w:pStyle w:val="Normal"/>
        <w:jc w:val="both"/>
        <w:rPr/>
      </w:pPr>
      <w:r>
        <w:rPr>
          <w:b w:val="false"/>
          <w:sz w:val="28"/>
          <w:lang w:val="zxx"/>
        </w:rPr>
        <w:t>12.17</w:t>
      </w:r>
      <w:r>
        <w:rPr>
          <w:b w:val="false"/>
          <w:sz w:val="28"/>
        </w:rPr>
        <w:t xml:space="preserve"> Технический сеанс выполняется с </w:t>
      </w:r>
      <w:r>
        <w:rPr>
          <w:b w:val="false"/>
          <w:sz w:val="28"/>
          <w:lang w:val="zxx"/>
        </w:rPr>
        <w:t>onControlLoss=stop</w:t>
      </w:r>
      <w:r>
        <w:rPr>
          <w:b w:val="false"/>
          <w:sz w:val="28"/>
        </w:rPr>
        <w:t xml:space="preserve"> независимо от настройки обычного оповещения. Его </w:t>
      </w:r>
      <w:r>
        <w:rPr>
          <w:b w:val="false"/>
          <w:sz w:val="28"/>
          <w:lang w:val="zxx"/>
        </w:rPr>
        <w:t>maxDurationMs</w:t>
      </w:r>
      <w:r>
        <w:rPr>
          <w:b w:val="false"/>
          <w:sz w:val="28"/>
        </w:rPr>
        <w:t xml:space="preserve"> не превышает </w:t>
      </w:r>
      <w:r>
        <w:rPr>
          <w:b w:val="false"/>
          <w:sz w:val="28"/>
          <w:lang w:val="zxx"/>
        </w:rPr>
        <w:t>30000</w:t>
      </w:r>
      <w:r>
        <w:rPr>
          <w:b w:val="false"/>
          <w:sz w:val="28"/>
        </w:rPr>
        <w:t xml:space="preserve"> мс, </w:t>
      </w:r>
      <w:r>
        <w:rPr>
          <w:b w:val="false"/>
          <w:sz w:val="28"/>
          <w:lang w:val="zxx"/>
        </w:rPr>
        <w:t>stopBeginMs</w:t>
      </w:r>
      <w:r>
        <w:rPr>
          <w:b w:val="false"/>
          <w:sz w:val="28"/>
        </w:rPr>
        <w:t xml:space="preserve"> не превышает </w:t>
      </w:r>
      <w:r>
        <w:rPr>
          <w:b w:val="false"/>
          <w:sz w:val="28"/>
          <w:lang w:val="zxx"/>
        </w:rPr>
        <w:t>100</w:t>
      </w:r>
      <w:r>
        <w:rPr>
          <w:b w:val="false"/>
          <w:sz w:val="28"/>
        </w:rPr>
        <w:t xml:space="preserve"> мс, </w:t>
      </w:r>
      <w:r>
        <w:rPr>
          <w:b w:val="false"/>
          <w:sz w:val="28"/>
          <w:lang w:val="zxx"/>
        </w:rPr>
        <w:t>stopConfirmMs</w:t>
      </w:r>
      <w:r>
        <w:rPr>
          <w:b w:val="false"/>
          <w:sz w:val="28"/>
        </w:rPr>
        <w:t xml:space="preserve"> не превышает </w:t>
      </w:r>
      <w:r>
        <w:rPr>
          <w:b w:val="false"/>
          <w:sz w:val="28"/>
          <w:lang w:val="zxx"/>
        </w:rPr>
        <w:t>3000</w:t>
      </w:r>
      <w:r>
        <w:rPr>
          <w:b w:val="false"/>
          <w:sz w:val="28"/>
        </w:rPr>
        <w:t xml:space="preserve"> мс. После его завершения, подтверждения </w:t>
      </w:r>
      <w:r>
        <w:rPr>
          <w:b w:val="false"/>
          <w:sz w:val="28"/>
          <w:lang w:val="zxx"/>
        </w:rPr>
        <w:t>off</w:t>
      </w:r>
      <w:r>
        <w:rPr>
          <w:b w:val="false"/>
          <w:sz w:val="28"/>
        </w:rPr>
        <w:t xml:space="preserve"> и сохранения результата УУ автоматически освобождает эпоху; </w:t>
      </w:r>
      <w:r>
        <w:rPr>
          <w:b w:val="false"/>
          <w:sz w:val="28"/>
          <w:lang w:val="zxx"/>
        </w:rPr>
        <w:t>heartbeat</w:t>
      </w:r>
      <w:r>
        <w:rPr>
          <w:b w:val="false"/>
          <w:sz w:val="28"/>
        </w:rPr>
        <w:t xml:space="preserve"> не удерживает завершенный технический сеанс. Допуск теста требует исправного независимого пути подтверждения/обеспечения выключения и доступного места постоянного журнала.</w:t>
      </w:r>
    </w:p>
    <w:p>
      <w:pPr>
        <w:pStyle w:val="Normal"/>
        <w:jc w:val="both"/>
        <w:rPr/>
      </w:pPr>
      <w:r>
        <w:rPr>
          <w:b w:val="false"/>
          <w:sz w:val="28"/>
          <w:lang w:val="zxx"/>
        </w:rPr>
        <w:t>12.18</w:t>
      </w:r>
      <w:r>
        <w:rPr>
          <w:b w:val="false"/>
          <w:sz w:val="28"/>
        </w:rPr>
        <w:t xml:space="preserve"> Для каждого ресурса, допускающего звучащую техническую проверку, аппаратный профиль </w:t>
      </w:r>
      <w:r>
        <w:rPr>
          <w:b w:val="false"/>
          <w:sz w:val="28"/>
          <w:lang w:val="zxx"/>
        </w:rPr>
        <w:t>ДОЛЖЕН</w:t>
      </w:r>
      <w:r>
        <w:rPr>
          <w:b w:val="false"/>
          <w:sz w:val="28"/>
        </w:rPr>
        <w:t xml:space="preserve"> задавать независимый от тестируемого канала способ выключения и наблюдения </w:t>
      </w:r>
      <w:r>
        <w:rPr>
          <w:b w:val="false"/>
          <w:sz w:val="28"/>
          <w:lang w:val="zxx"/>
        </w:rPr>
        <w:t>off:</w:t>
      </w:r>
      <w:r>
        <w:rPr>
          <w:b w:val="false"/>
          <w:sz w:val="28"/>
        </w:rPr>
        <w:t xml:space="preserve"> управляемое отключение выхода с обратной связью либо отдельный канал управления и подтверждения. Потеря подтверждения по основному интерфейсу ОУ </w:t>
      </w:r>
      <w:r>
        <w:rPr>
          <w:b w:val="false"/>
          <w:sz w:val="28"/>
          <w:lang w:val="zxx"/>
        </w:rPr>
        <w:t>НЕ ДОЛЖНА</w:t>
      </w:r>
      <w:r>
        <w:rPr>
          <w:b w:val="false"/>
          <w:sz w:val="28"/>
        </w:rPr>
        <w:t xml:space="preserve"> оставлять исправный резервный путь неиспользованным. Процедура восстановления ограничена </w:t>
      </w:r>
      <w:r>
        <w:rPr>
          <w:b w:val="false"/>
          <w:sz w:val="28"/>
          <w:lang w:val="zxx"/>
        </w:rPr>
        <w:t>stopConfirmMs.</w:t>
      </w:r>
      <w:r>
        <w:rPr>
          <w:b w:val="false"/>
          <w:sz w:val="28"/>
        </w:rPr>
        <w:t xml:space="preserve"> При неисправности независимого пути звучащая проверка запрещена, а диагностика без воздействия остается доступна.</w:t>
      </w:r>
    </w:p>
    <w:p>
      <w:pPr>
        <w:pStyle w:val="Normal"/>
        <w:jc w:val="both"/>
        <w:rPr/>
      </w:pPr>
      <w:r>
        <w:rPr>
          <w:b w:val="false"/>
          <w:sz w:val="28"/>
          <w:lang w:val="zxx"/>
        </w:rPr>
        <w:t>12.19</w:t>
      </w:r>
      <w:r>
        <w:rPr>
          <w:b w:val="false"/>
          <w:sz w:val="28"/>
        </w:rPr>
        <w:t xml:space="preserve"> При принятом тесте и отсутствии более раннего действующего или ожидающего </w:t>
      </w:r>
      <w:r>
        <w:rPr>
          <w:b w:val="false"/>
          <w:sz w:val="28"/>
          <w:lang w:val="zxx"/>
        </w:rPr>
        <w:t>real-</w:t>
      </w:r>
      <w:r>
        <w:rPr>
          <w:b w:val="false"/>
          <w:sz w:val="28"/>
        </w:rPr>
        <w:t xml:space="preserve">запуска </w:t>
      </w:r>
      <w:r>
        <w:rPr>
          <w:b w:val="false"/>
          <w:sz w:val="28"/>
          <w:lang w:val="zxx"/>
        </w:rPr>
        <w:t>alarmTransitionMaxMs</w:t>
      </w:r>
      <w:r>
        <w:rPr>
          <w:b w:val="false"/>
          <w:sz w:val="28"/>
        </w:rPr>
        <w:t xml:space="preserve"> первого живого участника очереди не превышает </w:t>
      </w:r>
      <w:r>
        <w:rPr>
          <w:b w:val="false"/>
          <w:sz w:val="28"/>
          <w:lang w:val="zxx"/>
        </w:rPr>
        <w:t>35000</w:t>
      </w:r>
      <w:r>
        <w:rPr>
          <w:b w:val="false"/>
          <w:sz w:val="28"/>
        </w:rPr>
        <w:t xml:space="preserve"> мс. Сумма включает до </w:t>
      </w:r>
      <w:r>
        <w:rPr>
          <w:b w:val="false"/>
          <w:sz w:val="28"/>
          <w:lang w:val="zxx"/>
        </w:rPr>
        <w:t>30000</w:t>
      </w:r>
      <w:r>
        <w:rPr>
          <w:b w:val="false"/>
          <w:sz w:val="28"/>
        </w:rPr>
        <w:t xml:space="preserve"> мс оставшегося исполнения, до </w:t>
      </w:r>
      <w:r>
        <w:rPr>
          <w:b w:val="false"/>
          <w:sz w:val="28"/>
          <w:lang w:val="zxx"/>
        </w:rPr>
        <w:t>3000</w:t>
      </w:r>
      <w:r>
        <w:rPr>
          <w:b w:val="false"/>
          <w:sz w:val="28"/>
        </w:rPr>
        <w:t xml:space="preserve"> мс остановки и до </w:t>
      </w:r>
      <w:r>
        <w:rPr>
          <w:b w:val="false"/>
          <w:sz w:val="28"/>
          <w:lang w:val="zxx"/>
        </w:rPr>
        <w:t>2000</w:t>
      </w:r>
      <w:r>
        <w:rPr>
          <w:b w:val="false"/>
          <w:sz w:val="28"/>
        </w:rPr>
        <w:t xml:space="preserve"> мс последующего перехода: сохранение результата, освобождение эпохи, ожидание следующей попытки </w:t>
      </w:r>
      <w:r>
        <w:rPr>
          <w:b w:val="false"/>
          <w:sz w:val="28"/>
          <w:lang w:val="zxx"/>
        </w:rPr>
        <w:t>acquire</w:t>
      </w:r>
      <w:r>
        <w:rPr>
          <w:b w:val="false"/>
          <w:sz w:val="28"/>
        </w:rPr>
        <w:t xml:space="preserve">, обмен </w:t>
      </w:r>
      <w:r>
        <w:rPr>
          <w:b w:val="false"/>
          <w:sz w:val="28"/>
          <w:lang w:val="zxx"/>
        </w:rPr>
        <w:t>acquire</w:t>
      </w:r>
      <w:r>
        <w:rPr>
          <w:b w:val="false"/>
          <w:sz w:val="28"/>
        </w:rPr>
        <w:t xml:space="preserve"> и принятие </w:t>
      </w:r>
      <w:r>
        <w:rPr>
          <w:b w:val="false"/>
          <w:sz w:val="28"/>
          <w:lang w:val="zxx"/>
        </w:rPr>
        <w:t>session.start.</w:t>
      </w:r>
      <w:r>
        <w:rPr>
          <w:b w:val="false"/>
          <w:sz w:val="28"/>
        </w:rPr>
        <w:t xml:space="preserve"> На сохранение результата и освобождение отводится не более </w:t>
      </w:r>
      <w:r>
        <w:rPr>
          <w:b w:val="false"/>
          <w:sz w:val="28"/>
          <w:lang w:val="zxx"/>
        </w:rPr>
        <w:t>500</w:t>
      </w:r>
      <w:r>
        <w:rPr>
          <w:b w:val="false"/>
          <w:sz w:val="28"/>
        </w:rPr>
        <w:t xml:space="preserve"> мс; оставшиеся </w:t>
      </w:r>
      <w:r>
        <w:rPr>
          <w:b w:val="false"/>
          <w:sz w:val="28"/>
          <w:lang w:val="zxx"/>
        </w:rPr>
        <w:t>1500</w:t>
      </w:r>
      <w:r>
        <w:rPr>
          <w:b w:val="false"/>
          <w:sz w:val="28"/>
        </w:rPr>
        <w:t xml:space="preserve"> мс являются общим бюджетом ожидания, сети и обработки обеих команд, а не только сетевой доставки. Если в момент освобождения еще выполняется прежний </w:t>
      </w:r>
      <w:r>
        <w:rPr>
          <w:b w:val="false"/>
          <w:sz w:val="28"/>
          <w:lang w:val="zxx"/>
        </w:rPr>
        <w:t>acquire</w:t>
      </w:r>
      <w:r>
        <w:rPr>
          <w:b w:val="false"/>
          <w:sz w:val="28"/>
        </w:rPr>
        <w:t xml:space="preserve">, в этот бюджет входит получение </w:t>
      </w:r>
      <w:r>
        <w:rPr>
          <w:b w:val="false"/>
          <w:sz w:val="28"/>
          <w:lang w:val="zxx"/>
        </w:rPr>
        <w:t>busy</w:t>
      </w:r>
      <w:r>
        <w:rPr>
          <w:b w:val="false"/>
          <w:sz w:val="28"/>
        </w:rPr>
        <w:t xml:space="preserve"> и интервал до повторной попытки </w:t>
      </w:r>
      <w:r>
        <w:rPr>
          <w:b w:val="false"/>
          <w:sz w:val="28"/>
          <w:lang w:val="zxx"/>
        </w:rPr>
        <w:t>500..2000</w:t>
      </w:r>
      <w:r>
        <w:rPr>
          <w:b w:val="false"/>
          <w:sz w:val="28"/>
        </w:rPr>
        <w:t xml:space="preserve"> мс. АРМ тревоги </w:t>
      </w:r>
      <w:r>
        <w:rPr>
          <w:b w:val="false"/>
          <w:sz w:val="28"/>
          <w:lang w:val="zxx"/>
        </w:rPr>
        <w:t>ДОЛЖЕН</w:t>
      </w:r>
      <w:r>
        <w:rPr>
          <w:b w:val="false"/>
          <w:sz w:val="28"/>
        </w:rPr>
        <w:t xml:space="preserve"> заранее установить управляющий канал выбранного режима </w:t>
      </w:r>
      <w:r>
        <w:rPr>
          <w:b w:val="false"/>
          <w:sz w:val="28"/>
          <w:lang w:val="zxx"/>
        </w:rPr>
        <w:t>tls</w:t>
      </w:r>
      <w:r>
        <w:rPr>
          <w:b w:val="false"/>
          <w:sz w:val="28"/>
        </w:rPr>
        <w:t xml:space="preserve"> либо </w:t>
      </w:r>
      <w:r>
        <w:rPr>
          <w:b w:val="false"/>
          <w:sz w:val="28"/>
          <w:lang w:val="zxx"/>
        </w:rPr>
        <w:t>plain.</w:t>
      </w:r>
      <w:r>
        <w:rPr>
          <w:b w:val="false"/>
          <w:sz w:val="28"/>
        </w:rPr>
        <w:t xml:space="preserve"> Выбранные пределы всех составляющих </w:t>
      </w:r>
      <w:r>
        <w:rPr>
          <w:b w:val="false"/>
          <w:sz w:val="28"/>
          <w:lang w:val="zxx"/>
        </w:rPr>
        <w:t>ДОЛЖНЫ</w:t>
      </w:r>
      <w:r>
        <w:rPr>
          <w:b w:val="false"/>
          <w:sz w:val="28"/>
        </w:rPr>
        <w:t xml:space="preserve"> укладываться в </w:t>
      </w:r>
      <w:r>
        <w:rPr>
          <w:b w:val="false"/>
          <w:sz w:val="28"/>
          <w:lang w:val="zxx"/>
        </w:rPr>
        <w:t>alarmTransitionMaxMs</w:t>
      </w:r>
      <w:r>
        <w:rPr>
          <w:b w:val="false"/>
          <w:sz w:val="28"/>
        </w:rPr>
        <w:t xml:space="preserve">; разрешенный интервал повтора </w:t>
      </w:r>
      <w:r>
        <w:rPr>
          <w:b w:val="false"/>
          <w:sz w:val="28"/>
          <w:lang w:val="zxx"/>
        </w:rPr>
        <w:t>2000</w:t>
      </w:r>
      <w:r>
        <w:rPr>
          <w:b w:val="false"/>
          <w:sz w:val="28"/>
        </w:rPr>
        <w:t xml:space="preserve"> мс сам по себе не дает гарантии перехода за </w:t>
      </w:r>
      <w:r>
        <w:rPr>
          <w:b w:val="false"/>
          <w:sz w:val="28"/>
          <w:lang w:val="zxx"/>
        </w:rPr>
        <w:t>35000</w:t>
      </w:r>
      <w:r>
        <w:rPr>
          <w:b w:val="false"/>
          <w:sz w:val="28"/>
        </w:rPr>
        <w:t xml:space="preserve"> мс при максимальной длительности теста. Если сумма превышает предел, </w:t>
      </w:r>
      <w:r>
        <w:rPr>
          <w:b w:val="false"/>
          <w:sz w:val="28"/>
          <w:lang w:val="zxx"/>
        </w:rPr>
        <w:t>maxDurationMs</w:t>
      </w:r>
      <w:r>
        <w:rPr>
          <w:b w:val="false"/>
          <w:sz w:val="28"/>
        </w:rPr>
        <w:t xml:space="preserve"> теста уменьшается до допуска либо тест не выполняется. Потеря владельца применяет </w:t>
      </w:r>
      <w:r>
        <w:rPr>
          <w:b w:val="false"/>
          <w:sz w:val="28"/>
          <w:lang w:val="zxx"/>
        </w:rPr>
        <w:t>stop</w:t>
      </w:r>
      <w:r>
        <w:rPr>
          <w:b w:val="false"/>
          <w:sz w:val="28"/>
        </w:rPr>
        <w:t xml:space="preserve"> по истечении </w:t>
      </w:r>
      <w:r>
        <w:rPr>
          <w:b w:val="false"/>
          <w:sz w:val="28"/>
          <w:lang w:val="zxx"/>
        </w:rPr>
        <w:t>lease</w:t>
      </w:r>
      <w:r>
        <w:rPr>
          <w:b w:val="false"/>
          <w:sz w:val="28"/>
        </w:rPr>
        <w:t xml:space="preserve"> и не отменяет общего предела. Установление нового соединения после возникновения тревоги в эту гарантию не входит.</w:t>
      </w:r>
    </w:p>
    <w:p>
      <w:pPr>
        <w:pStyle w:val="Normal"/>
        <w:jc w:val="both"/>
        <w:rPr/>
      </w:pPr>
      <w:r>
        <w:rPr>
          <w:b w:val="false"/>
          <w:sz w:val="28"/>
          <w:lang w:val="zxx"/>
        </w:rPr>
        <w:t>12.20</w:t>
      </w:r>
      <w:r>
        <w:rPr>
          <w:b w:val="false"/>
          <w:sz w:val="28"/>
        </w:rPr>
        <w:t xml:space="preserve"> Отказ хранилища после воздействия не превращает неизвестный результат в свободный ресурс. Для системы с требованием оповещения при единичном отказе проект развертывания </w:t>
      </w:r>
      <w:r>
        <w:rPr>
          <w:b w:val="false"/>
          <w:sz w:val="28"/>
          <w:lang w:val="zxx"/>
        </w:rPr>
        <w:t>ДОЛЖЕН</w:t>
      </w:r>
      <w:r>
        <w:rPr>
          <w:b w:val="false"/>
          <w:sz w:val="28"/>
        </w:rPr>
        <w:t xml:space="preserve"> предусматривать независимый резервный исполнитель и тракт доставки сообщения без общего отказавшего хранилища, контроллера и ключа активации. Переключение маршрута относится к тому же </w:t>
      </w:r>
      <w:r>
        <w:rPr>
          <w:b w:val="false"/>
          <w:sz w:val="28"/>
          <w:lang w:val="zxx"/>
        </w:rPr>
        <w:t>runId</w:t>
      </w:r>
      <w:r>
        <w:rPr>
          <w:b w:val="false"/>
          <w:sz w:val="28"/>
        </w:rPr>
        <w:t xml:space="preserve"> и не дает права прерывать чужое исполнение. Требуемая отказоустойчивость задается составом независимых трактов и предельным временем перехода; таймаут ожидания не считается восстановлением.</w:t>
      </w:r>
    </w:p>
    <w:p>
      <w:pPr>
        <w:pStyle w:val="2"/>
        <w:rPr/>
      </w:pPr>
      <w:r>
        <w:rPr/>
        <w:t>Каталог тестов и задания опроса</w:t>
      </w:r>
    </w:p>
    <w:p>
      <w:pPr>
        <w:pStyle w:val="Normal"/>
        <w:jc w:val="start"/>
        <w:rPr/>
      </w:pPr>
      <w:r>
        <w:rPr>
          <w:b w:val="false"/>
          <w:sz w:val="28"/>
          <w:lang w:val="zxx"/>
        </w:rPr>
        <w:t>12.21</w:t>
      </w:r>
      <w:r>
        <w:rPr>
          <w:b w:val="false"/>
          <w:sz w:val="28"/>
        </w:rPr>
        <w:t xml:space="preserve"> </w:t>
      </w:r>
      <w:r>
        <w:rPr>
          <w:b w:val="false"/>
          <w:sz w:val="28"/>
          <w:lang w:val="zxx"/>
        </w:rPr>
        <w:t>tests.list</w:t>
      </w:r>
      <w:r>
        <w:rPr>
          <w:b w:val="false"/>
          <w:sz w:val="28"/>
        </w:rPr>
        <w:t xml:space="preserve"> обязательно при </w:t>
      </w:r>
      <w:r>
        <w:rPr>
          <w:b w:val="false"/>
          <w:sz w:val="28"/>
          <w:lang w:val="zxx"/>
        </w:rPr>
        <w:t>mode=test.</w:t>
      </w:r>
      <w:r>
        <w:rPr>
          <w:b w:val="false"/>
          <w:sz w:val="28"/>
        </w:rPr>
        <w:t xml:space="preserve"> Запрос содержит </w:t>
      </w:r>
      <w:r>
        <w:rPr>
          <w:b w:val="false"/>
          <w:sz w:val="28"/>
          <w:lang w:val="zxx"/>
        </w:rPr>
        <w:t>selection</w:t>
      </w:r>
      <w:r>
        <w:rPr>
          <w:b w:val="false"/>
          <w:sz w:val="28"/>
        </w:rPr>
        <w:t xml:space="preserve"> с необязательным </w:t>
      </w:r>
      <w:r>
        <w:rPr>
          <w:b w:val="false"/>
          <w:sz w:val="28"/>
          <w:lang w:val="zxx"/>
        </w:rPr>
        <w:t>testId</w:t>
      </w:r>
      <w:r>
        <w:rPr>
          <w:b w:val="false"/>
          <w:sz w:val="28"/>
        </w:rPr>
        <w:t xml:space="preserve"> либо </w:t>
      </w:r>
      <w:r>
        <w:rPr>
          <w:b w:val="false"/>
          <w:sz w:val="28"/>
          <w:lang w:val="zxx"/>
        </w:rPr>
        <w:t>snapshotId/</w:t>
      </w:r>
      <w:r>
        <w:rPr>
          <w:b w:val="false"/>
          <w:sz w:val="28"/>
        </w:rPr>
        <w:t>​</w:t>
      </w:r>
      <w:r>
        <w:rPr>
          <w:b w:val="false"/>
          <w:sz w:val="28"/>
          <w:lang w:val="zxx"/>
        </w:rPr>
        <w:t>cursor.</w:t>
      </w:r>
      <w:r>
        <w:rPr>
          <w:b w:val="false"/>
          <w:sz w:val="28"/>
        </w:rPr>
        <w:t xml:space="preserve"> Ответ </w:t>
      </w:r>
      <w:r>
        <w:rPr>
          <w:b w:val="false"/>
          <w:sz w:val="28"/>
          <w:lang w:val="zxx"/>
        </w:rPr>
        <w:t>tests</w:t>
      </w:r>
      <w:r>
        <w:rPr>
          <w:b w:val="false"/>
          <w:sz w:val="28"/>
        </w:rPr>
        <w:t xml:space="preserve"> содержит </w:t>
      </w:r>
      <w:r>
        <w:rPr>
          <w:b w:val="false"/>
          <w:sz w:val="28"/>
          <w:lang w:val="zxx"/>
        </w:rPr>
        <w:t>snapshotId</w:t>
      </w:r>
      <w:r>
        <w:rPr>
          <w:b w:val="false"/>
          <w:sz w:val="28"/>
        </w:rPr>
        <w:t xml:space="preserve">, </w:t>
      </w:r>
      <w:r>
        <w:rPr>
          <w:b w:val="false"/>
          <w:sz w:val="28"/>
          <w:lang w:val="zxx"/>
        </w:rPr>
        <w:t>capabilityRevision</w:t>
      </w:r>
      <w:r>
        <w:rPr>
          <w:b w:val="false"/>
          <w:sz w:val="28"/>
        </w:rPr>
        <w:t xml:space="preserve">, </w:t>
      </w:r>
      <w:r>
        <w:rPr>
          <w:b w:val="false"/>
          <w:sz w:val="28"/>
          <w:lang w:val="zxx"/>
        </w:rPr>
        <w:t>more</w:t>
      </w:r>
      <w:r>
        <w:rPr>
          <w:b w:val="false"/>
          <w:sz w:val="28"/>
        </w:rPr>
        <w:t xml:space="preserve">, </w:t>
      </w:r>
      <w:r>
        <w:rPr>
          <w:b w:val="false"/>
          <w:sz w:val="28"/>
          <w:lang w:val="zxx"/>
        </w:rPr>
        <w:t>cursor</w:t>
      </w:r>
      <w:r>
        <w:rPr>
          <w:b w:val="false"/>
          <w:sz w:val="28"/>
        </w:rPr>
        <w:t xml:space="preserve"> при </w:t>
      </w:r>
      <w:r>
        <w:rPr>
          <w:b w:val="false"/>
          <w:sz w:val="28"/>
          <w:lang w:val="zxx"/>
        </w:rPr>
        <w:t>more=true.</w:t>
      </w:r>
      <w:r>
        <w:rPr>
          <w:b w:val="false"/>
          <w:sz w:val="28"/>
        </w:rPr>
        <w:t xml:space="preserve"> Запись </w:t>
      </w:r>
      <w:r>
        <w:rPr>
          <w:b w:val="false"/>
          <w:sz w:val="28"/>
          <w:lang w:val="zxx"/>
        </w:rPr>
        <w:t>test:</w:t>
      </w:r>
      <w:r>
        <w:rPr>
          <w:b w:val="false"/>
          <w:sz w:val="28"/>
        </w:rPr>
        <w:t xml:space="preserve"> </w:t>
      </w:r>
      <w:r>
        <w:rPr>
          <w:b w:val="false"/>
          <w:sz w:val="28"/>
          <w:lang w:val="zxx"/>
        </w:rPr>
        <w:t>id</w:t>
      </w:r>
      <w:r>
        <w:rPr>
          <w:b w:val="false"/>
          <w:sz w:val="28"/>
        </w:rPr>
        <w:t xml:space="preserve">, </w:t>
      </w:r>
      <w:r>
        <w:rPr>
          <w:b w:val="false"/>
          <w:sz w:val="28"/>
          <w:lang w:val="zxx"/>
        </w:rPr>
        <w:t>revision</w:t>
      </w:r>
      <w:r>
        <w:rPr>
          <w:b w:val="false"/>
          <w:sz w:val="28"/>
        </w:rPr>
        <w:t xml:space="preserve">, </w:t>
      </w:r>
      <w:r>
        <w:rPr>
          <w:b w:val="false"/>
          <w:sz w:val="28"/>
          <w:lang w:val="zxx"/>
        </w:rPr>
        <w:t>resourceId</w:t>
      </w:r>
      <w:r>
        <w:rPr>
          <w:b w:val="false"/>
          <w:sz w:val="28"/>
        </w:rPr>
        <w:t xml:space="preserve">, </w:t>
      </w:r>
      <w:r>
        <w:rPr>
          <w:b w:val="false"/>
          <w:sz w:val="28"/>
          <w:lang w:val="zxx"/>
        </w:rPr>
        <w:t>kind=activationPoll</w:t>
      </w:r>
      <w:r>
        <w:rPr>
          <w:b w:val="false"/>
          <w:sz w:val="28"/>
        </w:rPr>
        <w:t xml:space="preserve">, </w:t>
      </w:r>
      <w:r>
        <w:rPr>
          <w:b w:val="false"/>
          <w:sz w:val="28"/>
          <w:lang w:val="zxx"/>
        </w:rPr>
        <w:t>maxDurationMs</w:t>
      </w:r>
      <w:r>
        <w:rPr>
          <w:b w:val="false"/>
          <w:sz w:val="28"/>
        </w:rPr>
        <w:t xml:space="preserve">, </w:t>
      </w:r>
      <w:r>
        <w:rPr>
          <w:b w:val="false"/>
          <w:sz w:val="28"/>
          <w:lang w:val="zxx"/>
        </w:rPr>
        <w:t>stopBeginMs</w:t>
      </w:r>
      <w:r>
        <w:rPr>
          <w:b w:val="false"/>
          <w:sz w:val="28"/>
        </w:rPr>
        <w:t xml:space="preserve">, </w:t>
      </w:r>
      <w:r>
        <w:rPr>
          <w:b w:val="false"/>
          <w:sz w:val="28"/>
          <w:lang w:val="zxx"/>
        </w:rPr>
        <w:t>stopConfirmMs</w:t>
      </w:r>
      <w:r>
        <w:rPr>
          <w:b w:val="false"/>
          <w:sz w:val="28"/>
        </w:rPr>
        <w:t xml:space="preserve">, </w:t>
      </w:r>
      <w:r>
        <w:rPr>
          <w:b w:val="false"/>
          <w:sz w:val="28"/>
          <w:lang w:val="zxx"/>
        </w:rPr>
        <w:t>effects</w:t>
      </w:r>
      <w:r>
        <w:rPr>
          <w:b w:val="false"/>
          <w:sz w:val="28"/>
        </w:rPr>
        <w:t xml:space="preserve"> — непустой список имен через запятую, в лексикографическом порядке, без пробелов и повторов, из </w:t>
      </w:r>
      <w:r>
        <w:rPr>
          <w:b w:val="false"/>
          <w:sz w:val="28"/>
          <w:lang w:val="zxx"/>
        </w:rPr>
        <w:t>testEffect.</w:t>
      </w:r>
      <w:r>
        <w:rPr>
          <w:b w:val="false"/>
          <w:sz w:val="28"/>
        </w:rPr>
        <w:t xml:space="preserve"> Отдельные записи </w:t>
      </w:r>
      <w:r>
        <w:rPr>
          <w:b w:val="false"/>
          <w:sz w:val="28"/>
          <w:lang w:val="zxx"/>
        </w:rPr>
        <w:t>check:</w:t>
      </w:r>
      <w:r>
        <w:rPr>
          <w:b w:val="false"/>
          <w:sz w:val="28"/>
        </w:rPr>
        <w:t xml:space="preserve"> </w:t>
      </w:r>
      <w:r>
        <w:rPr>
          <w:b w:val="false"/>
          <w:sz w:val="28"/>
          <w:lang w:val="zxx"/>
        </w:rPr>
        <w:t>testId</w:t>
      </w:r>
      <w:r>
        <w:rPr>
          <w:b w:val="false"/>
          <w:sz w:val="28"/>
        </w:rPr>
        <w:t xml:space="preserve">, </w:t>
      </w:r>
      <w:r>
        <w:rPr>
          <w:b w:val="false"/>
          <w:sz w:val="28"/>
          <w:lang w:val="zxx"/>
        </w:rPr>
        <w:t>id</w:t>
      </w:r>
      <w:r>
        <w:rPr>
          <w:b w:val="false"/>
          <w:sz w:val="28"/>
        </w:rPr>
        <w:t xml:space="preserve">, </w:t>
      </w:r>
      <w:r>
        <w:rPr>
          <w:b w:val="false"/>
          <w:sz w:val="28"/>
          <w:lang w:val="zxx"/>
        </w:rPr>
        <w:t>resourceId</w:t>
      </w:r>
      <w:r>
        <w:rPr>
          <w:b w:val="false"/>
          <w:sz w:val="28"/>
        </w:rPr>
        <w:t xml:space="preserve">, </w:t>
      </w:r>
      <w:r>
        <w:rPr>
          <w:b w:val="false"/>
          <w:sz w:val="28"/>
          <w:lang w:val="zxx"/>
        </w:rPr>
        <w:t>phase=baseline|</w:t>
      </w:r>
      <w:r>
        <w:rPr>
          <w:b w:val="false"/>
          <w:sz w:val="28"/>
        </w:rPr>
        <w:t>​</w:t>
      </w:r>
      <w:r>
        <w:rPr>
          <w:b w:val="false"/>
          <w:sz w:val="28"/>
          <w:lang w:val="zxx"/>
        </w:rPr>
        <w:t>running|</w:t>
      </w:r>
      <w:r>
        <w:rPr>
          <w:b w:val="false"/>
          <w:sz w:val="28"/>
        </w:rPr>
        <w:t>​</w:t>
      </w:r>
      <w:r>
        <w:rPr>
          <w:b w:val="false"/>
          <w:sz w:val="28"/>
          <w:lang w:val="zxx"/>
        </w:rPr>
        <w:t>stopped</w:t>
      </w:r>
      <w:r>
        <w:rPr>
          <w:b w:val="false"/>
          <w:sz w:val="28"/>
        </w:rPr>
        <w:t xml:space="preserve">, </w:t>
      </w:r>
      <w:r>
        <w:rPr>
          <w:b w:val="false"/>
          <w:sz w:val="28"/>
          <w:lang w:val="zxx"/>
        </w:rPr>
        <w:t>pointId</w:t>
      </w:r>
      <w:r>
        <w:rPr>
          <w:b w:val="false"/>
          <w:sz w:val="28"/>
        </w:rPr>
        <w:t xml:space="preserve">, </w:t>
      </w:r>
      <w:r>
        <w:rPr>
          <w:b w:val="false"/>
          <w:sz w:val="28"/>
          <w:lang w:val="zxx"/>
        </w:rPr>
        <w:t>operator=eq|</w:t>
      </w:r>
      <w:r>
        <w:rPr>
          <w:b w:val="false"/>
          <w:sz w:val="28"/>
        </w:rPr>
        <w:t>​</w:t>
      </w:r>
      <w:r>
        <w:rPr>
          <w:b w:val="false"/>
          <w:sz w:val="28"/>
          <w:lang w:val="zxx"/>
        </w:rPr>
        <w:t>ne|</w:t>
      </w:r>
      <w:r>
        <w:rPr>
          <w:b w:val="false"/>
          <w:sz w:val="28"/>
        </w:rPr>
        <w:t>​</w:t>
      </w:r>
      <w:r>
        <w:rPr>
          <w:b w:val="false"/>
          <w:sz w:val="28"/>
          <w:lang w:val="zxx"/>
        </w:rPr>
        <w:t>lt|</w:t>
      </w:r>
      <w:r>
        <w:rPr>
          <w:b w:val="false"/>
          <w:sz w:val="28"/>
        </w:rPr>
        <w:t>​</w:t>
      </w:r>
      <w:r>
        <w:rPr>
          <w:b w:val="false"/>
          <w:sz w:val="28"/>
          <w:lang w:val="zxx"/>
        </w:rPr>
        <w:t>le|</w:t>
      </w:r>
      <w:r>
        <w:rPr>
          <w:b w:val="false"/>
          <w:sz w:val="28"/>
        </w:rPr>
        <w:t>​</w:t>
      </w:r>
      <w:r>
        <w:rPr>
          <w:b w:val="false"/>
          <w:sz w:val="28"/>
          <w:lang w:val="zxx"/>
        </w:rPr>
        <w:t>gt|</w:t>
      </w:r>
      <w:r>
        <w:rPr>
          <w:b w:val="false"/>
          <w:sz w:val="28"/>
        </w:rPr>
        <w:t>​</w:t>
      </w:r>
      <w:r>
        <w:rPr>
          <w:b w:val="false"/>
          <w:sz w:val="28"/>
          <w:lang w:val="zxx"/>
        </w:rPr>
        <w:t>ge</w:t>
      </w:r>
      <w:r>
        <w:rPr>
          <w:b w:val="false"/>
          <w:sz w:val="28"/>
        </w:rPr>
        <w:t xml:space="preserve">, </w:t>
      </w:r>
      <w:r>
        <w:rPr>
          <w:b w:val="false"/>
          <w:sz w:val="28"/>
          <w:lang w:val="zxx"/>
        </w:rPr>
        <w:t>expected</w:t>
      </w:r>
      <w:r>
        <w:rPr>
          <w:b w:val="false"/>
          <w:sz w:val="28"/>
        </w:rPr>
        <w:t xml:space="preserve"> (значение типа точки). Запись </w:t>
      </w:r>
      <w:r>
        <w:rPr>
          <w:b w:val="false"/>
          <w:sz w:val="28"/>
          <w:lang w:val="zxx"/>
        </w:rPr>
        <w:t>observation:</w:t>
      </w:r>
      <w:r>
        <w:rPr>
          <w:b w:val="false"/>
          <w:sz w:val="28"/>
        </w:rPr>
        <w:t xml:space="preserve"> </w:t>
      </w:r>
      <w:r>
        <w:rPr>
          <w:b w:val="false"/>
          <w:sz w:val="28"/>
          <w:lang w:val="zxx"/>
        </w:rPr>
        <w:t>testId</w:t>
      </w:r>
      <w:r>
        <w:rPr>
          <w:b w:val="false"/>
          <w:sz w:val="28"/>
        </w:rPr>
        <w:t xml:space="preserve">, </w:t>
      </w:r>
      <w:r>
        <w:rPr>
          <w:b w:val="false"/>
          <w:sz w:val="28"/>
          <w:lang w:val="zxx"/>
        </w:rPr>
        <w:t>id</w:t>
      </w:r>
      <w:r>
        <w:rPr>
          <w:b w:val="false"/>
          <w:sz w:val="28"/>
        </w:rPr>
        <w:t xml:space="preserve">, </w:t>
      </w:r>
      <w:r>
        <w:rPr>
          <w:b w:val="false"/>
          <w:sz w:val="28"/>
          <w:lang w:val="zxx"/>
        </w:rPr>
        <w:t>resourceId</w:t>
      </w:r>
      <w:r>
        <w:rPr>
          <w:b w:val="false"/>
          <w:sz w:val="28"/>
        </w:rPr>
        <w:t xml:space="preserve">, </w:t>
      </w:r>
      <w:r>
        <w:rPr>
          <w:b w:val="false"/>
          <w:sz w:val="28"/>
          <w:lang w:val="zxx"/>
        </w:rPr>
        <w:t>pointId</w:t>
      </w:r>
      <w:r>
        <w:rPr>
          <w:b w:val="false"/>
          <w:sz w:val="28"/>
        </w:rPr>
        <w:t xml:space="preserve">, </w:t>
      </w:r>
      <w:r>
        <w:rPr>
          <w:b w:val="false"/>
          <w:sz w:val="28"/>
          <w:lang w:val="zxx"/>
        </w:rPr>
        <w:t>phase</w:t>
      </w:r>
      <w:r>
        <w:rPr>
          <w:b w:val="false"/>
          <w:sz w:val="28"/>
        </w:rPr>
        <w:t xml:space="preserve">, </w:t>
      </w:r>
      <w:r>
        <w:rPr>
          <w:b w:val="false"/>
          <w:sz w:val="28"/>
          <w:lang w:val="zxx"/>
        </w:rPr>
        <w:t>type</w:t>
      </w:r>
      <w:r>
        <w:rPr>
          <w:b w:val="false"/>
          <w:sz w:val="28"/>
        </w:rPr>
        <w:t xml:space="preserve">, </w:t>
      </w:r>
      <w:r>
        <w:rPr>
          <w:b w:val="false"/>
          <w:sz w:val="28"/>
          <w:lang w:val="zxx"/>
        </w:rPr>
        <w:t>sourceId</w:t>
      </w:r>
      <w:r>
        <w:rPr>
          <w:b w:val="false"/>
          <w:sz w:val="28"/>
        </w:rPr>
        <w:t xml:space="preserve"> и </w:t>
      </w:r>
      <w:r>
        <w:rPr>
          <w:b w:val="false"/>
          <w:sz w:val="28"/>
          <w:lang w:val="zxx"/>
        </w:rPr>
        <w:t>sourceKind.</w:t>
      </w:r>
      <w:r>
        <w:rPr>
          <w:b w:val="false"/>
          <w:sz w:val="28"/>
        </w:rPr>
        <w:t xml:space="preserve"> Все </w:t>
      </w:r>
      <w:r>
        <w:rPr>
          <w:b w:val="false"/>
          <w:sz w:val="28"/>
          <w:lang w:val="zxx"/>
        </w:rPr>
        <w:t>ID</w:t>
      </w:r>
      <w:r>
        <w:rPr>
          <w:b w:val="false"/>
          <w:sz w:val="28"/>
        </w:rPr>
        <w:t xml:space="preserve"> локального типа имеют </w:t>
      </w:r>
      <w:r>
        <w:rPr>
          <w:b w:val="false"/>
          <w:sz w:val="28"/>
          <w:lang w:val="zxx"/>
        </w:rPr>
        <w:t>1..32</w:t>
      </w:r>
      <w:r>
        <w:rPr>
          <w:b w:val="false"/>
          <w:sz w:val="28"/>
        </w:rPr>
        <w:t xml:space="preserve"> </w:t>
      </w:r>
      <w:r>
        <w:rPr>
          <w:b w:val="false"/>
          <w:sz w:val="28"/>
          <w:lang w:val="zxx"/>
        </w:rPr>
        <w:t>ASCII-</w:t>
      </w:r>
      <w:r>
        <w:rPr>
          <w:b w:val="false"/>
          <w:sz w:val="28"/>
        </w:rPr>
        <w:t xml:space="preserve">символа; </w:t>
      </w:r>
      <w:r>
        <w:rPr>
          <w:b w:val="false"/>
          <w:sz w:val="28"/>
          <w:lang w:val="zxx"/>
        </w:rPr>
        <w:t>revision</w:t>
      </w:r>
      <w:r>
        <w:rPr>
          <w:b w:val="false"/>
          <w:sz w:val="28"/>
        </w:rPr>
        <w:t xml:space="preserve"> и сроки - </w:t>
      </w:r>
      <w:r>
        <w:rPr>
          <w:b w:val="false"/>
          <w:sz w:val="28"/>
          <w:lang w:val="zxx"/>
        </w:rPr>
        <w:t>uint64.</w:t>
      </w:r>
      <w:r>
        <w:rPr>
          <w:b w:val="false"/>
          <w:sz w:val="28"/>
        </w:rPr>
        <w:t xml:space="preserve"> Для каждого ресурса обязательны наблюдения трех фаз и минимум один критерий. </w:t>
      </w:r>
      <w:r>
        <w:rPr>
          <w:b w:val="false"/>
          <w:sz w:val="28"/>
          <w:lang w:val="zxx"/>
        </w:rPr>
        <w:t>none</w:t>
      </w:r>
      <w:r>
        <w:rPr>
          <w:b w:val="false"/>
          <w:sz w:val="28"/>
        </w:rPr>
        <w:t xml:space="preserve"> </w:t>
      </w:r>
      <w:r>
        <w:rPr>
          <w:b w:val="false"/>
          <w:sz w:val="28"/>
          <w:lang w:val="zxx"/>
        </w:rPr>
        <w:t>ДОПУСКАЕТСЯ</w:t>
      </w:r>
      <w:r>
        <w:rPr>
          <w:b w:val="false"/>
          <w:sz w:val="28"/>
        </w:rPr>
        <w:t xml:space="preserve"> только единственным эффектом; </w:t>
      </w:r>
      <w:r>
        <w:rPr>
          <w:b w:val="false"/>
          <w:sz w:val="28"/>
          <w:lang w:val="zxx"/>
        </w:rPr>
        <w:t>audible</w:t>
      </w:r>
      <w:r>
        <w:rPr>
          <w:b w:val="false"/>
          <w:sz w:val="28"/>
        </w:rPr>
        <w:t xml:space="preserve"> требует </w:t>
      </w:r>
      <w:r>
        <w:rPr>
          <w:b w:val="false"/>
          <w:sz w:val="28"/>
          <w:lang w:val="zxx"/>
        </w:rPr>
        <w:t>switchOutput</w:t>
      </w:r>
      <w:r>
        <w:rPr>
          <w:b w:val="false"/>
          <w:sz w:val="28"/>
        </w:rPr>
        <w:t xml:space="preserve">, </w:t>
      </w:r>
      <w:r>
        <w:rPr>
          <w:b w:val="false"/>
          <w:sz w:val="28"/>
          <w:lang w:val="zxx"/>
        </w:rPr>
        <w:t>resetInterface</w:t>
      </w:r>
      <w:r>
        <w:rPr>
          <w:b w:val="false"/>
          <w:sz w:val="28"/>
        </w:rPr>
        <w:t xml:space="preserve"> требует </w:t>
      </w:r>
      <w:r>
        <w:rPr>
          <w:b w:val="false"/>
          <w:sz w:val="28"/>
          <w:lang w:val="zxx"/>
        </w:rPr>
        <w:t>readBus.</w:t>
      </w:r>
      <w:r>
        <w:rPr>
          <w:b w:val="false"/>
          <w:sz w:val="28"/>
        </w:rPr>
        <w:t xml:space="preserve"> Указываются все эффекты теста. </w:t>
      </w:r>
      <w:r>
        <w:rPr>
          <w:b w:val="false"/>
          <w:sz w:val="28"/>
          <w:lang w:val="zxx"/>
        </w:rPr>
        <w:t>pauseAudio/</w:t>
      </w:r>
      <w:r>
        <w:rPr>
          <w:b w:val="false"/>
          <w:sz w:val="28"/>
        </w:rPr>
        <w:t>​</w:t>
      </w:r>
      <w:r>
        <w:rPr>
          <w:b w:val="false"/>
          <w:sz w:val="28"/>
          <w:lang w:val="zxx"/>
        </w:rPr>
        <w:t>resetInterface/</w:t>
      </w:r>
      <w:r>
        <w:rPr>
          <w:b w:val="false"/>
          <w:sz w:val="28"/>
        </w:rPr>
        <w:t>​</w:t>
      </w:r>
      <w:r>
        <w:rPr>
          <w:b w:val="false"/>
          <w:sz w:val="28"/>
          <w:lang w:val="zxx"/>
        </w:rPr>
        <w:t>writeStorage</w:t>
      </w:r>
      <w:r>
        <w:rPr>
          <w:b w:val="false"/>
          <w:sz w:val="28"/>
        </w:rPr>
        <w:t xml:space="preserve"> требуют </w:t>
      </w:r>
      <w:r>
        <w:rPr>
          <w:b w:val="false"/>
          <w:sz w:val="28"/>
          <w:lang w:val="zxx"/>
        </w:rPr>
        <w:t>maintenance</w:t>
      </w:r>
      <w:r>
        <w:rPr>
          <w:b w:val="false"/>
          <w:sz w:val="28"/>
        </w:rPr>
        <w:t xml:space="preserve"> и не допускаются в </w:t>
      </w:r>
      <w:r>
        <w:rPr>
          <w:b w:val="false"/>
          <w:sz w:val="28"/>
          <w:lang w:val="zxx"/>
        </w:rPr>
        <w:t>session.start</w:t>
      </w:r>
      <w:r>
        <w:rPr>
          <w:b w:val="false"/>
          <w:sz w:val="28"/>
        </w:rPr>
        <w:t xml:space="preserve"> </w:t>
      </w:r>
      <w:r>
        <w:rPr>
          <w:b w:val="false"/>
          <w:sz w:val="28"/>
          <w:lang w:val="zxx"/>
        </w:rPr>
        <w:t>mode=test</w:t>
      </w:r>
      <w:r>
        <w:rPr>
          <w:b w:val="false"/>
          <w:sz w:val="28"/>
        </w:rPr>
        <w:t xml:space="preserve">; для них нужен отдельный явно объявленный сервисный профиль. Полный каталог фиксируется до </w:t>
      </w:r>
      <w:r>
        <w:rPr>
          <w:b w:val="false"/>
          <w:sz w:val="28"/>
          <w:lang w:val="zxx"/>
        </w:rPr>
        <w:t>session.start</w:t>
      </w:r>
      <w:r>
        <w:rPr>
          <w:b w:val="false"/>
          <w:sz w:val="28"/>
        </w:rPr>
        <w:t xml:space="preserve">; смена ревизии дает </w:t>
      </w:r>
      <w:r>
        <w:rPr>
          <w:b w:val="false"/>
          <w:sz w:val="28"/>
          <w:lang w:val="zxx"/>
        </w:rPr>
        <w:t>conflict</w:t>
      </w:r>
      <w:r>
        <w:rPr>
          <w:b w:val="false"/>
          <w:sz w:val="28"/>
        </w:rPr>
        <w:t xml:space="preserve"> до воздействия.</w:t>
      </w:r>
    </w:p>
    <w:p>
      <w:pPr>
        <w:pStyle w:val="Normal"/>
        <w:jc w:val="start"/>
        <w:rPr/>
      </w:pPr>
      <w:r>
        <w:rPr>
          <w:b w:val="false"/>
          <w:sz w:val="28"/>
          <w:lang w:val="zxx"/>
        </w:rPr>
        <w:t>12.22</w:t>
      </w:r>
      <w:r>
        <w:rPr>
          <w:b w:val="false"/>
          <w:sz w:val="28"/>
        </w:rPr>
        <w:t xml:space="preserve"> Проверка </w:t>
      </w:r>
      <w:r>
        <w:rPr>
          <w:b w:val="false"/>
          <w:sz w:val="28"/>
          <w:lang w:val="zxx"/>
        </w:rPr>
        <w:t>comparison</w:t>
      </w:r>
      <w:r>
        <w:rPr>
          <w:b w:val="false"/>
          <w:sz w:val="28"/>
        </w:rPr>
        <w:t xml:space="preserve"> выполняется над типизированным значением: </w:t>
      </w:r>
      <w:r>
        <w:rPr>
          <w:b w:val="false"/>
          <w:sz w:val="28"/>
          <w:lang w:val="zxx"/>
        </w:rPr>
        <w:t>eq/</w:t>
      </w:r>
      <w:r>
        <w:rPr>
          <w:b w:val="false"/>
          <w:sz w:val="28"/>
        </w:rPr>
        <w:t>​</w:t>
      </w:r>
      <w:r>
        <w:rPr>
          <w:b w:val="false"/>
          <w:sz w:val="28"/>
          <w:lang w:val="zxx"/>
        </w:rPr>
        <w:t>ne</w:t>
      </w:r>
      <w:r>
        <w:rPr>
          <w:b w:val="false"/>
          <w:sz w:val="28"/>
        </w:rPr>
        <w:t xml:space="preserve"> для </w:t>
      </w:r>
      <w:r>
        <w:rPr>
          <w:b w:val="false"/>
          <w:sz w:val="28"/>
          <w:lang w:val="zxx"/>
        </w:rPr>
        <w:t>bool/</w:t>
      </w:r>
      <w:r>
        <w:rPr>
          <w:b w:val="false"/>
          <w:sz w:val="28"/>
        </w:rPr>
        <w:t>​</w:t>
      </w:r>
      <w:r>
        <w:rPr>
          <w:b w:val="false"/>
          <w:sz w:val="28"/>
          <w:lang w:val="zxx"/>
        </w:rPr>
        <w:t>enum/</w:t>
      </w:r>
      <w:r>
        <w:rPr>
          <w:b w:val="false"/>
          <w:sz w:val="28"/>
        </w:rPr>
        <w:t>​</w:t>
      </w:r>
      <w:r>
        <w:rPr>
          <w:b w:val="false"/>
          <w:sz w:val="28"/>
          <w:lang w:val="zxx"/>
        </w:rPr>
        <w:t>int/</w:t>
      </w:r>
      <w:r>
        <w:rPr>
          <w:b w:val="false"/>
          <w:sz w:val="28"/>
        </w:rPr>
        <w:t>​</w:t>
      </w:r>
      <w:r>
        <w:rPr>
          <w:b w:val="false"/>
          <w:sz w:val="28"/>
          <w:lang w:val="zxx"/>
        </w:rPr>
        <w:t>counter</w:t>
      </w:r>
      <w:r>
        <w:rPr>
          <w:b w:val="false"/>
          <w:sz w:val="28"/>
        </w:rPr>
        <w:t xml:space="preserve">, остальные операторы только для </w:t>
      </w:r>
      <w:r>
        <w:rPr>
          <w:b w:val="false"/>
          <w:sz w:val="28"/>
          <w:lang w:val="zxx"/>
        </w:rPr>
        <w:t>int/</w:t>
      </w:r>
      <w:r>
        <w:rPr>
          <w:b w:val="false"/>
          <w:sz w:val="28"/>
        </w:rPr>
        <w:t>​</w:t>
      </w:r>
      <w:r>
        <w:rPr>
          <w:b w:val="false"/>
          <w:sz w:val="28"/>
          <w:lang w:val="zxx"/>
        </w:rPr>
        <w:t>counter</w:t>
      </w:r>
      <w:r>
        <w:rPr>
          <w:b w:val="false"/>
          <w:sz w:val="28"/>
        </w:rPr>
        <w:t xml:space="preserve">; единица и </w:t>
      </w:r>
      <w:r>
        <w:rPr>
          <w:b w:val="false"/>
          <w:sz w:val="28"/>
          <w:lang w:val="zxx"/>
        </w:rPr>
        <w:t>scale</w:t>
      </w:r>
      <w:r>
        <w:rPr>
          <w:b w:val="false"/>
          <w:sz w:val="28"/>
        </w:rPr>
        <w:t xml:space="preserve"> берутся из каталога точки. Наблюдение удовлетворяет критерию только при </w:t>
      </w:r>
      <w:r>
        <w:rPr>
          <w:b w:val="false"/>
          <w:sz w:val="28"/>
          <w:lang w:val="zxx"/>
        </w:rPr>
        <w:t>validity=valid</w:t>
      </w:r>
      <w:r>
        <w:rPr>
          <w:b w:val="false"/>
          <w:sz w:val="28"/>
        </w:rPr>
        <w:t xml:space="preserve">, </w:t>
      </w:r>
      <w:r>
        <w:rPr>
          <w:b w:val="false"/>
          <w:sz w:val="28"/>
          <w:lang w:val="zxx"/>
        </w:rPr>
        <w:t>freshness=fresh</w:t>
      </w:r>
      <w:r>
        <w:rPr>
          <w:b w:val="false"/>
          <w:sz w:val="28"/>
        </w:rPr>
        <w:t xml:space="preserve"> и принадлежности нужной фазе по </w:t>
      </w:r>
      <w:r>
        <w:rPr>
          <w:b w:val="false"/>
          <w:sz w:val="28"/>
          <w:lang w:val="zxx"/>
        </w:rPr>
        <w:t>timeline.</w:t>
      </w:r>
      <w:r>
        <w:rPr>
          <w:b w:val="false"/>
          <w:sz w:val="28"/>
        </w:rPr>
        <w:t xml:space="preserve"> Отсутствие фазы или показания дает </w:t>
      </w:r>
      <w:r>
        <w:rPr>
          <w:b w:val="false"/>
          <w:sz w:val="28"/>
          <w:lang w:val="zxx"/>
        </w:rPr>
        <w:t>skipped</w:t>
      </w:r>
      <w:r>
        <w:rPr>
          <w:b w:val="false"/>
          <w:sz w:val="28"/>
        </w:rPr>
        <w:t xml:space="preserve"> с причиной; ложное сравнение - </w:t>
      </w:r>
      <w:r>
        <w:rPr>
          <w:b w:val="false"/>
          <w:sz w:val="28"/>
          <w:lang w:val="zxx"/>
        </w:rPr>
        <w:t>failed/</w:t>
      </w:r>
      <w:r>
        <w:rPr>
          <w:b w:val="false"/>
          <w:sz w:val="28"/>
        </w:rPr>
        <w:t>​</w:t>
      </w:r>
      <w:r>
        <w:rPr>
          <w:b w:val="false"/>
          <w:sz w:val="28"/>
          <w:lang w:val="zxx"/>
        </w:rPr>
        <w:t>testFailed.</w:t>
      </w:r>
      <w:r>
        <w:rPr>
          <w:b w:val="false"/>
          <w:sz w:val="28"/>
        </w:rPr>
        <w:t xml:space="preserve"> Совокупный </w:t>
      </w:r>
      <w:r>
        <w:rPr>
          <w:b w:val="false"/>
          <w:sz w:val="28"/>
          <w:lang w:val="zxx"/>
        </w:rPr>
        <w:t>succeeded</w:t>
      </w:r>
      <w:r>
        <w:rPr>
          <w:b w:val="false"/>
          <w:sz w:val="28"/>
        </w:rPr>
        <w:t xml:space="preserve"> требует </w:t>
      </w:r>
      <w:r>
        <w:rPr>
          <w:b w:val="false"/>
          <w:sz w:val="28"/>
          <w:lang w:val="zxx"/>
        </w:rPr>
        <w:t>passed</w:t>
      </w:r>
      <w:r>
        <w:rPr>
          <w:b w:val="false"/>
          <w:sz w:val="28"/>
        </w:rPr>
        <w:t xml:space="preserve"> всех обязательных критериев и </w:t>
      </w:r>
      <w:r>
        <w:rPr>
          <w:b w:val="false"/>
          <w:sz w:val="28"/>
          <w:lang w:val="zxx"/>
        </w:rPr>
        <w:t>off</w:t>
      </w:r>
      <w:r>
        <w:rPr>
          <w:b w:val="false"/>
          <w:sz w:val="28"/>
        </w:rPr>
        <w:t xml:space="preserve"> всех ресурсов.</w:t>
      </w:r>
    </w:p>
    <w:p>
      <w:pPr>
        <w:pStyle w:val="Normal"/>
        <w:jc w:val="start"/>
        <w:rPr/>
      </w:pPr>
      <w:r>
        <w:rPr>
          <w:b w:val="false"/>
          <w:sz w:val="28"/>
          <w:lang w:val="zxx"/>
        </w:rPr>
        <w:t>12.23</w:t>
      </w:r>
      <w:r>
        <w:rPr>
          <w:b w:val="false"/>
          <w:sz w:val="28"/>
        </w:rPr>
        <w:t xml:space="preserve"> </w:t>
      </w:r>
      <w:r>
        <w:rPr>
          <w:b w:val="false"/>
          <w:sz w:val="28"/>
          <w:lang w:val="zxx"/>
        </w:rPr>
        <w:t>poll.start</w:t>
      </w:r>
      <w:r>
        <w:rPr>
          <w:b w:val="false"/>
          <w:sz w:val="28"/>
        </w:rPr>
        <w:t xml:space="preserve"> не включает выходы и не использует владение оповещением. Запрос </w:t>
      </w:r>
      <w:r>
        <w:rPr>
          <w:b w:val="false"/>
          <w:sz w:val="28"/>
          <w:lang w:val="zxx"/>
        </w:rPr>
        <w:t>poll</w:t>
      </w:r>
      <w:r>
        <w:rPr>
          <w:b w:val="false"/>
          <w:sz w:val="28"/>
        </w:rPr>
        <w:t xml:space="preserve"> содержит </w:t>
      </w:r>
      <w:r>
        <w:rPr>
          <w:b w:val="false"/>
          <w:sz w:val="28"/>
          <w:lang w:val="zxx"/>
        </w:rPr>
        <w:t>clientOperationId</w:t>
      </w:r>
      <w:r>
        <w:rPr>
          <w:b w:val="false"/>
          <w:sz w:val="28"/>
        </w:rPr>
        <w:t xml:space="preserve"> (</w:t>
      </w:r>
      <w:r>
        <w:rPr>
          <w:b w:val="false"/>
          <w:sz w:val="28"/>
          <w:lang w:val="zxx"/>
        </w:rPr>
        <w:t>32</w:t>
      </w:r>
      <w:r>
        <w:rPr>
          <w:b w:val="false"/>
          <w:sz w:val="28"/>
        </w:rPr>
        <w:t xml:space="preserve"> </w:t>
      </w:r>
      <w:r>
        <w:rPr>
          <w:b w:val="false"/>
          <w:sz w:val="28"/>
          <w:lang w:val="zxx"/>
        </w:rPr>
        <w:t>hex</w:t>
      </w:r>
      <w:r>
        <w:rPr>
          <w:b w:val="false"/>
          <w:sz w:val="28"/>
        </w:rPr>
        <w:t xml:space="preserve">), </w:t>
      </w:r>
      <w:r>
        <w:rPr>
          <w:b w:val="false"/>
          <w:sz w:val="28"/>
          <w:lang w:val="zxx"/>
        </w:rPr>
        <w:t>deadlineMs</w:t>
      </w:r>
      <w:r>
        <w:rPr>
          <w:b w:val="false"/>
          <w:sz w:val="28"/>
        </w:rPr>
        <w:t xml:space="preserve"> (</w:t>
      </w:r>
      <w:r>
        <w:rPr>
          <w:b w:val="false"/>
          <w:sz w:val="28"/>
          <w:lang w:val="zxx"/>
        </w:rPr>
        <w:t>uptime</w:t>
      </w:r>
      <w:r>
        <w:rPr>
          <w:b w:val="false"/>
          <w:sz w:val="28"/>
        </w:rPr>
        <w:t xml:space="preserve"> УУ, не дальше </w:t>
      </w:r>
      <w:r>
        <w:rPr>
          <w:b w:val="false"/>
          <w:sz w:val="28"/>
          <w:lang w:val="zxx"/>
        </w:rPr>
        <w:t>30000</w:t>
      </w:r>
      <w:r>
        <w:rPr>
          <w:b w:val="false"/>
          <w:sz w:val="28"/>
        </w:rPr>
        <w:t xml:space="preserve"> мс), </w:t>
      </w:r>
      <w:r>
        <w:rPr>
          <w:b w:val="false"/>
          <w:sz w:val="28"/>
          <w:lang w:val="zxx"/>
        </w:rPr>
        <w:t>refresh=cache|</w:t>
      </w:r>
      <w:r>
        <w:rPr>
          <w:b w:val="false"/>
          <w:sz w:val="28"/>
        </w:rPr>
        <w:t>​</w:t>
      </w:r>
      <w:r>
        <w:rPr>
          <w:b w:val="false"/>
          <w:sz w:val="28"/>
          <w:lang w:val="zxx"/>
        </w:rPr>
        <w:t>readBus</w:t>
      </w:r>
      <w:r>
        <w:rPr>
          <w:b w:val="false"/>
          <w:sz w:val="28"/>
        </w:rPr>
        <w:t xml:space="preserve"> и </w:t>
      </w:r>
      <w:r>
        <w:rPr>
          <w:b w:val="false"/>
          <w:sz w:val="28"/>
          <w:lang w:val="zxx"/>
        </w:rPr>
        <w:t>1..8</w:t>
      </w:r>
      <w:r>
        <w:rPr>
          <w:b w:val="false"/>
          <w:sz w:val="28"/>
        </w:rPr>
        <w:t xml:space="preserve"> </w:t>
      </w:r>
      <w:r>
        <w:rPr>
          <w:b w:val="false"/>
          <w:sz w:val="28"/>
          <w:lang w:val="zxx"/>
        </w:rPr>
        <w:t>point</w:t>
      </w:r>
      <w:r>
        <w:rPr>
          <w:b w:val="false"/>
          <w:sz w:val="28"/>
        </w:rPr>
        <w:t xml:space="preserve"> </w:t>
      </w:r>
      <w:r>
        <w:rPr>
          <w:b w:val="false"/>
          <w:sz w:val="28"/>
          <w:lang w:val="zxx"/>
        </w:rPr>
        <w:t>id.</w:t>
      </w:r>
      <w:r>
        <w:rPr>
          <w:b w:val="false"/>
          <w:sz w:val="28"/>
        </w:rPr>
        <w:t xml:space="preserve"> </w:t>
      </w:r>
      <w:r>
        <w:rPr>
          <w:b w:val="false"/>
          <w:sz w:val="28"/>
          <w:lang w:val="zxx"/>
        </w:rPr>
        <w:t>clientOperationId</w:t>
      </w:r>
      <w:r>
        <w:rPr>
          <w:b w:val="false"/>
          <w:sz w:val="28"/>
        </w:rPr>
        <w:t xml:space="preserve"> дедуплицируется отдельно в </w:t>
      </w:r>
      <w:r>
        <w:rPr>
          <w:b w:val="false"/>
          <w:sz w:val="28"/>
          <w:lang w:val="zxx"/>
        </w:rPr>
        <w:t>principalId/</w:t>
      </w:r>
      <w:r>
        <w:rPr>
          <w:b w:val="false"/>
          <w:sz w:val="28"/>
        </w:rPr>
        <w:t>​</w:t>
      </w:r>
      <w:r>
        <w:rPr>
          <w:b w:val="false"/>
          <w:sz w:val="28"/>
          <w:lang w:val="zxx"/>
        </w:rPr>
        <w:t>bootId</w:t>
      </w:r>
      <w:r>
        <w:rPr>
          <w:b w:val="false"/>
          <w:sz w:val="28"/>
        </w:rPr>
        <w:t xml:space="preserve"> до </w:t>
      </w:r>
      <w:r>
        <w:rPr>
          <w:b w:val="false"/>
          <w:sz w:val="28"/>
          <w:lang w:val="zxx"/>
        </w:rPr>
        <w:t>deadlineMs+resultRetentionMs</w:t>
      </w:r>
      <w:r>
        <w:rPr>
          <w:b w:val="false"/>
          <w:sz w:val="28"/>
        </w:rPr>
        <w:t xml:space="preserve">; другой набор полей дает </w:t>
      </w:r>
      <w:r>
        <w:rPr>
          <w:b w:val="false"/>
          <w:sz w:val="28"/>
          <w:lang w:val="zxx"/>
        </w:rPr>
        <w:t>conflict.</w:t>
      </w:r>
      <w:r>
        <w:rPr>
          <w:b w:val="false"/>
          <w:sz w:val="28"/>
        </w:rPr>
        <w:t xml:space="preserve"> Ответ </w:t>
      </w:r>
      <w:r>
        <w:rPr>
          <w:b w:val="false"/>
          <w:sz w:val="28"/>
          <w:lang w:val="zxx"/>
        </w:rPr>
        <w:t>accepted</w:t>
      </w:r>
      <w:r>
        <w:rPr>
          <w:b w:val="false"/>
          <w:sz w:val="28"/>
        </w:rPr>
        <w:t xml:space="preserve"> с </w:t>
      </w:r>
      <w:r>
        <w:rPr>
          <w:b w:val="false"/>
          <w:sz w:val="28"/>
          <w:lang w:val="zxx"/>
        </w:rPr>
        <w:t>operation</w:t>
      </w:r>
      <w:r>
        <w:rPr>
          <w:b w:val="false"/>
          <w:sz w:val="28"/>
        </w:rPr>
        <w:t xml:space="preserve"> </w:t>
      </w:r>
      <w:r>
        <w:rPr>
          <w:b w:val="false"/>
          <w:sz w:val="28"/>
          <w:lang w:val="zxx"/>
        </w:rPr>
        <w:t>id/</w:t>
      </w:r>
      <w:r>
        <w:rPr>
          <w:b w:val="false"/>
          <w:sz w:val="28"/>
        </w:rPr>
        <w:t>​</w:t>
      </w:r>
      <w:r>
        <w:rPr>
          <w:b w:val="false"/>
          <w:sz w:val="28"/>
          <w:lang w:val="zxx"/>
        </w:rPr>
        <w:t>clientOperationId/</w:t>
      </w:r>
      <w:r>
        <w:rPr>
          <w:b w:val="false"/>
          <w:sz w:val="28"/>
        </w:rPr>
        <w:t>​</w:t>
      </w:r>
      <w:r>
        <w:rPr>
          <w:b w:val="false"/>
          <w:sz w:val="28"/>
          <w:lang w:val="zxx"/>
        </w:rPr>
        <w:t>state=queued.</w:t>
      </w:r>
      <w:r>
        <w:rPr>
          <w:b w:val="false"/>
          <w:sz w:val="28"/>
        </w:rPr>
        <w:t xml:space="preserve"> </w:t>
      </w:r>
      <w:r>
        <w:rPr>
          <w:b w:val="false"/>
          <w:sz w:val="28"/>
          <w:lang w:val="zxx"/>
        </w:rPr>
        <w:t>ДОПУСКАЕТСЯ</w:t>
      </w:r>
      <w:r>
        <w:rPr>
          <w:b w:val="false"/>
          <w:sz w:val="28"/>
        </w:rPr>
        <w:t xml:space="preserve"> одно задание на участника и не более двух на УУ; превышение дает </w:t>
      </w:r>
      <w:r>
        <w:rPr>
          <w:b w:val="false"/>
          <w:sz w:val="28"/>
          <w:lang w:val="zxx"/>
        </w:rPr>
        <w:t>busy.</w:t>
      </w:r>
      <w:r>
        <w:rPr>
          <w:b w:val="false"/>
          <w:sz w:val="28"/>
        </w:rPr>
        <w:t xml:space="preserve"> Получение наблюдений от ОУ выполняется с более низким приоритетом, чем управление, и не продлевает </w:t>
      </w:r>
      <w:r>
        <w:rPr>
          <w:b w:val="false"/>
          <w:sz w:val="28"/>
          <w:lang w:val="zxx"/>
        </w:rPr>
        <w:t>deadlineMs.</w:t>
      </w:r>
      <w:r>
        <w:rPr>
          <w:b w:val="false"/>
          <w:sz w:val="28"/>
        </w:rPr>
        <w:t xml:space="preserve"> Неизвестная точка дает </w:t>
      </w:r>
      <w:r>
        <w:rPr>
          <w:b w:val="false"/>
          <w:sz w:val="28"/>
          <w:lang w:val="zxx"/>
        </w:rPr>
        <w:t>invalidArgument</w:t>
      </w:r>
      <w:r>
        <w:rPr>
          <w:b w:val="false"/>
          <w:sz w:val="28"/>
        </w:rPr>
        <w:t xml:space="preserve"> до создания задания.</w:t>
      </w:r>
    </w:p>
    <w:p>
      <w:pPr>
        <w:pStyle w:val="Normal"/>
        <w:jc w:val="start"/>
        <w:rPr/>
      </w:pPr>
      <w:r>
        <w:rPr>
          <w:b w:val="false"/>
          <w:sz w:val="28"/>
          <w:lang w:val="zxx"/>
        </w:rPr>
        <w:t>12.24</w:t>
      </w:r>
      <w:r>
        <w:rPr>
          <w:b w:val="false"/>
          <w:sz w:val="28"/>
        </w:rPr>
        <w:t xml:space="preserve"> </w:t>
      </w:r>
      <w:r>
        <w:rPr>
          <w:b w:val="false"/>
          <w:sz w:val="28"/>
          <w:lang w:val="zxx"/>
        </w:rPr>
        <w:t>poll.get:</w:t>
      </w:r>
      <w:r>
        <w:rPr>
          <w:b w:val="false"/>
          <w:sz w:val="28"/>
        </w:rPr>
        <w:t xml:space="preserve"> </w:t>
      </w:r>
      <w:r>
        <w:rPr>
          <w:b w:val="false"/>
          <w:sz w:val="28"/>
          <w:lang w:val="zxx"/>
        </w:rPr>
        <w:t>selection</w:t>
      </w:r>
      <w:r>
        <w:rPr>
          <w:b w:val="false"/>
          <w:sz w:val="28"/>
        </w:rPr>
        <w:t xml:space="preserve"> </w:t>
      </w:r>
      <w:r>
        <w:rPr>
          <w:b w:val="false"/>
          <w:sz w:val="28"/>
          <w:lang w:val="zxx"/>
        </w:rPr>
        <w:t>operationId</w:t>
      </w:r>
      <w:r>
        <w:rPr>
          <w:b w:val="false"/>
          <w:sz w:val="28"/>
        </w:rPr>
        <w:t xml:space="preserve"> либо </w:t>
      </w:r>
      <w:r>
        <w:rPr>
          <w:b w:val="false"/>
          <w:sz w:val="28"/>
          <w:lang w:val="zxx"/>
        </w:rPr>
        <w:t>operationId/</w:t>
      </w:r>
      <w:r>
        <w:rPr>
          <w:b w:val="false"/>
          <w:sz w:val="28"/>
        </w:rPr>
        <w:t>​</w:t>
      </w:r>
      <w:r>
        <w:rPr>
          <w:b w:val="false"/>
          <w:sz w:val="28"/>
          <w:lang w:val="zxx"/>
        </w:rPr>
        <w:t>snapshotId/</w:t>
      </w:r>
      <w:r>
        <w:rPr>
          <w:b w:val="false"/>
          <w:sz w:val="28"/>
        </w:rPr>
        <w:t>​</w:t>
      </w:r>
      <w:r>
        <w:rPr>
          <w:b w:val="false"/>
          <w:sz w:val="28"/>
          <w:lang w:val="zxx"/>
        </w:rPr>
        <w:t>cursor.</w:t>
      </w:r>
      <w:r>
        <w:rPr>
          <w:b w:val="false"/>
          <w:sz w:val="28"/>
        </w:rPr>
        <w:t xml:space="preserve"> Ответ </w:t>
      </w:r>
      <w:r>
        <w:rPr>
          <w:b w:val="false"/>
          <w:sz w:val="28"/>
          <w:lang w:val="zxx"/>
        </w:rPr>
        <w:t>poll</w:t>
      </w:r>
      <w:r>
        <w:rPr>
          <w:b w:val="false"/>
          <w:sz w:val="28"/>
        </w:rPr>
        <w:t xml:space="preserve"> с </w:t>
      </w:r>
      <w:r>
        <w:rPr>
          <w:b w:val="false"/>
          <w:sz w:val="28"/>
          <w:lang w:val="zxx"/>
        </w:rPr>
        <w:t>snapshotId</w:t>
      </w:r>
      <w:r>
        <w:rPr>
          <w:b w:val="false"/>
          <w:sz w:val="28"/>
        </w:rPr>
        <w:t xml:space="preserve">, </w:t>
      </w:r>
      <w:r>
        <w:rPr>
          <w:b w:val="false"/>
          <w:sz w:val="28"/>
          <w:lang w:val="zxx"/>
        </w:rPr>
        <w:t>operationId</w:t>
      </w:r>
      <w:r>
        <w:rPr>
          <w:b w:val="false"/>
          <w:sz w:val="28"/>
        </w:rPr>
        <w:t xml:space="preserve">, </w:t>
      </w:r>
      <w:r>
        <w:rPr>
          <w:b w:val="false"/>
          <w:sz w:val="28"/>
          <w:lang w:val="zxx"/>
        </w:rPr>
        <w:t>state=queued|</w:t>
      </w:r>
      <w:r>
        <w:rPr>
          <w:b w:val="false"/>
          <w:sz w:val="28"/>
        </w:rPr>
        <w:t>​</w:t>
      </w:r>
      <w:r>
        <w:rPr>
          <w:b w:val="false"/>
          <w:sz w:val="28"/>
          <w:lang w:val="zxx"/>
        </w:rPr>
        <w:t>running|</w:t>
      </w:r>
      <w:r>
        <w:rPr>
          <w:b w:val="false"/>
          <w:sz w:val="28"/>
        </w:rPr>
        <w:t>​</w:t>
      </w:r>
      <w:r>
        <w:rPr>
          <w:b w:val="false"/>
          <w:sz w:val="28"/>
          <w:lang w:val="zxx"/>
        </w:rPr>
        <w:t>finished|</w:t>
      </w:r>
      <w:r>
        <w:rPr>
          <w:b w:val="false"/>
          <w:sz w:val="28"/>
        </w:rPr>
        <w:t>​</w:t>
      </w:r>
      <w:r>
        <w:rPr>
          <w:b w:val="false"/>
          <w:sz w:val="28"/>
          <w:lang w:val="zxx"/>
        </w:rPr>
        <w:t>cancelled</w:t>
      </w:r>
      <w:r>
        <w:rPr>
          <w:b w:val="false"/>
          <w:sz w:val="28"/>
        </w:rPr>
        <w:t xml:space="preserve">, </w:t>
      </w:r>
      <w:r>
        <w:rPr>
          <w:b w:val="false"/>
          <w:sz w:val="28"/>
          <w:lang w:val="zxx"/>
        </w:rPr>
        <w:t>expectedCount</w:t>
      </w:r>
      <w:r>
        <w:rPr>
          <w:b w:val="false"/>
          <w:sz w:val="28"/>
        </w:rPr>
        <w:t xml:space="preserve">, </w:t>
      </w:r>
      <w:r>
        <w:rPr>
          <w:b w:val="false"/>
          <w:sz w:val="28"/>
          <w:lang w:val="zxx"/>
        </w:rPr>
        <w:t>complete</w:t>
      </w:r>
      <w:r>
        <w:rPr>
          <w:b w:val="false"/>
          <w:sz w:val="28"/>
        </w:rPr>
        <w:t xml:space="preserve">, </w:t>
      </w:r>
      <w:r>
        <w:rPr>
          <w:b w:val="false"/>
          <w:sz w:val="28"/>
          <w:lang w:val="zxx"/>
        </w:rPr>
        <w:t>evaluatedAtMs</w:t>
      </w:r>
      <w:r>
        <w:rPr>
          <w:b w:val="false"/>
          <w:sz w:val="28"/>
        </w:rPr>
        <w:t xml:space="preserve">, </w:t>
      </w:r>
      <w:r>
        <w:rPr>
          <w:b w:val="false"/>
          <w:sz w:val="28"/>
          <w:lang w:val="zxx"/>
        </w:rPr>
        <w:t>more/</w:t>
      </w:r>
      <w:r>
        <w:rPr>
          <w:b w:val="false"/>
          <w:sz w:val="28"/>
        </w:rPr>
        <w:t>​</w:t>
      </w:r>
      <w:r>
        <w:rPr>
          <w:b w:val="false"/>
          <w:sz w:val="28"/>
          <w:lang w:val="zxx"/>
        </w:rPr>
        <w:t>cursor</w:t>
      </w:r>
      <w:r>
        <w:rPr>
          <w:b w:val="false"/>
          <w:sz w:val="28"/>
        </w:rPr>
        <w:t xml:space="preserve">; записи </w:t>
      </w:r>
      <w:r>
        <w:rPr>
          <w:b w:val="false"/>
          <w:sz w:val="28"/>
          <w:lang w:val="zxx"/>
        </w:rPr>
        <w:t>point</w:t>
      </w:r>
      <w:r>
        <w:rPr>
          <w:b w:val="false"/>
          <w:sz w:val="28"/>
        </w:rPr>
        <w:t xml:space="preserve"> используют формат </w:t>
      </w:r>
      <w:r>
        <w:rPr>
          <w:b w:val="false"/>
          <w:sz w:val="28"/>
          <w:lang w:val="zxx"/>
        </w:rPr>
        <w:t>sensors.read.</w:t>
      </w:r>
      <w:r>
        <w:rPr>
          <w:b w:val="false"/>
          <w:sz w:val="28"/>
        </w:rPr>
        <w:t xml:space="preserve"> При </w:t>
      </w:r>
      <w:r>
        <w:rPr>
          <w:b w:val="false"/>
          <w:sz w:val="28"/>
          <w:lang w:val="zxx"/>
        </w:rPr>
        <w:t>finished</w:t>
      </w:r>
      <w:r>
        <w:rPr>
          <w:b w:val="false"/>
          <w:sz w:val="28"/>
        </w:rPr>
        <w:t xml:space="preserve"> или </w:t>
      </w:r>
      <w:r>
        <w:rPr>
          <w:b w:val="false"/>
          <w:sz w:val="28"/>
          <w:lang w:val="zxx"/>
        </w:rPr>
        <w:t>cancelled</w:t>
      </w:r>
      <w:r>
        <w:rPr>
          <w:b w:val="false"/>
          <w:sz w:val="28"/>
        </w:rPr>
        <w:t xml:space="preserve"> полный снимок содержит каждую ожидаемую точку; неполученная точка имеет </w:t>
      </w:r>
      <w:r>
        <w:rPr>
          <w:b w:val="false"/>
          <w:sz w:val="28"/>
          <w:lang w:val="zxx"/>
        </w:rPr>
        <w:t>validity=unavailable</w:t>
      </w:r>
      <w:r>
        <w:rPr>
          <w:b w:val="false"/>
          <w:sz w:val="28"/>
        </w:rPr>
        <w:t xml:space="preserve">, </w:t>
      </w:r>
      <w:r>
        <w:rPr>
          <w:b w:val="false"/>
          <w:sz w:val="28"/>
          <w:lang w:val="zxx"/>
        </w:rPr>
        <w:t>freshness=never</w:t>
      </w:r>
      <w:r>
        <w:rPr>
          <w:b w:val="false"/>
          <w:sz w:val="28"/>
        </w:rPr>
        <w:t xml:space="preserve">, </w:t>
      </w:r>
      <w:r>
        <w:rPr>
          <w:b w:val="false"/>
          <w:sz w:val="28"/>
          <w:lang w:val="zxx"/>
        </w:rPr>
        <w:t>observedAtMs=0</w:t>
      </w:r>
      <w:r>
        <w:rPr>
          <w:b w:val="false"/>
          <w:sz w:val="28"/>
        </w:rPr>
        <w:t xml:space="preserve"> и </w:t>
      </w:r>
      <w:r>
        <w:rPr>
          <w:b w:val="false"/>
          <w:sz w:val="28"/>
          <w:lang w:val="zxx"/>
        </w:rPr>
        <w:t>reason=deadlineExceeded|</w:t>
      </w:r>
      <w:r>
        <w:rPr>
          <w:b w:val="false"/>
          <w:sz w:val="28"/>
        </w:rPr>
        <w:t>​</w:t>
      </w:r>
      <w:r>
        <w:rPr>
          <w:b w:val="false"/>
          <w:sz w:val="28"/>
          <w:lang w:val="zxx"/>
        </w:rPr>
        <w:t>cancelled|</w:t>
      </w:r>
      <w:r>
        <w:rPr>
          <w:b w:val="false"/>
          <w:sz w:val="28"/>
        </w:rPr>
        <w:t>​</w:t>
      </w:r>
      <w:r>
        <w:rPr>
          <w:b w:val="false"/>
          <w:sz w:val="28"/>
          <w:lang w:val="zxx"/>
        </w:rPr>
        <w:t>sourceUnavailable.</w:t>
      </w:r>
      <w:r>
        <w:rPr>
          <w:b w:val="false"/>
          <w:sz w:val="28"/>
        </w:rPr>
        <w:t xml:space="preserve"> </w:t>
      </w:r>
      <w:r>
        <w:rPr>
          <w:b w:val="false"/>
          <w:sz w:val="28"/>
          <w:lang w:val="zxx"/>
        </w:rPr>
        <w:t>complete=true</w:t>
      </w:r>
      <w:r>
        <w:rPr>
          <w:b w:val="false"/>
          <w:sz w:val="28"/>
        </w:rPr>
        <w:t xml:space="preserve"> означает покрытие выбранного множества, а не исправность. </w:t>
      </w:r>
      <w:r>
        <w:rPr>
          <w:b w:val="false"/>
          <w:sz w:val="28"/>
          <w:lang w:val="zxx"/>
        </w:rPr>
        <w:t>poll.cancel:</w:t>
      </w:r>
      <w:r>
        <w:rPr>
          <w:b w:val="false"/>
          <w:sz w:val="28"/>
        </w:rPr>
        <w:t xml:space="preserve"> </w:t>
      </w:r>
      <w:r>
        <w:rPr>
          <w:b w:val="false"/>
          <w:sz w:val="28"/>
          <w:lang w:val="zxx"/>
        </w:rPr>
        <w:t>poll</w:t>
      </w:r>
      <w:r>
        <w:rPr>
          <w:b w:val="false"/>
          <w:sz w:val="28"/>
        </w:rPr>
        <w:t xml:space="preserve"> </w:t>
      </w:r>
      <w:r>
        <w:rPr>
          <w:b w:val="false"/>
          <w:sz w:val="28"/>
          <w:lang w:val="zxx"/>
        </w:rPr>
        <w:t>operationId/</w:t>
      </w:r>
      <w:r>
        <w:rPr>
          <w:b w:val="false"/>
          <w:sz w:val="28"/>
        </w:rPr>
        <w:t>​</w:t>
      </w:r>
      <w:r>
        <w:rPr>
          <w:b w:val="false"/>
          <w:sz w:val="28"/>
          <w:lang w:val="zxx"/>
        </w:rPr>
        <w:t>clientOperationId</w:t>
      </w:r>
      <w:r>
        <w:rPr>
          <w:b w:val="false"/>
          <w:sz w:val="28"/>
        </w:rPr>
        <w:t xml:space="preserve">, аутентифицированный создатель задания; ответ </w:t>
      </w:r>
      <w:r>
        <w:rPr>
          <w:b w:val="false"/>
          <w:sz w:val="28"/>
          <w:lang w:val="zxx"/>
        </w:rPr>
        <w:t>cancelled</w:t>
      </w:r>
      <w:r>
        <w:rPr>
          <w:b w:val="false"/>
          <w:sz w:val="28"/>
        </w:rPr>
        <w:t xml:space="preserve"> </w:t>
      </w:r>
      <w:r>
        <w:rPr>
          <w:b w:val="false"/>
          <w:sz w:val="28"/>
          <w:lang w:val="zxx"/>
        </w:rPr>
        <w:t>operationId.</w:t>
      </w:r>
      <w:r>
        <w:rPr>
          <w:b w:val="false"/>
          <w:sz w:val="28"/>
        </w:rPr>
        <w:t xml:space="preserve"> Отмена идемпотентна, не отменяет </w:t>
      </w:r>
      <w:r>
        <w:rPr>
          <w:b w:val="false"/>
          <w:sz w:val="28"/>
          <w:lang w:val="zxx"/>
        </w:rPr>
        <w:t>session</w:t>
      </w:r>
      <w:r>
        <w:rPr>
          <w:b w:val="false"/>
          <w:sz w:val="28"/>
        </w:rPr>
        <w:t xml:space="preserve"> и не удаляет уже полученные наблюдения. Запросы опроса не продлевают </w:t>
      </w:r>
      <w:r>
        <w:rPr>
          <w:b w:val="false"/>
          <w:sz w:val="28"/>
          <w:lang w:val="zxx"/>
        </w:rPr>
        <w:t>lease.</w:t>
      </w:r>
    </w:p>
    <w:p>
      <w:pPr>
        <w:pStyle w:val="1"/>
        <w:rPr/>
      </w:pPr>
      <w:bookmarkStart w:id="13" w:name="__RefHeading___Toc43275_1766585215"/>
      <w:bookmarkEnd w:id="13"/>
      <w:r>
        <w:rPr/>
        <w:t>13 Диагностика, события и снимки</w:t>
      </w:r>
    </w:p>
    <w:p>
      <w:pPr>
        <w:pStyle w:val="Normal"/>
        <w:jc w:val="start"/>
        <w:rPr/>
      </w:pPr>
      <w:r>
        <w:rPr>
          <w:b w:val="false"/>
          <w:sz w:val="28"/>
          <w:lang w:val="zxx"/>
        </w:rPr>
        <w:t>13.1</w:t>
      </w:r>
      <w:r>
        <w:rPr>
          <w:b w:val="false"/>
          <w:sz w:val="28"/>
        </w:rPr>
        <w:t xml:space="preserve"> Базовая доставка событий в проектном профиле - </w:t>
      </w:r>
      <w:r>
        <w:rPr>
          <w:b w:val="false"/>
          <w:sz w:val="28"/>
          <w:lang w:val="zxx"/>
        </w:rPr>
        <w:t>pull:</w:t>
      </w:r>
      <w:r>
        <w:rPr>
          <w:b w:val="false"/>
          <w:sz w:val="28"/>
        </w:rPr>
        <w:t xml:space="preserve"> АРМ вызывает </w:t>
      </w:r>
      <w:r>
        <w:rPr>
          <w:b w:val="false"/>
          <w:sz w:val="28"/>
          <w:lang w:val="zxx"/>
        </w:rPr>
        <w:t>events.read</w:t>
      </w:r>
      <w:r>
        <w:rPr>
          <w:b w:val="false"/>
          <w:sz w:val="28"/>
        </w:rPr>
        <w:t xml:space="preserve"> с </w:t>
      </w:r>
      <w:r>
        <w:rPr>
          <w:b w:val="false"/>
          <w:sz w:val="28"/>
          <w:lang w:val="zxx"/>
        </w:rPr>
        <w:t>bootId</w:t>
      </w:r>
      <w:r>
        <w:rPr>
          <w:b w:val="false"/>
          <w:sz w:val="28"/>
        </w:rPr>
        <w:t xml:space="preserve"> и </w:t>
      </w:r>
      <w:r>
        <w:rPr>
          <w:b w:val="false"/>
          <w:sz w:val="28"/>
          <w:lang w:val="zxx"/>
        </w:rPr>
        <w:t>afterSeq</w:t>
      </w:r>
      <w:r>
        <w:rPr>
          <w:b w:val="false"/>
          <w:sz w:val="28"/>
        </w:rPr>
        <w:t xml:space="preserve"> последнего обработанного события. Ответ содержит ограниченную страницу записей </w:t>
      </w:r>
      <w:r>
        <w:rPr>
          <w:b w:val="false"/>
          <w:sz w:val="28"/>
          <w:lang w:val="zxx"/>
        </w:rPr>
        <w:t>event</w:t>
      </w:r>
      <w:r>
        <w:rPr>
          <w:b w:val="false"/>
          <w:sz w:val="28"/>
        </w:rPr>
        <w:t xml:space="preserve"> и </w:t>
      </w:r>
      <w:r>
        <w:rPr>
          <w:b w:val="false"/>
          <w:sz w:val="28"/>
          <w:lang w:val="zxx"/>
        </w:rPr>
        <w:t>nextSeq</w:t>
      </w:r>
      <w:r>
        <w:rPr>
          <w:b w:val="false"/>
          <w:sz w:val="28"/>
        </w:rPr>
        <w:t xml:space="preserve">; </w:t>
      </w:r>
      <w:r>
        <w:rPr>
          <w:b w:val="false"/>
          <w:sz w:val="28"/>
          <w:lang w:val="zxx"/>
        </w:rPr>
        <w:t>more=true</w:t>
      </w:r>
      <w:r>
        <w:rPr>
          <w:b w:val="false"/>
          <w:sz w:val="28"/>
        </w:rPr>
        <w:t xml:space="preserve"> означает, что на момент снимка страницы оставались записи. </w:t>
      </w:r>
      <w:r>
        <w:rPr>
          <w:b w:val="false"/>
          <w:sz w:val="28"/>
          <w:lang w:val="zxx"/>
        </w:rPr>
        <w:t>more=false</w:t>
      </w:r>
      <w:r>
        <w:rPr>
          <w:b w:val="false"/>
          <w:sz w:val="28"/>
        </w:rPr>
        <w:t xml:space="preserve"> завершает текущую выборку, но не подписывает клиента на будущие события. Без явно включенной подписки инициативных сообщений нет. Возможность </w:t>
      </w:r>
      <w:r>
        <w:rPr>
          <w:b w:val="false"/>
          <w:sz w:val="28"/>
          <w:lang w:val="zxx"/>
        </w:rPr>
        <w:t>eventsPush=1</w:t>
      </w:r>
      <w:r>
        <w:rPr>
          <w:b w:val="false"/>
          <w:sz w:val="28"/>
        </w:rPr>
        <w:t xml:space="preserve"> добавляет </w:t>
      </w:r>
      <w:r>
        <w:rPr>
          <w:b w:val="false"/>
          <w:sz w:val="28"/>
          <w:lang w:val="zxx"/>
        </w:rPr>
        <w:t>notification</w:t>
      </w:r>
      <w:r>
        <w:rPr>
          <w:b w:val="false"/>
          <w:sz w:val="28"/>
        </w:rPr>
        <w:t xml:space="preserve"> и </w:t>
      </w:r>
      <w:r>
        <w:rPr>
          <w:b w:val="false"/>
          <w:sz w:val="28"/>
          <w:lang w:val="zxx"/>
        </w:rPr>
        <w:t>notificationAck</w:t>
      </w:r>
      <w:r>
        <w:rPr>
          <w:b w:val="false"/>
          <w:sz w:val="28"/>
        </w:rPr>
        <w:t xml:space="preserve"> по правилам настоящего раздела. </w:t>
      </w:r>
      <w:r>
        <w:rPr>
          <w:b w:val="false"/>
          <w:sz w:val="28"/>
          <w:lang w:val="zxx"/>
        </w:rPr>
        <w:t>events.read</w:t>
      </w:r>
      <w:r>
        <w:rPr>
          <w:b w:val="false"/>
          <w:sz w:val="28"/>
        </w:rPr>
        <w:t xml:space="preserve"> занимает обычный слот, </w:t>
      </w:r>
      <w:r>
        <w:rPr>
          <w:b w:val="false"/>
          <w:sz w:val="28"/>
          <w:lang w:val="zxx"/>
        </w:rPr>
        <w:t>session.stop/</w:t>
      </w:r>
      <w:r>
        <w:rPr>
          <w:b w:val="false"/>
          <w:sz w:val="28"/>
        </w:rPr>
        <w:t>​</w:t>
      </w:r>
      <w:r>
        <w:rPr>
          <w:b w:val="false"/>
          <w:sz w:val="28"/>
          <w:lang w:val="zxx"/>
        </w:rPr>
        <w:t>session.cancel</w:t>
      </w:r>
      <w:r>
        <w:rPr>
          <w:b w:val="false"/>
          <w:sz w:val="28"/>
        </w:rPr>
        <w:t xml:space="preserve"> - отдельный; подтверждения уведомлений не занимают эти слоты.</w:t>
      </w:r>
    </w:p>
    <w:p>
      <w:pPr>
        <w:pStyle w:val="Normal"/>
        <w:jc w:val="both"/>
        <w:rPr/>
      </w:pPr>
      <w:r>
        <w:rPr>
          <w:b w:val="false"/>
          <w:sz w:val="28"/>
          <w:lang w:val="zxx"/>
        </w:rPr>
        <w:t>13.2</w:t>
      </w:r>
      <w:r>
        <w:rPr>
          <w:b w:val="false"/>
          <w:sz w:val="28"/>
        </w:rPr>
        <w:t xml:space="preserve"> УУ хранит ограниченный кольцевой журнал, общий для читателей, и не накапливает отдельную неограниченную очередь для медленного АРМ. Если </w:t>
      </w:r>
      <w:r>
        <w:rPr>
          <w:b w:val="false"/>
          <w:sz w:val="28"/>
          <w:lang w:val="zxx"/>
        </w:rPr>
        <w:t>afterSeq</w:t>
      </w:r>
      <w:r>
        <w:rPr>
          <w:b w:val="false"/>
          <w:sz w:val="28"/>
        </w:rPr>
        <w:t xml:space="preserve"> предшествует сохраненной истории, ответ сообщает </w:t>
      </w:r>
      <w:r>
        <w:rPr>
          <w:b w:val="false"/>
          <w:sz w:val="28"/>
          <w:lang w:val="zxx"/>
        </w:rPr>
        <w:t>gap=true</w:t>
      </w:r>
      <w:r>
        <w:rPr>
          <w:b w:val="false"/>
          <w:sz w:val="28"/>
        </w:rPr>
        <w:t xml:space="preserve"> и </w:t>
      </w:r>
      <w:r>
        <w:rPr>
          <w:b w:val="false"/>
          <w:sz w:val="28"/>
          <w:lang w:val="zxx"/>
        </w:rPr>
        <w:t>oldestSeq.</w:t>
      </w:r>
      <w:r>
        <w:rPr>
          <w:b w:val="false"/>
          <w:sz w:val="28"/>
        </w:rPr>
        <w:t xml:space="preserve"> АРМ </w:t>
      </w:r>
      <w:r>
        <w:rPr>
          <w:b w:val="false"/>
          <w:sz w:val="28"/>
          <w:lang w:val="zxx"/>
        </w:rPr>
        <w:t>ДОЛЖЕН</w:t>
      </w:r>
      <w:r>
        <w:rPr>
          <w:b w:val="false"/>
          <w:sz w:val="28"/>
        </w:rPr>
        <w:t xml:space="preserve"> получить новый согласованный снимок с границей </w:t>
      </w:r>
      <w:r>
        <w:rPr>
          <w:b w:val="false"/>
          <w:sz w:val="28"/>
          <w:lang w:val="zxx"/>
        </w:rPr>
        <w:t>eventSeq</w:t>
      </w:r>
      <w:r>
        <w:rPr>
          <w:b w:val="false"/>
          <w:sz w:val="28"/>
        </w:rPr>
        <w:t xml:space="preserve">, затем читать журнал после этой границы. Повторный </w:t>
      </w:r>
      <w:r>
        <w:rPr>
          <w:b w:val="false"/>
          <w:sz w:val="28"/>
          <w:lang w:val="zxx"/>
        </w:rPr>
        <w:t>gap</w:t>
      </w:r>
      <w:r>
        <w:rPr>
          <w:b w:val="false"/>
          <w:sz w:val="28"/>
        </w:rPr>
        <w:t xml:space="preserve"> обрабатывается по ограниченному алгоритму восстановления ниже. Курсор АРМ сдвигается только после обработки страницы; повторная доставка не создает повторное событие. Переполнение транспортной очереди обрабатывается по разделу </w:t>
      </w:r>
      <w:r>
        <w:rPr>
          <w:b w:val="false"/>
          <w:sz w:val="28"/>
          <w:lang w:val="zxx"/>
        </w:rPr>
        <w:t>7.</w:t>
      </w:r>
    </w:p>
    <w:p>
      <w:pPr>
        <w:pStyle w:val="Normal"/>
        <w:keepNext w:val="true"/>
        <w:ind w:hanging="0"/>
        <w:jc w:val="start"/>
        <w:rPr/>
      </w:pPr>
      <w:r>
        <w:rPr>
          <w:b w:val="false"/>
          <w:sz w:val="24"/>
        </w:rPr>
        <w:t xml:space="preserve">Таблица </w:t>
      </w:r>
      <w:r>
        <w:rPr>
          <w:b w:val="false"/>
          <w:sz w:val="24"/>
          <w:lang w:val="zxx"/>
        </w:rPr>
        <w:t>14</w:t>
      </w:r>
      <w:r>
        <w:rPr>
          <w:b w:val="false"/>
          <w:sz w:val="24"/>
        </w:rPr>
        <w:t xml:space="preserve"> - Диагностика, события и снимки</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027"/>
        <w:gridCol w:w="6609"/>
      </w:tblGrid>
      <w:tr>
        <w:trPr>
          <w:cantSplit w:val="true"/>
        </w:trPr>
        <w:tc>
          <w:tcPr>
            <w:tcW w:w="302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Слой</w:t>
            </w:r>
          </w:p>
        </w:tc>
        <w:tc>
          <w:tcPr>
            <w:tcW w:w="6609"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Минимальное содержание</w:t>
            </w:r>
          </w:p>
        </w:tc>
      </w:tr>
      <w:tr>
        <w:trPr>
          <w:cantSplit w:val="true"/>
        </w:trPr>
        <w:tc>
          <w:tcPr>
            <w:tcW w:w="302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Контроллер</w:t>
            </w:r>
          </w:p>
        </w:tc>
        <w:tc>
          <w:tcPr>
            <w:tcW w:w="660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bootId</w:t>
            </w:r>
            <w:r>
              <w:rPr>
                <w:rFonts w:eastAsia="ＭＳ 明朝" w:cs=""/>
                <w:b w:val="false"/>
                <w:kern w:val="0"/>
                <w:sz w:val="28"/>
                <w:szCs w:val="22"/>
                <w:lang w:eastAsia="en-US" w:bidi="ar-SA"/>
              </w:rPr>
              <w:t xml:space="preserve">, причина запуска, </w:t>
            </w:r>
            <w:r>
              <w:rPr>
                <w:rFonts w:eastAsia="ＭＳ 明朝" w:cs=""/>
                <w:b w:val="false"/>
                <w:kern w:val="0"/>
                <w:sz w:val="28"/>
                <w:szCs w:val="22"/>
                <w:lang w:val="zxx" w:eastAsia="en-US" w:bidi="ar-SA"/>
              </w:rPr>
              <w:t>uptime</w:t>
            </w:r>
            <w:r>
              <w:rPr>
                <w:rFonts w:eastAsia="ＭＳ 明朝" w:cs=""/>
                <w:b w:val="false"/>
                <w:kern w:val="0"/>
                <w:sz w:val="28"/>
                <w:szCs w:val="22"/>
                <w:lang w:eastAsia="en-US" w:bidi="ar-SA"/>
              </w:rPr>
              <w:t xml:space="preserve">, длительность цикла, запас стека, таймеры, </w:t>
            </w:r>
            <w:r>
              <w:rPr>
                <w:rFonts w:eastAsia="ＭＳ 明朝" w:cs=""/>
                <w:b w:val="false"/>
                <w:kern w:val="0"/>
                <w:sz w:val="28"/>
                <w:szCs w:val="22"/>
                <w:lang w:val="zxx" w:eastAsia="en-US" w:bidi="ar-SA"/>
              </w:rPr>
              <w:t>Flash</w:t>
            </w:r>
            <w:r>
              <w:rPr>
                <w:rFonts w:eastAsia="ＭＳ 明朝" w:cs=""/>
                <w:b w:val="false"/>
                <w:kern w:val="0"/>
                <w:sz w:val="28"/>
                <w:szCs w:val="22"/>
                <w:lang w:eastAsia="en-US" w:bidi="ar-SA"/>
              </w:rPr>
              <w:t>, очереди и потери журнала. Причина сбоя неизвестна, если нет достоверного сохраненного следа.</w:t>
            </w:r>
          </w:p>
        </w:tc>
      </w:tr>
      <w:tr>
        <w:trPr>
          <w:cantSplit w:val="true"/>
        </w:trPr>
        <w:tc>
          <w:tcPr>
            <w:tcW w:w="302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Ethernet</w:t>
            </w:r>
          </w:p>
        </w:tc>
        <w:tc>
          <w:tcPr>
            <w:tcW w:w="660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Link</w:t>
            </w:r>
            <w:r>
              <w:rPr>
                <w:rFonts w:eastAsia="ＭＳ 明朝" w:cs=""/>
                <w:b w:val="false"/>
                <w:kern w:val="0"/>
                <w:sz w:val="28"/>
                <w:szCs w:val="22"/>
                <w:lang w:eastAsia="en-US" w:bidi="ar-SA"/>
              </w:rPr>
              <w:t>, восстановления, назначение и состояние каждого сокета, таймауты. Закрытый резервный сокет не является неисправностью.</w:t>
            </w:r>
          </w:p>
        </w:tc>
      </w:tr>
      <w:tr>
        <w:trPr>
          <w:cantSplit w:val="true"/>
        </w:trPr>
        <w:tc>
          <w:tcPr>
            <w:tcW w:w="302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Управление</w:t>
            </w:r>
          </w:p>
        </w:tc>
        <w:tc>
          <w:tcPr>
            <w:tcW w:w="660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Владелец, состояние канала, возраст последнего подтвержденного обмена, </w:t>
            </w:r>
            <w:r>
              <w:rPr>
                <w:rFonts w:eastAsia="ＭＳ 明朝" w:cs=""/>
                <w:b w:val="false"/>
                <w:kern w:val="0"/>
                <w:sz w:val="28"/>
                <w:szCs w:val="22"/>
                <w:lang w:val="zxx" w:eastAsia="en-US" w:bidi="ar-SA"/>
              </w:rPr>
              <w:t>highWater</w:t>
            </w:r>
            <w:r>
              <w:rPr>
                <w:rFonts w:eastAsia="ＭＳ 明朝" w:cs=""/>
                <w:b w:val="false"/>
                <w:kern w:val="0"/>
                <w:sz w:val="28"/>
                <w:szCs w:val="22"/>
                <w:lang w:eastAsia="en-US" w:bidi="ar-SA"/>
              </w:rPr>
              <w:t>, сеанс и причины завершения.</w:t>
            </w:r>
          </w:p>
        </w:tc>
      </w:tr>
      <w:tr>
        <w:trPr>
          <w:cantSplit w:val="true"/>
        </w:trPr>
        <w:tc>
          <w:tcPr>
            <w:tcW w:w="302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Взаимодействие с ОУ</w:t>
            </w:r>
          </w:p>
        </w:tc>
        <w:tc>
          <w:tcPr>
            <w:tcW w:w="660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Профиль и поколение, отказы, сроки и возраст последних наблюдений; при обмене сообщениями также ошибки кадров и поздние ответы.</w:t>
            </w:r>
          </w:p>
        </w:tc>
      </w:tr>
      <w:tr>
        <w:trPr>
          <w:cantSplit w:val="true"/>
        </w:trPr>
        <w:tc>
          <w:tcPr>
            <w:tcW w:w="302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Медиа / выходы</w:t>
            </w:r>
          </w:p>
        </w:tc>
        <w:tc>
          <w:tcPr>
            <w:tcW w:w="660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Поток, буфер, потери, </w:t>
            </w:r>
            <w:r>
              <w:rPr>
                <w:rFonts w:eastAsia="ＭＳ 明朝" w:cs=""/>
                <w:b w:val="false"/>
                <w:kern w:val="0"/>
                <w:sz w:val="28"/>
                <w:szCs w:val="22"/>
                <w:lang w:val="zxx" w:eastAsia="en-US" w:bidi="ar-SA"/>
              </w:rPr>
              <w:t>underrun</w:t>
            </w:r>
            <w:r>
              <w:rPr>
                <w:rFonts w:eastAsia="ＭＳ 明朝" w:cs=""/>
                <w:b w:val="false"/>
                <w:kern w:val="0"/>
                <w:sz w:val="28"/>
                <w:szCs w:val="22"/>
                <w:lang w:eastAsia="en-US" w:bidi="ar-SA"/>
              </w:rPr>
              <w:t>, фактические наблюдения ресурсов и неизвестные исходы.</w:t>
            </w:r>
          </w:p>
        </w:tc>
      </w:tr>
      <w:tr>
        <w:trPr>
          <w:cantSplit w:val="true"/>
        </w:trPr>
        <w:tc>
          <w:tcPr>
            <w:tcW w:w="3027"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Счетчики</w:t>
            </w:r>
          </w:p>
        </w:tc>
        <w:tc>
          <w:tcPr>
            <w:tcW w:w="6609"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Область </w:t>
            </w:r>
            <w:r>
              <w:rPr>
                <w:rFonts w:eastAsia="ＭＳ 明朝" w:cs=""/>
                <w:b w:val="false"/>
                <w:kern w:val="0"/>
                <w:sz w:val="28"/>
                <w:szCs w:val="22"/>
                <w:lang w:val="zxx" w:eastAsia="en-US" w:bidi="ar-SA"/>
              </w:rPr>
              <w:t>boot/</w:t>
            </w:r>
            <w:r>
              <w:rPr>
                <w:rFonts w:eastAsia="ＭＳ 明朝" w:cs=""/>
                <w:b w:val="false"/>
                <w:kern w:val="0"/>
                <w:sz w:val="28"/>
                <w:szCs w:val="22"/>
                <w:lang w:eastAsia="en-US" w:bidi="ar-SA"/>
              </w:rPr>
              <w:t>​</w:t>
            </w:r>
            <w:r>
              <w:rPr>
                <w:rFonts w:eastAsia="ＭＳ 明朝" w:cs=""/>
                <w:b w:val="false"/>
                <w:kern w:val="0"/>
                <w:sz w:val="28"/>
                <w:szCs w:val="22"/>
                <w:lang w:val="zxx" w:eastAsia="en-US" w:bidi="ar-SA"/>
              </w:rPr>
              <w:t>stream/</w:t>
            </w:r>
            <w:r>
              <w:rPr>
                <w:rFonts w:eastAsia="ＭＳ 明朝" w:cs=""/>
                <w:b w:val="false"/>
                <w:kern w:val="0"/>
                <w:sz w:val="28"/>
                <w:szCs w:val="22"/>
                <w:lang w:eastAsia="en-US" w:bidi="ar-SA"/>
              </w:rPr>
              <w:t>​</w:t>
            </w:r>
            <w:r>
              <w:rPr>
                <w:rFonts w:eastAsia="ＭＳ 明朝" w:cs=""/>
                <w:b w:val="false"/>
                <w:kern w:val="0"/>
                <w:sz w:val="28"/>
                <w:szCs w:val="22"/>
                <w:lang w:val="zxx" w:eastAsia="en-US" w:bidi="ar-SA"/>
              </w:rPr>
              <w:t>session/</w:t>
            </w:r>
            <w:r>
              <w:rPr>
                <w:rFonts w:eastAsia="ＭＳ 明朝" w:cs=""/>
                <w:b w:val="false"/>
                <w:kern w:val="0"/>
                <w:sz w:val="28"/>
                <w:szCs w:val="22"/>
                <w:lang w:eastAsia="en-US" w:bidi="ar-SA"/>
              </w:rPr>
              <w:t>​</w:t>
            </w:r>
            <w:r>
              <w:rPr>
                <w:rFonts w:eastAsia="ＭＳ 明朝" w:cs=""/>
                <w:b w:val="false"/>
                <w:kern w:val="0"/>
                <w:sz w:val="28"/>
                <w:szCs w:val="22"/>
                <w:lang w:val="zxx" w:eastAsia="en-US" w:bidi="ar-SA"/>
              </w:rPr>
              <w:t>persistent</w:t>
            </w:r>
            <w:r>
              <w:rPr>
                <w:rFonts w:eastAsia="ＭＳ 明朝" w:cs=""/>
                <w:b w:val="false"/>
                <w:kern w:val="0"/>
                <w:sz w:val="28"/>
                <w:szCs w:val="22"/>
                <w:lang w:eastAsia="en-US" w:bidi="ar-SA"/>
              </w:rPr>
              <w:t>, поколение, правила насыщения и сброса. Значения разных поколений не вычитаются.</w:t>
            </w:r>
          </w:p>
        </w:tc>
      </w:tr>
    </w:tbl>
    <w:p>
      <w:pPr>
        <w:pStyle w:val="Normal"/>
        <w:spacing w:before="0" w:after="0"/>
        <w:rPr/>
      </w:pPr>
      <w:r>
        <w:rPr/>
      </w:r>
    </w:p>
    <w:p>
      <w:pPr>
        <w:pStyle w:val="Normal"/>
        <w:jc w:val="start"/>
        <w:rPr/>
      </w:pPr>
      <w:r>
        <w:rPr>
          <w:b w:val="false"/>
          <w:sz w:val="28"/>
          <w:lang w:val="zxx"/>
        </w:rPr>
        <w:t>13.3</w:t>
      </w:r>
      <w:r>
        <w:rPr>
          <w:b w:val="false"/>
          <w:sz w:val="28"/>
        </w:rPr>
        <w:t xml:space="preserve"> События </w:t>
      </w:r>
      <w:r>
        <w:rPr>
          <w:b w:val="false"/>
          <w:sz w:val="28"/>
          <w:lang w:val="zxx"/>
        </w:rPr>
        <w:t>session.started/</w:t>
      </w:r>
      <w:r>
        <w:rPr>
          <w:b w:val="false"/>
          <w:sz w:val="28"/>
        </w:rPr>
        <w:t>​</w:t>
      </w:r>
      <w:r>
        <w:rPr>
          <w:b w:val="false"/>
          <w:sz w:val="28"/>
          <w:lang w:val="zxx"/>
        </w:rPr>
        <w:t>finished/</w:t>
      </w:r>
      <w:r>
        <w:rPr>
          <w:b w:val="false"/>
          <w:sz w:val="28"/>
        </w:rPr>
        <w:t>​</w:t>
      </w:r>
      <w:r>
        <w:rPr>
          <w:b w:val="false"/>
          <w:sz w:val="28"/>
          <w:lang w:val="zxx"/>
        </w:rPr>
        <w:t>execution/</w:t>
      </w:r>
      <w:r>
        <w:rPr>
          <w:b w:val="false"/>
          <w:sz w:val="28"/>
        </w:rPr>
        <w:t>​</w:t>
      </w:r>
      <w:r>
        <w:rPr>
          <w:b w:val="false"/>
          <w:sz w:val="28"/>
          <w:lang w:val="zxx"/>
        </w:rPr>
        <w:t>fault</w:t>
      </w:r>
      <w:r>
        <w:rPr>
          <w:b w:val="false"/>
          <w:sz w:val="28"/>
        </w:rPr>
        <w:t xml:space="preserve">, </w:t>
      </w:r>
      <w:r>
        <w:rPr>
          <w:b w:val="false"/>
          <w:sz w:val="28"/>
          <w:lang w:val="zxx"/>
        </w:rPr>
        <w:t>sensor.qualityChanged</w:t>
      </w:r>
      <w:r>
        <w:rPr>
          <w:b w:val="false"/>
          <w:sz w:val="28"/>
        </w:rPr>
        <w:t xml:space="preserve">, </w:t>
      </w:r>
      <w:r>
        <w:rPr>
          <w:b w:val="false"/>
          <w:sz w:val="28"/>
          <w:lang w:val="zxx"/>
        </w:rPr>
        <w:t>resource.changed</w:t>
      </w:r>
      <w:r>
        <w:rPr>
          <w:b w:val="false"/>
          <w:sz w:val="28"/>
        </w:rPr>
        <w:t xml:space="preserve">, </w:t>
      </w:r>
      <w:r>
        <w:rPr>
          <w:b w:val="false"/>
          <w:sz w:val="28"/>
          <w:lang w:val="zxx"/>
        </w:rPr>
        <w:t>inventory.changed</w:t>
      </w:r>
      <w:r>
        <w:rPr>
          <w:b w:val="false"/>
          <w:sz w:val="28"/>
        </w:rPr>
        <w:t xml:space="preserve"> и </w:t>
      </w:r>
      <w:r>
        <w:rPr>
          <w:b w:val="false"/>
          <w:sz w:val="28"/>
          <w:lang w:val="zxx"/>
        </w:rPr>
        <w:t>alarm.raised/</w:t>
      </w:r>
      <w:r>
        <w:rPr>
          <w:b w:val="false"/>
          <w:sz w:val="28"/>
        </w:rPr>
        <w:t>​</w:t>
      </w:r>
      <w:r>
        <w:rPr>
          <w:b w:val="false"/>
          <w:sz w:val="28"/>
          <w:lang w:val="zxx"/>
        </w:rPr>
        <w:t>cleared/</w:t>
      </w:r>
      <w:r>
        <w:rPr>
          <w:b w:val="false"/>
          <w:sz w:val="28"/>
        </w:rPr>
        <w:t>​</w:t>
      </w:r>
      <w:r>
        <w:rPr>
          <w:b w:val="false"/>
          <w:sz w:val="28"/>
          <w:lang w:val="zxx"/>
        </w:rPr>
        <w:t>qualityChanged</w:t>
      </w:r>
      <w:r>
        <w:rPr>
          <w:b w:val="false"/>
          <w:sz w:val="28"/>
        </w:rPr>
        <w:t xml:space="preserve"> получают </w:t>
      </w:r>
      <w:r>
        <w:rPr>
          <w:b w:val="false"/>
          <w:sz w:val="28"/>
          <w:lang w:val="zxx"/>
        </w:rPr>
        <w:t>eventSeq</w:t>
      </w:r>
      <w:r>
        <w:rPr>
          <w:b w:val="false"/>
          <w:sz w:val="28"/>
        </w:rPr>
        <w:t xml:space="preserve"> и </w:t>
      </w:r>
      <w:r>
        <w:rPr>
          <w:b w:val="false"/>
          <w:sz w:val="28"/>
          <w:lang w:val="zxx"/>
        </w:rPr>
        <w:t>stateRevision.</w:t>
      </w:r>
      <w:r>
        <w:rPr>
          <w:b w:val="false"/>
          <w:sz w:val="28"/>
        </w:rPr>
        <w:t xml:space="preserve"> </w:t>
      </w:r>
      <w:r>
        <w:rPr>
          <w:b w:val="false"/>
          <w:sz w:val="28"/>
          <w:lang w:val="zxx"/>
        </w:rPr>
        <w:t>poll.finished</w:t>
      </w:r>
      <w:r>
        <w:rPr>
          <w:b w:val="false"/>
          <w:sz w:val="28"/>
        </w:rPr>
        <w:t xml:space="preserve"> относится к отдельному расширению. В примерах атрибут </w:t>
      </w:r>
      <w:r>
        <w:rPr>
          <w:b w:val="false"/>
          <w:sz w:val="28"/>
          <w:lang w:val="zxx"/>
        </w:rPr>
        <w:t>seq</w:t>
      </w:r>
      <w:r>
        <w:rPr>
          <w:b w:val="false"/>
          <w:sz w:val="28"/>
        </w:rPr>
        <w:t xml:space="preserve"> записи </w:t>
      </w:r>
      <w:r>
        <w:rPr>
          <w:b w:val="false"/>
          <w:sz w:val="28"/>
          <w:lang w:val="zxx"/>
        </w:rPr>
        <w:t>event</w:t>
      </w:r>
      <w:r>
        <w:rPr>
          <w:b w:val="false"/>
          <w:sz w:val="28"/>
        </w:rPr>
        <w:t xml:space="preserve"> кодирует </w:t>
      </w:r>
      <w:r>
        <w:rPr>
          <w:b w:val="false"/>
          <w:sz w:val="28"/>
          <w:lang w:val="zxx"/>
        </w:rPr>
        <w:t>eventSeq.</w:t>
      </w:r>
      <w:r>
        <w:rPr>
          <w:b w:val="false"/>
          <w:sz w:val="28"/>
        </w:rPr>
        <w:t xml:space="preserve"> Потеря части кольцевого журнала явно обозначается </w:t>
      </w:r>
      <w:r>
        <w:rPr>
          <w:b w:val="false"/>
          <w:sz w:val="28"/>
          <w:lang w:val="zxx"/>
        </w:rPr>
        <w:t>gap.</w:t>
      </w:r>
      <w:r>
        <w:rPr>
          <w:b w:val="false"/>
          <w:sz w:val="28"/>
        </w:rPr>
        <w:t xml:space="preserve"> Клиент получает актуальный снимок и продолжает с новым курсором. Снимок восстанавливает текущее состояние, но не утраченную историю.</w:t>
      </w:r>
    </w:p>
    <w:p>
      <w:pPr>
        <w:pStyle w:val="2"/>
        <w:rPr/>
      </w:pPr>
      <w:r>
        <w:rPr/>
        <w:t>Полнота снимков</w:t>
      </w:r>
    </w:p>
    <w:p>
      <w:pPr>
        <w:pStyle w:val="Normal"/>
        <w:jc w:val="start"/>
        <w:rPr/>
      </w:pPr>
      <w:r>
        <w:rPr>
          <w:b w:val="false"/>
          <w:sz w:val="28"/>
          <w:lang w:val="zxx"/>
        </w:rPr>
        <w:t>13.4</w:t>
      </w:r>
      <w:r>
        <w:rPr>
          <w:b w:val="false"/>
          <w:sz w:val="28"/>
        </w:rPr>
        <w:t xml:space="preserve"> Многостраничное чтение снимков использует </w:t>
      </w:r>
      <w:r>
        <w:rPr>
          <w:b w:val="false"/>
          <w:sz w:val="28"/>
          <w:lang w:val="zxx"/>
        </w:rPr>
        <w:t>snapshotId</w:t>
      </w:r>
      <w:r>
        <w:rPr>
          <w:b w:val="false"/>
          <w:sz w:val="28"/>
        </w:rPr>
        <w:t xml:space="preserve">, </w:t>
      </w:r>
      <w:r>
        <w:rPr>
          <w:b w:val="false"/>
          <w:sz w:val="28"/>
          <w:lang w:val="zxx"/>
        </w:rPr>
        <w:t>bootId</w:t>
      </w:r>
      <w:r>
        <w:rPr>
          <w:b w:val="false"/>
          <w:sz w:val="28"/>
        </w:rPr>
        <w:t xml:space="preserve">, ревизии соответствующего контейнера и ограниченный </w:t>
      </w:r>
      <w:r>
        <w:rPr>
          <w:b w:val="false"/>
          <w:sz w:val="28"/>
          <w:lang w:val="zxx"/>
        </w:rPr>
        <w:t>cursor.</w:t>
      </w:r>
      <w:r>
        <w:rPr>
          <w:b w:val="false"/>
          <w:sz w:val="28"/>
        </w:rPr>
        <w:t xml:space="preserve"> Истечение снимка возвращает </w:t>
      </w:r>
      <w:r>
        <w:rPr>
          <w:b w:val="false"/>
          <w:sz w:val="28"/>
          <w:lang w:val="zxx"/>
        </w:rPr>
        <w:t>snapshotExpired</w:t>
      </w:r>
      <w:r>
        <w:rPr>
          <w:b w:val="false"/>
          <w:sz w:val="28"/>
        </w:rPr>
        <w:t xml:space="preserve">; клиент начинает заново. Страницы разных снимков не объединяются. </w:t>
      </w:r>
      <w:r>
        <w:rPr>
          <w:b w:val="false"/>
          <w:sz w:val="28"/>
          <w:lang w:val="zxx"/>
        </w:rPr>
        <w:t>events.read</w:t>
      </w:r>
      <w:r>
        <w:rPr>
          <w:b w:val="false"/>
          <w:sz w:val="28"/>
        </w:rPr>
        <w:t xml:space="preserve"> читает изменяющийся журнал через </w:t>
      </w:r>
      <w:r>
        <w:rPr>
          <w:b w:val="false"/>
          <w:sz w:val="28"/>
          <w:lang w:val="zxx"/>
        </w:rPr>
        <w:t>afterSeq/</w:t>
      </w:r>
      <w:r>
        <w:rPr>
          <w:b w:val="false"/>
          <w:sz w:val="28"/>
        </w:rPr>
        <w:t>​</w:t>
      </w:r>
      <w:r>
        <w:rPr>
          <w:b w:val="false"/>
          <w:sz w:val="28"/>
          <w:lang w:val="zxx"/>
        </w:rPr>
        <w:t>nextSeq</w:t>
      </w:r>
      <w:r>
        <w:rPr>
          <w:b w:val="false"/>
          <w:sz w:val="28"/>
        </w:rPr>
        <w:t xml:space="preserve"> без </w:t>
      </w:r>
      <w:r>
        <w:rPr>
          <w:b w:val="false"/>
          <w:sz w:val="28"/>
          <w:lang w:val="zxx"/>
        </w:rPr>
        <w:t>snapshotId/</w:t>
      </w:r>
      <w:r>
        <w:rPr>
          <w:b w:val="false"/>
          <w:sz w:val="28"/>
        </w:rPr>
        <w:t>​</w:t>
      </w:r>
      <w:r>
        <w:rPr>
          <w:b w:val="false"/>
          <w:sz w:val="28"/>
          <w:lang w:val="zxx"/>
        </w:rPr>
        <w:t>cursor</w:t>
      </w:r>
      <w:r>
        <w:rPr>
          <w:b w:val="false"/>
          <w:sz w:val="28"/>
        </w:rPr>
        <w:t xml:space="preserve"> и без </w:t>
      </w:r>
      <w:r>
        <w:rPr>
          <w:b w:val="false"/>
          <w:sz w:val="28"/>
          <w:lang w:val="zxx"/>
        </w:rPr>
        <w:t>snapshotExpired</w:t>
      </w:r>
      <w:r>
        <w:rPr>
          <w:b w:val="false"/>
          <w:sz w:val="28"/>
        </w:rPr>
        <w:t xml:space="preserve">; повтор может вернуть другой доступный диапазон или </w:t>
      </w:r>
      <w:r>
        <w:rPr>
          <w:b w:val="false"/>
          <w:sz w:val="28"/>
          <w:lang w:val="zxx"/>
        </w:rPr>
        <w:t>gap.</w:t>
      </w:r>
      <w:r>
        <w:rPr>
          <w:b w:val="false"/>
          <w:sz w:val="28"/>
        </w:rPr>
        <w:t xml:space="preserve"> В базовом варианте поток событий не фильтруется, чтобы не скрывать разрывы последовательности.</w:t>
      </w:r>
    </w:p>
    <w:p>
      <w:pPr>
        <w:pStyle w:val="Normal"/>
        <w:jc w:val="both"/>
        <w:rPr/>
      </w:pPr>
      <w:r>
        <w:rPr>
          <w:b w:val="false"/>
          <w:sz w:val="28"/>
          <w:lang w:val="zxx"/>
        </w:rPr>
        <w:t>13.5</w:t>
      </w:r>
      <w:r>
        <w:rPr>
          <w:b w:val="false"/>
          <w:sz w:val="28"/>
        </w:rPr>
        <w:t xml:space="preserve"> Набор ожидаемых точек фиксируется ревизией каталога и областью запроса. Каждая страница связана с запросом и снимком, имеет явное продолжение или конец. Повторы не увеличивают полноту, перестановка не меняет нумерацию точек, конец по таймауту не заменяет отсутствующие страницы. Снимок согласован относительно модели, но </w:t>
      </w:r>
      <w:r>
        <w:rPr>
          <w:b w:val="false"/>
          <w:sz w:val="28"/>
          <w:lang w:val="zxx"/>
        </w:rPr>
        <w:t>observedAtMs</w:t>
      </w:r>
      <w:r>
        <w:rPr>
          <w:b w:val="false"/>
          <w:sz w:val="28"/>
        </w:rPr>
        <w:t xml:space="preserve"> отдельных измерений могут различаться.</w:t>
      </w:r>
    </w:p>
    <w:p>
      <w:pPr>
        <w:pStyle w:val="Normal"/>
        <w:jc w:val="both"/>
        <w:rPr/>
      </w:pPr>
      <w:r>
        <w:rPr>
          <w:b w:val="false"/>
          <w:sz w:val="28"/>
          <w:lang w:val="zxx"/>
        </w:rPr>
        <w:t>13.6</w:t>
      </w:r>
      <w:r>
        <w:rPr>
          <w:b w:val="false"/>
          <w:sz w:val="28"/>
        </w:rPr>
        <w:t xml:space="preserve"> При подключении АРМ получает снимок с границей </w:t>
      </w:r>
      <w:r>
        <w:rPr>
          <w:b w:val="false"/>
          <w:sz w:val="28"/>
          <w:lang w:val="zxx"/>
        </w:rPr>
        <w:t>eventSeq</w:t>
      </w:r>
      <w:r>
        <w:rPr>
          <w:b w:val="false"/>
          <w:sz w:val="28"/>
        </w:rPr>
        <w:t xml:space="preserve">, затем запрашивает события после этой границы через </w:t>
      </w:r>
      <w:r>
        <w:rPr>
          <w:b w:val="false"/>
          <w:sz w:val="28"/>
          <w:lang w:val="zxx"/>
        </w:rPr>
        <w:t>events.read.</w:t>
      </w:r>
      <w:r>
        <w:rPr>
          <w:b w:val="false"/>
          <w:sz w:val="28"/>
        </w:rPr>
        <w:t xml:space="preserve"> Изменения сохраняются журналом в пределах его емкости; утрата обнаруживается через </w:t>
      </w:r>
      <w:r>
        <w:rPr>
          <w:b w:val="false"/>
          <w:sz w:val="28"/>
          <w:lang w:val="zxx"/>
        </w:rPr>
        <w:t>gap.</w:t>
      </w:r>
      <w:r>
        <w:rPr>
          <w:b w:val="false"/>
          <w:sz w:val="28"/>
        </w:rPr>
        <w:t xml:space="preserve"> Уже активные аварии входят в снимок независимо от появления нового фронта. Для состояния учитываются </w:t>
      </w:r>
      <w:r>
        <w:rPr>
          <w:b w:val="false"/>
          <w:sz w:val="28"/>
          <w:lang w:val="zxx"/>
        </w:rPr>
        <w:t>bootId</w:t>
      </w:r>
      <w:r>
        <w:rPr>
          <w:b w:val="false"/>
          <w:sz w:val="28"/>
        </w:rPr>
        <w:t xml:space="preserve"> и ревизия: запоздавшее событие не перезаписывает более новое значение. Восстановление истории и начальный снимок не являются новым внешним запуском.</w:t>
      </w:r>
    </w:p>
    <w:p>
      <w:pPr>
        <w:pStyle w:val="Normal"/>
        <w:jc w:val="both"/>
        <w:rPr/>
      </w:pPr>
      <w:r>
        <w:rPr>
          <w:b w:val="false"/>
          <w:sz w:val="28"/>
          <w:lang w:val="zxx"/>
        </w:rPr>
        <w:t>13.7</w:t>
      </w:r>
      <w:r>
        <w:rPr>
          <w:b w:val="false"/>
          <w:sz w:val="28"/>
        </w:rPr>
        <w:t xml:space="preserve"> Для каждого полного каталога и снимка паспорт задает максимальное число страниц </w:t>
      </w:r>
      <w:r>
        <w:rPr>
          <w:b w:val="false"/>
          <w:sz w:val="28"/>
          <w:lang w:val="zxx"/>
        </w:rPr>
        <w:t>P</w:t>
      </w:r>
      <w:r>
        <w:rPr>
          <w:b w:val="false"/>
          <w:sz w:val="28"/>
        </w:rPr>
        <w:t xml:space="preserve"> и условия канала. </w:t>
      </w:r>
      <w:r>
        <w:rPr>
          <w:b w:val="false"/>
          <w:sz w:val="28"/>
          <w:lang w:val="zxx"/>
        </w:rPr>
        <w:t>ДОЛЖНО</w:t>
      </w:r>
      <w:r>
        <w:rPr>
          <w:b w:val="false"/>
          <w:sz w:val="28"/>
        </w:rPr>
        <w:t xml:space="preserve"> выполняться </w:t>
      </w:r>
      <w:r>
        <w:rPr>
          <w:b w:val="false"/>
          <w:sz w:val="28"/>
          <w:lang w:val="zxx"/>
        </w:rPr>
        <w:t>P</w:t>
      </w:r>
      <w:r>
        <w:rPr>
          <w:b w:val="false"/>
          <w:sz w:val="28"/>
        </w:rPr>
        <w:t xml:space="preserve"> * (</w:t>
      </w:r>
      <w:r>
        <w:rPr>
          <w:b w:val="false"/>
          <w:sz w:val="28"/>
          <w:lang w:val="zxx"/>
        </w:rPr>
        <w:t>RTTmax</w:t>
      </w:r>
      <w:r>
        <w:rPr>
          <w:b w:val="false"/>
          <w:sz w:val="28"/>
        </w:rPr>
        <w:t xml:space="preserve"> + </w:t>
      </w:r>
      <w:r>
        <w:rPr>
          <w:b w:val="false"/>
          <w:sz w:val="28"/>
          <w:lang w:val="zxx"/>
        </w:rPr>
        <w:t>responseMaxMs</w:t>
      </w:r>
      <w:r>
        <w:rPr>
          <w:b w:val="false"/>
          <w:sz w:val="28"/>
        </w:rPr>
        <w:t xml:space="preserve"> + </w:t>
      </w:r>
      <w:r>
        <w:rPr>
          <w:b w:val="false"/>
          <w:sz w:val="28"/>
          <w:lang w:val="zxx"/>
        </w:rPr>
        <w:t>transferMaxMs</w:t>
      </w:r>
      <w:r>
        <w:rPr>
          <w:b w:val="false"/>
          <w:sz w:val="28"/>
        </w:rPr>
        <w:t xml:space="preserve">) + </w:t>
      </w:r>
      <w:r>
        <w:rPr>
          <w:b w:val="false"/>
          <w:sz w:val="28"/>
          <w:lang w:val="zxx"/>
        </w:rPr>
        <w:t>retryBudgetMs</w:t>
      </w:r>
      <w:r>
        <w:rPr>
          <w:b w:val="false"/>
          <w:sz w:val="28"/>
        </w:rPr>
        <w:t xml:space="preserve"> &lt;= </w:t>
      </w:r>
      <w:r>
        <w:rPr>
          <w:b w:val="false"/>
          <w:sz w:val="28"/>
          <w:lang w:val="zxx"/>
        </w:rPr>
        <w:t>snapshotReadMaxMs</w:t>
      </w:r>
      <w:r>
        <w:rPr>
          <w:b w:val="false"/>
          <w:sz w:val="28"/>
        </w:rPr>
        <w:t xml:space="preserve"> &lt;= </w:t>
      </w:r>
      <w:r>
        <w:rPr>
          <w:b w:val="false"/>
          <w:sz w:val="28"/>
          <w:lang w:val="zxx"/>
        </w:rPr>
        <w:t>27000</w:t>
      </w:r>
      <w:r>
        <w:rPr>
          <w:b w:val="false"/>
          <w:sz w:val="28"/>
        </w:rPr>
        <w:t xml:space="preserve"> мс. Слагаемые относятся к одному последовательному обмену; </w:t>
      </w:r>
      <w:r>
        <w:rPr>
          <w:b w:val="false"/>
          <w:sz w:val="28"/>
          <w:lang w:val="zxx"/>
        </w:rPr>
        <w:t>retryBudgetMs</w:t>
      </w:r>
      <w:r>
        <w:rPr>
          <w:b w:val="false"/>
          <w:sz w:val="28"/>
        </w:rPr>
        <w:t xml:space="preserve"> включает ограниченные повторы для заявленных потерь, </w:t>
      </w:r>
      <w:r>
        <w:rPr>
          <w:b w:val="false"/>
          <w:sz w:val="28"/>
          <w:lang w:val="zxx"/>
        </w:rPr>
        <w:t>transferMaxMs</w:t>
      </w:r>
      <w:r>
        <w:rPr>
          <w:b w:val="false"/>
          <w:sz w:val="28"/>
        </w:rPr>
        <w:t xml:space="preserve"> - сериализацию обоих направлений. Оставшиеся </w:t>
      </w:r>
      <w:r>
        <w:rPr>
          <w:b w:val="false"/>
          <w:sz w:val="28"/>
          <w:lang w:val="zxx"/>
        </w:rPr>
        <w:t>3000</w:t>
      </w:r>
      <w:r>
        <w:rPr>
          <w:b w:val="false"/>
          <w:sz w:val="28"/>
        </w:rPr>
        <w:t xml:space="preserve"> мс являются запасом до истечения снимка. При </w:t>
      </w:r>
      <w:r>
        <w:rPr>
          <w:b w:val="false"/>
          <w:sz w:val="28"/>
          <w:lang w:val="zxx"/>
        </w:rPr>
        <w:t>P=100</w:t>
      </w:r>
      <w:r>
        <w:rPr>
          <w:b w:val="false"/>
          <w:sz w:val="28"/>
        </w:rPr>
        <w:t xml:space="preserve"> и </w:t>
      </w:r>
      <w:r>
        <w:rPr>
          <w:b w:val="false"/>
          <w:sz w:val="28"/>
          <w:lang w:val="zxx"/>
        </w:rPr>
        <w:t>RTT=500</w:t>
      </w:r>
      <w:r>
        <w:rPr>
          <w:b w:val="false"/>
          <w:sz w:val="28"/>
        </w:rPr>
        <w:t xml:space="preserve"> мс одни сетевые обмены занимают около </w:t>
      </w:r>
      <w:r>
        <w:rPr>
          <w:b w:val="false"/>
          <w:sz w:val="28"/>
          <w:lang w:val="zxx"/>
        </w:rPr>
        <w:t>50000</w:t>
      </w:r>
      <w:r>
        <w:rPr>
          <w:b w:val="false"/>
          <w:sz w:val="28"/>
        </w:rPr>
        <w:t xml:space="preserve"> мс: такой каталог на таком канале не соответствует ядру. Изготовитель обязан ограничить объявляемый объем или предложить другой профиль; автоматическое перечитывание не устраняет невозможность уложиться в срок.</w:t>
      </w:r>
    </w:p>
    <w:p>
      <w:pPr>
        <w:pStyle w:val="Normal"/>
        <w:jc w:val="both"/>
        <w:rPr/>
      </w:pPr>
      <w:r>
        <w:rPr>
          <w:b w:val="false"/>
          <w:sz w:val="28"/>
          <w:lang w:val="zxx"/>
        </w:rPr>
        <w:t>13.8</w:t>
      </w:r>
      <w:r>
        <w:rPr>
          <w:b w:val="false"/>
          <w:sz w:val="28"/>
        </w:rPr>
        <w:t xml:space="preserve"> Поддержка многотысячного парка подтверждается паспортом системы: число УУ и наблюдателей, частота </w:t>
      </w:r>
      <w:r>
        <w:rPr>
          <w:b w:val="false"/>
          <w:sz w:val="28"/>
          <w:lang w:val="zxx"/>
        </w:rPr>
        <w:t>events.read</w:t>
      </w:r>
      <w:r>
        <w:rPr>
          <w:b w:val="false"/>
          <w:sz w:val="28"/>
        </w:rPr>
        <w:t xml:space="preserve">, число удерживаемых владений, пиковые события, общий перерыв сети и скорость восстановления. При </w:t>
      </w:r>
      <w:r>
        <w:rPr>
          <w:b w:val="false"/>
          <w:sz w:val="28"/>
          <w:lang w:val="zxx"/>
        </w:rPr>
        <w:t>N</w:t>
      </w:r>
      <w:r>
        <w:rPr>
          <w:b w:val="false"/>
          <w:sz w:val="28"/>
        </w:rPr>
        <w:t xml:space="preserve"> владельческих соединений </w:t>
      </w:r>
      <w:r>
        <w:rPr>
          <w:b w:val="false"/>
          <w:sz w:val="28"/>
          <w:lang w:val="zxx"/>
        </w:rPr>
        <w:t>ping</w:t>
      </w:r>
      <w:r>
        <w:rPr>
          <w:b w:val="false"/>
          <w:sz w:val="28"/>
        </w:rPr>
        <w:t xml:space="preserve"> с периодом </w:t>
      </w:r>
      <w:r>
        <w:rPr>
          <w:b w:val="false"/>
          <w:sz w:val="28"/>
          <w:lang w:val="zxx"/>
        </w:rPr>
        <w:t>heartbeatIntervalMs=5000</w:t>
      </w:r>
      <w:r>
        <w:rPr>
          <w:b w:val="false"/>
          <w:sz w:val="28"/>
        </w:rPr>
        <w:t xml:space="preserve"> дает </w:t>
      </w:r>
      <w:r>
        <w:rPr>
          <w:b w:val="false"/>
          <w:sz w:val="28"/>
          <w:lang w:val="zxx"/>
        </w:rPr>
        <w:t>N/</w:t>
      </w:r>
      <w:r>
        <w:rPr>
          <w:b w:val="false"/>
          <w:sz w:val="28"/>
        </w:rPr>
        <w:t>⁠</w:t>
      </w:r>
      <w:r>
        <w:rPr>
          <w:b w:val="false"/>
          <w:sz w:val="28"/>
          <w:lang w:val="zxx"/>
        </w:rPr>
        <w:t>5</w:t>
      </w:r>
      <w:r>
        <w:rPr>
          <w:b w:val="false"/>
          <w:sz w:val="28"/>
        </w:rPr>
        <w:t xml:space="preserve"> запросов в секунду в среднем, а опрос событий раз в </w:t>
      </w:r>
      <w:r>
        <w:rPr>
          <w:b w:val="false"/>
          <w:sz w:val="28"/>
          <w:lang w:val="zxx"/>
        </w:rPr>
        <w:t>T</w:t>
      </w:r>
      <w:r>
        <w:rPr>
          <w:b w:val="false"/>
          <w:sz w:val="28"/>
        </w:rPr>
        <w:t xml:space="preserve"> секунд - </w:t>
      </w:r>
      <w:r>
        <w:rPr>
          <w:b w:val="false"/>
          <w:sz w:val="28"/>
          <w:lang w:val="zxx"/>
        </w:rPr>
        <w:t>N/</w:t>
      </w:r>
      <w:r>
        <w:rPr>
          <w:b w:val="false"/>
          <w:sz w:val="28"/>
        </w:rPr>
        <w:t>​</w:t>
      </w:r>
      <w:r>
        <w:rPr>
          <w:b w:val="false"/>
          <w:sz w:val="28"/>
          <w:lang w:val="zxx"/>
        </w:rPr>
        <w:t>T</w:t>
      </w:r>
      <w:r>
        <w:rPr>
          <w:b w:val="false"/>
          <w:sz w:val="28"/>
        </w:rPr>
        <w:t xml:space="preserve">; ответы и прочие чтения учитываются отдельно. АРМ </w:t>
      </w:r>
      <w:r>
        <w:rPr>
          <w:b w:val="false"/>
          <w:sz w:val="28"/>
          <w:lang w:val="zxx"/>
        </w:rPr>
        <w:t>ДОЛЖЕН</w:t>
      </w:r>
      <w:r>
        <w:rPr>
          <w:b w:val="false"/>
          <w:sz w:val="28"/>
        </w:rPr>
        <w:t xml:space="preserve"> ограничивать пулы соединений, применять квоты и разброс </w:t>
      </w:r>
      <w:r>
        <w:rPr>
          <w:b w:val="false"/>
          <w:sz w:val="28"/>
          <w:lang w:val="zxx"/>
        </w:rPr>
        <w:t>reconnect.</w:t>
      </w:r>
      <w:r>
        <w:rPr>
          <w:b w:val="false"/>
          <w:sz w:val="28"/>
        </w:rPr>
        <w:t xml:space="preserve"> Приемка </w:t>
      </w:r>
      <w:r>
        <w:rPr>
          <w:b w:val="false"/>
          <w:sz w:val="28"/>
          <w:lang w:val="zxx"/>
        </w:rPr>
        <w:t>ДОЛЖНА</w:t>
      </w:r>
      <w:r>
        <w:rPr>
          <w:b w:val="false"/>
          <w:sz w:val="28"/>
        </w:rPr>
        <w:t xml:space="preserve"> включать одновременное восстановление при </w:t>
      </w:r>
      <w:r>
        <w:rPr>
          <w:b w:val="false"/>
          <w:sz w:val="28"/>
          <w:lang w:val="zxx"/>
        </w:rPr>
        <w:t>session.start/</w:t>
      </w:r>
      <w:r>
        <w:rPr>
          <w:b w:val="false"/>
          <w:sz w:val="28"/>
        </w:rPr>
        <w:t>​</w:t>
      </w:r>
      <w:r>
        <w:rPr>
          <w:b w:val="false"/>
          <w:sz w:val="28"/>
          <w:lang w:val="zxx"/>
        </w:rPr>
        <w:t>session.stop</w:t>
      </w:r>
      <w:r>
        <w:rPr>
          <w:b w:val="false"/>
          <w:sz w:val="28"/>
        </w:rPr>
        <w:t xml:space="preserve"> на заявленной нагрузке.</w:t>
      </w:r>
    </w:p>
    <w:p>
      <w:pPr>
        <w:pStyle w:val="Normal"/>
        <w:jc w:val="both"/>
        <w:rPr/>
      </w:pPr>
      <w:r>
        <w:rPr>
          <w:b w:val="false"/>
          <w:sz w:val="28"/>
          <w:lang w:val="zxx"/>
        </w:rPr>
        <w:t>13.9</w:t>
      </w:r>
      <w:r>
        <w:rPr>
          <w:b w:val="false"/>
          <w:sz w:val="28"/>
        </w:rPr>
        <w:t xml:space="preserve"> Базовое право </w:t>
      </w:r>
      <w:r>
        <w:rPr>
          <w:b w:val="false"/>
          <w:sz w:val="28"/>
          <w:lang w:val="zxx"/>
        </w:rPr>
        <w:t>events.read</w:t>
      </w:r>
      <w:r>
        <w:rPr>
          <w:b w:val="false"/>
          <w:sz w:val="28"/>
        </w:rPr>
        <w:t xml:space="preserve">, также необходимое для </w:t>
      </w:r>
      <w:r>
        <w:rPr>
          <w:b w:val="false"/>
          <w:sz w:val="28"/>
          <w:lang w:val="zxx"/>
        </w:rPr>
        <w:t>events.subscribe</w:t>
      </w:r>
      <w:r>
        <w:rPr>
          <w:b w:val="false"/>
          <w:sz w:val="28"/>
        </w:rPr>
        <w:t xml:space="preserve">, дает доступ ко всему журналу одного УУ; частичное право чтения датчиков не дает этого права. Таким образом базовый курсор не скрывает запрещенные события под видом </w:t>
      </w:r>
      <w:r>
        <w:rPr>
          <w:b w:val="false"/>
          <w:sz w:val="28"/>
          <w:lang w:val="zxx"/>
        </w:rPr>
        <w:t>gap.</w:t>
      </w:r>
      <w:r>
        <w:rPr>
          <w:b w:val="false"/>
          <w:sz w:val="28"/>
        </w:rPr>
        <w:t xml:space="preserve"> Изменение прав прерывает чтение и требует новой проверки доступа. Фильтрованный журнал является отдельным профилем с собственным пространством курсоров.</w:t>
      </w:r>
    </w:p>
    <w:p>
      <w:pPr>
        <w:pStyle w:val="Normal"/>
        <w:jc w:val="start"/>
        <w:rPr/>
      </w:pPr>
      <w:r>
        <w:rPr>
          <w:b w:val="false"/>
          <w:sz w:val="28"/>
          <w:lang w:val="zxx"/>
        </w:rPr>
        <w:t>13.10</w:t>
      </w:r>
      <w:r>
        <w:rPr>
          <w:b w:val="false"/>
          <w:sz w:val="28"/>
        </w:rPr>
        <w:t xml:space="preserve"> Паспорт телеметрии содержит </w:t>
      </w:r>
      <w:r>
        <w:rPr>
          <w:b w:val="false"/>
          <w:sz w:val="28"/>
          <w:lang w:val="zxx"/>
        </w:rPr>
        <w:t>eventCapacity</w:t>
      </w:r>
      <w:r>
        <w:rPr>
          <w:b w:val="false"/>
          <w:sz w:val="28"/>
        </w:rPr>
        <w:t xml:space="preserve">, </w:t>
      </w:r>
      <w:r>
        <w:rPr>
          <w:b w:val="false"/>
          <w:sz w:val="28"/>
          <w:lang w:val="zxx"/>
        </w:rPr>
        <w:t>eventRateMax</w:t>
      </w:r>
      <w:r>
        <w:rPr>
          <w:b w:val="false"/>
          <w:sz w:val="28"/>
        </w:rPr>
        <w:t xml:space="preserve">, </w:t>
      </w:r>
      <w:r>
        <w:rPr>
          <w:b w:val="false"/>
          <w:sz w:val="28"/>
          <w:lang w:val="zxx"/>
        </w:rPr>
        <w:t>eventBurstMax</w:t>
      </w:r>
      <w:r>
        <w:rPr>
          <w:b w:val="false"/>
          <w:sz w:val="28"/>
        </w:rPr>
        <w:t xml:space="preserve">, </w:t>
      </w:r>
      <w:r>
        <w:rPr>
          <w:b w:val="false"/>
          <w:sz w:val="28"/>
          <w:lang w:val="zxx"/>
        </w:rPr>
        <w:t>snapshotReadMaxMs</w:t>
      </w:r>
      <w:r>
        <w:rPr>
          <w:b w:val="false"/>
          <w:sz w:val="28"/>
        </w:rPr>
        <w:t xml:space="preserve"> и </w:t>
      </w:r>
      <w:r>
        <w:rPr>
          <w:b w:val="false"/>
          <w:sz w:val="28"/>
          <w:lang w:val="zxx"/>
        </w:rPr>
        <w:t>eventDrainMinPerSec.</w:t>
      </w:r>
      <w:r>
        <w:rPr>
          <w:b w:val="false"/>
          <w:sz w:val="28"/>
        </w:rPr>
        <w:t xml:space="preserve"> Для заявленной нагрузки </w:t>
      </w:r>
      <w:r>
        <w:rPr>
          <w:b w:val="false"/>
          <w:sz w:val="28"/>
          <w:lang w:val="zxx"/>
        </w:rPr>
        <w:t>ДОЛЖНО</w:t>
      </w:r>
      <w:r>
        <w:rPr>
          <w:b w:val="false"/>
          <w:sz w:val="28"/>
        </w:rPr>
        <w:t xml:space="preserve"> выполняться </w:t>
      </w:r>
      <w:r>
        <w:rPr>
          <w:b w:val="false"/>
          <w:sz w:val="28"/>
          <w:lang w:val="zxx"/>
        </w:rPr>
        <w:t>eventCapacity</w:t>
      </w:r>
      <w:r>
        <w:rPr>
          <w:b w:val="false"/>
          <w:sz w:val="28"/>
        </w:rPr>
        <w:t xml:space="preserve"> &gt; </w:t>
      </w:r>
      <w:r>
        <w:rPr>
          <w:b w:val="false"/>
          <w:sz w:val="28"/>
          <w:lang w:val="zxx"/>
        </w:rPr>
        <w:t>eventBurstMax</w:t>
      </w:r>
      <w:r>
        <w:rPr>
          <w:b w:val="false"/>
          <w:sz w:val="28"/>
        </w:rPr>
        <w:t xml:space="preserve"> + </w:t>
      </w:r>
      <w:r>
        <w:rPr>
          <w:b w:val="false"/>
          <w:sz w:val="28"/>
          <w:lang w:val="zxx"/>
        </w:rPr>
        <w:t>eventRateMax</w:t>
      </w:r>
      <w:r>
        <w:rPr>
          <w:b w:val="false"/>
          <w:sz w:val="28"/>
        </w:rPr>
        <w:t xml:space="preserve"> * </w:t>
      </w:r>
      <w:r>
        <w:rPr>
          <w:b w:val="false"/>
          <w:sz w:val="28"/>
          <w:lang w:val="zxx"/>
        </w:rPr>
        <w:t>snapshotReadMaxMs</w:t>
      </w:r>
      <w:r>
        <w:rPr>
          <w:b w:val="false"/>
          <w:sz w:val="28"/>
        </w:rPr>
        <w:t xml:space="preserve"> / </w:t>
      </w:r>
      <w:r>
        <w:rPr>
          <w:b w:val="false"/>
          <w:sz w:val="28"/>
          <w:lang w:val="zxx"/>
        </w:rPr>
        <w:t>1000</w:t>
      </w:r>
      <w:r>
        <w:rPr>
          <w:b w:val="false"/>
          <w:sz w:val="28"/>
        </w:rPr>
        <w:t xml:space="preserve"> и </w:t>
      </w:r>
      <w:r>
        <w:rPr>
          <w:b w:val="false"/>
          <w:sz w:val="28"/>
          <w:lang w:val="zxx"/>
        </w:rPr>
        <w:t>eventDrainMinPerSec</w:t>
      </w:r>
      <w:r>
        <w:rPr>
          <w:b w:val="false"/>
          <w:sz w:val="28"/>
        </w:rPr>
        <w:t xml:space="preserve"> &gt; </w:t>
      </w:r>
      <w:r>
        <w:rPr>
          <w:b w:val="false"/>
          <w:sz w:val="28"/>
          <w:lang w:val="zxx"/>
        </w:rPr>
        <w:t>eventRateMax</w:t>
      </w:r>
      <w:r>
        <w:rPr>
          <w:b w:val="false"/>
          <w:sz w:val="28"/>
        </w:rPr>
        <w:t>, с запасом на плановые перерывы чтения. Частота учитывается после разрешенной обработки дребезга; число наблюдателей входит в расчет общей пропускной способности. Пределы являются условиями испытаний, а не следствием размера счетчика.</w:t>
      </w:r>
    </w:p>
    <w:p>
      <w:pPr>
        <w:pStyle w:val="Normal"/>
        <w:jc w:val="both"/>
        <w:rPr/>
      </w:pPr>
      <w:r>
        <w:rPr>
          <w:b w:val="false"/>
          <w:sz w:val="28"/>
          <w:lang w:val="zxx"/>
        </w:rPr>
        <w:t>13.11</w:t>
      </w:r>
      <w:r>
        <w:rPr>
          <w:b w:val="false"/>
          <w:sz w:val="28"/>
        </w:rPr>
        <w:t xml:space="preserve"> После трех последовательных </w:t>
      </w:r>
      <w:r>
        <w:rPr>
          <w:b w:val="false"/>
          <w:sz w:val="28"/>
          <w:lang w:val="zxx"/>
        </w:rPr>
        <w:t>gap</w:t>
      </w:r>
      <w:r>
        <w:rPr>
          <w:b w:val="false"/>
          <w:sz w:val="28"/>
        </w:rPr>
        <w:t xml:space="preserve"> или </w:t>
      </w:r>
      <w:r>
        <w:rPr>
          <w:b w:val="false"/>
          <w:sz w:val="28"/>
          <w:lang w:val="zxx"/>
        </w:rPr>
        <w:t>snapshotExpired</w:t>
      </w:r>
      <w:r>
        <w:rPr>
          <w:b w:val="false"/>
          <w:sz w:val="28"/>
        </w:rPr>
        <w:t xml:space="preserve"> при восстановлении АРМ прекращает автоматический полный перечитывающий цикл, помечает историю </w:t>
      </w:r>
      <w:r>
        <w:rPr>
          <w:b w:val="false"/>
          <w:sz w:val="28"/>
          <w:lang w:val="zxx"/>
        </w:rPr>
        <w:t>incomplete</w:t>
      </w:r>
      <w:r>
        <w:rPr>
          <w:b w:val="false"/>
          <w:sz w:val="28"/>
        </w:rPr>
        <w:t xml:space="preserve"> и переходит к периодическому </w:t>
      </w:r>
      <w:r>
        <w:rPr>
          <w:b w:val="false"/>
          <w:sz w:val="28"/>
          <w:lang w:val="zxx"/>
        </w:rPr>
        <w:t>device.state</w:t>
      </w:r>
      <w:r>
        <w:rPr>
          <w:b w:val="false"/>
          <w:sz w:val="28"/>
        </w:rPr>
        <w:t xml:space="preserve"> с сохранением управления и текущих аварий. Повтор восстановления выполняется с ограниченной задержкой </w:t>
      </w:r>
      <w:r>
        <w:rPr>
          <w:b w:val="false"/>
          <w:sz w:val="28"/>
          <w:lang w:val="zxx"/>
        </w:rPr>
        <w:t>5</w:t>
      </w:r>
      <w:r>
        <w:rPr>
          <w:b w:val="false"/>
          <w:sz w:val="28"/>
        </w:rPr>
        <w:t xml:space="preserve">, </w:t>
      </w:r>
      <w:r>
        <w:rPr>
          <w:b w:val="false"/>
          <w:sz w:val="28"/>
          <w:lang w:val="zxx"/>
        </w:rPr>
        <w:t>10</w:t>
      </w:r>
      <w:r>
        <w:rPr>
          <w:b w:val="false"/>
          <w:sz w:val="28"/>
        </w:rPr>
        <w:t xml:space="preserve">, </w:t>
      </w:r>
      <w:r>
        <w:rPr>
          <w:b w:val="false"/>
          <w:sz w:val="28"/>
          <w:lang w:val="zxx"/>
        </w:rPr>
        <w:t>20</w:t>
      </w:r>
      <w:r>
        <w:rPr>
          <w:b w:val="false"/>
          <w:sz w:val="28"/>
        </w:rPr>
        <w:t xml:space="preserve">, затем </w:t>
      </w:r>
      <w:r>
        <w:rPr>
          <w:b w:val="false"/>
          <w:sz w:val="28"/>
          <w:lang w:val="zxx"/>
        </w:rPr>
        <w:t>60</w:t>
      </w:r>
      <w:r>
        <w:rPr>
          <w:b w:val="false"/>
          <w:sz w:val="28"/>
        </w:rPr>
        <w:t xml:space="preserve"> секунд, со случайным разбросом до </w:t>
      </w:r>
      <w:r>
        <w:rPr>
          <w:b w:val="false"/>
          <w:sz w:val="28"/>
          <w:lang w:val="zxx"/>
        </w:rPr>
        <w:t>20</w:t>
      </w:r>
      <w:r>
        <w:rPr>
          <w:b w:val="false"/>
          <w:sz w:val="28"/>
        </w:rPr>
        <w:t xml:space="preserve"> процентов; переход обратно в синхронное состояние требует успешного снимка и чтения его продолжения без </w:t>
      </w:r>
      <w:r>
        <w:rPr>
          <w:b w:val="false"/>
          <w:sz w:val="28"/>
          <w:lang w:val="zxx"/>
        </w:rPr>
        <w:t>gap.</w:t>
      </w:r>
      <w:r>
        <w:rPr>
          <w:b w:val="false"/>
          <w:sz w:val="28"/>
        </w:rPr>
        <w:t xml:space="preserve"> Потерянные исторические переходы остаются потерянными, даже если текущий снимок получен.</w:t>
      </w:r>
    </w:p>
    <w:p>
      <w:pPr>
        <w:pStyle w:val="Normal"/>
        <w:jc w:val="both"/>
        <w:rPr/>
      </w:pPr>
      <w:r>
        <w:rPr>
          <w:b w:val="false"/>
          <w:sz w:val="28"/>
          <w:lang w:val="zxx"/>
        </w:rPr>
        <w:t>13.12</w:t>
      </w:r>
      <w:r>
        <w:rPr>
          <w:b w:val="false"/>
          <w:sz w:val="28"/>
        </w:rPr>
        <w:t xml:space="preserve"> Дребезг подавляется у физического источника по явно настроенному правилу до создания событий. Утвержденные переходы </w:t>
      </w:r>
      <w:r>
        <w:rPr>
          <w:b w:val="false"/>
          <w:sz w:val="28"/>
          <w:lang w:val="zxx"/>
        </w:rPr>
        <w:t>alarm.raised/</w:t>
      </w:r>
      <w:r>
        <w:rPr>
          <w:b w:val="false"/>
          <w:sz w:val="28"/>
        </w:rPr>
        <w:t>​</w:t>
      </w:r>
      <w:r>
        <w:rPr>
          <w:b w:val="false"/>
          <w:sz w:val="28"/>
          <w:lang w:val="zxx"/>
        </w:rPr>
        <w:t>cleared</w:t>
      </w:r>
      <w:r>
        <w:rPr>
          <w:b w:val="false"/>
          <w:sz w:val="28"/>
        </w:rPr>
        <w:t xml:space="preserve">, изменение качества и результаты сеансов </w:t>
      </w:r>
      <w:r>
        <w:rPr>
          <w:b w:val="false"/>
          <w:sz w:val="28"/>
          <w:lang w:val="zxx"/>
        </w:rPr>
        <w:t>НЕ ДОЛЖНЫ</w:t>
      </w:r>
      <w:r>
        <w:rPr>
          <w:b w:val="false"/>
          <w:sz w:val="28"/>
        </w:rPr>
        <w:t xml:space="preserve"> объединяться с потерей перехода. Частые численные измерения могут агрегироваться только в объявленный интервал с </w:t>
      </w:r>
      <w:r>
        <w:rPr>
          <w:b w:val="false"/>
          <w:sz w:val="28"/>
          <w:lang w:val="zxx"/>
        </w:rPr>
        <w:t>min/</w:t>
      </w:r>
      <w:r>
        <w:rPr>
          <w:b w:val="false"/>
          <w:sz w:val="28"/>
        </w:rPr>
        <w:t>​</w:t>
      </w:r>
      <w:r>
        <w:rPr>
          <w:b w:val="false"/>
          <w:sz w:val="28"/>
          <w:lang w:val="zxx"/>
        </w:rPr>
        <w:t>max/</w:t>
      </w:r>
      <w:r>
        <w:rPr>
          <w:b w:val="false"/>
          <w:sz w:val="28"/>
        </w:rPr>
        <w:t>​</w:t>
      </w:r>
      <w:r>
        <w:rPr>
          <w:b w:val="false"/>
          <w:sz w:val="28"/>
          <w:lang w:val="zxx"/>
        </w:rPr>
        <w:t>last</w:t>
      </w:r>
      <w:r>
        <w:rPr>
          <w:b w:val="false"/>
          <w:sz w:val="28"/>
        </w:rPr>
        <w:t xml:space="preserve"> и счетчиком; переполнение журнала всегда видно как </w:t>
      </w:r>
      <w:r>
        <w:rPr>
          <w:b w:val="false"/>
          <w:sz w:val="28"/>
          <w:lang w:val="zxx"/>
        </w:rPr>
        <w:t>gap.</w:t>
      </w:r>
      <w:r>
        <w:rPr>
          <w:b w:val="false"/>
          <w:sz w:val="28"/>
        </w:rPr>
        <w:t xml:space="preserve"> </w:t>
      </w:r>
      <w:r>
        <w:rPr>
          <w:b w:val="false"/>
          <w:sz w:val="28"/>
          <w:lang w:val="zxx"/>
        </w:rPr>
        <w:t>nextSeq</w:t>
      </w:r>
      <w:r>
        <w:rPr>
          <w:b w:val="false"/>
          <w:sz w:val="28"/>
        </w:rPr>
        <w:t xml:space="preserve"> равен последнему переданному </w:t>
      </w:r>
      <w:r>
        <w:rPr>
          <w:b w:val="false"/>
          <w:sz w:val="28"/>
          <w:lang w:val="zxx"/>
        </w:rPr>
        <w:t>seq</w:t>
      </w:r>
      <w:r>
        <w:rPr>
          <w:b w:val="false"/>
          <w:sz w:val="28"/>
        </w:rPr>
        <w:t xml:space="preserve">, а для пустого ответа без </w:t>
      </w:r>
      <w:r>
        <w:rPr>
          <w:b w:val="false"/>
          <w:sz w:val="28"/>
          <w:lang w:val="zxx"/>
        </w:rPr>
        <w:t>gap</w:t>
      </w:r>
      <w:r>
        <w:rPr>
          <w:b w:val="false"/>
          <w:sz w:val="28"/>
        </w:rPr>
        <w:t xml:space="preserve"> - исходному </w:t>
      </w:r>
      <w:r>
        <w:rPr>
          <w:b w:val="false"/>
          <w:sz w:val="28"/>
          <w:lang w:val="zxx"/>
        </w:rPr>
        <w:t>afterSeq.</w:t>
      </w:r>
    </w:p>
    <w:p>
      <w:pPr>
        <w:pStyle w:val="2"/>
        <w:rPr/>
      </w:pPr>
      <w:r>
        <w:rPr/>
        <w:t>Инициативные уведомления УУ и подтверждение доставки</w:t>
      </w:r>
    </w:p>
    <w:p>
      <w:pPr>
        <w:pStyle w:val="Normal"/>
        <w:jc w:val="both"/>
        <w:rPr/>
      </w:pPr>
      <w:r>
        <w:rPr>
          <w:b w:val="false"/>
          <w:sz w:val="28"/>
          <w:lang w:val="zxx"/>
        </w:rPr>
        <w:t>13.13</w:t>
      </w:r>
      <w:r>
        <w:rPr>
          <w:b w:val="false"/>
          <w:sz w:val="28"/>
        </w:rPr>
        <w:t xml:space="preserve"> Возможность </w:t>
      </w:r>
      <w:r>
        <w:rPr>
          <w:b w:val="false"/>
          <w:sz w:val="28"/>
          <w:lang w:val="zxx"/>
        </w:rPr>
        <w:t>eventsPush=1</w:t>
      </w:r>
      <w:r>
        <w:rPr>
          <w:b w:val="false"/>
          <w:sz w:val="28"/>
        </w:rPr>
        <w:t xml:space="preserve"> добавляет инициативные уведомления УУ по действующему управляющему </w:t>
      </w:r>
      <w:r>
        <w:rPr>
          <w:b w:val="false"/>
          <w:sz w:val="28"/>
          <w:lang w:val="zxx"/>
        </w:rPr>
        <w:t>TCP-</w:t>
      </w:r>
      <w:r>
        <w:rPr>
          <w:b w:val="false"/>
          <w:sz w:val="28"/>
        </w:rPr>
        <w:t xml:space="preserve">соединению. В режиме </w:t>
      </w:r>
      <w:r>
        <w:rPr>
          <w:b w:val="false"/>
          <w:sz w:val="28"/>
          <w:lang w:val="zxx"/>
        </w:rPr>
        <w:t>tls</w:t>
      </w:r>
      <w:r>
        <w:rPr>
          <w:b w:val="false"/>
          <w:sz w:val="28"/>
        </w:rPr>
        <w:t xml:space="preserve"> они передаются внутри уже установленного </w:t>
      </w:r>
      <w:r>
        <w:rPr>
          <w:b w:val="false"/>
          <w:sz w:val="28"/>
          <w:lang w:val="zxx"/>
        </w:rPr>
        <w:t>TLS</w:t>
      </w:r>
      <w:r>
        <w:rPr>
          <w:b w:val="false"/>
          <w:sz w:val="28"/>
        </w:rPr>
        <w:t xml:space="preserve">, в явно выбранном </w:t>
      </w:r>
      <w:r>
        <w:rPr>
          <w:b w:val="false"/>
          <w:sz w:val="28"/>
          <w:lang w:val="zxx"/>
        </w:rPr>
        <w:t>plain</w:t>
      </w:r>
      <w:r>
        <w:rPr>
          <w:b w:val="false"/>
          <w:sz w:val="28"/>
        </w:rPr>
        <w:t xml:space="preserve"> - в открытом соединении с прежними ограничениями доверия. Отдельный порт, дополнительный </w:t>
      </w:r>
      <w:r>
        <w:rPr>
          <w:b w:val="false"/>
          <w:sz w:val="28"/>
          <w:lang w:val="zxx"/>
        </w:rPr>
        <w:t>TCP-</w:t>
      </w:r>
      <w:r>
        <w:rPr>
          <w:b w:val="false"/>
          <w:sz w:val="28"/>
        </w:rPr>
        <w:t xml:space="preserve">сокет и новое рукопожатие для события НЕ ТРЕБУЮТСЯ. УУ самостоятельно обнаруживает изменение, формирует запись журнала и передает </w:t>
      </w:r>
      <w:r>
        <w:rPr>
          <w:b w:val="false"/>
          <w:sz w:val="28"/>
          <w:lang w:val="zxx"/>
        </w:rPr>
        <w:t>notification</w:t>
      </w:r>
      <w:r>
        <w:rPr>
          <w:b w:val="false"/>
          <w:sz w:val="28"/>
        </w:rPr>
        <w:t xml:space="preserve"> без запроса очередного события со стороны АРМ. Это уведомление о наблюдении, а не ответ на команду и не разрешение включения ОУ.</w:t>
      </w:r>
    </w:p>
    <w:p>
      <w:pPr>
        <w:pStyle w:val="Normal"/>
        <w:jc w:val="both"/>
        <w:rPr/>
      </w:pPr>
      <w:r>
        <w:rPr>
          <w:b w:val="false"/>
          <w:sz w:val="28"/>
          <w:lang w:val="zxx"/>
        </w:rPr>
        <w:t>13.14</w:t>
      </w:r>
      <w:r>
        <w:rPr>
          <w:b w:val="false"/>
          <w:sz w:val="28"/>
        </w:rPr>
        <w:t xml:space="preserve"> УУ объявляет </w:t>
      </w:r>
      <w:r>
        <w:rPr>
          <w:b w:val="false"/>
          <w:sz w:val="28"/>
          <w:lang w:val="zxx"/>
        </w:rPr>
        <w:t>limit</w:t>
      </w:r>
      <w:r>
        <w:rPr>
          <w:b w:val="false"/>
          <w:sz w:val="28"/>
        </w:rPr>
        <w:t xml:space="preserve"> </w:t>
      </w:r>
      <w:r>
        <w:rPr>
          <w:b w:val="false"/>
          <w:sz w:val="28"/>
          <w:lang w:val="zxx"/>
        </w:rPr>
        <w:t>name=eventsPush</w:t>
      </w:r>
      <w:r>
        <w:rPr>
          <w:b w:val="false"/>
          <w:sz w:val="28"/>
        </w:rPr>
        <w:t xml:space="preserve"> </w:t>
      </w:r>
      <w:r>
        <w:rPr>
          <w:b w:val="false"/>
          <w:sz w:val="28"/>
          <w:lang w:val="zxx"/>
        </w:rPr>
        <w:t>value=1</w:t>
      </w:r>
      <w:r>
        <w:rPr>
          <w:b w:val="false"/>
          <w:sz w:val="28"/>
        </w:rPr>
        <w:t xml:space="preserve"> и обе команды </w:t>
      </w:r>
      <w:r>
        <w:rPr>
          <w:b w:val="false"/>
          <w:sz w:val="28"/>
          <w:lang w:val="zxx"/>
        </w:rPr>
        <w:t>events.subscribe/</w:t>
      </w:r>
      <w:r>
        <w:rPr>
          <w:b w:val="false"/>
          <w:sz w:val="28"/>
        </w:rPr>
        <w:t>​</w:t>
      </w:r>
      <w:r>
        <w:rPr>
          <w:b w:val="false"/>
          <w:sz w:val="28"/>
          <w:lang w:val="zxx"/>
        </w:rPr>
        <w:t>events.unsubscribe.</w:t>
      </w:r>
      <w:r>
        <w:rPr>
          <w:b w:val="false"/>
          <w:sz w:val="28"/>
        </w:rPr>
        <w:t xml:space="preserve"> АРМ </w:t>
      </w:r>
      <w:r>
        <w:rPr>
          <w:b w:val="false"/>
          <w:sz w:val="28"/>
          <w:lang w:val="zxx"/>
        </w:rPr>
        <w:t>ДОЛЖЕН</w:t>
      </w:r>
      <w:r>
        <w:rPr>
          <w:b w:val="false"/>
          <w:sz w:val="28"/>
        </w:rPr>
        <w:t xml:space="preserve"> явно включить доставку через </w:t>
      </w:r>
      <w:r>
        <w:rPr>
          <w:b w:val="false"/>
          <w:sz w:val="28"/>
          <w:lang w:val="zxx"/>
        </w:rPr>
        <w:t>events.subscribe</w:t>
      </w:r>
      <w:r>
        <w:rPr>
          <w:b w:val="false"/>
          <w:sz w:val="28"/>
        </w:rPr>
        <w:t xml:space="preserve"> после </w:t>
      </w:r>
      <w:r>
        <w:rPr>
          <w:b w:val="false"/>
          <w:sz w:val="28"/>
          <w:lang w:val="zxx"/>
        </w:rPr>
        <w:t>protocol.hello</w:t>
      </w:r>
      <w:r>
        <w:rPr>
          <w:b w:val="false"/>
          <w:sz w:val="28"/>
        </w:rPr>
        <w:t xml:space="preserve"> и проверки возможностей. До успешной подписки УУ </w:t>
      </w:r>
      <w:r>
        <w:rPr>
          <w:b w:val="false"/>
          <w:sz w:val="28"/>
          <w:lang w:val="zxx"/>
        </w:rPr>
        <w:t>НЕ ДОЛЖНО</w:t>
      </w:r>
      <w:r>
        <w:rPr>
          <w:b w:val="false"/>
          <w:sz w:val="28"/>
        </w:rPr>
        <w:t xml:space="preserve"> передавать </w:t>
      </w:r>
      <w:r>
        <w:rPr>
          <w:b w:val="false"/>
          <w:sz w:val="28"/>
          <w:lang w:val="zxx"/>
        </w:rPr>
        <w:t>notification.</w:t>
      </w:r>
      <w:r>
        <w:rPr>
          <w:b w:val="false"/>
          <w:sz w:val="28"/>
        </w:rPr>
        <w:t xml:space="preserve"> При отсутствии возможности остается </w:t>
      </w:r>
      <w:r>
        <w:rPr>
          <w:b w:val="false"/>
          <w:sz w:val="28"/>
          <w:lang w:val="zxx"/>
        </w:rPr>
        <w:t>events.read.</w:t>
      </w:r>
      <w:r>
        <w:rPr>
          <w:b w:val="false"/>
          <w:sz w:val="28"/>
        </w:rPr>
        <w:t xml:space="preserve"> Подписка не захватывает владение, не изменяет состояние ОУ и не продлевает </w:t>
      </w:r>
      <w:r>
        <w:rPr>
          <w:b w:val="false"/>
          <w:sz w:val="28"/>
          <w:lang w:val="zxx"/>
        </w:rPr>
        <w:t>lease.</w:t>
      </w:r>
      <w:r>
        <w:rPr>
          <w:b w:val="false"/>
          <w:sz w:val="28"/>
        </w:rPr>
        <w:t xml:space="preserve"> Участник </w:t>
      </w:r>
      <w:r>
        <w:rPr>
          <w:b w:val="false"/>
          <w:sz w:val="28"/>
          <w:lang w:val="zxx"/>
        </w:rPr>
        <w:t>ДОЛЖЕН</w:t>
      </w:r>
      <w:r>
        <w:rPr>
          <w:b w:val="false"/>
          <w:sz w:val="28"/>
        </w:rPr>
        <w:t xml:space="preserve"> иметь право чтения полного журнала; права проверяются при подписке и перед каждой новой или повторной отправкой. Отзыв прав закрывает подписку и прекращает выдачу ее данных.</w:t>
      </w:r>
    </w:p>
    <w:p>
      <w:pPr>
        <w:pStyle w:val="Normal"/>
        <w:jc w:val="start"/>
        <w:rPr/>
      </w:pPr>
      <w:r>
        <w:rPr>
          <w:b w:val="false"/>
          <w:sz w:val="28"/>
          <w:lang w:val="zxx"/>
        </w:rPr>
        <w:t>13.15</w:t>
      </w:r>
      <w:r>
        <w:rPr>
          <w:b w:val="false"/>
          <w:sz w:val="28"/>
        </w:rPr>
        <w:t xml:space="preserve"> На одном соединении разрешена одна подписка. Запрос </w:t>
      </w:r>
      <w:r>
        <w:rPr>
          <w:b w:val="false"/>
          <w:sz w:val="28"/>
          <w:lang w:val="zxx"/>
        </w:rPr>
        <w:t>events.subscribe</w:t>
      </w:r>
      <w:r>
        <w:rPr>
          <w:b w:val="false"/>
          <w:sz w:val="28"/>
        </w:rPr>
        <w:t xml:space="preserve"> содержит </w:t>
      </w:r>
      <w:r>
        <w:rPr>
          <w:b w:val="false"/>
          <w:sz w:val="28"/>
          <w:lang w:val="zxx"/>
        </w:rPr>
        <w:t>bootId</w:t>
      </w:r>
      <w:r>
        <w:rPr>
          <w:b w:val="false"/>
          <w:sz w:val="28"/>
        </w:rPr>
        <w:t xml:space="preserve"> в оболочке и </w:t>
      </w:r>
      <w:r>
        <w:rPr>
          <w:b w:val="false"/>
          <w:sz w:val="28"/>
          <w:lang w:val="zxx"/>
        </w:rPr>
        <w:t>subscription</w:t>
      </w:r>
      <w:r>
        <w:rPr>
          <w:b w:val="false"/>
          <w:sz w:val="28"/>
        </w:rPr>
        <w:t xml:space="preserve"> </w:t>
      </w:r>
      <w:r>
        <w:rPr>
          <w:b w:val="false"/>
          <w:sz w:val="28"/>
          <w:lang w:val="zxx"/>
        </w:rPr>
        <w:t>subscriptionSeq/</w:t>
      </w:r>
      <w:r>
        <w:rPr>
          <w:b w:val="false"/>
          <w:sz w:val="28"/>
        </w:rPr>
        <w:t>​</w:t>
      </w:r>
      <w:r>
        <w:rPr>
          <w:b w:val="false"/>
          <w:sz w:val="28"/>
          <w:lang w:val="zxx"/>
        </w:rPr>
        <w:t>afterSeq.</w:t>
      </w:r>
      <w:r>
        <w:rPr>
          <w:b w:val="false"/>
          <w:sz w:val="28"/>
        </w:rPr>
        <w:t xml:space="preserve"> </w:t>
      </w:r>
      <w:r>
        <w:rPr>
          <w:b w:val="false"/>
          <w:sz w:val="28"/>
          <w:lang w:val="zxx"/>
        </w:rPr>
        <w:t>subscriptionSeq</w:t>
      </w:r>
      <w:r>
        <w:rPr>
          <w:b w:val="false"/>
          <w:sz w:val="28"/>
        </w:rPr>
        <w:t xml:space="preserve"> - возрастающий номер намерения подписки на данном соединении, </w:t>
      </w:r>
      <w:r>
        <w:rPr>
          <w:b w:val="false"/>
          <w:sz w:val="28"/>
          <w:lang w:val="zxx"/>
        </w:rPr>
        <w:t>1..18446744073709551615</w:t>
      </w:r>
      <w:r>
        <w:rPr>
          <w:b w:val="false"/>
          <w:sz w:val="28"/>
        </w:rPr>
        <w:t xml:space="preserve">; </w:t>
      </w:r>
      <w:r>
        <w:rPr>
          <w:b w:val="false"/>
          <w:sz w:val="28"/>
          <w:lang w:val="zxx"/>
        </w:rPr>
        <w:t>afterSeq</w:t>
      </w:r>
      <w:r>
        <w:rPr>
          <w:b w:val="false"/>
          <w:sz w:val="28"/>
        </w:rPr>
        <w:t xml:space="preserve"> - номер последнего обработанного события того же </w:t>
      </w:r>
      <w:r>
        <w:rPr>
          <w:b w:val="false"/>
          <w:sz w:val="28"/>
          <w:lang w:val="zxx"/>
        </w:rPr>
        <w:t>bootId.</w:t>
      </w:r>
      <w:r>
        <w:rPr>
          <w:b w:val="false"/>
          <w:sz w:val="28"/>
        </w:rPr>
        <w:t xml:space="preserve"> Ответ </w:t>
      </w:r>
      <w:r>
        <w:rPr>
          <w:b w:val="false"/>
          <w:sz w:val="28"/>
          <w:lang w:val="zxx"/>
        </w:rPr>
        <w:t>ok</w:t>
      </w:r>
      <w:r>
        <w:rPr>
          <w:b w:val="false"/>
          <w:sz w:val="28"/>
        </w:rPr>
        <w:t xml:space="preserve"> содержит </w:t>
      </w:r>
      <w:r>
        <w:rPr>
          <w:b w:val="false"/>
          <w:sz w:val="28"/>
          <w:lang w:val="zxx"/>
        </w:rPr>
        <w:t>subscription</w:t>
      </w:r>
      <w:r>
        <w:rPr>
          <w:b w:val="false"/>
          <w:sz w:val="28"/>
        </w:rPr>
        <w:t xml:space="preserve"> </w:t>
      </w:r>
      <w:r>
        <w:rPr>
          <w:b w:val="false"/>
          <w:sz w:val="28"/>
          <w:lang w:val="zxx"/>
        </w:rPr>
        <w:t>id/</w:t>
      </w:r>
      <w:r>
        <w:rPr>
          <w:b w:val="false"/>
          <w:sz w:val="28"/>
        </w:rPr>
        <w:t>​</w:t>
      </w:r>
      <w:r>
        <w:rPr>
          <w:b w:val="false"/>
          <w:sz w:val="28"/>
          <w:lang w:val="zxx"/>
        </w:rPr>
        <w:t>subscriptionSeq/</w:t>
      </w:r>
      <w:r>
        <w:rPr>
          <w:b w:val="false"/>
          <w:sz w:val="28"/>
        </w:rPr>
        <w:t>​</w:t>
      </w:r>
      <w:r>
        <w:rPr>
          <w:b w:val="false"/>
          <w:sz w:val="28"/>
          <w:lang w:val="zxx"/>
        </w:rPr>
        <w:t>afterSeq.</w:t>
      </w:r>
      <w:r>
        <w:rPr>
          <w:b w:val="false"/>
          <w:sz w:val="28"/>
        </w:rPr>
        <w:t xml:space="preserve"> УУ создает новый </w:t>
      </w:r>
      <w:r>
        <w:rPr>
          <w:b w:val="false"/>
          <w:sz w:val="28"/>
          <w:lang w:val="zxx"/>
        </w:rPr>
        <w:t>32-</w:t>
      </w:r>
      <w:r>
        <w:rPr>
          <w:b w:val="false"/>
          <w:sz w:val="28"/>
        </w:rPr>
        <w:t xml:space="preserve">значный строчный </w:t>
      </w:r>
      <w:r>
        <w:rPr>
          <w:b w:val="false"/>
          <w:sz w:val="28"/>
          <w:lang w:val="zxx"/>
        </w:rPr>
        <w:t>hex</w:t>
      </w:r>
      <w:r>
        <w:rPr>
          <w:b w:val="false"/>
          <w:sz w:val="28"/>
        </w:rPr>
        <w:t xml:space="preserve"> </w:t>
      </w:r>
      <w:r>
        <w:rPr>
          <w:b w:val="false"/>
          <w:sz w:val="28"/>
          <w:lang w:val="zxx"/>
        </w:rPr>
        <w:t>id</w:t>
      </w:r>
      <w:r>
        <w:rPr>
          <w:b w:val="false"/>
          <w:sz w:val="28"/>
        </w:rPr>
        <w:t xml:space="preserve"> и закрепляет подписку за данным соединением, режимом защиты и участником. Ответ полностью передается раньше первого </w:t>
      </w:r>
      <w:r>
        <w:rPr>
          <w:b w:val="false"/>
          <w:sz w:val="28"/>
          <w:lang w:val="zxx"/>
        </w:rPr>
        <w:t>notification.</w:t>
      </w:r>
      <w:r>
        <w:rPr>
          <w:b w:val="false"/>
          <w:sz w:val="28"/>
        </w:rPr>
        <w:t xml:space="preserve"> Новый успешный </w:t>
      </w:r>
      <w:r>
        <w:rPr>
          <w:b w:val="false"/>
          <w:sz w:val="28"/>
          <w:lang w:val="zxx"/>
        </w:rPr>
        <w:t>events.subscribe</w:t>
      </w:r>
      <w:r>
        <w:rPr>
          <w:b w:val="false"/>
          <w:sz w:val="28"/>
        </w:rPr>
        <w:t xml:space="preserve"> с большим </w:t>
      </w:r>
      <w:r>
        <w:rPr>
          <w:b w:val="false"/>
          <w:sz w:val="28"/>
          <w:lang w:val="zxx"/>
        </w:rPr>
        <w:t>subscriptionSeq</w:t>
      </w:r>
      <w:r>
        <w:rPr>
          <w:b w:val="false"/>
          <w:sz w:val="28"/>
        </w:rPr>
        <w:t xml:space="preserve"> атомарно заменяет прежнюю подписку. Повтор последнего принятого </w:t>
      </w:r>
      <w:r>
        <w:rPr>
          <w:b w:val="false"/>
          <w:sz w:val="28"/>
          <w:lang w:val="zxx"/>
        </w:rPr>
        <w:t>subscriptionSeq</w:t>
      </w:r>
      <w:r>
        <w:rPr>
          <w:b w:val="false"/>
          <w:sz w:val="28"/>
        </w:rPr>
        <w:t xml:space="preserve"> с теми же </w:t>
      </w:r>
      <w:r>
        <w:rPr>
          <w:b w:val="false"/>
          <w:sz w:val="28"/>
          <w:lang w:val="zxx"/>
        </w:rPr>
        <w:t>id</w:t>
      </w:r>
      <w:r>
        <w:rPr>
          <w:b w:val="false"/>
          <w:sz w:val="28"/>
        </w:rPr>
        <w:t xml:space="preserve"> запроса и </w:t>
      </w:r>
      <w:r>
        <w:rPr>
          <w:b w:val="false"/>
          <w:sz w:val="28"/>
          <w:lang w:val="zxx"/>
        </w:rPr>
        <w:t>afterSeq</w:t>
      </w:r>
      <w:r>
        <w:rPr>
          <w:b w:val="false"/>
          <w:sz w:val="28"/>
        </w:rPr>
        <w:t xml:space="preserve"> возвращает прежний ответ без замены, пока подписка действует. Меньший </w:t>
      </w:r>
      <w:r>
        <w:rPr>
          <w:b w:val="false"/>
          <w:sz w:val="28"/>
          <w:lang w:val="zxx"/>
        </w:rPr>
        <w:t>subscriptionSeq</w:t>
      </w:r>
      <w:r>
        <w:rPr>
          <w:b w:val="false"/>
          <w:sz w:val="28"/>
        </w:rPr>
        <w:t xml:space="preserve"> либо повтор прекращенной подписки дает </w:t>
      </w:r>
      <w:r>
        <w:rPr>
          <w:b w:val="false"/>
          <w:sz w:val="28"/>
          <w:lang w:val="zxx"/>
        </w:rPr>
        <w:t>notFound</w:t>
      </w:r>
      <w:r>
        <w:rPr>
          <w:b w:val="false"/>
          <w:sz w:val="28"/>
        </w:rPr>
        <w:t xml:space="preserve"> и не возобновляет доставку; тот же номер с измененными </w:t>
      </w:r>
      <w:r>
        <w:rPr>
          <w:b w:val="false"/>
          <w:sz w:val="28"/>
          <w:lang w:val="zxx"/>
        </w:rPr>
        <w:t>id/</w:t>
      </w:r>
      <w:r>
        <w:rPr>
          <w:b w:val="false"/>
          <w:sz w:val="28"/>
        </w:rPr>
        <w:t>​</w:t>
      </w:r>
      <w:r>
        <w:rPr>
          <w:b w:val="false"/>
          <w:sz w:val="28"/>
          <w:lang w:val="zxx"/>
        </w:rPr>
        <w:t>afterSeq</w:t>
      </w:r>
      <w:r>
        <w:rPr>
          <w:b w:val="false"/>
          <w:sz w:val="28"/>
        </w:rPr>
        <w:t xml:space="preserve"> дает </w:t>
      </w:r>
      <w:r>
        <w:rPr>
          <w:b w:val="false"/>
          <w:sz w:val="28"/>
          <w:lang w:val="zxx"/>
        </w:rPr>
        <w:t>invalidArgument.</w:t>
      </w:r>
      <w:r>
        <w:rPr>
          <w:b w:val="false"/>
          <w:sz w:val="28"/>
        </w:rPr>
        <w:t xml:space="preserve"> УУ хранит только наибольший принятый номер и контекст последней подписки на соединении. Новое намерение использует больший </w:t>
      </w:r>
      <w:r>
        <w:rPr>
          <w:b w:val="false"/>
          <w:sz w:val="28"/>
          <w:lang w:val="zxx"/>
        </w:rPr>
        <w:t>subscriptionSeq</w:t>
      </w:r>
      <w:r>
        <w:rPr>
          <w:b w:val="false"/>
          <w:sz w:val="28"/>
        </w:rPr>
        <w:t xml:space="preserve"> и новый </w:t>
      </w:r>
      <w:r>
        <w:rPr>
          <w:b w:val="false"/>
          <w:sz w:val="28"/>
          <w:lang w:val="zxx"/>
        </w:rPr>
        <w:t>id</w:t>
      </w:r>
      <w:r>
        <w:rPr>
          <w:b w:val="false"/>
          <w:sz w:val="28"/>
        </w:rPr>
        <w:t xml:space="preserve"> запроса; после переподключения нумерация начинается с </w:t>
      </w:r>
      <w:r>
        <w:rPr>
          <w:b w:val="false"/>
          <w:sz w:val="28"/>
          <w:lang w:val="zxx"/>
        </w:rPr>
        <w:t>1.</w:t>
      </w:r>
      <w:r>
        <w:rPr>
          <w:b w:val="false"/>
          <w:sz w:val="28"/>
        </w:rPr>
        <w:t xml:space="preserve"> Отказ подписки не меняет прежнюю подписку и наибольший принятый номер.</w:t>
      </w:r>
    </w:p>
    <w:p>
      <w:pPr>
        <w:pStyle w:val="Normal"/>
        <w:keepNext w:val="true"/>
        <w:jc w:val="start"/>
        <w:rPr/>
      </w:pPr>
      <w:r>
        <w:rPr>
          <w:b/>
          <w:sz w:val="28"/>
          <w:lang w:val="zxx"/>
        </w:rPr>
        <w:t>13.16</w:t>
      </w:r>
      <w:r>
        <w:rPr>
          <w:b/>
          <w:sz w:val="28"/>
        </w:rPr>
        <w:t xml:space="preserve"> </w:t>
      </w:r>
      <w:r>
        <w:rPr>
          <w:b/>
          <w:sz w:val="28"/>
          <w:lang w:val="zxx"/>
        </w:rPr>
        <w:t>notification</w:t>
      </w:r>
      <w:r>
        <w:rPr>
          <w:b/>
          <w:sz w:val="28"/>
        </w:rPr>
        <w:t>, УУ -&gt; АРМ</w:t>
      </w:r>
    </w:p>
    <w:p>
      <w:pPr>
        <w:pStyle w:val="Normal"/>
        <w:jc w:val="start"/>
        <w:rPr/>
      </w:pPr>
      <w:r>
        <w:rPr>
          <w:b w:val="false"/>
          <w:sz w:val="28"/>
        </w:rPr>
        <w:t xml:space="preserve">Обязательные поля: </w:t>
      </w:r>
      <w:r>
        <w:rPr>
          <w:b w:val="false"/>
          <w:sz w:val="28"/>
          <w:lang w:val="zxx"/>
        </w:rPr>
        <w:t>v=1</w:t>
      </w:r>
      <w:r>
        <w:rPr>
          <w:b w:val="false"/>
          <w:sz w:val="28"/>
        </w:rPr>
        <w:t xml:space="preserve">, </w:t>
      </w:r>
      <w:r>
        <w:rPr>
          <w:b w:val="false"/>
          <w:sz w:val="28"/>
          <w:lang w:val="zxx"/>
        </w:rPr>
        <w:t>profile</w:t>
      </w:r>
      <w:r>
        <w:rPr>
          <w:b w:val="false"/>
          <w:sz w:val="28"/>
        </w:rPr>
        <w:t xml:space="preserve">, </w:t>
      </w:r>
      <w:r>
        <w:rPr>
          <w:b w:val="false"/>
          <w:sz w:val="28"/>
          <w:lang w:val="zxx"/>
        </w:rPr>
        <w:t>bootId</w:t>
      </w:r>
      <w:r>
        <w:rPr>
          <w:b w:val="false"/>
          <w:sz w:val="28"/>
        </w:rPr>
        <w:t xml:space="preserve">, </w:t>
      </w:r>
      <w:r>
        <w:rPr>
          <w:b w:val="false"/>
          <w:sz w:val="28"/>
          <w:lang w:val="zxx"/>
        </w:rPr>
        <w:t>subscriptionId</w:t>
      </w:r>
    </w:p>
    <w:p>
      <w:pPr>
        <w:pStyle w:val="Normal"/>
        <w:jc w:val="start"/>
        <w:rPr/>
      </w:pPr>
      <w:r>
        <w:rPr>
          <w:b w:val="false"/>
          <w:sz w:val="28"/>
        </w:rPr>
        <w:t xml:space="preserve">Содержимое и назначение: Ровно один </w:t>
      </w:r>
      <w:r>
        <w:rPr>
          <w:b w:val="false"/>
          <w:sz w:val="28"/>
          <w:lang w:val="zxx"/>
        </w:rPr>
        <w:t>events</w:t>
      </w:r>
      <w:r>
        <w:rPr>
          <w:b w:val="false"/>
          <w:sz w:val="28"/>
        </w:rPr>
        <w:t xml:space="preserve"> с </w:t>
      </w:r>
      <w:r>
        <w:rPr>
          <w:b w:val="false"/>
          <w:sz w:val="28"/>
          <w:lang w:val="zxx"/>
        </w:rPr>
        <w:t>nextSeq</w:t>
      </w:r>
      <w:r>
        <w:rPr>
          <w:b w:val="false"/>
          <w:sz w:val="28"/>
        </w:rPr>
        <w:t xml:space="preserve">, </w:t>
      </w:r>
      <w:r>
        <w:rPr>
          <w:b w:val="false"/>
          <w:sz w:val="28"/>
          <w:lang w:val="zxx"/>
        </w:rPr>
        <w:t>more</w:t>
      </w:r>
      <w:r>
        <w:rPr>
          <w:b w:val="false"/>
          <w:sz w:val="28"/>
        </w:rPr>
        <w:t xml:space="preserve">, </w:t>
      </w:r>
      <w:r>
        <w:rPr>
          <w:b w:val="false"/>
          <w:sz w:val="28"/>
          <w:lang w:val="zxx"/>
        </w:rPr>
        <w:t>gap</w:t>
      </w:r>
      <w:r>
        <w:rPr>
          <w:b w:val="false"/>
          <w:sz w:val="28"/>
        </w:rPr>
        <w:t xml:space="preserve">, </w:t>
      </w:r>
      <w:r>
        <w:rPr>
          <w:b w:val="false"/>
          <w:sz w:val="28"/>
          <w:lang w:val="zxx"/>
        </w:rPr>
        <w:t>oldestSeq.</w:t>
      </w:r>
      <w:r>
        <w:rPr>
          <w:b w:val="false"/>
          <w:sz w:val="28"/>
        </w:rPr>
        <w:t xml:space="preserve"> Записи </w:t>
      </w:r>
      <w:r>
        <w:rPr>
          <w:b w:val="false"/>
          <w:sz w:val="28"/>
          <w:lang w:val="zxx"/>
        </w:rPr>
        <w:t>event</w:t>
      </w:r>
      <w:r>
        <w:rPr>
          <w:b w:val="false"/>
          <w:sz w:val="28"/>
        </w:rPr>
        <w:t xml:space="preserve"> совпадают с журналом </w:t>
      </w:r>
      <w:r>
        <w:rPr>
          <w:b w:val="false"/>
          <w:sz w:val="28"/>
          <w:lang w:val="zxx"/>
        </w:rPr>
        <w:t>events.read.</w:t>
      </w:r>
      <w:r>
        <w:rPr>
          <w:b w:val="false"/>
          <w:sz w:val="28"/>
        </w:rPr>
        <w:t xml:space="preserve"> Полей </w:t>
      </w:r>
      <w:r>
        <w:rPr>
          <w:b w:val="false"/>
          <w:sz w:val="28"/>
          <w:lang w:val="zxx"/>
        </w:rPr>
        <w:t>id</w:t>
      </w:r>
      <w:r>
        <w:rPr>
          <w:b w:val="false"/>
          <w:sz w:val="28"/>
        </w:rPr>
        <w:t xml:space="preserve">, </w:t>
      </w:r>
      <w:r>
        <w:rPr>
          <w:b w:val="false"/>
          <w:sz w:val="28"/>
          <w:lang w:val="zxx"/>
        </w:rPr>
        <w:t>to</w:t>
      </w:r>
      <w:r>
        <w:rPr>
          <w:b w:val="false"/>
          <w:sz w:val="28"/>
        </w:rPr>
        <w:t xml:space="preserve">, </w:t>
      </w:r>
      <w:r>
        <w:rPr>
          <w:b w:val="false"/>
          <w:sz w:val="28"/>
          <w:lang w:val="zxx"/>
        </w:rPr>
        <w:t>status</w:t>
      </w:r>
      <w:r>
        <w:rPr>
          <w:b w:val="false"/>
          <w:sz w:val="28"/>
        </w:rPr>
        <w:t xml:space="preserve">, </w:t>
      </w:r>
      <w:r>
        <w:rPr>
          <w:b w:val="false"/>
          <w:sz w:val="28"/>
          <w:lang w:val="zxx"/>
        </w:rPr>
        <w:t>action</w:t>
      </w:r>
      <w:r>
        <w:rPr>
          <w:b w:val="false"/>
          <w:sz w:val="28"/>
        </w:rPr>
        <w:t xml:space="preserve"> и </w:t>
      </w:r>
      <w:r>
        <w:rPr>
          <w:b w:val="false"/>
          <w:sz w:val="28"/>
          <w:lang w:val="zxx"/>
        </w:rPr>
        <w:t>controlEpoch</w:t>
      </w:r>
      <w:r>
        <w:rPr>
          <w:b w:val="false"/>
          <w:sz w:val="28"/>
        </w:rPr>
        <w:t xml:space="preserve"> в оболочке нет.</w:t>
      </w:r>
    </w:p>
    <w:p>
      <w:pPr>
        <w:pStyle w:val="Normal"/>
        <w:keepNext w:val="true"/>
        <w:jc w:val="start"/>
        <w:rPr/>
      </w:pPr>
      <w:r>
        <w:rPr>
          <w:b/>
          <w:sz w:val="28"/>
          <w:lang w:val="zxx"/>
        </w:rPr>
        <w:t>13.17</w:t>
      </w:r>
      <w:r>
        <w:rPr>
          <w:b/>
          <w:sz w:val="28"/>
        </w:rPr>
        <w:t xml:space="preserve"> </w:t>
      </w:r>
      <w:r>
        <w:rPr>
          <w:b/>
          <w:sz w:val="28"/>
          <w:lang w:val="zxx"/>
        </w:rPr>
        <w:t>notificationAck</w:t>
      </w:r>
      <w:r>
        <w:rPr>
          <w:b/>
          <w:sz w:val="28"/>
        </w:rPr>
        <w:t>, АРМ -&gt; УУ</w:t>
      </w:r>
    </w:p>
    <w:p>
      <w:pPr>
        <w:pStyle w:val="Normal"/>
        <w:jc w:val="start"/>
        <w:rPr/>
      </w:pPr>
      <w:r>
        <w:rPr>
          <w:b w:val="false"/>
          <w:sz w:val="28"/>
        </w:rPr>
        <w:t xml:space="preserve">Обязательные поля: </w:t>
      </w:r>
      <w:r>
        <w:rPr>
          <w:b w:val="false"/>
          <w:sz w:val="28"/>
          <w:lang w:val="zxx"/>
        </w:rPr>
        <w:t>v=1</w:t>
      </w:r>
      <w:r>
        <w:rPr>
          <w:b w:val="false"/>
          <w:sz w:val="28"/>
        </w:rPr>
        <w:t xml:space="preserve">, </w:t>
      </w:r>
      <w:r>
        <w:rPr>
          <w:b w:val="false"/>
          <w:sz w:val="28"/>
          <w:lang w:val="zxx"/>
        </w:rPr>
        <w:t>profile</w:t>
      </w:r>
      <w:r>
        <w:rPr>
          <w:b w:val="false"/>
          <w:sz w:val="28"/>
        </w:rPr>
        <w:t xml:space="preserve">, </w:t>
      </w:r>
      <w:r>
        <w:rPr>
          <w:b w:val="false"/>
          <w:sz w:val="28"/>
          <w:lang w:val="zxx"/>
        </w:rPr>
        <w:t>bootId</w:t>
      </w:r>
      <w:r>
        <w:rPr>
          <w:b w:val="false"/>
          <w:sz w:val="28"/>
        </w:rPr>
        <w:t xml:space="preserve">, </w:t>
      </w:r>
      <w:r>
        <w:rPr>
          <w:b w:val="false"/>
          <w:sz w:val="28"/>
          <w:lang w:val="zxx"/>
        </w:rPr>
        <w:t>subscriptionId</w:t>
      </w:r>
      <w:r>
        <w:rPr>
          <w:b w:val="false"/>
          <w:sz w:val="28"/>
        </w:rPr>
        <w:t xml:space="preserve">, </w:t>
      </w:r>
      <w:r>
        <w:rPr>
          <w:b w:val="false"/>
          <w:sz w:val="28"/>
          <w:lang w:val="zxx"/>
        </w:rPr>
        <w:t>nextSeq</w:t>
      </w:r>
    </w:p>
    <w:p>
      <w:pPr>
        <w:pStyle w:val="Normal"/>
        <w:jc w:val="both"/>
        <w:rPr/>
      </w:pPr>
      <w:r>
        <w:rPr>
          <w:b w:val="false"/>
          <w:sz w:val="28"/>
        </w:rPr>
        <w:t xml:space="preserve">Содержимое и назначение: Пустой элемент. Подтверждает проверку и обработку обычной страницы до </w:t>
      </w:r>
      <w:r>
        <w:rPr>
          <w:b w:val="false"/>
          <w:sz w:val="28"/>
          <w:lang w:val="zxx"/>
        </w:rPr>
        <w:t>nextSeq</w:t>
      </w:r>
      <w:r>
        <w:rPr>
          <w:b w:val="false"/>
          <w:sz w:val="28"/>
        </w:rPr>
        <w:t xml:space="preserve"> включительно. Ответ на него не передается. Это отдельный тип кадра, без </w:t>
      </w:r>
      <w:r>
        <w:rPr>
          <w:b w:val="false"/>
          <w:sz w:val="28"/>
          <w:lang w:val="zxx"/>
        </w:rPr>
        <w:t>id</w:t>
      </w:r>
      <w:r>
        <w:rPr>
          <w:b w:val="false"/>
          <w:sz w:val="28"/>
        </w:rPr>
        <w:t xml:space="preserve">, </w:t>
      </w:r>
      <w:r>
        <w:rPr>
          <w:b w:val="false"/>
          <w:sz w:val="28"/>
          <w:lang w:val="zxx"/>
        </w:rPr>
        <w:t>cmdSeq</w:t>
      </w:r>
      <w:r>
        <w:rPr>
          <w:b w:val="false"/>
          <w:sz w:val="28"/>
        </w:rPr>
        <w:t xml:space="preserve"> и </w:t>
      </w:r>
      <w:r>
        <w:rPr>
          <w:b w:val="false"/>
          <w:sz w:val="28"/>
          <w:lang w:val="zxx"/>
        </w:rPr>
        <w:t>controlEpoch.</w:t>
      </w:r>
    </w:p>
    <w:p>
      <w:pPr>
        <w:pStyle w:val="Normal"/>
        <w:keepNext w:val="true"/>
        <w:jc w:val="start"/>
        <w:rPr/>
      </w:pPr>
      <w:r>
        <w:rPr>
          <w:b/>
          <w:sz w:val="28"/>
          <w:lang w:val="zxx"/>
        </w:rPr>
        <w:t>13.18</w:t>
      </w:r>
      <w:r>
        <w:rPr>
          <w:b/>
          <w:sz w:val="28"/>
        </w:rPr>
        <w:t xml:space="preserve"> </w:t>
      </w:r>
      <w:r>
        <w:rPr>
          <w:b/>
          <w:sz w:val="28"/>
          <w:lang w:val="zxx"/>
        </w:rPr>
        <w:t>events.unsubscribe</w:t>
      </w:r>
      <w:r>
        <w:rPr>
          <w:b/>
          <w:sz w:val="28"/>
        </w:rPr>
        <w:t>, АРМ -&gt; УУ</w:t>
      </w:r>
    </w:p>
    <w:p>
      <w:pPr>
        <w:pStyle w:val="Normal"/>
        <w:jc w:val="start"/>
        <w:rPr/>
      </w:pPr>
      <w:r>
        <w:rPr>
          <w:b w:val="false"/>
          <w:sz w:val="28"/>
        </w:rPr>
        <w:t xml:space="preserve">Обязательные поля: Обычная </w:t>
      </w:r>
      <w:r>
        <w:rPr>
          <w:b w:val="false"/>
          <w:sz w:val="28"/>
          <w:lang w:val="zxx"/>
        </w:rPr>
        <w:t>request</w:t>
      </w:r>
      <w:r>
        <w:rPr>
          <w:b w:val="false"/>
          <w:sz w:val="28"/>
        </w:rPr>
        <w:t xml:space="preserve"> с </w:t>
      </w:r>
      <w:r>
        <w:rPr>
          <w:b w:val="false"/>
          <w:sz w:val="28"/>
          <w:lang w:val="zxx"/>
        </w:rPr>
        <w:t>bootId</w:t>
      </w:r>
      <w:r>
        <w:rPr>
          <w:b w:val="false"/>
          <w:sz w:val="28"/>
        </w:rPr>
        <w:t xml:space="preserve">; </w:t>
      </w:r>
      <w:r>
        <w:rPr>
          <w:b w:val="false"/>
          <w:sz w:val="28"/>
          <w:lang w:val="zxx"/>
        </w:rPr>
        <w:t>subscription</w:t>
      </w:r>
      <w:r>
        <w:rPr>
          <w:b w:val="false"/>
          <w:sz w:val="28"/>
        </w:rPr>
        <w:t xml:space="preserve"> </w:t>
      </w:r>
      <w:r>
        <w:rPr>
          <w:b w:val="false"/>
          <w:sz w:val="28"/>
          <w:lang w:val="zxx"/>
        </w:rPr>
        <w:t>id</w:t>
      </w:r>
    </w:p>
    <w:p>
      <w:pPr>
        <w:pStyle w:val="Normal"/>
        <w:jc w:val="both"/>
        <w:rPr/>
      </w:pPr>
      <w:r>
        <w:rPr>
          <w:b w:val="false"/>
          <w:sz w:val="28"/>
        </w:rPr>
        <w:t xml:space="preserve">Содержимое и назначение: Ответ </w:t>
      </w:r>
      <w:r>
        <w:rPr>
          <w:b w:val="false"/>
          <w:sz w:val="28"/>
          <w:lang w:val="zxx"/>
        </w:rPr>
        <w:t>ok</w:t>
      </w:r>
      <w:r>
        <w:rPr>
          <w:b w:val="false"/>
          <w:sz w:val="28"/>
        </w:rPr>
        <w:t xml:space="preserve"> с </w:t>
      </w:r>
      <w:r>
        <w:rPr>
          <w:b w:val="false"/>
          <w:sz w:val="28"/>
          <w:lang w:val="zxx"/>
        </w:rPr>
        <w:t>subscription</w:t>
      </w:r>
      <w:r>
        <w:rPr>
          <w:b w:val="false"/>
          <w:sz w:val="28"/>
        </w:rPr>
        <w:t xml:space="preserve"> </w:t>
      </w:r>
      <w:r>
        <w:rPr>
          <w:b w:val="false"/>
          <w:sz w:val="28"/>
          <w:lang w:val="zxx"/>
        </w:rPr>
        <w:t>id.</w:t>
      </w:r>
      <w:r>
        <w:rPr>
          <w:b w:val="false"/>
          <w:sz w:val="28"/>
        </w:rPr>
        <w:t xml:space="preserve"> Неизвестный или уже удаленный </w:t>
      </w:r>
      <w:r>
        <w:rPr>
          <w:b w:val="false"/>
          <w:sz w:val="28"/>
          <w:lang w:val="zxx"/>
        </w:rPr>
        <w:t>id</w:t>
      </w:r>
      <w:r>
        <w:rPr>
          <w:b w:val="false"/>
          <w:sz w:val="28"/>
        </w:rPr>
        <w:t xml:space="preserve"> также дает </w:t>
      </w:r>
      <w:r>
        <w:rPr>
          <w:b w:val="false"/>
          <w:sz w:val="28"/>
          <w:lang w:val="zxx"/>
        </w:rPr>
        <w:t>ok</w:t>
      </w:r>
      <w:r>
        <w:rPr>
          <w:b w:val="false"/>
          <w:sz w:val="28"/>
        </w:rPr>
        <w:t xml:space="preserve"> и не затрагивает иную подписку. После ответа уведомлений этой подписки нет.</w:t>
      </w:r>
    </w:p>
    <w:p>
      <w:pPr>
        <w:pStyle w:val="Normal"/>
        <w:jc w:val="start"/>
        <w:rPr/>
      </w:pPr>
      <w:r>
        <w:rPr>
          <w:b w:val="false"/>
          <w:sz w:val="28"/>
          <w:lang w:val="zxx"/>
        </w:rPr>
        <w:t>13.19</w:t>
      </w:r>
      <w:r>
        <w:rPr>
          <w:b w:val="false"/>
          <w:sz w:val="28"/>
        </w:rPr>
        <w:t xml:space="preserve"> </w:t>
      </w:r>
      <w:r>
        <w:rPr>
          <w:b w:val="false"/>
          <w:sz w:val="28"/>
          <w:lang w:val="zxx"/>
        </w:rPr>
        <w:t>notification</w:t>
      </w:r>
      <w:r>
        <w:rPr>
          <w:b w:val="false"/>
          <w:sz w:val="28"/>
        </w:rPr>
        <w:t xml:space="preserve"> и </w:t>
      </w:r>
      <w:r>
        <w:rPr>
          <w:b w:val="false"/>
          <w:sz w:val="28"/>
          <w:lang w:val="zxx"/>
        </w:rPr>
        <w:t>notificationAck</w:t>
      </w:r>
      <w:r>
        <w:rPr>
          <w:b w:val="false"/>
          <w:sz w:val="28"/>
        </w:rPr>
        <w:t xml:space="preserve"> используют прежнюю рамку </w:t>
      </w:r>
      <w:r>
        <w:rPr>
          <w:b w:val="false"/>
          <w:sz w:val="28"/>
          <w:lang w:val="zxx"/>
        </w:rPr>
        <w:t>uint32be</w:t>
      </w:r>
      <w:r>
        <w:rPr>
          <w:b w:val="false"/>
          <w:sz w:val="28"/>
        </w:rPr>
        <w:t xml:space="preserve"> длина + </w:t>
      </w:r>
      <w:r>
        <w:rPr>
          <w:b w:val="false"/>
          <w:sz w:val="28"/>
          <w:lang w:val="zxx"/>
        </w:rPr>
        <w:t>XML</w:t>
      </w:r>
      <w:r>
        <w:rPr>
          <w:b w:val="false"/>
          <w:sz w:val="28"/>
        </w:rPr>
        <w:t xml:space="preserve"> </w:t>
      </w:r>
      <w:r>
        <w:rPr>
          <w:b w:val="false"/>
          <w:sz w:val="28"/>
          <w:lang w:val="zxx"/>
        </w:rPr>
        <w:t>UTF-</w:t>
      </w:r>
      <w:r>
        <w:rPr>
          <w:b w:val="false"/>
          <w:sz w:val="28"/>
        </w:rPr>
        <w:t>⁠</w:t>
      </w:r>
      <w:r>
        <w:rPr>
          <w:b w:val="false"/>
          <w:sz w:val="28"/>
          <w:lang w:val="zxx"/>
        </w:rPr>
        <w:t>8</w:t>
      </w:r>
      <w:r>
        <w:rPr>
          <w:b w:val="false"/>
          <w:sz w:val="28"/>
        </w:rPr>
        <w:t xml:space="preserve"> и прежние пределы: </w:t>
      </w:r>
      <w:r>
        <w:rPr>
          <w:b w:val="false"/>
          <w:sz w:val="28"/>
          <w:lang w:val="zxx"/>
        </w:rPr>
        <w:t>1024</w:t>
      </w:r>
      <w:r>
        <w:rPr>
          <w:b w:val="false"/>
          <w:sz w:val="28"/>
        </w:rPr>
        <w:t xml:space="preserve"> байта </w:t>
      </w:r>
      <w:r>
        <w:rPr>
          <w:b w:val="false"/>
          <w:sz w:val="28"/>
          <w:lang w:val="zxx"/>
        </w:rPr>
        <w:t>XML</w:t>
      </w:r>
      <w:r>
        <w:rPr>
          <w:b w:val="false"/>
          <w:sz w:val="28"/>
        </w:rPr>
        <w:t xml:space="preserve">, глубина </w:t>
      </w:r>
      <w:r>
        <w:rPr>
          <w:b w:val="false"/>
          <w:sz w:val="28"/>
          <w:lang w:val="zxx"/>
        </w:rPr>
        <w:t>4</w:t>
      </w:r>
      <w:r>
        <w:rPr>
          <w:b w:val="false"/>
          <w:sz w:val="28"/>
        </w:rPr>
        <w:t xml:space="preserve">, до </w:t>
      </w:r>
      <w:r>
        <w:rPr>
          <w:b w:val="false"/>
          <w:sz w:val="28"/>
          <w:lang w:val="zxx"/>
        </w:rPr>
        <w:t>32</w:t>
      </w:r>
      <w:r>
        <w:rPr>
          <w:b w:val="false"/>
          <w:sz w:val="28"/>
        </w:rPr>
        <w:t xml:space="preserve"> элементов и </w:t>
      </w:r>
      <w:r>
        <w:rPr>
          <w:b w:val="false"/>
          <w:sz w:val="28"/>
          <w:lang w:val="zxx"/>
        </w:rPr>
        <w:t>12</w:t>
      </w:r>
      <w:r>
        <w:rPr>
          <w:b w:val="false"/>
          <w:sz w:val="28"/>
        </w:rPr>
        <w:t xml:space="preserve"> атрибутов на элемент. </w:t>
      </w:r>
      <w:r>
        <w:rPr>
          <w:b w:val="false"/>
          <w:sz w:val="28"/>
          <w:lang w:val="zxx"/>
        </w:rPr>
        <w:t>profile</w:t>
      </w:r>
      <w:r>
        <w:rPr>
          <w:b w:val="false"/>
          <w:sz w:val="28"/>
        </w:rPr>
        <w:t xml:space="preserve"> равен </w:t>
      </w:r>
      <w:r>
        <w:rPr>
          <w:b w:val="false"/>
          <w:sz w:val="28"/>
          <w:lang w:val="zxx"/>
        </w:rPr>
        <w:t>open-</w:t>
      </w:r>
      <w:r>
        <w:rPr>
          <w:b w:val="false"/>
          <w:sz w:val="28"/>
        </w:rPr>
        <w:t>⁠</w:t>
      </w:r>
      <w:r>
        <w:rPr>
          <w:b w:val="false"/>
          <w:sz w:val="28"/>
          <w:lang w:val="zxx"/>
        </w:rPr>
        <w:t>alert-</w:t>
      </w:r>
      <w:r>
        <w:rPr>
          <w:b w:val="false"/>
          <w:sz w:val="28"/>
        </w:rPr>
        <w:t>⁠</w:t>
      </w:r>
      <w:r>
        <w:rPr>
          <w:b w:val="false"/>
          <w:sz w:val="28"/>
          <w:lang w:val="zxx"/>
        </w:rPr>
        <w:t>draft/</w:t>
      </w:r>
      <w:r>
        <w:rPr>
          <w:b w:val="false"/>
          <w:sz w:val="28"/>
        </w:rPr>
        <w:t>⁠</w:t>
      </w:r>
      <w:r>
        <w:rPr>
          <w:b w:val="false"/>
          <w:sz w:val="28"/>
          <w:lang w:val="zxx"/>
        </w:rPr>
        <w:t>0.21.</w:t>
      </w:r>
      <w:r>
        <w:rPr>
          <w:b w:val="false"/>
          <w:sz w:val="28"/>
        </w:rPr>
        <w:t xml:space="preserve"> </w:t>
      </w:r>
      <w:r>
        <w:rPr>
          <w:b w:val="false"/>
          <w:sz w:val="28"/>
          <w:lang w:val="zxx"/>
        </w:rPr>
        <w:t>notification</w:t>
      </w:r>
      <w:r>
        <w:rPr>
          <w:b w:val="false"/>
          <w:sz w:val="28"/>
        </w:rPr>
        <w:t xml:space="preserve"> не сопоставляется с ожидающим </w:t>
      </w:r>
      <w:r>
        <w:rPr>
          <w:b w:val="false"/>
          <w:sz w:val="28"/>
          <w:lang w:val="zxx"/>
        </w:rPr>
        <w:t>request</w:t>
      </w:r>
      <w:r>
        <w:rPr>
          <w:b w:val="false"/>
          <w:sz w:val="28"/>
        </w:rPr>
        <w:t xml:space="preserve"> по </w:t>
      </w:r>
      <w:r>
        <w:rPr>
          <w:b w:val="false"/>
          <w:sz w:val="28"/>
          <w:lang w:val="zxx"/>
        </w:rPr>
        <w:t>to</w:t>
      </w:r>
      <w:r>
        <w:rPr>
          <w:b w:val="false"/>
          <w:sz w:val="28"/>
        </w:rPr>
        <w:t xml:space="preserve"> и не освобождает его слот. </w:t>
      </w:r>
      <w:r>
        <w:rPr>
          <w:b w:val="false"/>
          <w:sz w:val="28"/>
          <w:lang w:val="zxx"/>
        </w:rPr>
        <w:t>notificationAck</w:t>
      </w:r>
      <w:r>
        <w:rPr>
          <w:b w:val="false"/>
          <w:sz w:val="28"/>
        </w:rPr>
        <w:t xml:space="preserve"> также не занимает обычный, </w:t>
      </w:r>
      <w:r>
        <w:rPr>
          <w:b w:val="false"/>
          <w:sz w:val="28"/>
          <w:lang w:val="zxx"/>
        </w:rPr>
        <w:t>heartbeat</w:t>
      </w:r>
      <w:r>
        <w:rPr>
          <w:b w:val="false"/>
          <w:sz w:val="28"/>
        </w:rPr>
        <w:t xml:space="preserve"> или </w:t>
      </w:r>
      <w:r>
        <w:rPr>
          <w:b w:val="false"/>
          <w:sz w:val="28"/>
          <w:lang w:val="zxx"/>
        </w:rPr>
        <w:t>STOP-</w:t>
      </w:r>
      <w:r>
        <w:rPr>
          <w:b w:val="false"/>
          <w:sz w:val="28"/>
        </w:rPr>
        <w:t xml:space="preserve">слот команд. Начатый кадр передается целиком: смешивать его байты с ответом или другим уведомлением </w:t>
      </w:r>
      <w:r>
        <w:rPr>
          <w:b w:val="false"/>
          <w:sz w:val="28"/>
          <w:lang w:val="zxx"/>
        </w:rPr>
        <w:t>ЗАПРЕЩАЕТСЯ</w:t>
      </w:r>
      <w:r>
        <w:rPr>
          <w:b w:val="false"/>
          <w:sz w:val="28"/>
        </w:rPr>
        <w:t>.</w:t>
      </w:r>
    </w:p>
    <w:p>
      <w:pPr>
        <w:pStyle w:val="Normal"/>
        <w:jc w:val="both"/>
        <w:rPr/>
      </w:pPr>
      <w:r>
        <w:rPr>
          <w:b w:val="false"/>
          <w:sz w:val="28"/>
          <w:lang w:val="zxx"/>
        </w:rPr>
        <w:t>13.20</w:t>
      </w:r>
      <w:r>
        <w:rPr>
          <w:b w:val="false"/>
          <w:sz w:val="28"/>
        </w:rPr>
        <w:t xml:space="preserve"> Обычная страница содержит хотя бы одно событие, </w:t>
      </w:r>
      <w:r>
        <w:rPr>
          <w:b w:val="false"/>
          <w:sz w:val="28"/>
          <w:lang w:val="zxx"/>
        </w:rPr>
        <w:t>gap=false</w:t>
      </w:r>
      <w:r>
        <w:rPr>
          <w:b w:val="false"/>
          <w:sz w:val="28"/>
        </w:rPr>
        <w:t xml:space="preserve"> и непрерывные </w:t>
      </w:r>
      <w:r>
        <w:rPr>
          <w:b w:val="false"/>
          <w:sz w:val="28"/>
          <w:lang w:val="zxx"/>
        </w:rPr>
        <w:t>seq</w:t>
      </w:r>
      <w:r>
        <w:rPr>
          <w:b w:val="false"/>
          <w:sz w:val="28"/>
        </w:rPr>
        <w:t xml:space="preserve"> от </w:t>
      </w:r>
      <w:r>
        <w:rPr>
          <w:b w:val="false"/>
          <w:sz w:val="28"/>
          <w:lang w:val="zxx"/>
        </w:rPr>
        <w:t>afterSeq+1</w:t>
      </w:r>
      <w:r>
        <w:rPr>
          <w:b w:val="false"/>
          <w:sz w:val="28"/>
        </w:rPr>
        <w:t xml:space="preserve"> до </w:t>
      </w:r>
      <w:r>
        <w:rPr>
          <w:b w:val="false"/>
          <w:sz w:val="28"/>
          <w:lang w:val="zxx"/>
        </w:rPr>
        <w:t>nextSeq</w:t>
      </w:r>
      <w:r>
        <w:rPr>
          <w:b w:val="false"/>
          <w:sz w:val="28"/>
        </w:rPr>
        <w:t xml:space="preserve"> включительно. </w:t>
      </w:r>
      <w:r>
        <w:rPr>
          <w:b w:val="false"/>
          <w:sz w:val="28"/>
          <w:lang w:val="zxx"/>
        </w:rPr>
        <w:t>afterSeq</w:t>
      </w:r>
      <w:r>
        <w:rPr>
          <w:b w:val="false"/>
          <w:sz w:val="28"/>
        </w:rPr>
        <w:t xml:space="preserve"> на стороне УУ означает подтвержденный курсор подписки. </w:t>
      </w:r>
      <w:r>
        <w:rPr>
          <w:b w:val="false"/>
          <w:sz w:val="28"/>
          <w:lang w:val="zxx"/>
        </w:rPr>
        <w:t>more</w:t>
      </w:r>
      <w:r>
        <w:rPr>
          <w:b w:val="false"/>
          <w:sz w:val="28"/>
        </w:rPr>
        <w:t xml:space="preserve"> описывает наличие следующей записи на момент формирования страницы; </w:t>
      </w:r>
      <w:r>
        <w:rPr>
          <w:b w:val="false"/>
          <w:sz w:val="28"/>
          <w:lang w:val="zxx"/>
        </w:rPr>
        <w:t>more=false</w:t>
      </w:r>
      <w:r>
        <w:rPr>
          <w:b w:val="false"/>
          <w:sz w:val="28"/>
        </w:rPr>
        <w:t xml:space="preserve"> НЕ прекращает подписку. При отсутствии новых событий пустые уведомления не отправляются. События не объединяются с потерей утвержденных переходов; многозаписная страница допускается только в пределах кадра. Порядок и полезная нагрузка совпадают с журналом, включая сработку, возврат, качество, изменение ресурса и результаты сеансов. При недостаточной детализации события АРМ читает необходимые актуальные точки отдельно.</w:t>
      </w:r>
    </w:p>
    <w:p>
      <w:pPr>
        <w:pStyle w:val="Normal"/>
        <w:jc w:val="both"/>
        <w:rPr/>
      </w:pPr>
      <w:r>
        <w:rPr>
          <w:b w:val="false"/>
          <w:sz w:val="28"/>
          <w:lang w:val="zxx"/>
        </w:rPr>
        <w:t>13.21</w:t>
      </w:r>
      <w:r>
        <w:rPr>
          <w:b w:val="false"/>
          <w:sz w:val="28"/>
        </w:rPr>
        <w:t xml:space="preserve"> УУ хранит не более одного неподтвержденного кадра на подписку. Пока он ожидает </w:t>
      </w:r>
      <w:r>
        <w:rPr>
          <w:b w:val="false"/>
          <w:sz w:val="28"/>
          <w:lang w:val="zxx"/>
        </w:rPr>
        <w:t>notificationAck</w:t>
      </w:r>
      <w:r>
        <w:rPr>
          <w:b w:val="false"/>
          <w:sz w:val="28"/>
        </w:rPr>
        <w:t xml:space="preserve">, новые записи остаются в общем ограниченном журнале; отдельная растущая очередь копий </w:t>
      </w:r>
      <w:r>
        <w:rPr>
          <w:b w:val="false"/>
          <w:sz w:val="28"/>
          <w:lang w:val="zxx"/>
        </w:rPr>
        <w:t>ЗАПРЕЩАЕТСЯ</w:t>
      </w:r>
      <w:r>
        <w:rPr>
          <w:b w:val="false"/>
          <w:sz w:val="28"/>
        </w:rPr>
        <w:t xml:space="preserve">. АРМ проверяет </w:t>
      </w:r>
      <w:r>
        <w:rPr>
          <w:b w:val="false"/>
          <w:sz w:val="28"/>
          <w:lang w:val="zxx"/>
        </w:rPr>
        <w:t>bootId</w:t>
      </w:r>
      <w:r>
        <w:rPr>
          <w:b w:val="false"/>
          <w:sz w:val="28"/>
        </w:rPr>
        <w:t xml:space="preserve">, </w:t>
      </w:r>
      <w:r>
        <w:rPr>
          <w:b w:val="false"/>
          <w:sz w:val="28"/>
          <w:lang w:val="zxx"/>
        </w:rPr>
        <w:t>subscriptionId</w:t>
      </w:r>
      <w:r>
        <w:rPr>
          <w:b w:val="false"/>
          <w:sz w:val="28"/>
        </w:rPr>
        <w:t xml:space="preserve">, непрерывность и содержимое, обрабатывает страницу и только затем передает </w:t>
      </w:r>
      <w:r>
        <w:rPr>
          <w:b w:val="false"/>
          <w:sz w:val="28"/>
          <w:lang w:val="zxx"/>
        </w:rPr>
        <w:t>notificationAck.</w:t>
      </w:r>
      <w:r>
        <w:rPr>
          <w:b w:val="false"/>
          <w:sz w:val="28"/>
        </w:rPr>
        <w:t xml:space="preserve"> Для новой страницы </w:t>
      </w:r>
      <w:r>
        <w:rPr>
          <w:b w:val="false"/>
          <w:sz w:val="28"/>
          <w:lang w:val="zxx"/>
        </w:rPr>
        <w:t>nextSeq</w:t>
      </w:r>
      <w:r>
        <w:rPr>
          <w:b w:val="false"/>
          <w:sz w:val="28"/>
        </w:rPr>
        <w:t xml:space="preserve"> </w:t>
      </w:r>
      <w:r>
        <w:rPr>
          <w:b w:val="false"/>
          <w:sz w:val="28"/>
          <w:lang w:val="zxx"/>
        </w:rPr>
        <w:t>ДОЛЖЕН</w:t>
      </w:r>
      <w:r>
        <w:rPr>
          <w:b w:val="false"/>
          <w:sz w:val="28"/>
        </w:rPr>
        <w:t xml:space="preserve"> совпадать с последней записью. УУ продвигает курсор только при точном совпадении </w:t>
      </w:r>
      <w:r>
        <w:rPr>
          <w:b w:val="false"/>
          <w:sz w:val="28"/>
          <w:lang w:val="zxx"/>
        </w:rPr>
        <w:t>nextSeq</w:t>
      </w:r>
      <w:r>
        <w:rPr>
          <w:b w:val="false"/>
          <w:sz w:val="28"/>
        </w:rPr>
        <w:t xml:space="preserve"> с ожидающим обычным кадром. Дубликат уже обработанного уведомления не повторяет изменение индикации, журналирование или автоматический сценарий; АРМ повторяет подтверждение. </w:t>
      </w:r>
      <w:r>
        <w:rPr>
          <w:b w:val="false"/>
          <w:sz w:val="28"/>
          <w:lang w:val="zxx"/>
        </w:rPr>
        <w:t>TCP</w:t>
      </w:r>
      <w:r>
        <w:rPr>
          <w:b w:val="false"/>
          <w:sz w:val="28"/>
        </w:rPr>
        <w:t xml:space="preserve"> </w:t>
      </w:r>
      <w:r>
        <w:rPr>
          <w:b w:val="false"/>
          <w:sz w:val="28"/>
          <w:lang w:val="zxx"/>
        </w:rPr>
        <w:t>ACK</w:t>
      </w:r>
      <w:r>
        <w:rPr>
          <w:b w:val="false"/>
          <w:sz w:val="28"/>
        </w:rPr>
        <w:t xml:space="preserve"> сам по себе не является подтверждением прикладной обработки.</w:t>
      </w:r>
    </w:p>
    <w:p>
      <w:pPr>
        <w:pStyle w:val="Normal"/>
        <w:jc w:val="both"/>
        <w:rPr/>
      </w:pPr>
      <w:r>
        <w:rPr>
          <w:b w:val="false"/>
          <w:sz w:val="28"/>
          <w:lang w:val="zxx"/>
        </w:rPr>
        <w:t>13.22</w:t>
      </w:r>
      <w:r>
        <w:rPr>
          <w:b w:val="false"/>
          <w:sz w:val="28"/>
        </w:rPr>
        <w:t xml:space="preserve"> Если подтверждение не получено за </w:t>
      </w:r>
      <w:r>
        <w:rPr>
          <w:b w:val="false"/>
          <w:sz w:val="28"/>
          <w:lang w:val="zxx"/>
        </w:rPr>
        <w:t>5000</w:t>
      </w:r>
      <w:r>
        <w:rPr>
          <w:b w:val="false"/>
          <w:sz w:val="28"/>
        </w:rPr>
        <w:t xml:space="preserve"> мс после полной отправки кадра, УУ повторяет тот же </w:t>
      </w:r>
      <w:r>
        <w:rPr>
          <w:b w:val="false"/>
          <w:sz w:val="28"/>
          <w:lang w:val="zxx"/>
        </w:rPr>
        <w:t>XML</w:t>
      </w:r>
      <w:r>
        <w:rPr>
          <w:b w:val="false"/>
          <w:sz w:val="28"/>
        </w:rPr>
        <w:t xml:space="preserve"> без изменения </w:t>
      </w:r>
      <w:r>
        <w:rPr>
          <w:b w:val="false"/>
          <w:sz w:val="28"/>
          <w:lang w:val="zxx"/>
        </w:rPr>
        <w:t>nextSeq</w:t>
      </w:r>
      <w:r>
        <w:rPr>
          <w:b w:val="false"/>
          <w:sz w:val="28"/>
        </w:rPr>
        <w:t xml:space="preserve">, </w:t>
      </w:r>
      <w:r>
        <w:rPr>
          <w:b w:val="false"/>
          <w:sz w:val="28"/>
          <w:lang w:val="zxx"/>
        </w:rPr>
        <w:t>oldestSeq</w:t>
      </w:r>
      <w:r>
        <w:rPr>
          <w:b w:val="false"/>
          <w:sz w:val="28"/>
        </w:rPr>
        <w:t xml:space="preserve">, </w:t>
      </w:r>
      <w:r>
        <w:rPr>
          <w:b w:val="false"/>
          <w:sz w:val="28"/>
          <w:lang w:val="zxx"/>
        </w:rPr>
        <w:t>more</w:t>
      </w:r>
      <w:r>
        <w:rPr>
          <w:b w:val="false"/>
          <w:sz w:val="28"/>
        </w:rPr>
        <w:t xml:space="preserve"> и полезной нагрузки. До подтверждения сохраняется один и тот же кадр; повтор выполняется не чаще одного раза в </w:t>
      </w:r>
      <w:r>
        <w:rPr>
          <w:b w:val="false"/>
          <w:sz w:val="28"/>
          <w:lang w:val="zxx"/>
        </w:rPr>
        <w:t>5000</w:t>
      </w:r>
      <w:r>
        <w:rPr>
          <w:b w:val="false"/>
          <w:sz w:val="28"/>
        </w:rPr>
        <w:t xml:space="preserve"> мс и уступает управлению. Дубликаты </w:t>
      </w:r>
      <w:r>
        <w:rPr>
          <w:b w:val="false"/>
          <w:sz w:val="28"/>
          <w:lang w:val="zxx"/>
        </w:rPr>
        <w:t>notificationAck</w:t>
      </w:r>
      <w:r>
        <w:rPr>
          <w:b w:val="false"/>
          <w:sz w:val="28"/>
        </w:rPr>
        <w:t xml:space="preserve"> с </w:t>
      </w:r>
      <w:r>
        <w:rPr>
          <w:b w:val="false"/>
          <w:sz w:val="28"/>
          <w:lang w:val="zxx"/>
        </w:rPr>
        <w:t>nextSeq</w:t>
      </w:r>
      <w:r>
        <w:rPr>
          <w:b w:val="false"/>
          <w:sz w:val="28"/>
        </w:rPr>
        <w:t xml:space="preserve"> не выше уже подтвержденного курсора игнорируются. Подтверждение неизвестной или прежней подписки, другого </w:t>
      </w:r>
      <w:r>
        <w:rPr>
          <w:b w:val="false"/>
          <w:sz w:val="28"/>
          <w:lang w:val="zxx"/>
        </w:rPr>
        <w:t>bootId</w:t>
      </w:r>
      <w:r>
        <w:rPr>
          <w:b w:val="false"/>
          <w:sz w:val="28"/>
        </w:rPr>
        <w:t xml:space="preserve"> либо номера впереди отправленной страницы не продвигает курсор и не освобождает буфер. Переподключение уничтожает подписку; новый идентификатор создается только новым запросом.</w:t>
      </w:r>
    </w:p>
    <w:p>
      <w:pPr>
        <w:pStyle w:val="Normal"/>
        <w:jc w:val="both"/>
        <w:rPr/>
      </w:pPr>
      <w:r>
        <w:rPr>
          <w:b w:val="false"/>
          <w:sz w:val="28"/>
          <w:lang w:val="zxx"/>
        </w:rPr>
        <w:t>13.23</w:t>
      </w:r>
      <w:r>
        <w:rPr>
          <w:b w:val="false"/>
          <w:sz w:val="28"/>
        </w:rPr>
        <w:t xml:space="preserve"> Если очередной </w:t>
      </w:r>
      <w:r>
        <w:rPr>
          <w:b w:val="false"/>
          <w:sz w:val="28"/>
          <w:lang w:val="zxx"/>
        </w:rPr>
        <w:t>afterSeq</w:t>
      </w:r>
      <w:r>
        <w:rPr>
          <w:b w:val="false"/>
          <w:sz w:val="28"/>
        </w:rPr>
        <w:t xml:space="preserve"> вне доступной истории, УУ передает </w:t>
      </w:r>
      <w:r>
        <w:rPr>
          <w:b w:val="false"/>
          <w:sz w:val="28"/>
          <w:lang w:val="zxx"/>
        </w:rPr>
        <w:t>notification</w:t>
      </w:r>
      <w:r>
        <w:rPr>
          <w:b w:val="false"/>
          <w:sz w:val="28"/>
        </w:rPr>
        <w:t xml:space="preserve"> с </w:t>
      </w:r>
      <w:r>
        <w:rPr>
          <w:b w:val="false"/>
          <w:sz w:val="28"/>
          <w:lang w:val="zxx"/>
        </w:rPr>
        <w:t>events</w:t>
      </w:r>
      <w:r>
        <w:rPr>
          <w:b w:val="false"/>
          <w:sz w:val="28"/>
        </w:rPr>
        <w:t xml:space="preserve"> </w:t>
      </w:r>
      <w:r>
        <w:rPr>
          <w:b w:val="false"/>
          <w:sz w:val="28"/>
          <w:lang w:val="zxx"/>
        </w:rPr>
        <w:t>gap=true</w:t>
      </w:r>
      <w:r>
        <w:rPr>
          <w:b w:val="false"/>
          <w:sz w:val="28"/>
        </w:rPr>
        <w:t xml:space="preserve">, </w:t>
      </w:r>
      <w:r>
        <w:rPr>
          <w:b w:val="false"/>
          <w:sz w:val="28"/>
          <w:lang w:val="zxx"/>
        </w:rPr>
        <w:t>more=false</w:t>
      </w:r>
      <w:r>
        <w:rPr>
          <w:b w:val="false"/>
          <w:sz w:val="28"/>
        </w:rPr>
        <w:t xml:space="preserve">, </w:t>
      </w:r>
      <w:r>
        <w:rPr>
          <w:b w:val="false"/>
          <w:sz w:val="28"/>
          <w:lang w:val="zxx"/>
        </w:rPr>
        <w:t>nextSeq=afterSeq</w:t>
      </w:r>
      <w:r>
        <w:rPr>
          <w:b w:val="false"/>
          <w:sz w:val="28"/>
        </w:rPr>
        <w:t xml:space="preserve">, </w:t>
      </w:r>
      <w:r>
        <w:rPr>
          <w:b w:val="false"/>
          <w:sz w:val="28"/>
          <w:lang w:val="zxx"/>
        </w:rPr>
        <w:t>oldestSeq</w:t>
      </w:r>
      <w:r>
        <w:rPr>
          <w:b w:val="false"/>
          <w:sz w:val="28"/>
        </w:rPr>
        <w:t xml:space="preserve"> и без записей. Подписка приостанавливает выдачу обычных страниц; этот ограниченный кадр повторяется с тем же интервалом до замены или отмены подписки. </w:t>
      </w:r>
      <w:r>
        <w:rPr>
          <w:b w:val="false"/>
          <w:sz w:val="28"/>
          <w:lang w:val="zxx"/>
        </w:rPr>
        <w:t>notificationAck</w:t>
      </w:r>
      <w:r>
        <w:rPr>
          <w:b w:val="false"/>
          <w:sz w:val="28"/>
        </w:rPr>
        <w:t xml:space="preserve"> не снимает </w:t>
      </w:r>
      <w:r>
        <w:rPr>
          <w:b w:val="false"/>
          <w:sz w:val="28"/>
          <w:lang w:val="zxx"/>
        </w:rPr>
        <w:t>gap.</w:t>
      </w:r>
      <w:r>
        <w:rPr>
          <w:b w:val="false"/>
          <w:sz w:val="28"/>
        </w:rPr>
        <w:t xml:space="preserve"> АРМ получает новый согласованный снимок с </w:t>
      </w:r>
      <w:r>
        <w:rPr>
          <w:b w:val="false"/>
          <w:sz w:val="28"/>
          <w:lang w:val="zxx"/>
        </w:rPr>
        <w:t>eventSeq</w:t>
      </w:r>
      <w:r>
        <w:rPr>
          <w:b w:val="false"/>
          <w:sz w:val="28"/>
        </w:rPr>
        <w:t xml:space="preserve"> и заменяет подписку через </w:t>
      </w:r>
      <w:r>
        <w:rPr>
          <w:b w:val="false"/>
          <w:sz w:val="28"/>
          <w:lang w:val="zxx"/>
        </w:rPr>
        <w:t>events.subscribe</w:t>
      </w:r>
      <w:r>
        <w:rPr>
          <w:b w:val="false"/>
          <w:sz w:val="28"/>
        </w:rPr>
        <w:t xml:space="preserve"> с этой границей. Потерянные переходы отмечаются как неизвестная история. Снимок, повторная доставка и восстановление после разрыва не создают вымышленного нового физического фронта для автоматического запуска.</w:t>
      </w:r>
    </w:p>
    <w:p>
      <w:pPr>
        <w:pStyle w:val="Normal"/>
        <w:jc w:val="both"/>
        <w:rPr/>
      </w:pPr>
      <w:r>
        <w:rPr>
          <w:b w:val="false"/>
          <w:sz w:val="28"/>
          <w:lang w:val="zxx"/>
        </w:rPr>
        <w:t>13.24</w:t>
      </w:r>
      <w:r>
        <w:rPr>
          <w:b w:val="false"/>
          <w:sz w:val="28"/>
        </w:rPr>
        <w:t xml:space="preserve"> </w:t>
      </w:r>
      <w:r>
        <w:rPr>
          <w:b w:val="false"/>
          <w:sz w:val="28"/>
          <w:lang w:val="zxx"/>
        </w:rPr>
        <w:t>events.unsubscribe</w:t>
      </w:r>
      <w:r>
        <w:rPr>
          <w:b w:val="false"/>
          <w:sz w:val="28"/>
        </w:rPr>
        <w:t xml:space="preserve"> прекращает подписку только на соединении, где она создана. Уже начатое уведомление завершается до ответа на отмену; еще не начатое удаляется. После успешной замены подписки старые подтверждения не действуют на новую. Обычный </w:t>
      </w:r>
      <w:r>
        <w:rPr>
          <w:b w:val="false"/>
          <w:sz w:val="28"/>
          <w:lang w:val="zxx"/>
        </w:rPr>
        <w:t>events.read</w:t>
      </w:r>
      <w:r>
        <w:rPr>
          <w:b w:val="false"/>
          <w:sz w:val="28"/>
        </w:rPr>
        <w:t xml:space="preserve"> остается независимым чтением журнала: он не подтверждает </w:t>
      </w:r>
      <w:r>
        <w:rPr>
          <w:b w:val="false"/>
          <w:sz w:val="28"/>
          <w:lang w:val="zxx"/>
        </w:rPr>
        <w:t>notification</w:t>
      </w:r>
      <w:r>
        <w:rPr>
          <w:b w:val="false"/>
          <w:sz w:val="28"/>
        </w:rPr>
        <w:t xml:space="preserve">, не меняет курсор подписки и не отменяет ее. При необходимости восстановления АРМ явно выбирает курсор нового </w:t>
      </w:r>
      <w:r>
        <w:rPr>
          <w:b w:val="false"/>
          <w:sz w:val="28"/>
          <w:lang w:val="zxx"/>
        </w:rPr>
        <w:t>events.subscribe.</w:t>
      </w:r>
      <w:r>
        <w:rPr>
          <w:b w:val="false"/>
          <w:sz w:val="28"/>
        </w:rPr>
        <w:t xml:space="preserve"> Смена </w:t>
      </w:r>
      <w:r>
        <w:rPr>
          <w:b w:val="false"/>
          <w:sz w:val="28"/>
          <w:lang w:val="zxx"/>
        </w:rPr>
        <w:t>bootId</w:t>
      </w:r>
      <w:r>
        <w:rPr>
          <w:b w:val="false"/>
          <w:sz w:val="28"/>
        </w:rPr>
        <w:t xml:space="preserve"> всегда требует согласованной начальной синхронизации.</w:t>
      </w:r>
    </w:p>
    <w:p>
      <w:pPr>
        <w:pStyle w:val="Normal"/>
        <w:jc w:val="both"/>
        <w:rPr/>
      </w:pPr>
      <w:r>
        <w:rPr>
          <w:b w:val="false"/>
          <w:sz w:val="28"/>
          <w:lang w:val="zxx"/>
        </w:rPr>
        <w:t>13.25</w:t>
      </w:r>
      <w:r>
        <w:rPr>
          <w:b w:val="false"/>
          <w:sz w:val="28"/>
        </w:rPr>
        <w:t xml:space="preserve"> Выбор следующего исходящего кадра </w:t>
      </w:r>
      <w:r>
        <w:rPr>
          <w:b w:val="false"/>
          <w:sz w:val="28"/>
          <w:lang w:val="zxx"/>
        </w:rPr>
        <w:t>ДОЛЖЕН</w:t>
      </w:r>
      <w:r>
        <w:rPr>
          <w:b w:val="false"/>
          <w:sz w:val="28"/>
        </w:rPr>
        <w:t xml:space="preserve"> отдавать приоритет ответам </w:t>
      </w:r>
      <w:r>
        <w:rPr>
          <w:b w:val="false"/>
          <w:sz w:val="28"/>
          <w:lang w:val="zxx"/>
        </w:rPr>
        <w:t>session.stop/</w:t>
      </w:r>
      <w:r>
        <w:rPr>
          <w:b w:val="false"/>
          <w:sz w:val="28"/>
        </w:rPr>
        <w:t>​</w:t>
      </w:r>
      <w:r>
        <w:rPr>
          <w:b w:val="false"/>
          <w:sz w:val="28"/>
          <w:lang w:val="zxx"/>
        </w:rPr>
        <w:t>session.cancel</w:t>
      </w:r>
      <w:r>
        <w:rPr>
          <w:b w:val="false"/>
          <w:sz w:val="28"/>
        </w:rPr>
        <w:t xml:space="preserve">, затем </w:t>
      </w:r>
      <w:r>
        <w:rPr>
          <w:b w:val="false"/>
          <w:sz w:val="28"/>
          <w:lang w:val="zxx"/>
        </w:rPr>
        <w:t>heartbeat</w:t>
      </w:r>
      <w:r>
        <w:rPr>
          <w:b w:val="false"/>
          <w:sz w:val="28"/>
        </w:rPr>
        <w:t xml:space="preserve"> и другим ответам команд, затем </w:t>
      </w:r>
      <w:r>
        <w:rPr>
          <w:b w:val="false"/>
          <w:sz w:val="28"/>
          <w:lang w:val="zxx"/>
        </w:rPr>
        <w:t>notification.</w:t>
      </w:r>
      <w:r>
        <w:rPr>
          <w:b w:val="false"/>
          <w:sz w:val="28"/>
        </w:rPr>
        <w:t xml:space="preserve"> Приоритет применяется между кадрами; уже переданные байты не отзываются. Обслуживание входящих </w:t>
      </w:r>
      <w:r>
        <w:rPr>
          <w:b w:val="false"/>
          <w:sz w:val="28"/>
          <w:lang w:val="zxx"/>
        </w:rPr>
        <w:t>STOP</w:t>
      </w:r>
      <w:r>
        <w:rPr>
          <w:b w:val="false"/>
          <w:sz w:val="28"/>
        </w:rPr>
        <w:t xml:space="preserve">, аппаратной защиты, речевого потока и сроков исполнения не зависит от получения </w:t>
      </w:r>
      <w:r>
        <w:rPr>
          <w:b w:val="false"/>
          <w:sz w:val="28"/>
          <w:lang w:val="zxx"/>
        </w:rPr>
        <w:t>notificationAck.</w:t>
      </w:r>
      <w:r>
        <w:rPr>
          <w:b w:val="false"/>
          <w:sz w:val="28"/>
        </w:rPr>
        <w:t xml:space="preserve"> Неисправный или медленный наблюдатель не расходует квоты снимков и слоты команд других клиентов. Действуют прежние пределы записи и сборки кадра; бесконечное накопление данных в </w:t>
      </w:r>
      <w:r>
        <w:rPr>
          <w:b w:val="false"/>
          <w:sz w:val="28"/>
          <w:lang w:val="zxx"/>
        </w:rPr>
        <w:t>TCP/</w:t>
      </w:r>
      <w:r>
        <w:rPr>
          <w:b w:val="false"/>
          <w:sz w:val="28"/>
        </w:rPr>
        <w:t>​</w:t>
      </w:r>
      <w:r>
        <w:rPr>
          <w:b w:val="false"/>
          <w:sz w:val="28"/>
          <w:lang w:val="zxx"/>
        </w:rPr>
        <w:t>TLS-</w:t>
      </w:r>
      <w:r>
        <w:rPr>
          <w:b w:val="false"/>
          <w:sz w:val="28"/>
        </w:rPr>
        <w:t>буфере запрещено.</w:t>
      </w:r>
    </w:p>
    <w:p>
      <w:pPr>
        <w:pStyle w:val="Normal"/>
        <w:jc w:val="both"/>
        <w:rPr/>
      </w:pPr>
      <w:r>
        <w:rPr>
          <w:b w:val="false"/>
          <w:sz w:val="28"/>
          <w:lang w:val="zxx"/>
        </w:rPr>
        <w:t>13.26</w:t>
      </w:r>
      <w:r>
        <w:rPr>
          <w:b w:val="false"/>
          <w:sz w:val="28"/>
        </w:rPr>
        <w:t xml:space="preserve"> При успешной подписке АРМ </w:t>
      </w:r>
      <w:r>
        <w:rPr>
          <w:b w:val="false"/>
          <w:sz w:val="28"/>
          <w:lang w:val="zxx"/>
        </w:rPr>
        <w:t>НЕ ДОЛЖЕН</w:t>
      </w:r>
      <w:r>
        <w:rPr>
          <w:b w:val="false"/>
          <w:sz w:val="28"/>
        </w:rPr>
        <w:t xml:space="preserve"> продолжать частый пустой </w:t>
      </w:r>
      <w:r>
        <w:rPr>
          <w:b w:val="false"/>
          <w:sz w:val="28"/>
          <w:lang w:val="zxx"/>
        </w:rPr>
        <w:t>events.read</w:t>
      </w:r>
      <w:r>
        <w:rPr>
          <w:b w:val="false"/>
          <w:sz w:val="28"/>
        </w:rPr>
        <w:t xml:space="preserve"> только ради обнаружения новых событий. Сохраняются редкий контроль живости соединения, начальный снимок, явный опрос и восстановление после </w:t>
      </w:r>
      <w:r>
        <w:rPr>
          <w:b w:val="false"/>
          <w:sz w:val="28"/>
          <w:lang w:val="zxx"/>
        </w:rPr>
        <w:t>gap.</w:t>
      </w:r>
      <w:r>
        <w:rPr>
          <w:b w:val="false"/>
          <w:sz w:val="28"/>
        </w:rPr>
        <w:t xml:space="preserve"> Уведомления и их подтверждения не заменяют владельческий </w:t>
      </w:r>
      <w:r>
        <w:rPr>
          <w:b w:val="false"/>
          <w:sz w:val="28"/>
          <w:lang w:val="zxx"/>
        </w:rPr>
        <w:t>heartbeat</w:t>
      </w:r>
      <w:r>
        <w:rPr>
          <w:b w:val="false"/>
          <w:sz w:val="28"/>
        </w:rPr>
        <w:t xml:space="preserve"> и не продлевают владение. Паспорт масштаба </w:t>
      </w:r>
      <w:r>
        <w:rPr>
          <w:b w:val="false"/>
          <w:sz w:val="28"/>
          <w:lang w:val="zxx"/>
        </w:rPr>
        <w:t>ДОЛЖЕН</w:t>
      </w:r>
      <w:r>
        <w:rPr>
          <w:b w:val="false"/>
          <w:sz w:val="28"/>
        </w:rPr>
        <w:t xml:space="preserve"> указывать число подписчиков, емкость общего журнала, </w:t>
      </w:r>
      <w:r>
        <w:rPr>
          <w:b w:val="false"/>
          <w:sz w:val="28"/>
          <w:lang w:val="zxx"/>
        </w:rPr>
        <w:t>eventRateMax/</w:t>
      </w:r>
      <w:r>
        <w:rPr>
          <w:b w:val="false"/>
          <w:sz w:val="28"/>
        </w:rPr>
        <w:t>​</w:t>
      </w:r>
      <w:r>
        <w:rPr>
          <w:b w:val="false"/>
          <w:sz w:val="28"/>
          <w:lang w:val="zxx"/>
        </w:rPr>
        <w:t>eventBurstMax/</w:t>
      </w:r>
      <w:r>
        <w:rPr>
          <w:b w:val="false"/>
          <w:sz w:val="28"/>
        </w:rPr>
        <w:t>​</w:t>
      </w:r>
      <w:r>
        <w:rPr>
          <w:b w:val="false"/>
          <w:sz w:val="28"/>
          <w:lang w:val="zxx"/>
        </w:rPr>
        <w:t>eventDrainMinPerSec</w:t>
      </w:r>
      <w:r>
        <w:rPr>
          <w:b w:val="false"/>
          <w:sz w:val="28"/>
        </w:rPr>
        <w:t xml:space="preserve"> и измеренные задержки от изменения входа до приема в АРМ. Проверка включает шторм событий и одновременные </w:t>
      </w:r>
      <w:r>
        <w:rPr>
          <w:b w:val="false"/>
          <w:sz w:val="28"/>
          <w:lang w:val="zxx"/>
        </w:rPr>
        <w:t>START/</w:t>
      </w:r>
      <w:r>
        <w:rPr>
          <w:b w:val="false"/>
          <w:sz w:val="28"/>
        </w:rPr>
        <w:t>​</w:t>
      </w:r>
      <w:r>
        <w:rPr>
          <w:b w:val="false"/>
          <w:sz w:val="28"/>
          <w:lang w:val="zxx"/>
        </w:rPr>
        <w:t>STOP</w:t>
      </w:r>
      <w:r>
        <w:rPr>
          <w:b w:val="false"/>
          <w:sz w:val="28"/>
        </w:rPr>
        <w:t xml:space="preserve">; объявление </w:t>
      </w:r>
      <w:r>
        <w:rPr>
          <w:b w:val="false"/>
          <w:sz w:val="28"/>
          <w:lang w:val="zxx"/>
        </w:rPr>
        <w:t>eventsPush=1</w:t>
      </w:r>
      <w:r>
        <w:rPr>
          <w:b w:val="false"/>
          <w:sz w:val="28"/>
        </w:rPr>
        <w:t xml:space="preserve"> без выполнения всего контракта </w:t>
      </w:r>
      <w:r>
        <w:rPr>
          <w:b w:val="false"/>
          <w:sz w:val="28"/>
          <w:lang w:val="zxx"/>
        </w:rPr>
        <w:t>ЗАПРЕЩАЕТСЯ</w:t>
      </w:r>
      <w:r>
        <w:rPr>
          <w:b w:val="false"/>
          <w:sz w:val="28"/>
        </w:rPr>
        <w:t>.</w:t>
      </w:r>
    </w:p>
    <w:p>
      <w:pPr>
        <w:pStyle w:val="2"/>
        <w:rPr/>
      </w:pPr>
      <w:r>
        <w:rPr/>
        <w:t>Форматы диагностики и журнала</w:t>
      </w:r>
    </w:p>
    <w:p>
      <w:pPr>
        <w:pStyle w:val="Normal"/>
        <w:jc w:val="start"/>
        <w:rPr/>
      </w:pPr>
      <w:r>
        <w:rPr>
          <w:b w:val="false"/>
          <w:sz w:val="28"/>
          <w:lang w:val="zxx"/>
        </w:rPr>
        <w:t>13.27</w:t>
      </w:r>
      <w:r>
        <w:rPr>
          <w:b w:val="false"/>
          <w:sz w:val="28"/>
        </w:rPr>
        <w:t xml:space="preserve"> </w:t>
      </w:r>
      <w:r>
        <w:rPr>
          <w:b w:val="false"/>
          <w:sz w:val="28"/>
          <w:lang w:val="zxx"/>
        </w:rPr>
        <w:t>diagnostics.read:</w:t>
      </w:r>
      <w:r>
        <w:rPr>
          <w:b w:val="false"/>
          <w:sz w:val="28"/>
        </w:rPr>
        <w:t xml:space="preserve"> </w:t>
      </w:r>
      <w:r>
        <w:rPr>
          <w:b w:val="false"/>
          <w:sz w:val="28"/>
          <w:lang w:val="zxx"/>
        </w:rPr>
        <w:t>selection</w:t>
      </w:r>
      <w:r>
        <w:rPr>
          <w:b w:val="false"/>
          <w:sz w:val="28"/>
        </w:rPr>
        <w:t xml:space="preserve"> </w:t>
      </w:r>
      <w:r>
        <w:rPr>
          <w:b w:val="false"/>
          <w:sz w:val="28"/>
          <w:lang w:val="zxx"/>
        </w:rPr>
        <w:t>scope=controller|</w:t>
      </w:r>
      <w:r>
        <w:rPr>
          <w:b w:val="false"/>
          <w:sz w:val="28"/>
        </w:rPr>
        <w:t>​</w:t>
      </w:r>
      <w:r>
        <w:rPr>
          <w:b w:val="false"/>
          <w:sz w:val="28"/>
          <w:lang w:val="zxx"/>
        </w:rPr>
        <w:t>ethernet|</w:t>
      </w:r>
      <w:r>
        <w:rPr>
          <w:b w:val="false"/>
          <w:sz w:val="28"/>
        </w:rPr>
        <w:t>​</w:t>
      </w:r>
      <w:r>
        <w:rPr>
          <w:b w:val="false"/>
          <w:sz w:val="28"/>
          <w:lang w:val="zxx"/>
        </w:rPr>
        <w:t>control|</w:t>
      </w:r>
      <w:r>
        <w:rPr>
          <w:b w:val="false"/>
          <w:sz w:val="28"/>
        </w:rPr>
        <w:t>​</w:t>
      </w:r>
      <w:r>
        <w:rPr>
          <w:b w:val="false"/>
          <w:sz w:val="28"/>
          <w:lang w:val="zxx"/>
        </w:rPr>
        <w:t>ouInterface|</w:t>
      </w:r>
      <w:r>
        <w:rPr>
          <w:b w:val="false"/>
          <w:sz w:val="28"/>
        </w:rPr>
        <w:t>​</w:t>
      </w:r>
      <w:r>
        <w:rPr>
          <w:b w:val="false"/>
          <w:sz w:val="28"/>
          <w:lang w:val="zxx"/>
        </w:rPr>
        <w:t>media</w:t>
      </w:r>
      <w:r>
        <w:rPr>
          <w:b w:val="false"/>
          <w:sz w:val="28"/>
        </w:rPr>
        <w:t xml:space="preserve"> либо </w:t>
      </w:r>
      <w:r>
        <w:rPr>
          <w:b w:val="false"/>
          <w:sz w:val="28"/>
          <w:lang w:val="zxx"/>
        </w:rPr>
        <w:t>snapshotId/</w:t>
      </w:r>
      <w:r>
        <w:rPr>
          <w:b w:val="false"/>
          <w:sz w:val="28"/>
        </w:rPr>
        <w:t>​</w:t>
      </w:r>
      <w:r>
        <w:rPr>
          <w:b w:val="false"/>
          <w:sz w:val="28"/>
          <w:lang w:val="zxx"/>
        </w:rPr>
        <w:t>cursor.</w:t>
      </w:r>
      <w:r>
        <w:rPr>
          <w:b w:val="false"/>
          <w:sz w:val="28"/>
        </w:rPr>
        <w:t xml:space="preserve"> Ответ </w:t>
      </w:r>
      <w:r>
        <w:rPr>
          <w:b w:val="false"/>
          <w:sz w:val="28"/>
          <w:lang w:val="zxx"/>
        </w:rPr>
        <w:t>diagnostics</w:t>
      </w:r>
      <w:r>
        <w:rPr>
          <w:b w:val="false"/>
          <w:sz w:val="28"/>
        </w:rPr>
        <w:t xml:space="preserve"> с </w:t>
      </w:r>
      <w:r>
        <w:rPr>
          <w:b w:val="false"/>
          <w:sz w:val="28"/>
          <w:lang w:val="zxx"/>
        </w:rPr>
        <w:t>snapshotId</w:t>
      </w:r>
      <w:r>
        <w:rPr>
          <w:b w:val="false"/>
          <w:sz w:val="28"/>
        </w:rPr>
        <w:t xml:space="preserve">, </w:t>
      </w:r>
      <w:r>
        <w:rPr>
          <w:b w:val="false"/>
          <w:sz w:val="28"/>
          <w:lang w:val="zxx"/>
        </w:rPr>
        <w:t>uptimeMs</w:t>
      </w:r>
      <w:r>
        <w:rPr>
          <w:b w:val="false"/>
          <w:sz w:val="28"/>
        </w:rPr>
        <w:t xml:space="preserve">, </w:t>
      </w:r>
      <w:r>
        <w:rPr>
          <w:b w:val="false"/>
          <w:sz w:val="28"/>
          <w:lang w:val="zxx"/>
        </w:rPr>
        <w:t>more/</w:t>
      </w:r>
      <w:r>
        <w:rPr>
          <w:b w:val="false"/>
          <w:sz w:val="28"/>
        </w:rPr>
        <w:t>​</w:t>
      </w:r>
      <w:r>
        <w:rPr>
          <w:b w:val="false"/>
          <w:sz w:val="28"/>
          <w:lang w:val="zxx"/>
        </w:rPr>
        <w:t>cursor</w:t>
      </w:r>
      <w:r>
        <w:rPr>
          <w:b w:val="false"/>
          <w:sz w:val="28"/>
        </w:rPr>
        <w:t xml:space="preserve">; записи </w:t>
      </w:r>
      <w:r>
        <w:rPr>
          <w:b w:val="false"/>
          <w:sz w:val="28"/>
          <w:lang w:val="zxx"/>
        </w:rPr>
        <w:t>metric</w:t>
      </w:r>
      <w:r>
        <w:rPr>
          <w:b w:val="false"/>
          <w:sz w:val="28"/>
        </w:rPr>
        <w:t xml:space="preserve"> </w:t>
      </w:r>
      <w:r>
        <w:rPr>
          <w:b w:val="false"/>
          <w:sz w:val="28"/>
          <w:lang w:val="zxx"/>
        </w:rPr>
        <w:t>name/</w:t>
      </w:r>
      <w:r>
        <w:rPr>
          <w:b w:val="false"/>
          <w:sz w:val="28"/>
        </w:rPr>
        <w:t>​</w:t>
      </w:r>
      <w:r>
        <w:rPr>
          <w:b w:val="false"/>
          <w:sz w:val="28"/>
          <w:lang w:val="zxx"/>
        </w:rPr>
        <w:t>type/</w:t>
      </w:r>
      <w:r>
        <w:rPr>
          <w:b w:val="false"/>
          <w:sz w:val="28"/>
        </w:rPr>
        <w:t>​</w:t>
      </w:r>
      <w:r>
        <w:rPr>
          <w:b w:val="false"/>
          <w:sz w:val="28"/>
          <w:lang w:val="zxx"/>
        </w:rPr>
        <w:t>value/</w:t>
      </w:r>
      <w:r>
        <w:rPr>
          <w:b w:val="false"/>
          <w:sz w:val="28"/>
        </w:rPr>
        <w:t>​</w:t>
      </w:r>
      <w:r>
        <w:rPr>
          <w:b w:val="false"/>
          <w:sz w:val="28"/>
          <w:lang w:val="zxx"/>
        </w:rPr>
        <w:t>unit</w:t>
      </w:r>
      <w:r>
        <w:rPr>
          <w:b w:val="false"/>
          <w:sz w:val="28"/>
        </w:rPr>
        <w:t xml:space="preserve">, где </w:t>
      </w:r>
      <w:r>
        <w:rPr>
          <w:b w:val="false"/>
          <w:sz w:val="28"/>
          <w:lang w:val="zxx"/>
        </w:rPr>
        <w:t>type=bool|</w:t>
      </w:r>
      <w:r>
        <w:rPr>
          <w:b w:val="false"/>
          <w:sz w:val="28"/>
        </w:rPr>
        <w:t>​</w:t>
      </w:r>
      <w:r>
        <w:rPr>
          <w:b w:val="false"/>
          <w:sz w:val="28"/>
          <w:lang w:val="zxx"/>
        </w:rPr>
        <w:t>int|</w:t>
      </w:r>
      <w:r>
        <w:rPr>
          <w:b w:val="false"/>
          <w:sz w:val="28"/>
        </w:rPr>
        <w:t>​</w:t>
      </w:r>
      <w:r>
        <w:rPr>
          <w:b w:val="false"/>
          <w:sz w:val="28"/>
          <w:lang w:val="zxx"/>
        </w:rPr>
        <w:t>counter|</w:t>
      </w:r>
      <w:r>
        <w:rPr>
          <w:b w:val="false"/>
          <w:sz w:val="28"/>
        </w:rPr>
        <w:t>​</w:t>
      </w:r>
      <w:r>
        <w:rPr>
          <w:b w:val="false"/>
          <w:sz w:val="28"/>
          <w:lang w:val="zxx"/>
        </w:rPr>
        <w:t>enum</w:t>
      </w:r>
      <w:r>
        <w:rPr>
          <w:b w:val="false"/>
          <w:sz w:val="28"/>
        </w:rPr>
        <w:t xml:space="preserve">, </w:t>
      </w:r>
      <w:r>
        <w:rPr>
          <w:b w:val="false"/>
          <w:sz w:val="28"/>
          <w:lang w:val="zxx"/>
        </w:rPr>
        <w:t>name</w:t>
      </w:r>
      <w:r>
        <w:rPr>
          <w:b w:val="false"/>
          <w:sz w:val="28"/>
        </w:rPr>
        <w:t xml:space="preserve"> и </w:t>
      </w:r>
      <w:r>
        <w:rPr>
          <w:b w:val="false"/>
          <w:sz w:val="28"/>
          <w:lang w:val="zxx"/>
        </w:rPr>
        <w:t>unit</w:t>
      </w:r>
      <w:r>
        <w:rPr>
          <w:b w:val="false"/>
          <w:sz w:val="28"/>
        </w:rPr>
        <w:t xml:space="preserve"> до </w:t>
      </w:r>
      <w:r>
        <w:rPr>
          <w:b w:val="false"/>
          <w:sz w:val="28"/>
          <w:lang w:val="zxx"/>
        </w:rPr>
        <w:t>32</w:t>
      </w:r>
      <w:r>
        <w:rPr>
          <w:b w:val="false"/>
          <w:sz w:val="28"/>
        </w:rPr>
        <w:t xml:space="preserve"> </w:t>
      </w:r>
      <w:r>
        <w:rPr>
          <w:b w:val="false"/>
          <w:sz w:val="28"/>
          <w:lang w:val="zxx"/>
        </w:rPr>
        <w:t>ASCII-</w:t>
      </w:r>
      <w:r>
        <w:rPr>
          <w:b w:val="false"/>
          <w:sz w:val="28"/>
        </w:rPr>
        <w:t xml:space="preserve">символов. Обязательны </w:t>
      </w:r>
      <w:r>
        <w:rPr>
          <w:b w:val="false"/>
          <w:sz w:val="28"/>
          <w:lang w:val="zxx"/>
        </w:rPr>
        <w:t>uptimeMs</w:t>
      </w:r>
      <w:r>
        <w:rPr>
          <w:b w:val="false"/>
          <w:sz w:val="28"/>
        </w:rPr>
        <w:t xml:space="preserve">, </w:t>
      </w:r>
      <w:r>
        <w:rPr>
          <w:b w:val="false"/>
          <w:sz w:val="28"/>
          <w:lang w:val="zxx"/>
        </w:rPr>
        <w:t>bootReason</w:t>
      </w:r>
      <w:r>
        <w:rPr>
          <w:b w:val="false"/>
          <w:sz w:val="28"/>
        </w:rPr>
        <w:t xml:space="preserve">, </w:t>
      </w:r>
      <w:r>
        <w:rPr>
          <w:b w:val="false"/>
          <w:sz w:val="28"/>
          <w:lang w:val="zxx"/>
        </w:rPr>
        <w:t>activeConnections</w:t>
      </w:r>
      <w:r>
        <w:rPr>
          <w:b w:val="false"/>
          <w:sz w:val="28"/>
        </w:rPr>
        <w:t xml:space="preserve">, </w:t>
      </w:r>
      <w:r>
        <w:rPr>
          <w:b w:val="false"/>
          <w:sz w:val="28"/>
          <w:lang w:val="zxx"/>
        </w:rPr>
        <w:t>commandQueueDepth</w:t>
      </w:r>
      <w:r>
        <w:rPr>
          <w:b w:val="false"/>
          <w:sz w:val="28"/>
        </w:rPr>
        <w:t xml:space="preserve">, </w:t>
      </w:r>
      <w:r>
        <w:rPr>
          <w:b w:val="false"/>
          <w:sz w:val="28"/>
          <w:lang w:val="zxx"/>
        </w:rPr>
        <w:t>rejectedFrames</w:t>
      </w:r>
      <w:r>
        <w:rPr>
          <w:b w:val="false"/>
          <w:sz w:val="28"/>
        </w:rPr>
        <w:t xml:space="preserve">, </w:t>
      </w:r>
      <w:r>
        <w:rPr>
          <w:b w:val="false"/>
          <w:sz w:val="28"/>
          <w:lang w:val="zxx"/>
        </w:rPr>
        <w:t>lostEvents</w:t>
      </w:r>
      <w:r>
        <w:rPr>
          <w:b w:val="false"/>
          <w:sz w:val="28"/>
        </w:rPr>
        <w:t xml:space="preserve"> и значения используемых очередей; счетчик сбрасывается только при новом </w:t>
      </w:r>
      <w:r>
        <w:rPr>
          <w:b w:val="false"/>
          <w:sz w:val="28"/>
          <w:lang w:val="zxx"/>
        </w:rPr>
        <w:t>bootId.</w:t>
      </w:r>
      <w:r>
        <w:rPr>
          <w:b w:val="false"/>
          <w:sz w:val="28"/>
        </w:rPr>
        <w:t xml:space="preserve"> Чтение не сбрасывает состояния и счетчики. </w:t>
      </w:r>
      <w:r>
        <w:rPr>
          <w:b w:val="false"/>
          <w:sz w:val="28"/>
          <w:lang w:val="zxx"/>
        </w:rPr>
        <w:t>log.read:</w:t>
      </w:r>
      <w:r>
        <w:rPr>
          <w:b w:val="false"/>
          <w:sz w:val="28"/>
        </w:rPr>
        <w:t xml:space="preserve"> </w:t>
      </w:r>
      <w:r>
        <w:rPr>
          <w:b w:val="false"/>
          <w:sz w:val="28"/>
          <w:lang w:val="zxx"/>
        </w:rPr>
        <w:t>selection</w:t>
      </w:r>
      <w:r>
        <w:rPr>
          <w:b w:val="false"/>
          <w:sz w:val="28"/>
        </w:rPr>
        <w:t xml:space="preserve"> </w:t>
      </w:r>
      <w:r>
        <w:rPr>
          <w:b w:val="false"/>
          <w:sz w:val="28"/>
          <w:lang w:val="zxx"/>
        </w:rPr>
        <w:t>afterSeq/</w:t>
      </w:r>
      <w:r>
        <w:rPr>
          <w:b w:val="false"/>
          <w:sz w:val="28"/>
        </w:rPr>
        <w:t>​</w:t>
      </w:r>
      <w:r>
        <w:rPr>
          <w:b w:val="false"/>
          <w:sz w:val="28"/>
          <w:lang w:val="zxx"/>
        </w:rPr>
        <w:t>limit</w:t>
      </w:r>
      <w:r>
        <w:rPr>
          <w:b w:val="false"/>
          <w:sz w:val="28"/>
        </w:rPr>
        <w:t xml:space="preserve">, </w:t>
      </w:r>
      <w:r>
        <w:rPr>
          <w:b w:val="false"/>
          <w:sz w:val="28"/>
          <w:lang w:val="zxx"/>
        </w:rPr>
        <w:t>limit=1..8</w:t>
      </w:r>
      <w:r>
        <w:rPr>
          <w:b w:val="false"/>
          <w:sz w:val="28"/>
        </w:rPr>
        <w:t xml:space="preserve">; ответ </w:t>
      </w:r>
      <w:r>
        <w:rPr>
          <w:b w:val="false"/>
          <w:sz w:val="28"/>
          <w:lang w:val="zxx"/>
        </w:rPr>
        <w:t>log</w:t>
      </w:r>
      <w:r>
        <w:rPr>
          <w:b w:val="false"/>
          <w:sz w:val="28"/>
        </w:rPr>
        <w:t xml:space="preserve"> </w:t>
      </w:r>
      <w:r>
        <w:rPr>
          <w:b w:val="false"/>
          <w:sz w:val="28"/>
          <w:lang w:val="zxx"/>
        </w:rPr>
        <w:t>oldestSeq/</w:t>
      </w:r>
      <w:r>
        <w:rPr>
          <w:b w:val="false"/>
          <w:sz w:val="28"/>
        </w:rPr>
        <w:t>​</w:t>
      </w:r>
      <w:r>
        <w:rPr>
          <w:b w:val="false"/>
          <w:sz w:val="28"/>
          <w:lang w:val="zxx"/>
        </w:rPr>
        <w:t>nextSeq/</w:t>
      </w:r>
      <w:r>
        <w:rPr>
          <w:b w:val="false"/>
          <w:sz w:val="28"/>
        </w:rPr>
        <w:t>​</w:t>
      </w:r>
      <w:r>
        <w:rPr>
          <w:b w:val="false"/>
          <w:sz w:val="28"/>
          <w:lang w:val="zxx"/>
        </w:rPr>
        <w:t>gap/</w:t>
      </w:r>
      <w:r>
        <w:rPr>
          <w:b w:val="false"/>
          <w:sz w:val="28"/>
        </w:rPr>
        <w:t>​</w:t>
      </w:r>
      <w:r>
        <w:rPr>
          <w:b w:val="false"/>
          <w:sz w:val="28"/>
          <w:lang w:val="zxx"/>
        </w:rPr>
        <w:t>more</w:t>
      </w:r>
      <w:r>
        <w:rPr>
          <w:b w:val="false"/>
          <w:sz w:val="28"/>
        </w:rPr>
        <w:t xml:space="preserve"> и записи </w:t>
      </w:r>
      <w:r>
        <w:rPr>
          <w:b w:val="false"/>
          <w:sz w:val="28"/>
          <w:lang w:val="zxx"/>
        </w:rPr>
        <w:t>entry</w:t>
      </w:r>
      <w:r>
        <w:rPr>
          <w:b w:val="false"/>
          <w:sz w:val="28"/>
        </w:rPr>
        <w:t xml:space="preserve"> </w:t>
      </w:r>
      <w:r>
        <w:rPr>
          <w:b w:val="false"/>
          <w:sz w:val="28"/>
          <w:lang w:val="zxx"/>
        </w:rPr>
        <w:t>seq/</w:t>
      </w:r>
      <w:r>
        <w:rPr>
          <w:b w:val="false"/>
          <w:sz w:val="28"/>
        </w:rPr>
        <w:t>​</w:t>
      </w:r>
      <w:r>
        <w:rPr>
          <w:b w:val="false"/>
          <w:sz w:val="28"/>
          <w:lang w:val="zxx"/>
        </w:rPr>
        <w:t>atMs/</w:t>
      </w:r>
      <w:r>
        <w:rPr>
          <w:b w:val="false"/>
          <w:sz w:val="28"/>
        </w:rPr>
        <w:t>​</w:t>
      </w:r>
      <w:r>
        <w:rPr>
          <w:b w:val="false"/>
          <w:sz w:val="28"/>
          <w:lang w:val="zxx"/>
        </w:rPr>
        <w:t>level/</w:t>
      </w:r>
      <w:r>
        <w:rPr>
          <w:b w:val="false"/>
          <w:sz w:val="28"/>
        </w:rPr>
        <w:t>​</w:t>
      </w:r>
      <w:r>
        <w:rPr>
          <w:b w:val="false"/>
          <w:sz w:val="28"/>
          <w:lang w:val="zxx"/>
        </w:rPr>
        <w:t>code/</w:t>
      </w:r>
      <w:r>
        <w:rPr>
          <w:b w:val="false"/>
          <w:sz w:val="28"/>
        </w:rPr>
        <w:t>​</w:t>
      </w:r>
      <w:r>
        <w:rPr>
          <w:b w:val="false"/>
          <w:sz w:val="28"/>
          <w:lang w:val="zxx"/>
        </w:rPr>
        <w:t>sessionId</w:t>
      </w:r>
      <w:r>
        <w:rPr>
          <w:b w:val="false"/>
          <w:sz w:val="28"/>
        </w:rPr>
        <w:t xml:space="preserve"> (последний необязателен). Правила непрерывности и </w:t>
      </w:r>
      <w:r>
        <w:rPr>
          <w:b w:val="false"/>
          <w:sz w:val="28"/>
          <w:lang w:val="zxx"/>
        </w:rPr>
        <w:t>gap</w:t>
      </w:r>
      <w:r>
        <w:rPr>
          <w:b w:val="false"/>
          <w:sz w:val="28"/>
        </w:rPr>
        <w:t xml:space="preserve"> совпадают с </w:t>
      </w:r>
      <w:r>
        <w:rPr>
          <w:b w:val="false"/>
          <w:sz w:val="28"/>
          <w:lang w:val="zxx"/>
        </w:rPr>
        <w:t>events.read</w:t>
      </w:r>
      <w:r>
        <w:rPr>
          <w:b w:val="false"/>
          <w:sz w:val="28"/>
        </w:rPr>
        <w:t xml:space="preserve">; </w:t>
      </w:r>
      <w:r>
        <w:rPr>
          <w:b w:val="false"/>
          <w:sz w:val="28"/>
          <w:lang w:val="zxx"/>
        </w:rPr>
        <w:t>level=info|</w:t>
      </w:r>
      <w:r>
        <w:rPr>
          <w:b w:val="false"/>
          <w:sz w:val="28"/>
        </w:rPr>
        <w:t>​</w:t>
      </w:r>
      <w:r>
        <w:rPr>
          <w:b w:val="false"/>
          <w:sz w:val="28"/>
          <w:lang w:val="zxx"/>
        </w:rPr>
        <w:t>warning|</w:t>
      </w:r>
      <w:r>
        <w:rPr>
          <w:b w:val="false"/>
          <w:sz w:val="28"/>
        </w:rPr>
        <w:t>​</w:t>
      </w:r>
      <w:r>
        <w:rPr>
          <w:b w:val="false"/>
          <w:sz w:val="28"/>
          <w:lang w:val="zxx"/>
        </w:rPr>
        <w:t>error.</w:t>
      </w:r>
      <w:r>
        <w:rPr>
          <w:b w:val="false"/>
          <w:sz w:val="28"/>
        </w:rPr>
        <w:t xml:space="preserve"> Длинный свободный текст, ключи и пользовательское аудио в журнал не включаются.</w:t>
      </w:r>
    </w:p>
    <w:p>
      <w:pPr>
        <w:pStyle w:val="Normal"/>
        <w:jc w:val="start"/>
        <w:rPr/>
      </w:pPr>
      <w:r>
        <w:rPr>
          <w:b w:val="false"/>
          <w:sz w:val="28"/>
          <w:lang w:val="zxx"/>
        </w:rPr>
        <w:t>13.28</w:t>
      </w:r>
      <w:r>
        <w:rPr>
          <w:b w:val="false"/>
          <w:sz w:val="28"/>
        </w:rPr>
        <w:t xml:space="preserve"> </w:t>
      </w:r>
      <w:r>
        <w:rPr>
          <w:b w:val="false"/>
          <w:sz w:val="28"/>
          <w:lang w:val="zxx"/>
        </w:rPr>
        <w:t>command.get:</w:t>
      </w:r>
      <w:r>
        <w:rPr>
          <w:b w:val="false"/>
          <w:sz w:val="28"/>
        </w:rPr>
        <w:t xml:space="preserve"> </w:t>
      </w:r>
      <w:r>
        <w:rPr>
          <w:b w:val="false"/>
          <w:sz w:val="28"/>
          <w:lang w:val="zxx"/>
        </w:rPr>
        <w:t>selection</w:t>
      </w:r>
      <w:r>
        <w:rPr>
          <w:b w:val="false"/>
          <w:sz w:val="28"/>
        </w:rPr>
        <w:t xml:space="preserve"> </w:t>
      </w:r>
      <w:r>
        <w:rPr>
          <w:b w:val="false"/>
          <w:sz w:val="28"/>
          <w:lang w:val="zxx"/>
        </w:rPr>
        <w:t>controlEpoch/</w:t>
      </w:r>
      <w:r>
        <w:rPr>
          <w:b w:val="false"/>
          <w:sz w:val="28"/>
        </w:rPr>
        <w:t>​</w:t>
      </w:r>
      <w:r>
        <w:rPr>
          <w:b w:val="false"/>
          <w:sz w:val="28"/>
          <w:lang w:val="zxx"/>
        </w:rPr>
        <w:t>cmdSeq</w:t>
      </w:r>
      <w:r>
        <w:rPr>
          <w:b w:val="false"/>
          <w:sz w:val="28"/>
        </w:rPr>
        <w:t xml:space="preserve"> с </w:t>
      </w:r>
      <w:r>
        <w:rPr>
          <w:b w:val="false"/>
          <w:sz w:val="28"/>
          <w:lang w:val="zxx"/>
        </w:rPr>
        <w:t>bootId</w:t>
      </w:r>
      <w:r>
        <w:rPr>
          <w:b w:val="false"/>
          <w:sz w:val="28"/>
        </w:rPr>
        <w:t xml:space="preserve"> в оболочке; только участник исходной команды. Ответ </w:t>
      </w:r>
      <w:r>
        <w:rPr>
          <w:b w:val="false"/>
          <w:sz w:val="28"/>
          <w:lang w:val="zxx"/>
        </w:rPr>
        <w:t>command</w:t>
      </w:r>
      <w:r>
        <w:rPr>
          <w:b w:val="false"/>
          <w:sz w:val="28"/>
        </w:rPr>
        <w:t xml:space="preserve"> </w:t>
      </w:r>
      <w:r>
        <w:rPr>
          <w:b w:val="false"/>
          <w:sz w:val="28"/>
          <w:lang w:val="zxx"/>
        </w:rPr>
        <w:t>cmdSeq/</w:t>
      </w:r>
      <w:r>
        <w:rPr>
          <w:b w:val="false"/>
          <w:sz w:val="28"/>
        </w:rPr>
        <w:t>​</w:t>
      </w:r>
      <w:r>
        <w:rPr>
          <w:b w:val="false"/>
          <w:sz w:val="28"/>
          <w:lang w:val="zxx"/>
        </w:rPr>
        <w:t>state=accepted|</w:t>
      </w:r>
      <w:r>
        <w:rPr>
          <w:b w:val="false"/>
          <w:sz w:val="28"/>
        </w:rPr>
        <w:t>​</w:t>
      </w:r>
      <w:r>
        <w:rPr>
          <w:b w:val="false"/>
          <w:sz w:val="28"/>
          <w:lang w:val="zxx"/>
        </w:rPr>
        <w:t>rejected|</w:t>
      </w:r>
      <w:r>
        <w:rPr>
          <w:b w:val="false"/>
          <w:sz w:val="28"/>
        </w:rPr>
        <w:t>​</w:t>
      </w:r>
      <w:r>
        <w:rPr>
          <w:b w:val="false"/>
          <w:sz w:val="28"/>
          <w:lang w:val="zxx"/>
        </w:rPr>
        <w:t>expired</w:t>
      </w:r>
      <w:r>
        <w:rPr>
          <w:b w:val="false"/>
          <w:sz w:val="28"/>
        </w:rPr>
        <w:t xml:space="preserve">; </w:t>
      </w:r>
      <w:r>
        <w:rPr>
          <w:b w:val="false"/>
          <w:sz w:val="28"/>
          <w:lang w:val="zxx"/>
        </w:rPr>
        <w:t>action</w:t>
      </w:r>
      <w:r>
        <w:rPr>
          <w:b w:val="false"/>
          <w:sz w:val="28"/>
        </w:rPr>
        <w:t xml:space="preserve"> обязательно при сохраненном решении и отсутствует при </w:t>
      </w:r>
      <w:r>
        <w:rPr>
          <w:b w:val="false"/>
          <w:sz w:val="28"/>
          <w:lang w:val="zxx"/>
        </w:rPr>
        <w:t>expired</w:t>
      </w:r>
      <w:r>
        <w:rPr>
          <w:b w:val="false"/>
          <w:sz w:val="28"/>
        </w:rPr>
        <w:t xml:space="preserve">; при доступном решении дочернее тело исходного ответа совпадает с сохраненным первоначальным решением. Допустимые тела: </w:t>
      </w:r>
      <w:r>
        <w:rPr>
          <w:b w:val="false"/>
          <w:sz w:val="28"/>
          <w:lang w:val="zxx"/>
        </w:rPr>
        <w:t>session</w:t>
      </w:r>
      <w:r>
        <w:rPr>
          <w:b w:val="false"/>
          <w:sz w:val="28"/>
        </w:rPr>
        <w:t xml:space="preserve">, </w:t>
      </w:r>
      <w:r>
        <w:rPr>
          <w:b w:val="false"/>
          <w:sz w:val="28"/>
          <w:lang w:val="zxx"/>
        </w:rPr>
        <w:t>cancellation</w:t>
      </w:r>
      <w:r>
        <w:rPr>
          <w:b w:val="false"/>
          <w:sz w:val="28"/>
        </w:rPr>
        <w:t xml:space="preserve">, </w:t>
      </w:r>
      <w:r>
        <w:rPr>
          <w:b w:val="false"/>
          <w:sz w:val="28"/>
          <w:lang w:val="zxx"/>
        </w:rPr>
        <w:t>released</w:t>
      </w:r>
      <w:r>
        <w:rPr>
          <w:b w:val="false"/>
          <w:sz w:val="28"/>
        </w:rPr>
        <w:t xml:space="preserve">, </w:t>
      </w:r>
      <w:r>
        <w:rPr>
          <w:b w:val="false"/>
          <w:sz w:val="28"/>
          <w:lang w:val="zxx"/>
        </w:rPr>
        <w:t>prepared</w:t>
      </w:r>
      <w:r>
        <w:rPr>
          <w:b w:val="false"/>
          <w:sz w:val="28"/>
        </w:rPr>
        <w:t xml:space="preserve">, </w:t>
      </w:r>
      <w:r>
        <w:rPr>
          <w:b w:val="false"/>
          <w:sz w:val="28"/>
          <w:lang w:val="zxx"/>
        </w:rPr>
        <w:t>discarded</w:t>
      </w:r>
      <w:r>
        <w:rPr>
          <w:b w:val="false"/>
          <w:sz w:val="28"/>
        </w:rPr>
        <w:t xml:space="preserve">, </w:t>
      </w:r>
      <w:r>
        <w:rPr>
          <w:b w:val="false"/>
          <w:sz w:val="28"/>
          <w:lang w:val="zxx"/>
        </w:rPr>
        <w:t>eof</w:t>
      </w:r>
      <w:r>
        <w:rPr>
          <w:b w:val="false"/>
          <w:sz w:val="28"/>
        </w:rPr>
        <w:t xml:space="preserve">, </w:t>
      </w:r>
      <w:r>
        <w:rPr>
          <w:b w:val="false"/>
          <w:sz w:val="28"/>
          <w:lang w:val="zxx"/>
        </w:rPr>
        <w:t>upload</w:t>
      </w:r>
      <w:r>
        <w:rPr>
          <w:b w:val="false"/>
          <w:sz w:val="28"/>
        </w:rPr>
        <w:t xml:space="preserve">, </w:t>
      </w:r>
      <w:r>
        <w:rPr>
          <w:b w:val="false"/>
          <w:sz w:val="28"/>
          <w:lang w:val="zxx"/>
        </w:rPr>
        <w:t>content</w:t>
      </w:r>
      <w:r>
        <w:rPr>
          <w:b w:val="false"/>
          <w:sz w:val="28"/>
        </w:rPr>
        <w:t xml:space="preserve">, </w:t>
      </w:r>
      <w:r>
        <w:rPr>
          <w:b w:val="false"/>
          <w:sz w:val="28"/>
          <w:lang w:val="zxx"/>
        </w:rPr>
        <w:t>transaction</w:t>
      </w:r>
      <w:r>
        <w:rPr>
          <w:b w:val="false"/>
          <w:sz w:val="28"/>
        </w:rPr>
        <w:t xml:space="preserve">, </w:t>
      </w:r>
      <w:r>
        <w:rPr>
          <w:b w:val="false"/>
          <w:sz w:val="28"/>
          <w:lang w:val="zxx"/>
        </w:rPr>
        <w:t>committed</w:t>
      </w:r>
      <w:r>
        <w:rPr>
          <w:b w:val="false"/>
          <w:sz w:val="28"/>
        </w:rPr>
        <w:t xml:space="preserve">, </w:t>
      </w:r>
      <w:r>
        <w:rPr>
          <w:b w:val="false"/>
          <w:sz w:val="28"/>
          <w:lang w:val="zxx"/>
        </w:rPr>
        <w:t>cancelled</w:t>
      </w:r>
      <w:r>
        <w:rPr>
          <w:b w:val="false"/>
          <w:sz w:val="28"/>
        </w:rPr>
        <w:t xml:space="preserve">, </w:t>
      </w:r>
      <w:r>
        <w:rPr>
          <w:b w:val="false"/>
          <w:sz w:val="28"/>
          <w:lang w:val="zxx"/>
        </w:rPr>
        <w:t>network</w:t>
      </w:r>
      <w:r>
        <w:rPr>
          <w:b w:val="false"/>
          <w:sz w:val="28"/>
        </w:rPr>
        <w:t xml:space="preserve">, </w:t>
      </w:r>
      <w:r>
        <w:rPr>
          <w:b w:val="false"/>
          <w:sz w:val="28"/>
          <w:lang w:val="zxx"/>
        </w:rPr>
        <w:t>staged</w:t>
      </w:r>
      <w:r>
        <w:rPr>
          <w:b w:val="false"/>
          <w:sz w:val="28"/>
        </w:rPr>
        <w:t xml:space="preserve">, </w:t>
      </w:r>
      <w:r>
        <w:rPr>
          <w:b w:val="false"/>
          <w:sz w:val="28"/>
          <w:lang w:val="zxx"/>
        </w:rPr>
        <w:t>clock</w:t>
      </w:r>
      <w:r>
        <w:rPr>
          <w:b w:val="false"/>
          <w:sz w:val="28"/>
        </w:rPr>
        <w:t xml:space="preserve">, </w:t>
      </w:r>
      <w:r>
        <w:rPr>
          <w:b w:val="false"/>
          <w:sz w:val="28"/>
          <w:lang w:val="zxx"/>
        </w:rPr>
        <w:t>operation</w:t>
      </w:r>
      <w:r>
        <w:rPr>
          <w:b w:val="false"/>
          <w:sz w:val="28"/>
        </w:rPr>
        <w:t xml:space="preserve"> либо </w:t>
      </w:r>
      <w:r>
        <w:rPr>
          <w:b w:val="false"/>
          <w:sz w:val="28"/>
          <w:lang w:val="zxx"/>
        </w:rPr>
        <w:t>error.</w:t>
      </w:r>
      <w:r>
        <w:rPr>
          <w:b w:val="false"/>
          <w:sz w:val="28"/>
        </w:rPr>
        <w:t xml:space="preserve"> Дополнительная оболочка </w:t>
      </w:r>
      <w:r>
        <w:rPr>
          <w:b w:val="false"/>
          <w:sz w:val="28"/>
          <w:lang w:val="zxx"/>
        </w:rPr>
        <w:t>response</w:t>
      </w:r>
      <w:r>
        <w:rPr>
          <w:b w:val="false"/>
          <w:sz w:val="28"/>
        </w:rPr>
        <w:t xml:space="preserve"> внутри </w:t>
      </w:r>
      <w:r>
        <w:rPr>
          <w:b w:val="false"/>
          <w:sz w:val="28"/>
          <w:lang w:val="zxx"/>
        </w:rPr>
        <w:t>command</w:t>
      </w:r>
      <w:r>
        <w:rPr>
          <w:b w:val="false"/>
          <w:sz w:val="28"/>
        </w:rPr>
        <w:t xml:space="preserve"> запрещена; транспортные </w:t>
      </w:r>
      <w:r>
        <w:rPr>
          <w:b w:val="false"/>
          <w:sz w:val="28"/>
          <w:lang w:val="zxx"/>
        </w:rPr>
        <w:t>to/</w:t>
      </w:r>
      <w:r>
        <w:rPr>
          <w:b w:val="false"/>
          <w:sz w:val="28"/>
        </w:rPr>
        <w:t>​</w:t>
      </w:r>
      <w:r>
        <w:rPr>
          <w:b w:val="false"/>
          <w:sz w:val="28"/>
          <w:lang w:val="zxx"/>
        </w:rPr>
        <w:t>id</w:t>
      </w:r>
      <w:r>
        <w:rPr>
          <w:b w:val="false"/>
          <w:sz w:val="28"/>
        </w:rPr>
        <w:t xml:space="preserve"> исходного ответа не переносятся. При вытеснении возвращается </w:t>
      </w:r>
      <w:r>
        <w:rPr>
          <w:b w:val="false"/>
          <w:sz w:val="28"/>
          <w:lang w:val="zxx"/>
        </w:rPr>
        <w:t>expired</w:t>
      </w:r>
      <w:r>
        <w:rPr>
          <w:b w:val="false"/>
          <w:sz w:val="28"/>
        </w:rPr>
        <w:t xml:space="preserve">, которое не означает отсутствия воздействия и не разрешает повторный </w:t>
      </w:r>
      <w:r>
        <w:rPr>
          <w:b w:val="false"/>
          <w:sz w:val="28"/>
          <w:lang w:val="zxx"/>
        </w:rPr>
        <w:t>session.start</w:t>
      </w:r>
      <w:r>
        <w:rPr>
          <w:b w:val="false"/>
          <w:sz w:val="28"/>
        </w:rPr>
        <w:t xml:space="preserve"> новым номером. Максимальный сохраненный ответ </w:t>
      </w:r>
      <w:r>
        <w:rPr>
          <w:b w:val="false"/>
          <w:sz w:val="28"/>
          <w:lang w:val="zxx"/>
        </w:rPr>
        <w:t>ДОЛЖЕН</w:t>
      </w:r>
      <w:r>
        <w:rPr>
          <w:b w:val="false"/>
          <w:sz w:val="28"/>
        </w:rPr>
        <w:t xml:space="preserve"> помещаться в общий </w:t>
      </w:r>
      <w:r>
        <w:rPr>
          <w:b w:val="false"/>
          <w:sz w:val="28"/>
          <w:lang w:val="zxx"/>
        </w:rPr>
        <w:t>XML-</w:t>
      </w:r>
      <w:r>
        <w:rPr>
          <w:b w:val="false"/>
          <w:sz w:val="28"/>
        </w:rPr>
        <w:t xml:space="preserve">лимит вместе с оболочкой </w:t>
      </w:r>
      <w:r>
        <w:rPr>
          <w:b w:val="false"/>
          <w:sz w:val="28"/>
          <w:lang w:val="zxx"/>
        </w:rPr>
        <w:t>command.</w:t>
      </w:r>
    </w:p>
    <w:p>
      <w:pPr>
        <w:pStyle w:val="2"/>
        <w:rPr/>
      </w:pPr>
      <w:r>
        <w:rPr/>
        <w:t>Ошибка исполнения и диагностическое событие</w:t>
      </w:r>
    </w:p>
    <w:p>
      <w:pPr>
        <w:pStyle w:val="Normal"/>
        <w:jc w:val="both"/>
        <w:rPr/>
      </w:pPr>
      <w:r>
        <w:rPr>
          <w:b w:val="false"/>
          <w:sz w:val="28"/>
          <w:lang w:val="zxx"/>
        </w:rPr>
        <w:t>13.29</w:t>
      </w:r>
      <w:r>
        <w:rPr>
          <w:b w:val="false"/>
          <w:sz w:val="28"/>
        </w:rPr>
        <w:t xml:space="preserve"> Ошибки до </w:t>
      </w:r>
      <w:r>
        <w:rPr>
          <w:b w:val="false"/>
          <w:sz w:val="28"/>
          <w:lang w:val="zxx"/>
        </w:rPr>
        <w:t>accepted</w:t>
      </w:r>
      <w:r>
        <w:rPr>
          <w:b w:val="false"/>
          <w:sz w:val="28"/>
        </w:rPr>
        <w:t xml:space="preserve"> передаются только отказом команды: они не создают положительного подтверждения исполнения или фиктивного </w:t>
      </w:r>
      <w:r>
        <w:rPr>
          <w:b w:val="false"/>
          <w:sz w:val="28"/>
          <w:lang w:val="zxx"/>
        </w:rPr>
        <w:t>session.finished.</w:t>
      </w:r>
      <w:r>
        <w:rPr>
          <w:b w:val="false"/>
          <w:sz w:val="28"/>
        </w:rPr>
        <w:t xml:space="preserve"> После </w:t>
      </w:r>
      <w:r>
        <w:rPr>
          <w:b w:val="false"/>
          <w:sz w:val="28"/>
          <w:lang w:val="zxx"/>
        </w:rPr>
        <w:t>accepted</w:t>
      </w:r>
      <w:r>
        <w:rPr>
          <w:b w:val="false"/>
          <w:sz w:val="28"/>
        </w:rPr>
        <w:t xml:space="preserve"> неисправность передается как состояние/событие оборудования и, при влиянии на сеанс, как </w:t>
      </w:r>
      <w:r>
        <w:rPr>
          <w:b w:val="false"/>
          <w:sz w:val="28"/>
          <w:lang w:val="zxx"/>
        </w:rPr>
        <w:t>fault</w:t>
      </w:r>
      <w:r>
        <w:rPr>
          <w:b w:val="false"/>
          <w:sz w:val="28"/>
        </w:rPr>
        <w:t xml:space="preserve"> в его результате. Обычная остановка оператором, снятие аварии и штатный переход </w:t>
      </w:r>
      <w:r>
        <w:rPr>
          <w:b w:val="false"/>
          <w:sz w:val="28"/>
          <w:lang w:val="zxx"/>
        </w:rPr>
        <w:t>off</w:t>
      </w:r>
      <w:r>
        <w:rPr>
          <w:b w:val="false"/>
          <w:sz w:val="28"/>
        </w:rPr>
        <w:t xml:space="preserve"> не являются неисправностями.</w:t>
      </w:r>
    </w:p>
    <w:p>
      <w:pPr>
        <w:pStyle w:val="Normal"/>
        <w:keepNext w:val="true"/>
        <w:jc w:val="start"/>
        <w:rPr/>
      </w:pPr>
      <w:r>
        <w:rPr>
          <w:b/>
          <w:sz w:val="28"/>
          <w:lang w:val="zxx"/>
        </w:rPr>
        <w:t>13.30</w:t>
      </w:r>
      <w:r>
        <w:rPr>
          <w:b/>
          <w:sz w:val="28"/>
        </w:rPr>
        <w:t xml:space="preserve"> </w:t>
      </w:r>
      <w:r>
        <w:rPr>
          <w:b/>
          <w:sz w:val="28"/>
          <w:lang w:val="zxx"/>
        </w:rPr>
        <w:t>powerLost</w:t>
      </w:r>
      <w:r>
        <w:rPr>
          <w:b/>
          <w:sz w:val="28"/>
        </w:rPr>
        <w:t xml:space="preserve"> / </w:t>
      </w:r>
      <w:r>
        <w:rPr>
          <w:b/>
          <w:sz w:val="28"/>
          <w:lang w:val="zxx"/>
        </w:rPr>
        <w:t>phaseLost</w:t>
      </w:r>
      <w:r>
        <w:rPr>
          <w:b/>
          <w:sz w:val="28"/>
        </w:rPr>
        <w:t xml:space="preserve"> / </w:t>
      </w:r>
      <w:r>
        <w:rPr>
          <w:b/>
          <w:sz w:val="28"/>
          <w:lang w:val="zxx"/>
        </w:rPr>
        <w:t>batteryLow</w:t>
      </w:r>
    </w:p>
    <w:p>
      <w:pPr>
        <w:pStyle w:val="Normal"/>
        <w:jc w:val="both"/>
        <w:rPr/>
      </w:pPr>
      <w:r>
        <w:rPr>
          <w:b w:val="false"/>
          <w:sz w:val="28"/>
        </w:rPr>
        <w:t>Потеря питания / фазы / низкий резерв питания. Влияние определяется реально поддержанным режимом и резервированием.</w:t>
      </w:r>
    </w:p>
    <w:p>
      <w:pPr>
        <w:pStyle w:val="Normal"/>
        <w:keepNext w:val="true"/>
        <w:jc w:val="start"/>
        <w:rPr/>
      </w:pPr>
      <w:r>
        <w:rPr>
          <w:b/>
          <w:sz w:val="28"/>
          <w:lang w:val="zxx"/>
        </w:rPr>
        <w:t>13.31</w:t>
      </w:r>
      <w:r>
        <w:rPr>
          <w:b/>
          <w:sz w:val="28"/>
        </w:rPr>
        <w:t xml:space="preserve"> </w:t>
      </w:r>
      <w:r>
        <w:rPr>
          <w:b/>
          <w:sz w:val="28"/>
          <w:lang w:val="zxx"/>
        </w:rPr>
        <w:t>lineOpen</w:t>
      </w:r>
      <w:r>
        <w:rPr>
          <w:b/>
          <w:sz w:val="28"/>
        </w:rPr>
        <w:t xml:space="preserve"> / </w:t>
      </w:r>
      <w:r>
        <w:rPr>
          <w:b/>
          <w:sz w:val="28"/>
          <w:lang w:val="zxx"/>
        </w:rPr>
        <w:t>lineShort</w:t>
      </w:r>
      <w:r>
        <w:rPr>
          <w:b/>
          <w:sz w:val="28"/>
        </w:rPr>
        <w:t xml:space="preserve"> / </w:t>
      </w:r>
      <w:r>
        <w:rPr>
          <w:b/>
          <w:sz w:val="28"/>
          <w:lang w:val="zxx"/>
        </w:rPr>
        <w:t>amplifierFault</w:t>
      </w:r>
    </w:p>
    <w:p>
      <w:pPr>
        <w:pStyle w:val="Normal"/>
        <w:jc w:val="both"/>
        <w:rPr/>
      </w:pPr>
      <w:r>
        <w:rPr>
          <w:b w:val="false"/>
          <w:sz w:val="28"/>
        </w:rPr>
        <w:t xml:space="preserve">Обрыв линии / короткое замыкание / отказ усилителя. Указывается точный </w:t>
      </w:r>
      <w:r>
        <w:rPr>
          <w:b w:val="false"/>
          <w:sz w:val="28"/>
          <w:lang w:val="zxx"/>
        </w:rPr>
        <w:t>resourceId</w:t>
      </w:r>
      <w:r>
        <w:rPr>
          <w:b w:val="false"/>
          <w:sz w:val="28"/>
        </w:rPr>
        <w:t xml:space="preserve"> или </w:t>
      </w:r>
      <w:r>
        <w:rPr>
          <w:b w:val="false"/>
          <w:sz w:val="28"/>
          <w:lang w:val="zxx"/>
        </w:rPr>
        <w:t>pointId</w:t>
      </w:r>
      <w:r>
        <w:rPr>
          <w:b w:val="false"/>
          <w:sz w:val="28"/>
        </w:rPr>
        <w:t xml:space="preserve"> линии.</w:t>
      </w:r>
    </w:p>
    <w:p>
      <w:pPr>
        <w:pStyle w:val="Normal"/>
        <w:keepNext w:val="true"/>
        <w:jc w:val="start"/>
        <w:rPr/>
      </w:pPr>
      <w:r>
        <w:rPr>
          <w:b/>
          <w:sz w:val="28"/>
          <w:lang w:val="zxx"/>
        </w:rPr>
        <w:t>13.32</w:t>
      </w:r>
      <w:r>
        <w:rPr>
          <w:b/>
          <w:sz w:val="28"/>
        </w:rPr>
        <w:t xml:space="preserve"> </w:t>
      </w:r>
      <w:r>
        <w:rPr>
          <w:b/>
          <w:sz w:val="28"/>
          <w:lang w:val="zxx"/>
        </w:rPr>
        <w:t>ouLinkLost</w:t>
      </w:r>
      <w:r>
        <w:rPr>
          <w:b/>
          <w:sz w:val="28"/>
        </w:rPr>
        <w:t xml:space="preserve"> / </w:t>
      </w:r>
      <w:r>
        <w:rPr>
          <w:b/>
          <w:sz w:val="28"/>
          <w:lang w:val="zxx"/>
        </w:rPr>
        <w:t>outputMismatch</w:t>
      </w:r>
      <w:r>
        <w:rPr>
          <w:b/>
          <w:sz w:val="28"/>
        </w:rPr>
        <w:t xml:space="preserve"> / </w:t>
      </w:r>
      <w:r>
        <w:rPr>
          <w:b/>
          <w:sz w:val="28"/>
          <w:lang w:val="zxx"/>
        </w:rPr>
        <w:t>sourceLost</w:t>
      </w:r>
    </w:p>
    <w:p>
      <w:pPr>
        <w:pStyle w:val="Normal"/>
        <w:jc w:val="both"/>
        <w:rPr/>
      </w:pPr>
      <w:r>
        <w:rPr>
          <w:b w:val="false"/>
          <w:sz w:val="28"/>
        </w:rPr>
        <w:t>Потеря интерфейса ОУ / несоответствие наблюдаемого выхода заданию / потеря источника звука.</w:t>
      </w:r>
    </w:p>
    <w:p>
      <w:pPr>
        <w:pStyle w:val="Normal"/>
        <w:keepNext w:val="true"/>
        <w:jc w:val="start"/>
        <w:rPr/>
      </w:pPr>
      <w:r>
        <w:rPr>
          <w:b/>
          <w:sz w:val="28"/>
          <w:lang w:val="zxx"/>
        </w:rPr>
        <w:t>13.33</w:t>
      </w:r>
      <w:r>
        <w:rPr>
          <w:b/>
          <w:sz w:val="28"/>
        </w:rPr>
        <w:t xml:space="preserve"> </w:t>
      </w:r>
      <w:r>
        <w:rPr>
          <w:b/>
          <w:sz w:val="28"/>
          <w:lang w:val="zxx"/>
        </w:rPr>
        <w:t>overTemperature</w:t>
      </w:r>
      <w:r>
        <w:rPr>
          <w:b/>
          <w:sz w:val="28"/>
        </w:rPr>
        <w:t xml:space="preserve"> / </w:t>
      </w:r>
      <w:r>
        <w:rPr>
          <w:b/>
          <w:sz w:val="28"/>
          <w:lang w:val="zxx"/>
        </w:rPr>
        <w:t>hardwareProtection</w:t>
      </w:r>
    </w:p>
    <w:p>
      <w:pPr>
        <w:pStyle w:val="Normal"/>
        <w:jc w:val="both"/>
        <w:rPr/>
      </w:pPr>
      <w:r>
        <w:rPr>
          <w:b w:val="false"/>
          <w:sz w:val="28"/>
        </w:rPr>
        <w:t xml:space="preserve">Перегрев / срабатывание защиты. Сам факт защиты не подтверждает </w:t>
      </w:r>
      <w:r>
        <w:rPr>
          <w:b w:val="false"/>
          <w:sz w:val="28"/>
          <w:lang w:val="zxx"/>
        </w:rPr>
        <w:t>off</w:t>
      </w:r>
      <w:r>
        <w:rPr>
          <w:b w:val="false"/>
          <w:sz w:val="28"/>
        </w:rPr>
        <w:t xml:space="preserve"> без установленного критерия.</w:t>
      </w:r>
    </w:p>
    <w:p>
      <w:pPr>
        <w:pStyle w:val="Normal"/>
        <w:keepNext w:val="true"/>
        <w:jc w:val="start"/>
        <w:rPr/>
      </w:pPr>
      <w:r>
        <w:rPr>
          <w:b/>
          <w:sz w:val="28"/>
          <w:lang w:val="zxx"/>
        </w:rPr>
        <w:t>13.34</w:t>
      </w:r>
      <w:r>
        <w:rPr>
          <w:b/>
          <w:sz w:val="28"/>
        </w:rPr>
        <w:t xml:space="preserve"> </w:t>
      </w:r>
      <w:r>
        <w:rPr>
          <w:b/>
          <w:sz w:val="28"/>
          <w:lang w:val="zxx"/>
        </w:rPr>
        <w:t>storageFault</w:t>
      </w:r>
      <w:r>
        <w:rPr>
          <w:b/>
          <w:sz w:val="28"/>
        </w:rPr>
        <w:t xml:space="preserve"> / </w:t>
      </w:r>
      <w:r>
        <w:rPr>
          <w:b/>
          <w:sz w:val="28"/>
          <w:lang w:val="zxx"/>
        </w:rPr>
        <w:t>mediaIncomplete</w:t>
      </w:r>
      <w:r>
        <w:rPr>
          <w:b/>
          <w:sz w:val="28"/>
        </w:rPr>
        <w:t xml:space="preserve"> / </w:t>
      </w:r>
      <w:r>
        <w:rPr>
          <w:b/>
          <w:sz w:val="28"/>
          <w:lang w:val="zxx"/>
        </w:rPr>
        <w:t>driverFault</w:t>
      </w:r>
    </w:p>
    <w:p>
      <w:pPr>
        <w:pStyle w:val="Normal"/>
        <w:jc w:val="both"/>
        <w:rPr/>
      </w:pPr>
      <w:r>
        <w:rPr>
          <w:b w:val="false"/>
          <w:sz w:val="28"/>
        </w:rPr>
        <w:t xml:space="preserve">Отказ хранения / нарушение условий конечной границы или доставки пригодного звука / отказ исполнительного драйвера. Отдельная потеря </w:t>
      </w:r>
      <w:r>
        <w:rPr>
          <w:b w:val="false"/>
          <w:sz w:val="28"/>
          <w:lang w:val="zxx"/>
        </w:rPr>
        <w:t>UDP</w:t>
      </w:r>
      <w:r>
        <w:rPr>
          <w:b w:val="false"/>
          <w:sz w:val="28"/>
        </w:rPr>
        <w:t xml:space="preserve"> с маскированием учитывается как </w:t>
      </w:r>
      <w:r>
        <w:rPr>
          <w:b w:val="false"/>
          <w:sz w:val="28"/>
          <w:lang w:val="zxx"/>
        </w:rPr>
        <w:t>mediaPacketLoss.</w:t>
      </w:r>
    </w:p>
    <w:p>
      <w:pPr>
        <w:pStyle w:val="Normal"/>
        <w:keepNext w:val="true"/>
        <w:jc w:val="start"/>
        <w:rPr/>
      </w:pPr>
      <w:r>
        <w:rPr>
          <w:b/>
          <w:sz w:val="28"/>
          <w:lang w:val="zxx"/>
        </w:rPr>
        <w:t>13.35</w:t>
      </w:r>
      <w:r>
        <w:rPr>
          <w:b/>
          <w:sz w:val="28"/>
        </w:rPr>
        <w:t xml:space="preserve"> </w:t>
      </w:r>
      <w:r>
        <w:rPr>
          <w:b/>
          <w:sz w:val="28"/>
          <w:lang w:val="zxx"/>
        </w:rPr>
        <w:t>mediaClockFault</w:t>
      </w:r>
    </w:p>
    <w:p>
      <w:pPr>
        <w:pStyle w:val="Normal"/>
        <w:jc w:val="both"/>
        <w:rPr/>
      </w:pPr>
      <w:r>
        <w:rPr>
          <w:b w:val="false"/>
          <w:sz w:val="28"/>
        </w:rPr>
        <w:t xml:space="preserve">Недопустимая связь времени и отсчетов, потеря действующей оценки часов, превышение установленной емкости или установленный отказ тактирования. Код сам по себе не доказывает потерю </w:t>
      </w:r>
      <w:r>
        <w:rPr>
          <w:b w:val="false"/>
          <w:sz w:val="28"/>
          <w:lang w:val="zxx"/>
        </w:rPr>
        <w:t>UDP.</w:t>
      </w:r>
      <w:r>
        <w:rPr>
          <w:b w:val="false"/>
          <w:sz w:val="28"/>
        </w:rPr>
        <w:t xml:space="preserve"> Смещение уровня очереди и временный </w:t>
      </w:r>
      <w:r>
        <w:rPr>
          <w:b w:val="false"/>
          <w:sz w:val="28"/>
          <w:lang w:val="zxx"/>
        </w:rPr>
        <w:t>underrun</w:t>
      </w:r>
      <w:r>
        <w:rPr>
          <w:b w:val="false"/>
          <w:sz w:val="28"/>
        </w:rPr>
        <w:t xml:space="preserve"> не запускают таймер этого отказа.</w:t>
      </w:r>
    </w:p>
    <w:p>
      <w:pPr>
        <w:pStyle w:val="Normal"/>
        <w:keepNext w:val="true"/>
        <w:jc w:val="start"/>
        <w:rPr/>
      </w:pPr>
      <w:r>
        <w:rPr>
          <w:b/>
          <w:sz w:val="28"/>
          <w:lang w:val="zxx"/>
        </w:rPr>
        <w:t>13.36</w:t>
      </w:r>
      <w:r>
        <w:rPr>
          <w:b/>
          <w:sz w:val="28"/>
        </w:rPr>
        <w:t xml:space="preserve"> </w:t>
      </w:r>
      <w:r>
        <w:rPr>
          <w:b/>
          <w:sz w:val="28"/>
          <w:lang w:val="zxx"/>
        </w:rPr>
        <w:t>mediaPacketLoss</w:t>
      </w:r>
    </w:p>
    <w:p>
      <w:pPr>
        <w:pStyle w:val="Normal"/>
        <w:jc w:val="start"/>
        <w:rPr/>
      </w:pPr>
      <w:r>
        <w:rPr>
          <w:b w:val="false"/>
          <w:sz w:val="28"/>
        </w:rPr>
        <w:t xml:space="preserve">Утрата позиций </w:t>
      </w:r>
      <w:r>
        <w:rPr>
          <w:b w:val="false"/>
          <w:sz w:val="28"/>
          <w:lang w:val="zxx"/>
        </w:rPr>
        <w:t>UDP-</w:t>
      </w:r>
      <w:r>
        <w:rPr>
          <w:b w:val="false"/>
          <w:sz w:val="28"/>
        </w:rPr>
        <w:t xml:space="preserve">звука, замененных тишиной. </w:t>
      </w:r>
      <w:r>
        <w:rPr>
          <w:b w:val="false"/>
          <w:sz w:val="28"/>
          <w:lang w:val="zxx"/>
        </w:rPr>
        <w:t>effect=degraded</w:t>
      </w:r>
      <w:r>
        <w:rPr>
          <w:b w:val="false"/>
          <w:sz w:val="28"/>
        </w:rPr>
        <w:t xml:space="preserve">, </w:t>
      </w:r>
      <w:r>
        <w:rPr>
          <w:b w:val="false"/>
          <w:sz w:val="28"/>
          <w:lang w:val="zxx"/>
        </w:rPr>
        <w:t>severity=warning.</w:t>
      </w:r>
      <w:r>
        <w:rPr>
          <w:b w:val="false"/>
          <w:sz w:val="28"/>
        </w:rPr>
        <w:t xml:space="preserve"> Поток продолжается; предупреждение и счетчики сохраняются в результате, включая </w:t>
      </w:r>
      <w:r>
        <w:rPr>
          <w:b w:val="false"/>
          <w:sz w:val="28"/>
          <w:lang w:val="zxx"/>
        </w:rPr>
        <w:t>succeeded/</w:t>
      </w:r>
      <w:r>
        <w:rPr>
          <w:b w:val="false"/>
          <w:sz w:val="28"/>
        </w:rPr>
        <w:t>​</w:t>
      </w:r>
      <w:r>
        <w:rPr>
          <w:b w:val="false"/>
          <w:sz w:val="28"/>
          <w:lang w:val="zxx"/>
        </w:rPr>
        <w:t>completed.</w:t>
      </w:r>
    </w:p>
    <w:p>
      <w:pPr>
        <w:pStyle w:val="Normal"/>
        <w:keepNext w:val="true"/>
        <w:jc w:val="start"/>
        <w:rPr/>
      </w:pPr>
      <w:r>
        <w:rPr>
          <w:b/>
          <w:sz w:val="28"/>
          <w:lang w:val="zxx"/>
        </w:rPr>
        <w:t>13.37</w:t>
      </w:r>
      <w:r>
        <w:rPr>
          <w:b/>
          <w:sz w:val="28"/>
        </w:rPr>
        <w:t xml:space="preserve"> </w:t>
      </w:r>
      <w:r>
        <w:rPr>
          <w:b/>
          <w:sz w:val="28"/>
          <w:lang w:val="zxx"/>
        </w:rPr>
        <w:t>vendorFault</w:t>
      </w:r>
    </w:p>
    <w:p>
      <w:pPr>
        <w:pStyle w:val="Normal"/>
        <w:jc w:val="both"/>
        <w:rPr/>
      </w:pPr>
      <w:r>
        <w:rPr>
          <w:b w:val="false"/>
          <w:sz w:val="28"/>
        </w:rPr>
        <w:t xml:space="preserve">Условие изготовителя; </w:t>
      </w:r>
      <w:r>
        <w:rPr>
          <w:b w:val="false"/>
          <w:sz w:val="28"/>
          <w:lang w:val="zxx"/>
        </w:rPr>
        <w:t>conditionId</w:t>
      </w:r>
      <w:r>
        <w:rPr>
          <w:b w:val="false"/>
          <w:sz w:val="28"/>
        </w:rPr>
        <w:t xml:space="preserve"> указывает опубликованное описание. Новые произвольные значения закрытого </w:t>
      </w:r>
      <w:r>
        <w:rPr>
          <w:b w:val="false"/>
          <w:sz w:val="28"/>
          <w:lang w:val="zxx"/>
        </w:rPr>
        <w:t>code</w:t>
      </w:r>
      <w:r>
        <w:rPr>
          <w:b w:val="false"/>
          <w:sz w:val="28"/>
        </w:rPr>
        <w:t xml:space="preserve"> запрещены.</w:t>
      </w:r>
    </w:p>
    <w:p>
      <w:pPr>
        <w:pStyle w:val="Normal"/>
        <w:jc w:val="start"/>
        <w:rPr/>
      </w:pPr>
      <w:r>
        <w:rPr>
          <w:b w:val="false"/>
          <w:sz w:val="28"/>
          <w:lang w:val="zxx"/>
        </w:rPr>
        <w:t>13.38</w:t>
      </w:r>
      <w:r>
        <w:rPr>
          <w:b w:val="false"/>
          <w:sz w:val="28"/>
        </w:rPr>
        <w:t xml:space="preserve"> </w:t>
      </w:r>
      <w:r>
        <w:rPr>
          <w:b w:val="false"/>
          <w:sz w:val="28"/>
          <w:lang w:val="zxx"/>
        </w:rPr>
        <w:t>inventory.get</w:t>
      </w:r>
      <w:r>
        <w:rPr>
          <w:b w:val="false"/>
          <w:sz w:val="28"/>
        </w:rPr>
        <w:t xml:space="preserve"> передает </w:t>
      </w:r>
      <w:r>
        <w:rPr>
          <w:b w:val="false"/>
          <w:sz w:val="28"/>
          <w:lang w:val="zxx"/>
        </w:rPr>
        <w:t>condition</w:t>
      </w:r>
      <w:r>
        <w:rPr>
          <w:b w:val="false"/>
          <w:sz w:val="28"/>
        </w:rPr>
        <w:t xml:space="preserve"> </w:t>
      </w:r>
      <w:r>
        <w:rPr>
          <w:b w:val="false"/>
          <w:sz w:val="28"/>
          <w:lang w:val="zxx"/>
        </w:rPr>
        <w:t>id/</w:t>
      </w:r>
      <w:r>
        <w:rPr>
          <w:b w:val="false"/>
          <w:sz w:val="28"/>
        </w:rPr>
        <w:t>​</w:t>
      </w:r>
      <w:r>
        <w:rPr>
          <w:b w:val="false"/>
          <w:sz w:val="28"/>
          <w:lang w:val="zxx"/>
        </w:rPr>
        <w:t>pointId/</w:t>
      </w:r>
      <w:r>
        <w:rPr>
          <w:b w:val="false"/>
          <w:sz w:val="28"/>
        </w:rPr>
        <w:t>​</w:t>
      </w:r>
      <w:r>
        <w:rPr>
          <w:b w:val="false"/>
          <w:sz w:val="28"/>
          <w:lang w:val="zxx"/>
        </w:rPr>
        <w:t>resourceId/</w:t>
      </w:r>
      <w:r>
        <w:rPr>
          <w:b w:val="false"/>
          <w:sz w:val="28"/>
        </w:rPr>
        <w:t>​</w:t>
      </w:r>
      <w:r>
        <w:rPr>
          <w:b w:val="false"/>
          <w:sz w:val="28"/>
          <w:lang w:val="zxx"/>
        </w:rPr>
        <w:t>mode/</w:t>
      </w:r>
      <w:r>
        <w:rPr>
          <w:b w:val="false"/>
          <w:sz w:val="28"/>
        </w:rPr>
        <w:t>​</w:t>
      </w:r>
      <w:r>
        <w:rPr>
          <w:b w:val="false"/>
          <w:sz w:val="28"/>
          <w:lang w:val="zxx"/>
        </w:rPr>
        <w:t>code/</w:t>
      </w:r>
      <w:r>
        <w:rPr>
          <w:b w:val="false"/>
          <w:sz w:val="28"/>
        </w:rPr>
        <w:t>​</w:t>
      </w:r>
      <w:r>
        <w:rPr>
          <w:b w:val="false"/>
          <w:sz w:val="28"/>
          <w:lang w:val="zxx"/>
        </w:rPr>
        <w:t>severity/</w:t>
      </w:r>
      <w:r>
        <w:rPr>
          <w:b w:val="false"/>
          <w:sz w:val="28"/>
        </w:rPr>
        <w:t>​</w:t>
      </w:r>
      <w:r>
        <w:rPr>
          <w:b w:val="false"/>
          <w:sz w:val="28"/>
          <w:lang w:val="zxx"/>
        </w:rPr>
        <w:t>effect</w:t>
      </w:r>
      <w:r>
        <w:rPr>
          <w:b w:val="false"/>
          <w:sz w:val="28"/>
        </w:rPr>
        <w:t xml:space="preserve"> для каждого объявленного аварийного условия; </w:t>
      </w:r>
      <w:r>
        <w:rPr>
          <w:b w:val="false"/>
          <w:sz w:val="28"/>
          <w:lang w:val="zxx"/>
        </w:rPr>
        <w:t>mode</w:t>
      </w:r>
      <w:r>
        <w:rPr>
          <w:b w:val="false"/>
          <w:sz w:val="28"/>
        </w:rPr>
        <w:t xml:space="preserve"> — конкретный режим либо </w:t>
      </w:r>
      <w:r>
        <w:rPr>
          <w:b w:val="false"/>
          <w:sz w:val="28"/>
          <w:lang w:val="zxx"/>
        </w:rPr>
        <w:t>all.</w:t>
      </w:r>
      <w:r>
        <w:rPr>
          <w:b w:val="false"/>
          <w:sz w:val="28"/>
        </w:rPr>
        <w:t xml:space="preserve"> </w:t>
      </w:r>
      <w:r>
        <w:rPr>
          <w:b w:val="false"/>
          <w:sz w:val="28"/>
          <w:lang w:val="zxx"/>
        </w:rPr>
        <w:t>conditionId</w:t>
      </w:r>
      <w:r>
        <w:rPr>
          <w:b w:val="false"/>
          <w:sz w:val="28"/>
        </w:rPr>
        <w:t xml:space="preserve"> эпизода </w:t>
      </w:r>
      <w:r>
        <w:rPr>
          <w:b w:val="false"/>
          <w:sz w:val="28"/>
          <w:lang w:val="zxx"/>
        </w:rPr>
        <w:t>alarm</w:t>
      </w:r>
      <w:r>
        <w:rPr>
          <w:b w:val="false"/>
          <w:sz w:val="28"/>
        </w:rPr>
        <w:t xml:space="preserve"> ссылается на эту запись. </w:t>
      </w:r>
      <w:r>
        <w:rPr>
          <w:b w:val="false"/>
          <w:sz w:val="28"/>
          <w:lang w:val="zxx"/>
        </w:rPr>
        <w:t>severity=info|</w:t>
      </w:r>
      <w:r>
        <w:rPr>
          <w:b w:val="false"/>
          <w:sz w:val="28"/>
        </w:rPr>
        <w:t>​</w:t>
      </w:r>
      <w:r>
        <w:rPr>
          <w:b w:val="false"/>
          <w:sz w:val="28"/>
          <w:lang w:val="zxx"/>
        </w:rPr>
        <w:t>warning|</w:t>
      </w:r>
      <w:r>
        <w:rPr>
          <w:b w:val="false"/>
          <w:sz w:val="28"/>
        </w:rPr>
        <w:t>​</w:t>
      </w:r>
      <w:r>
        <w:rPr>
          <w:b w:val="false"/>
          <w:sz w:val="28"/>
          <w:lang w:val="zxx"/>
        </w:rPr>
        <w:t>critical</w:t>
      </w:r>
      <w:r>
        <w:rPr>
          <w:b w:val="false"/>
          <w:sz w:val="28"/>
        </w:rPr>
        <w:t xml:space="preserve"> задает важность, </w:t>
      </w:r>
      <w:r>
        <w:rPr>
          <w:b w:val="false"/>
          <w:sz w:val="28"/>
          <w:lang w:val="zxx"/>
        </w:rPr>
        <w:t>effect=none|</w:t>
      </w:r>
      <w:r>
        <w:rPr>
          <w:b w:val="false"/>
          <w:sz w:val="28"/>
        </w:rPr>
        <w:t>​</w:t>
      </w:r>
      <w:r>
        <w:rPr>
          <w:b w:val="false"/>
          <w:sz w:val="28"/>
          <w:lang w:val="zxx"/>
        </w:rPr>
        <w:t>degraded|</w:t>
      </w:r>
      <w:r>
        <w:rPr>
          <w:b w:val="false"/>
          <w:sz w:val="28"/>
        </w:rPr>
        <w:t>​</w:t>
      </w:r>
      <w:r>
        <w:rPr>
          <w:b w:val="false"/>
          <w:sz w:val="28"/>
          <w:lang w:val="zxx"/>
        </w:rPr>
        <w:t>failed|</w:t>
      </w:r>
      <w:r>
        <w:rPr>
          <w:b w:val="false"/>
          <w:sz w:val="28"/>
        </w:rPr>
        <w:t>​</w:t>
      </w:r>
      <w:r>
        <w:rPr>
          <w:b w:val="false"/>
          <w:sz w:val="28"/>
          <w:lang w:val="zxx"/>
        </w:rPr>
        <w:t>unknown</w:t>
      </w:r>
      <w:r>
        <w:rPr>
          <w:b w:val="false"/>
          <w:sz w:val="28"/>
        </w:rPr>
        <w:t xml:space="preserve"> — влияние на выполнение выбранного режима. Это разные оси: авария незадействованной линии не превращается автоматически в отказ другого ресурса. Аппаратный профиль определяет обязательные условия, источник, правила возникновения/снятия и зависимости ресурсов; состав и смысл меняют </w:t>
      </w:r>
      <w:r>
        <w:rPr>
          <w:b w:val="false"/>
          <w:sz w:val="28"/>
          <w:lang w:val="zxx"/>
        </w:rPr>
        <w:t>capabilityRevision.</w:t>
      </w:r>
      <w:r>
        <w:rPr>
          <w:b w:val="false"/>
          <w:sz w:val="28"/>
        </w:rPr>
        <w:t xml:space="preserve"> Неизвестное качество условия не означает его снятия.</w:t>
      </w:r>
    </w:p>
    <w:p>
      <w:pPr>
        <w:pStyle w:val="Normal"/>
        <w:jc w:val="start"/>
        <w:rPr/>
      </w:pPr>
      <w:r>
        <w:rPr>
          <w:b w:val="false"/>
          <w:sz w:val="28"/>
          <w:lang w:val="zxx"/>
        </w:rPr>
        <w:t>13.39</w:t>
      </w:r>
      <w:r>
        <w:rPr>
          <w:b w:val="false"/>
          <w:sz w:val="28"/>
        </w:rPr>
        <w:t xml:space="preserve"> Состояния </w:t>
      </w:r>
      <w:r>
        <w:rPr>
          <w:b w:val="false"/>
          <w:sz w:val="28"/>
          <w:lang w:val="zxx"/>
        </w:rPr>
        <w:t>active/</w:t>
      </w:r>
      <w:r>
        <w:rPr>
          <w:b w:val="false"/>
          <w:sz w:val="28"/>
        </w:rPr>
        <w:t>​</w:t>
      </w:r>
      <w:r>
        <w:rPr>
          <w:b w:val="false"/>
          <w:sz w:val="28"/>
          <w:lang w:val="zxx"/>
        </w:rPr>
        <w:t>cleared/</w:t>
      </w:r>
      <w:r>
        <w:rPr>
          <w:b w:val="false"/>
          <w:sz w:val="28"/>
        </w:rPr>
        <w:t>​</w:t>
      </w:r>
      <w:r>
        <w:rPr>
          <w:b w:val="false"/>
          <w:sz w:val="28"/>
          <w:lang w:val="zxx"/>
        </w:rPr>
        <w:t>unknown</w:t>
      </w:r>
      <w:r>
        <w:rPr>
          <w:b w:val="false"/>
          <w:sz w:val="28"/>
        </w:rPr>
        <w:t xml:space="preserve">, </w:t>
      </w:r>
      <w:r>
        <w:rPr>
          <w:b w:val="false"/>
          <w:sz w:val="28"/>
          <w:lang w:val="zxx"/>
        </w:rPr>
        <w:t>alarmId</w:t>
      </w:r>
      <w:r>
        <w:rPr>
          <w:b w:val="false"/>
          <w:sz w:val="28"/>
        </w:rPr>
        <w:t xml:space="preserve">, времена и правила восстановления эпизода сохраняются. Новый </w:t>
      </w:r>
      <w:r>
        <w:rPr>
          <w:b w:val="false"/>
          <w:sz w:val="28"/>
          <w:lang w:val="zxx"/>
        </w:rPr>
        <w:t>fault</w:t>
      </w:r>
      <w:r>
        <w:rPr>
          <w:b w:val="false"/>
          <w:sz w:val="28"/>
        </w:rPr>
        <w:t xml:space="preserve"> фиксируется при возникновении влияющего условия, а также для уже действующего условия при </w:t>
      </w:r>
      <w:r>
        <w:rPr>
          <w:b w:val="false"/>
          <w:sz w:val="28"/>
          <w:lang w:val="zxx"/>
        </w:rPr>
        <w:t>accepted.</w:t>
      </w:r>
      <w:r>
        <w:rPr>
          <w:b w:val="false"/>
          <w:sz w:val="28"/>
        </w:rPr>
        <w:t xml:space="preserve"> </w:t>
      </w:r>
      <w:r>
        <w:rPr>
          <w:b w:val="false"/>
          <w:sz w:val="28"/>
          <w:lang w:val="zxx"/>
        </w:rPr>
        <w:t>fault.effect=failed</w:t>
      </w:r>
      <w:r>
        <w:rPr>
          <w:b w:val="false"/>
          <w:sz w:val="28"/>
        </w:rPr>
        <w:t xml:space="preserve"> инициирует остановку; </w:t>
      </w:r>
      <w:r>
        <w:rPr>
          <w:b w:val="false"/>
          <w:sz w:val="28"/>
          <w:lang w:val="zxx"/>
        </w:rPr>
        <w:t>unknown</w:t>
      </w:r>
      <w:r>
        <w:rPr>
          <w:b w:val="false"/>
          <w:sz w:val="28"/>
        </w:rPr>
        <w:t xml:space="preserve"> означает потерю обязательного доказательства и также инициирует остановку. </w:t>
      </w:r>
      <w:r>
        <w:rPr>
          <w:b w:val="false"/>
          <w:sz w:val="28"/>
          <w:lang w:val="zxx"/>
        </w:rPr>
        <w:t>degraded</w:t>
      </w:r>
      <w:r>
        <w:rPr>
          <w:b w:val="false"/>
          <w:sz w:val="28"/>
        </w:rPr>
        <w:t xml:space="preserve"> допускает продолжение только по явно объявленному профилю. </w:t>
      </w:r>
      <w:r>
        <w:rPr>
          <w:b w:val="false"/>
          <w:sz w:val="28"/>
          <w:lang w:val="zxx"/>
        </w:rPr>
        <w:t>fault.alarmId</w:t>
      </w:r>
      <w:r>
        <w:rPr>
          <w:b w:val="false"/>
          <w:sz w:val="28"/>
        </w:rPr>
        <w:t xml:space="preserve"> связывает нарушение с точным эпизодом оборудования. Снятие обновляет </w:t>
      </w:r>
      <w:r>
        <w:rPr>
          <w:b w:val="false"/>
          <w:sz w:val="28"/>
          <w:lang w:val="zxx"/>
        </w:rPr>
        <w:t>clearedAtMs</w:t>
      </w:r>
      <w:r>
        <w:rPr>
          <w:b w:val="false"/>
          <w:sz w:val="28"/>
        </w:rPr>
        <w:t xml:space="preserve">, но не удаляет исторический </w:t>
      </w:r>
      <w:r>
        <w:rPr>
          <w:b w:val="false"/>
          <w:sz w:val="28"/>
          <w:lang w:val="zxx"/>
        </w:rPr>
        <w:t>fault</w:t>
      </w:r>
      <w:r>
        <w:rPr>
          <w:b w:val="false"/>
          <w:sz w:val="28"/>
        </w:rPr>
        <w:t xml:space="preserve"> и не превращает </w:t>
      </w:r>
      <w:r>
        <w:rPr>
          <w:b w:val="false"/>
          <w:sz w:val="28"/>
          <w:lang w:val="zxx"/>
        </w:rPr>
        <w:t>failed</w:t>
      </w:r>
      <w:r>
        <w:rPr>
          <w:b w:val="false"/>
          <w:sz w:val="28"/>
        </w:rPr>
        <w:t xml:space="preserve"> в </w:t>
      </w:r>
      <w:r>
        <w:rPr>
          <w:b w:val="false"/>
          <w:sz w:val="28"/>
          <w:lang w:val="zxx"/>
        </w:rPr>
        <w:t>succeeded.</w:t>
      </w:r>
      <w:r>
        <w:rPr>
          <w:b w:val="false"/>
          <w:sz w:val="28"/>
        </w:rPr>
        <w:t xml:space="preserve"> Переход из </w:t>
      </w:r>
      <w:r>
        <w:rPr>
          <w:b w:val="false"/>
          <w:sz w:val="28"/>
          <w:lang w:val="zxx"/>
        </w:rPr>
        <w:t>degraded</w:t>
      </w:r>
      <w:r>
        <w:rPr>
          <w:b w:val="false"/>
          <w:sz w:val="28"/>
        </w:rPr>
        <w:t xml:space="preserve"> в </w:t>
      </w:r>
      <w:r>
        <w:rPr>
          <w:b w:val="false"/>
          <w:sz w:val="28"/>
          <w:lang w:val="zxx"/>
        </w:rPr>
        <w:t>failed</w:t>
      </w:r>
      <w:r>
        <w:rPr>
          <w:b w:val="false"/>
          <w:sz w:val="28"/>
        </w:rPr>
        <w:t xml:space="preserve"> сохраняется новой записью. Поздний </w:t>
      </w:r>
      <w:r>
        <w:rPr>
          <w:b w:val="false"/>
          <w:sz w:val="28"/>
          <w:lang w:val="zxx"/>
        </w:rPr>
        <w:t>session.stop</w:t>
      </w:r>
      <w:r>
        <w:rPr>
          <w:b w:val="false"/>
          <w:sz w:val="28"/>
        </w:rPr>
        <w:t xml:space="preserve"> не очищает отказ.</w:t>
      </w:r>
    </w:p>
    <w:p>
      <w:pPr>
        <w:pStyle w:val="Normal"/>
        <w:jc w:val="start"/>
        <w:rPr/>
      </w:pPr>
      <w:r>
        <w:rPr>
          <w:b w:val="false"/>
          <w:sz w:val="28"/>
          <w:lang w:val="zxx"/>
        </w:rPr>
        <w:t>13.40</w:t>
      </w:r>
      <w:r>
        <w:rPr>
          <w:b w:val="false"/>
          <w:sz w:val="28"/>
        </w:rPr>
        <w:t xml:space="preserve"> </w:t>
      </w:r>
      <w:r>
        <w:rPr>
          <w:b w:val="false"/>
          <w:sz w:val="28"/>
          <w:lang w:val="zxx"/>
        </w:rPr>
        <w:t>session.fault</w:t>
      </w:r>
      <w:r>
        <w:rPr>
          <w:b w:val="false"/>
          <w:sz w:val="28"/>
        </w:rPr>
        <w:t xml:space="preserve"> передает один </w:t>
      </w:r>
      <w:r>
        <w:rPr>
          <w:b w:val="false"/>
          <w:sz w:val="28"/>
          <w:lang w:val="zxx"/>
        </w:rPr>
        <w:t>fault</w:t>
      </w:r>
      <w:r>
        <w:rPr>
          <w:b w:val="false"/>
          <w:sz w:val="28"/>
        </w:rPr>
        <w:t xml:space="preserve"> с </w:t>
      </w:r>
      <w:r>
        <w:rPr>
          <w:b w:val="false"/>
          <w:sz w:val="28"/>
          <w:lang w:val="zxx"/>
        </w:rPr>
        <w:t>sessionId</w:t>
      </w:r>
      <w:r>
        <w:rPr>
          <w:b w:val="false"/>
          <w:sz w:val="28"/>
        </w:rPr>
        <w:t xml:space="preserve">; </w:t>
      </w:r>
      <w:r>
        <w:rPr>
          <w:b w:val="false"/>
          <w:sz w:val="28"/>
          <w:lang w:val="zxx"/>
        </w:rPr>
        <w:t>alarm.raised/</w:t>
      </w:r>
      <w:r>
        <w:rPr>
          <w:b w:val="false"/>
          <w:sz w:val="28"/>
        </w:rPr>
        <w:t>​</w:t>
      </w:r>
      <w:r>
        <w:rPr>
          <w:b w:val="false"/>
          <w:sz w:val="28"/>
          <w:lang w:val="zxx"/>
        </w:rPr>
        <w:t>cleared/</w:t>
      </w:r>
      <w:r>
        <w:rPr>
          <w:b w:val="false"/>
          <w:sz w:val="28"/>
        </w:rPr>
        <w:t>​</w:t>
      </w:r>
      <w:r>
        <w:rPr>
          <w:b w:val="false"/>
          <w:sz w:val="28"/>
          <w:lang w:val="zxx"/>
        </w:rPr>
        <w:t>qualityChanged</w:t>
      </w:r>
      <w:r>
        <w:rPr>
          <w:b w:val="false"/>
          <w:sz w:val="28"/>
        </w:rPr>
        <w:t xml:space="preserve"> по-прежнему передают ровно один </w:t>
      </w:r>
      <w:r>
        <w:rPr>
          <w:b w:val="false"/>
          <w:sz w:val="28"/>
          <w:lang w:val="zxx"/>
        </w:rPr>
        <w:t>alarm.</w:t>
      </w:r>
      <w:r>
        <w:rPr>
          <w:b w:val="false"/>
          <w:sz w:val="28"/>
        </w:rPr>
        <w:t xml:space="preserve"> События исполнения и </w:t>
      </w:r>
      <w:r>
        <w:rPr>
          <w:b w:val="false"/>
          <w:sz w:val="28"/>
          <w:lang w:val="zxx"/>
        </w:rPr>
        <w:t>fault</w:t>
      </w:r>
      <w:r>
        <w:rPr>
          <w:b w:val="false"/>
          <w:sz w:val="28"/>
        </w:rPr>
        <w:t xml:space="preserve"> публикуются атомарно с </w:t>
      </w:r>
      <w:r>
        <w:rPr>
          <w:b w:val="false"/>
          <w:sz w:val="28"/>
          <w:lang w:val="zxx"/>
        </w:rPr>
        <w:t>stateRevision</w:t>
      </w:r>
      <w:r>
        <w:rPr>
          <w:b w:val="false"/>
          <w:sz w:val="28"/>
        </w:rPr>
        <w:t xml:space="preserve"> соответствующего изменения. Переполнение кольца дает </w:t>
      </w:r>
      <w:r>
        <w:rPr>
          <w:b w:val="false"/>
          <w:sz w:val="28"/>
          <w:lang w:val="zxx"/>
        </w:rPr>
        <w:t>gap</w:t>
      </w:r>
      <w:r>
        <w:rPr>
          <w:b w:val="false"/>
          <w:sz w:val="28"/>
        </w:rPr>
        <w:t xml:space="preserve">; текущие аварии восстанавливаются через </w:t>
      </w:r>
      <w:r>
        <w:rPr>
          <w:b w:val="false"/>
          <w:sz w:val="28"/>
          <w:lang w:val="zxx"/>
        </w:rPr>
        <w:t>device.state</w:t>
      </w:r>
      <w:r>
        <w:rPr>
          <w:b w:val="false"/>
          <w:sz w:val="28"/>
        </w:rPr>
        <w:t xml:space="preserve">, исторические нарушения принятого сеанса — через </w:t>
      </w:r>
      <w:r>
        <w:rPr>
          <w:b w:val="false"/>
          <w:sz w:val="28"/>
          <w:lang w:val="zxx"/>
        </w:rPr>
        <w:t>session.get.</w:t>
      </w:r>
      <w:r>
        <w:rPr>
          <w:b w:val="false"/>
          <w:sz w:val="28"/>
        </w:rPr>
        <w:t xml:space="preserve"> УУ резервирует емкость обязательного результата до </w:t>
      </w:r>
      <w:r>
        <w:rPr>
          <w:b w:val="false"/>
          <w:sz w:val="28"/>
          <w:lang w:val="zxx"/>
        </w:rPr>
        <w:t>accepted</w:t>
      </w:r>
      <w:r>
        <w:rPr>
          <w:b w:val="false"/>
          <w:sz w:val="28"/>
        </w:rPr>
        <w:t xml:space="preserve">; потеря обязательной истории дает </w:t>
      </w:r>
      <w:r>
        <w:rPr>
          <w:b w:val="false"/>
          <w:sz w:val="28"/>
          <w:lang w:val="zxx"/>
        </w:rPr>
        <w:t>storageFault</w:t>
      </w:r>
      <w:r>
        <w:rPr>
          <w:b w:val="false"/>
          <w:sz w:val="28"/>
        </w:rPr>
        <w:t>, а не пустой успешный результат.</w:t>
      </w:r>
    </w:p>
    <w:p>
      <w:pPr>
        <w:pStyle w:val="Normal"/>
        <w:jc w:val="start"/>
        <w:rPr/>
      </w:pPr>
      <w:r>
        <w:rPr>
          <w:b w:val="false"/>
          <w:sz w:val="28"/>
          <w:lang w:val="zxx"/>
        </w:rPr>
        <w:t>13.41</w:t>
      </w:r>
      <w:r>
        <w:rPr>
          <w:b w:val="false"/>
          <w:sz w:val="28"/>
        </w:rPr>
        <w:t xml:space="preserve"> Паспорт развертывания использует зарегистрированный параметр </w:t>
      </w:r>
      <w:r>
        <w:rPr>
          <w:b w:val="false"/>
          <w:sz w:val="28"/>
          <w:lang w:val="zxx"/>
        </w:rPr>
        <w:t>alarmTransitionMaxMs:</w:t>
      </w:r>
      <w:r>
        <w:rPr>
          <w:b w:val="false"/>
          <w:sz w:val="28"/>
        </w:rPr>
        <w:t xml:space="preserve"> целое </w:t>
      </w:r>
      <w:r>
        <w:rPr>
          <w:b w:val="false"/>
          <w:sz w:val="28"/>
          <w:lang w:val="zxx"/>
        </w:rPr>
        <w:t>100..35000</w:t>
      </w:r>
      <w:r>
        <w:rPr>
          <w:b w:val="false"/>
          <w:sz w:val="28"/>
        </w:rPr>
        <w:t xml:space="preserve"> мс для допуска технической проверки, не меньше суммы выбранного </w:t>
      </w:r>
      <w:r>
        <w:rPr>
          <w:b w:val="false"/>
          <w:sz w:val="28"/>
          <w:lang w:val="zxx"/>
        </w:rPr>
        <w:t>maxDurationMs</w:t>
      </w:r>
      <w:r>
        <w:rPr>
          <w:b w:val="false"/>
          <w:sz w:val="28"/>
        </w:rPr>
        <w:t xml:space="preserve"> теста, его </w:t>
      </w:r>
      <w:r>
        <w:rPr>
          <w:b w:val="false"/>
          <w:sz w:val="28"/>
          <w:lang w:val="zxx"/>
        </w:rPr>
        <w:t>stopConfirmMs</w:t>
      </w:r>
      <w:r>
        <w:rPr>
          <w:b w:val="false"/>
          <w:sz w:val="28"/>
        </w:rPr>
        <w:t xml:space="preserve"> и бюджета закрытия/нового управления. Это параметр развертывания, не обязательный </w:t>
      </w:r>
      <w:r>
        <w:rPr>
          <w:b w:val="false"/>
          <w:sz w:val="28"/>
          <w:lang w:val="zxx"/>
        </w:rPr>
        <w:t>limit</w:t>
      </w:r>
      <w:r>
        <w:rPr>
          <w:b w:val="false"/>
          <w:sz w:val="28"/>
        </w:rPr>
        <w:t xml:space="preserve"> </w:t>
      </w:r>
      <w:r>
        <w:rPr>
          <w:b w:val="false"/>
          <w:sz w:val="28"/>
          <w:lang w:val="zxx"/>
        </w:rPr>
        <w:t>device.capabilities.</w:t>
      </w:r>
      <w:r>
        <w:rPr>
          <w:b w:val="false"/>
          <w:sz w:val="28"/>
        </w:rPr>
        <w:t xml:space="preserve"> При невозможности соблюсти его тест запрещен. Для обычных исполнений </w:t>
      </w:r>
      <w:r>
        <w:rPr>
          <w:b w:val="false"/>
          <w:sz w:val="28"/>
          <w:lang w:val="zxx"/>
        </w:rPr>
        <w:t>1</w:t>
      </w:r>
      <w:r>
        <w:rPr>
          <w:b w:val="false"/>
          <w:sz w:val="28"/>
        </w:rPr>
        <w:t xml:space="preserve"> &lt;= </w:t>
      </w:r>
      <w:r>
        <w:rPr>
          <w:b w:val="false"/>
          <w:sz w:val="28"/>
          <w:lang w:val="zxx"/>
        </w:rPr>
        <w:t>stopBeginMs</w:t>
      </w:r>
      <w:r>
        <w:rPr>
          <w:b w:val="false"/>
          <w:sz w:val="28"/>
        </w:rPr>
        <w:t xml:space="preserve"> &lt;= </w:t>
      </w:r>
      <w:r>
        <w:rPr>
          <w:b w:val="false"/>
          <w:sz w:val="28"/>
          <w:lang w:val="zxx"/>
        </w:rPr>
        <w:t>1000</w:t>
      </w:r>
      <w:r>
        <w:rPr>
          <w:b w:val="false"/>
          <w:sz w:val="28"/>
        </w:rPr>
        <w:t xml:space="preserve"> и </w:t>
      </w:r>
      <w:r>
        <w:rPr>
          <w:b w:val="false"/>
          <w:sz w:val="28"/>
          <w:lang w:val="zxx"/>
        </w:rPr>
        <w:t>stopBeginMs</w:t>
      </w:r>
      <w:r>
        <w:rPr>
          <w:b w:val="false"/>
          <w:sz w:val="28"/>
        </w:rPr>
        <w:t xml:space="preserve"> &lt;= </w:t>
      </w:r>
      <w:r>
        <w:rPr>
          <w:b w:val="false"/>
          <w:sz w:val="28"/>
          <w:lang w:val="zxx"/>
        </w:rPr>
        <w:t>stopConfirmMs</w:t>
      </w:r>
      <w:r>
        <w:rPr>
          <w:b w:val="false"/>
          <w:sz w:val="28"/>
        </w:rPr>
        <w:t xml:space="preserve"> &lt;= </w:t>
      </w:r>
      <w:r>
        <w:rPr>
          <w:b w:val="false"/>
          <w:sz w:val="28"/>
          <w:lang w:val="zxx"/>
        </w:rPr>
        <w:t>10000</w:t>
      </w:r>
      <w:r>
        <w:rPr>
          <w:b w:val="false"/>
          <w:sz w:val="28"/>
        </w:rPr>
        <w:t xml:space="preserve">; для </w:t>
      </w:r>
      <w:r>
        <w:rPr>
          <w:b w:val="false"/>
          <w:sz w:val="28"/>
          <w:lang w:val="zxx"/>
        </w:rPr>
        <w:t>technical</w:t>
      </w:r>
      <w:r>
        <w:rPr>
          <w:b w:val="false"/>
          <w:sz w:val="28"/>
        </w:rPr>
        <w:t xml:space="preserve"> прежние более строгие пределы </w:t>
      </w:r>
      <w:r>
        <w:rPr>
          <w:b w:val="false"/>
          <w:sz w:val="28"/>
          <w:lang w:val="zxx"/>
        </w:rPr>
        <w:t>100/</w:t>
      </w:r>
      <w:r>
        <w:rPr>
          <w:b w:val="false"/>
          <w:sz w:val="28"/>
        </w:rPr>
        <w:t>⁠</w:t>
      </w:r>
      <w:r>
        <w:rPr>
          <w:b w:val="false"/>
          <w:sz w:val="28"/>
          <w:lang w:val="zxx"/>
        </w:rPr>
        <w:t>3000</w:t>
      </w:r>
      <w:r>
        <w:rPr>
          <w:b w:val="false"/>
          <w:sz w:val="28"/>
        </w:rPr>
        <w:t xml:space="preserve"> мс сохраняются. Верхние границы ограничивают соответствующий профиль, а не объявляют неисправное оборудование физически выключенным: пропуск срока остается отказом либо </w:t>
      </w:r>
      <w:r>
        <w:rPr>
          <w:b w:val="false"/>
          <w:sz w:val="28"/>
          <w:lang w:val="zxx"/>
        </w:rPr>
        <w:t>unknown</w:t>
      </w:r>
      <w:r>
        <w:rPr>
          <w:b w:val="false"/>
          <w:sz w:val="28"/>
        </w:rPr>
        <w:t xml:space="preserve"> по правилам результата.</w:t>
      </w:r>
    </w:p>
    <w:p>
      <w:pPr>
        <w:pStyle w:val="Normal"/>
        <w:jc w:val="both"/>
        <w:rPr/>
      </w:pPr>
      <w:r>
        <w:rPr>
          <w:b w:val="false"/>
          <w:sz w:val="28"/>
          <w:lang w:val="zxx"/>
        </w:rPr>
        <w:t>13.42</w:t>
      </w:r>
      <w:r>
        <w:rPr>
          <w:b w:val="false"/>
          <w:sz w:val="28"/>
        </w:rPr>
        <w:t xml:space="preserve"> Нижняя допустимая граница объявленного таймера — </w:t>
      </w:r>
      <w:r>
        <w:rPr>
          <w:b w:val="false"/>
          <w:sz w:val="28"/>
          <w:lang w:val="zxx"/>
        </w:rPr>
        <w:t>1</w:t>
      </w:r>
      <w:r>
        <w:rPr>
          <w:b w:val="false"/>
          <w:sz w:val="28"/>
        </w:rPr>
        <w:t xml:space="preserve"> мс. Объявленный срок включает дискретность таймера, худшее планирование, обмен с ОУ, фильтрацию обратной связи и погрешность измерения. Изделие </w:t>
      </w:r>
      <w:r>
        <w:rPr>
          <w:b w:val="false"/>
          <w:sz w:val="28"/>
          <w:lang w:val="zxx"/>
        </w:rPr>
        <w:t>ДОЛЖНО</w:t>
      </w:r>
      <w:r>
        <w:rPr>
          <w:b w:val="false"/>
          <w:sz w:val="28"/>
        </w:rPr>
        <w:t xml:space="preserve"> подтвердить верхнюю границу испытанием при максимальной совместной нагрузке; округление вниз и использование средней задержки вместо гарантированного предела запрещены. Если фактический предел превышает максимум профиля, соответствующая функция не объявляется.</w:t>
      </w:r>
    </w:p>
    <w:p>
      <w:pPr>
        <w:pStyle w:val="1"/>
        <w:rPr/>
      </w:pPr>
      <w:bookmarkStart w:id="14" w:name="__RefHeading___Toc43277_1766585215"/>
      <w:bookmarkEnd w:id="14"/>
      <w:r>
        <w:rPr/>
        <w:t>14 Защищенный обмен и ключи</w:t>
      </w:r>
    </w:p>
    <w:p>
      <w:pPr>
        <w:pStyle w:val="Normal"/>
        <w:jc w:val="both"/>
        <w:rPr/>
      </w:pPr>
      <w:r>
        <w:rPr>
          <w:b w:val="false"/>
          <w:sz w:val="28"/>
          <w:lang w:val="zxx"/>
        </w:rPr>
        <w:t>14.1</w:t>
      </w:r>
      <w:r>
        <w:rPr>
          <w:b w:val="false"/>
          <w:sz w:val="28"/>
        </w:rPr>
        <w:t xml:space="preserve"> Защищенный </w:t>
      </w:r>
      <w:r>
        <w:rPr>
          <w:b w:val="false"/>
          <w:sz w:val="28"/>
          <w:lang w:val="zxx"/>
        </w:rPr>
        <w:t>TCP-</w:t>
      </w:r>
      <w:r>
        <w:rPr>
          <w:b w:val="false"/>
          <w:sz w:val="28"/>
        </w:rPr>
        <w:t xml:space="preserve">обмен использует </w:t>
      </w:r>
      <w:r>
        <w:rPr>
          <w:b w:val="false"/>
          <w:sz w:val="28"/>
          <w:lang w:val="zxx"/>
        </w:rPr>
        <w:t>TLS</w:t>
      </w:r>
      <w:r>
        <w:rPr>
          <w:b w:val="false"/>
          <w:sz w:val="28"/>
        </w:rPr>
        <w:t xml:space="preserve"> </w:t>
      </w:r>
      <w:r>
        <w:rPr>
          <w:b w:val="false"/>
          <w:sz w:val="28"/>
          <w:lang w:val="zxx"/>
        </w:rPr>
        <w:t>1.3</w:t>
      </w:r>
      <w:r>
        <w:rPr>
          <w:b w:val="false"/>
          <w:sz w:val="28"/>
        </w:rPr>
        <w:t xml:space="preserve"> с российским криптонабором Кузнечик-</w:t>
      </w:r>
      <w:r>
        <w:rPr>
          <w:b w:val="false"/>
          <w:sz w:val="28"/>
          <w:lang w:val="zxx"/>
        </w:rPr>
        <w:t>MGM</w:t>
      </w:r>
      <w:r>
        <w:rPr>
          <w:b w:val="false"/>
          <w:sz w:val="28"/>
        </w:rPr>
        <w:t xml:space="preserve"> и Стрибог-</w:t>
      </w:r>
      <w:r>
        <w:rPr>
          <w:b w:val="false"/>
          <w:sz w:val="28"/>
          <w:lang w:val="zxx"/>
        </w:rPr>
        <w:t>256</w:t>
      </w:r>
      <w:r>
        <w:rPr>
          <w:b w:val="false"/>
          <w:sz w:val="28"/>
        </w:rPr>
        <w:t xml:space="preserve"> по Р </w:t>
      </w:r>
      <w:r>
        <w:rPr>
          <w:b w:val="false"/>
          <w:sz w:val="28"/>
          <w:lang w:val="zxx"/>
        </w:rPr>
        <w:t>1323565.1.030-</w:t>
      </w:r>
      <w:r>
        <w:rPr>
          <w:b w:val="false"/>
          <w:sz w:val="28"/>
        </w:rPr>
        <w:t>⁠</w:t>
      </w:r>
      <w:r>
        <w:rPr>
          <w:b w:val="false"/>
          <w:sz w:val="28"/>
          <w:lang w:val="zxx"/>
        </w:rPr>
        <w:t>2020</w:t>
      </w:r>
      <w:r>
        <w:rPr>
          <w:b w:val="false"/>
          <w:sz w:val="28"/>
        </w:rPr>
        <w:t xml:space="preserve"> и </w:t>
      </w:r>
      <w:r>
        <w:rPr>
          <w:b w:val="false"/>
          <w:sz w:val="28"/>
          <w:lang w:val="zxx"/>
        </w:rPr>
        <w:t>RFC</w:t>
      </w:r>
      <w:r>
        <w:rPr>
          <w:b w:val="false"/>
          <w:sz w:val="28"/>
        </w:rPr>
        <w:t xml:space="preserve"> </w:t>
      </w:r>
      <w:r>
        <w:rPr>
          <w:b w:val="false"/>
          <w:sz w:val="28"/>
          <w:lang w:val="zxx"/>
        </w:rPr>
        <w:t>9367.</w:t>
      </w:r>
      <w:r>
        <w:rPr>
          <w:b w:val="false"/>
          <w:sz w:val="28"/>
        </w:rPr>
        <w:t xml:space="preserve"> Требование российских алгоритмов распространяется на шифрование, имитозащиту, хеширование, выработку ключей, аутентификацию и защиту хранилищ ключевой информации. В режиме </w:t>
      </w:r>
      <w:r>
        <w:rPr>
          <w:b w:val="false"/>
          <w:sz w:val="28"/>
          <w:lang w:val="zxx"/>
        </w:rPr>
        <w:t>tls</w:t>
      </w:r>
      <w:r>
        <w:rPr>
          <w:b w:val="false"/>
          <w:sz w:val="28"/>
        </w:rPr>
        <w:t xml:space="preserve"> участники </w:t>
      </w:r>
      <w:r>
        <w:rPr>
          <w:b w:val="false"/>
          <w:sz w:val="28"/>
          <w:lang w:val="zxx"/>
        </w:rPr>
        <w:t>ДОЛЖНЫ</w:t>
      </w:r>
      <w:r>
        <w:rPr>
          <w:b w:val="false"/>
          <w:sz w:val="28"/>
        </w:rPr>
        <w:t xml:space="preserve"> завершить взаимную аутентификацию до прикладных действий. Связь </w:t>
      </w:r>
      <w:r>
        <w:rPr>
          <w:b w:val="false"/>
          <w:sz w:val="28"/>
          <w:lang w:val="zxx"/>
        </w:rPr>
        <w:t>principalId</w:t>
      </w:r>
      <w:r>
        <w:rPr>
          <w:b w:val="false"/>
          <w:sz w:val="28"/>
        </w:rPr>
        <w:t xml:space="preserve"> с проверенным ключом устанавливает конфигурация доверия, а не поле из </w:t>
      </w:r>
      <w:r>
        <w:rPr>
          <w:b w:val="false"/>
          <w:sz w:val="28"/>
          <w:lang w:val="zxx"/>
        </w:rPr>
        <w:t>XML.</w:t>
      </w:r>
    </w:p>
    <w:p>
      <w:pPr>
        <w:pStyle w:val="Normal"/>
        <w:jc w:val="both"/>
        <w:rPr/>
      </w:pPr>
      <w:r>
        <w:rPr>
          <w:b w:val="false"/>
          <w:sz w:val="28"/>
          <w:lang w:val="zxx"/>
        </w:rPr>
        <w:t>14.2</w:t>
      </w:r>
      <w:r>
        <w:rPr>
          <w:b w:val="false"/>
          <w:sz w:val="28"/>
        </w:rPr>
        <w:t xml:space="preserve"> Защита </w:t>
      </w:r>
      <w:r>
        <w:rPr>
          <w:b w:val="false"/>
          <w:sz w:val="28"/>
          <w:lang w:val="zxx"/>
        </w:rPr>
        <w:t>ДОЛЖНА</w:t>
      </w:r>
      <w:r>
        <w:rPr>
          <w:b w:val="false"/>
          <w:sz w:val="28"/>
        </w:rPr>
        <w:t xml:space="preserve"> связывать сообщение с устройством, участником, направлением, подключением и поколением ключей. Аутентификация и целостность проверяются до исполнения. Прикладные полномочия и защита от повторного </w:t>
      </w:r>
      <w:r>
        <w:rPr>
          <w:b w:val="false"/>
          <w:sz w:val="28"/>
          <w:lang w:val="zxx"/>
        </w:rPr>
        <w:t>session.start</w:t>
      </w:r>
      <w:r>
        <w:rPr>
          <w:b w:val="false"/>
          <w:sz w:val="28"/>
        </w:rPr>
        <w:t xml:space="preserve"> сохраняются поверх криптографического канала. Открытое управление </w:t>
      </w:r>
      <w:r>
        <w:rPr>
          <w:b w:val="false"/>
          <w:sz w:val="28"/>
          <w:lang w:val="zxx"/>
        </w:rPr>
        <w:t>ДОПУСКАЕТСЯ</w:t>
      </w:r>
      <w:r>
        <w:rPr>
          <w:b w:val="false"/>
          <w:sz w:val="28"/>
        </w:rPr>
        <w:t xml:space="preserve"> только явно выбранным </w:t>
      </w:r>
      <w:r>
        <w:rPr>
          <w:b w:val="false"/>
          <w:sz w:val="28"/>
          <w:lang w:val="zxx"/>
        </w:rPr>
        <w:t>plain</w:t>
      </w:r>
      <w:r>
        <w:rPr>
          <w:b w:val="false"/>
          <w:sz w:val="28"/>
        </w:rPr>
        <w:t xml:space="preserve"> при </w:t>
      </w:r>
      <w:r>
        <w:rPr>
          <w:b w:val="false"/>
          <w:sz w:val="28"/>
          <w:lang w:val="zxx"/>
        </w:rPr>
        <w:t>securityPolicy=optional</w:t>
      </w:r>
      <w:r>
        <w:rPr>
          <w:b w:val="false"/>
          <w:sz w:val="28"/>
        </w:rPr>
        <w:t>; автоматическое отключение защиты после ошибки запрещено.</w:t>
      </w:r>
    </w:p>
    <w:p>
      <w:pPr>
        <w:pStyle w:val="Normal"/>
        <w:keepNext w:val="true"/>
        <w:jc w:val="start"/>
        <w:rPr/>
      </w:pPr>
      <w:r>
        <w:rPr>
          <w:b/>
          <w:sz w:val="28"/>
          <w:lang w:val="zxx"/>
        </w:rPr>
        <w:t>14.3</w:t>
      </w:r>
      <w:r>
        <w:rPr>
          <w:b/>
          <w:sz w:val="28"/>
        </w:rPr>
        <w:t xml:space="preserve"> Аутентификация и шифрование</w:t>
      </w:r>
    </w:p>
    <w:p>
      <w:pPr>
        <w:pStyle w:val="Normal"/>
        <w:jc w:val="both"/>
        <w:rPr/>
      </w:pPr>
      <w:r>
        <w:rPr>
          <w:b w:val="false"/>
          <w:sz w:val="28"/>
        </w:rPr>
        <w:t>Общие идентификаторы алгоритмов и версии профиля, согласование канала, целостность и аутентификация сообщений, тестовые векторы независимых реализаций.</w:t>
      </w:r>
    </w:p>
    <w:p>
      <w:pPr>
        <w:pStyle w:val="Normal"/>
        <w:keepNext w:val="true"/>
        <w:jc w:val="start"/>
        <w:rPr/>
      </w:pPr>
      <w:r>
        <w:rPr>
          <w:b/>
          <w:sz w:val="28"/>
          <w:lang w:val="zxx"/>
        </w:rPr>
        <w:t>14.4</w:t>
      </w:r>
      <w:r>
        <w:rPr>
          <w:b/>
          <w:sz w:val="28"/>
        </w:rPr>
        <w:t xml:space="preserve"> </w:t>
      </w:r>
      <w:r>
        <w:rPr>
          <w:b/>
          <w:sz w:val="28"/>
          <w:lang w:val="zxx"/>
        </w:rPr>
        <w:t>TLS</w:t>
      </w:r>
      <w:r>
        <w:rPr>
          <w:b/>
          <w:sz w:val="28"/>
        </w:rPr>
        <w:t xml:space="preserve"> и прикладное обрамление</w:t>
      </w:r>
    </w:p>
    <w:p>
      <w:pPr>
        <w:pStyle w:val="Normal"/>
        <w:jc w:val="start"/>
        <w:rPr/>
      </w:pPr>
      <w:r>
        <w:rPr>
          <w:b w:val="false"/>
          <w:sz w:val="28"/>
          <w:lang w:val="zxx"/>
        </w:rPr>
        <w:t>TLS</w:t>
      </w:r>
      <w:r>
        <w:rPr>
          <w:b w:val="false"/>
          <w:sz w:val="28"/>
        </w:rPr>
        <w:t xml:space="preserve"> обеспечивает защиту записей; внутри его потока находятся </w:t>
      </w:r>
      <w:r>
        <w:rPr>
          <w:b w:val="false"/>
          <w:sz w:val="28"/>
          <w:lang w:val="zxx"/>
        </w:rPr>
        <w:t>uint32</w:t>
      </w:r>
      <w:r>
        <w:rPr>
          <w:b w:val="false"/>
          <w:sz w:val="28"/>
        </w:rPr>
        <w:t xml:space="preserve"> </w:t>
      </w:r>
      <w:r>
        <w:rPr>
          <w:b w:val="false"/>
          <w:sz w:val="28"/>
          <w:lang w:val="zxx"/>
        </w:rPr>
        <w:t>BE</w:t>
      </w:r>
      <w:r>
        <w:rPr>
          <w:b w:val="false"/>
          <w:sz w:val="28"/>
        </w:rPr>
        <w:t xml:space="preserve"> длины и </w:t>
      </w:r>
      <w:r>
        <w:rPr>
          <w:b w:val="false"/>
          <w:sz w:val="28"/>
          <w:lang w:val="zxx"/>
        </w:rPr>
        <w:t>XML.</w:t>
      </w:r>
      <w:r>
        <w:rPr>
          <w:b w:val="false"/>
          <w:sz w:val="28"/>
        </w:rPr>
        <w:t xml:space="preserve"> Лимит </w:t>
      </w:r>
      <w:r>
        <w:rPr>
          <w:b w:val="false"/>
          <w:sz w:val="28"/>
          <w:lang w:val="zxx"/>
        </w:rPr>
        <w:t>XML</w:t>
      </w:r>
      <w:r>
        <w:rPr>
          <w:b w:val="false"/>
          <w:sz w:val="28"/>
        </w:rPr>
        <w:t xml:space="preserve"> не является размером </w:t>
      </w:r>
      <w:r>
        <w:rPr>
          <w:b w:val="false"/>
          <w:sz w:val="28"/>
          <w:lang w:val="zxx"/>
        </w:rPr>
        <w:t>TLS</w:t>
      </w:r>
      <w:r>
        <w:rPr>
          <w:b w:val="false"/>
          <w:sz w:val="28"/>
        </w:rPr>
        <w:t xml:space="preserve"> </w:t>
      </w:r>
      <w:r>
        <w:rPr>
          <w:b w:val="false"/>
          <w:sz w:val="28"/>
          <w:lang w:val="zxx"/>
        </w:rPr>
        <w:t>record</w:t>
      </w:r>
      <w:r>
        <w:rPr>
          <w:b w:val="false"/>
          <w:sz w:val="28"/>
        </w:rPr>
        <w:t xml:space="preserve">, сертификата или сообщения </w:t>
      </w:r>
      <w:r>
        <w:rPr>
          <w:b w:val="false"/>
          <w:sz w:val="28"/>
          <w:lang w:val="zxx"/>
        </w:rPr>
        <w:t>handshake.</w:t>
      </w:r>
    </w:p>
    <w:p>
      <w:pPr>
        <w:pStyle w:val="Normal"/>
        <w:keepNext w:val="true"/>
        <w:jc w:val="start"/>
        <w:rPr/>
      </w:pPr>
      <w:r>
        <w:rPr>
          <w:b/>
          <w:sz w:val="28"/>
          <w:lang w:val="zxx"/>
        </w:rPr>
        <w:t>14.5</w:t>
      </w:r>
      <w:r>
        <w:rPr>
          <w:b/>
          <w:sz w:val="28"/>
        </w:rPr>
        <w:t xml:space="preserve"> Ключи и параметры </w:t>
      </w:r>
      <w:r>
        <w:rPr>
          <w:b/>
          <w:sz w:val="28"/>
          <w:lang w:val="zxx"/>
        </w:rPr>
        <w:t>TLS</w:t>
      </w:r>
    </w:p>
    <w:p>
      <w:pPr>
        <w:pStyle w:val="Normal"/>
        <w:jc w:val="both"/>
        <w:rPr/>
      </w:pPr>
      <w:r>
        <w:rPr>
          <w:b w:val="false"/>
          <w:sz w:val="28"/>
        </w:rPr>
        <w:t xml:space="preserve">Защищенный режим использует только </w:t>
      </w:r>
      <w:r>
        <w:rPr>
          <w:b w:val="false"/>
          <w:sz w:val="28"/>
          <w:lang w:val="zxx"/>
        </w:rPr>
        <w:t>tls13-</w:t>
      </w:r>
      <w:r>
        <w:rPr>
          <w:b w:val="false"/>
          <w:sz w:val="28"/>
        </w:rPr>
        <w:t>⁠</w:t>
      </w:r>
      <w:r>
        <w:rPr>
          <w:b w:val="false"/>
          <w:sz w:val="28"/>
          <w:lang w:val="zxx"/>
        </w:rPr>
        <w:t>gost-</w:t>
      </w:r>
      <w:r>
        <w:rPr>
          <w:b w:val="false"/>
          <w:sz w:val="28"/>
        </w:rPr>
        <w:t>⁠</w:t>
      </w:r>
      <w:r>
        <w:rPr>
          <w:b w:val="false"/>
          <w:sz w:val="28"/>
          <w:lang w:val="zxx"/>
        </w:rPr>
        <w:t>kuz-</w:t>
      </w:r>
      <w:r>
        <w:rPr>
          <w:b w:val="false"/>
          <w:sz w:val="28"/>
        </w:rPr>
        <w:t>⁠</w:t>
      </w:r>
      <w:r>
        <w:rPr>
          <w:b w:val="false"/>
          <w:sz w:val="28"/>
          <w:lang w:val="zxx"/>
        </w:rPr>
        <w:t>mgm/</w:t>
      </w:r>
      <w:r>
        <w:rPr>
          <w:b w:val="false"/>
          <w:sz w:val="28"/>
        </w:rPr>
        <w:t>⁠</w:t>
      </w:r>
      <w:r>
        <w:rPr>
          <w:b w:val="false"/>
          <w:sz w:val="28"/>
          <w:lang w:val="zxx"/>
        </w:rPr>
        <w:t>1</w:t>
      </w:r>
      <w:r>
        <w:rPr>
          <w:b w:val="false"/>
          <w:sz w:val="28"/>
        </w:rPr>
        <w:t xml:space="preserve">, параметры которого зафиксированы ниже. Поколения ключей, доверие и роли задает конфигурация; </w:t>
      </w:r>
      <w:r>
        <w:rPr>
          <w:b w:val="false"/>
          <w:sz w:val="28"/>
          <w:lang w:val="zxx"/>
        </w:rPr>
        <w:t>nonce</w:t>
      </w:r>
      <w:r>
        <w:rPr>
          <w:b w:val="false"/>
          <w:sz w:val="28"/>
        </w:rPr>
        <w:t xml:space="preserve">, ключи записей и </w:t>
      </w:r>
      <w:r>
        <w:rPr>
          <w:b w:val="false"/>
          <w:sz w:val="28"/>
          <w:lang w:val="zxx"/>
        </w:rPr>
        <w:t>record</w:t>
      </w:r>
      <w:r>
        <w:rPr>
          <w:b w:val="false"/>
          <w:sz w:val="28"/>
        </w:rPr>
        <w:t xml:space="preserve"> </w:t>
      </w:r>
      <w:r>
        <w:rPr>
          <w:b w:val="false"/>
          <w:sz w:val="28"/>
          <w:lang w:val="zxx"/>
        </w:rPr>
        <w:t>sequence</w:t>
      </w:r>
      <w:r>
        <w:rPr>
          <w:b w:val="false"/>
          <w:sz w:val="28"/>
        </w:rPr>
        <w:t xml:space="preserve"> обслуживает российский </w:t>
      </w:r>
      <w:r>
        <w:rPr>
          <w:b w:val="false"/>
          <w:sz w:val="28"/>
          <w:lang w:val="zxx"/>
        </w:rPr>
        <w:t>TLS-</w:t>
      </w:r>
      <w:r>
        <w:rPr>
          <w:b w:val="false"/>
          <w:sz w:val="28"/>
        </w:rPr>
        <w:t>профиль.</w:t>
      </w:r>
    </w:p>
    <w:p>
      <w:pPr>
        <w:pStyle w:val="Normal"/>
        <w:keepNext w:val="true"/>
        <w:jc w:val="start"/>
        <w:rPr/>
      </w:pPr>
      <w:r>
        <w:rPr>
          <w:b/>
          <w:sz w:val="28"/>
          <w:lang w:val="zxx"/>
        </w:rPr>
        <w:t>14.6</w:t>
      </w:r>
      <w:r>
        <w:rPr>
          <w:b/>
          <w:sz w:val="28"/>
        </w:rPr>
        <w:t xml:space="preserve"> Полные идентификаторы участников</w:t>
      </w:r>
    </w:p>
    <w:p>
      <w:pPr>
        <w:pStyle w:val="Normal"/>
        <w:jc w:val="both"/>
        <w:rPr/>
      </w:pPr>
      <w:r>
        <w:rPr>
          <w:b w:val="false"/>
          <w:sz w:val="28"/>
          <w:lang w:val="zxx"/>
        </w:rPr>
        <w:t>ID</w:t>
      </w:r>
      <w:r>
        <w:rPr>
          <w:b w:val="false"/>
          <w:sz w:val="28"/>
        </w:rPr>
        <w:t xml:space="preserve"> аутентифицируются либо однозначно связываются при согласовании канала. Молчаливое усечение запрещено.</w:t>
      </w:r>
    </w:p>
    <w:p>
      <w:pPr>
        <w:pStyle w:val="Normal"/>
        <w:keepNext w:val="true"/>
        <w:jc w:val="start"/>
        <w:rPr/>
      </w:pPr>
      <w:r>
        <w:rPr>
          <w:b/>
          <w:sz w:val="28"/>
          <w:lang w:val="zxx"/>
        </w:rPr>
        <w:t>14.7</w:t>
      </w:r>
      <w:r>
        <w:rPr>
          <w:b/>
          <w:sz w:val="28"/>
        </w:rPr>
        <w:t xml:space="preserve"> Модель доставки</w:t>
      </w:r>
    </w:p>
    <w:p>
      <w:pPr>
        <w:pStyle w:val="Normal"/>
        <w:jc w:val="both"/>
        <w:rPr/>
      </w:pPr>
      <w:r>
        <w:rPr>
          <w:b w:val="false"/>
          <w:sz w:val="28"/>
        </w:rPr>
        <w:t>Транспорт, порядок, потери, повторы и восстановление проверяются для каждого объявленного профиля; свойства одного транспорта не переносятся на другой автоматически.</w:t>
      </w:r>
    </w:p>
    <w:p>
      <w:pPr>
        <w:pStyle w:val="Normal"/>
        <w:jc w:val="both"/>
        <w:rPr/>
      </w:pPr>
      <w:r>
        <w:rPr>
          <w:b w:val="false"/>
          <w:sz w:val="28"/>
          <w:lang w:val="zxx"/>
        </w:rPr>
        <w:t>14.8</w:t>
      </w:r>
      <w:r>
        <w:rPr>
          <w:b w:val="false"/>
          <w:sz w:val="28"/>
        </w:rPr>
        <w:t xml:space="preserve"> В режиме </w:t>
      </w:r>
      <w:r>
        <w:rPr>
          <w:b w:val="false"/>
          <w:sz w:val="28"/>
          <w:lang w:val="zxx"/>
        </w:rPr>
        <w:t>tls</w:t>
      </w:r>
      <w:r>
        <w:rPr>
          <w:b w:val="false"/>
          <w:sz w:val="28"/>
        </w:rPr>
        <w:t xml:space="preserve"> ядро использует индивидуальные </w:t>
      </w:r>
      <w:r>
        <w:rPr>
          <w:b w:val="false"/>
          <w:sz w:val="28"/>
          <w:lang w:val="zxx"/>
        </w:rPr>
        <w:t>PSK</w:t>
      </w:r>
      <w:r>
        <w:rPr>
          <w:b w:val="false"/>
          <w:sz w:val="28"/>
        </w:rPr>
        <w:t xml:space="preserve"> и временный обмен на группе </w:t>
      </w:r>
      <w:r>
        <w:rPr>
          <w:b w:val="false"/>
          <w:sz w:val="28"/>
          <w:lang w:val="zxx"/>
        </w:rPr>
        <w:t>GC256A.</w:t>
      </w:r>
      <w:r>
        <w:rPr>
          <w:b w:val="false"/>
          <w:sz w:val="28"/>
        </w:rPr>
        <w:t xml:space="preserve"> Сборка прикладного сообщения ведется по длине в расшифрованном потоке; границы </w:t>
      </w:r>
      <w:r>
        <w:rPr>
          <w:b w:val="false"/>
          <w:sz w:val="28"/>
          <w:lang w:val="zxx"/>
        </w:rPr>
        <w:t>TLS</w:t>
      </w:r>
      <w:r>
        <w:rPr>
          <w:b w:val="false"/>
          <w:sz w:val="28"/>
        </w:rPr>
        <w:t xml:space="preserve"> </w:t>
      </w:r>
      <w:r>
        <w:rPr>
          <w:b w:val="false"/>
          <w:sz w:val="28"/>
          <w:lang w:val="zxx"/>
        </w:rPr>
        <w:t>records</w:t>
      </w:r>
      <w:r>
        <w:rPr>
          <w:b w:val="false"/>
          <w:sz w:val="28"/>
        </w:rPr>
        <w:t xml:space="preserve"> и </w:t>
      </w:r>
      <w:r>
        <w:rPr>
          <w:b w:val="false"/>
          <w:sz w:val="28"/>
          <w:lang w:val="zxx"/>
        </w:rPr>
        <w:t>TCP-</w:t>
      </w:r>
      <w:r>
        <w:rPr>
          <w:b w:val="false"/>
          <w:sz w:val="28"/>
        </w:rPr>
        <w:t xml:space="preserve">сегментов с границами </w:t>
      </w:r>
      <w:r>
        <w:rPr>
          <w:b w:val="false"/>
          <w:sz w:val="28"/>
          <w:lang w:val="zxx"/>
        </w:rPr>
        <w:t>XML</w:t>
      </w:r>
      <w:r>
        <w:rPr>
          <w:b w:val="false"/>
          <w:sz w:val="28"/>
        </w:rPr>
        <w:t xml:space="preserve"> не отождествляются. Криптографические счетчики независимы от </w:t>
      </w:r>
      <w:r>
        <w:rPr>
          <w:b w:val="false"/>
          <w:sz w:val="28"/>
          <w:lang w:val="zxx"/>
        </w:rPr>
        <w:t>cmdSeq:</w:t>
      </w:r>
      <w:r>
        <w:rPr>
          <w:b w:val="false"/>
          <w:sz w:val="28"/>
        </w:rPr>
        <w:t xml:space="preserve"> повтор прикладного поручения сохраняет </w:t>
      </w:r>
      <w:r>
        <w:rPr>
          <w:b w:val="false"/>
          <w:sz w:val="28"/>
          <w:lang w:val="zxx"/>
        </w:rPr>
        <w:t>cmdSeq</w:t>
      </w:r>
      <w:r>
        <w:rPr>
          <w:b w:val="false"/>
          <w:sz w:val="28"/>
        </w:rPr>
        <w:t xml:space="preserve">, но отправляется через </w:t>
      </w:r>
      <w:r>
        <w:rPr>
          <w:b w:val="false"/>
          <w:sz w:val="28"/>
          <w:lang w:val="zxx"/>
        </w:rPr>
        <w:t>TLS</w:t>
      </w:r>
      <w:r>
        <w:rPr>
          <w:b w:val="false"/>
          <w:sz w:val="28"/>
        </w:rPr>
        <w:t xml:space="preserve"> как новые прикладные данные с корректным состоянием защиты. Повтор </w:t>
      </w:r>
      <w:r>
        <w:rPr>
          <w:b w:val="false"/>
          <w:sz w:val="28"/>
          <w:lang w:val="zxx"/>
        </w:rPr>
        <w:t>TCP-</w:t>
      </w:r>
      <w:r>
        <w:rPr>
          <w:b w:val="false"/>
          <w:sz w:val="28"/>
        </w:rPr>
        <w:t>сегмента обслуживается транспортом и не запускает шифрование повторно.</w:t>
      </w:r>
    </w:p>
    <w:p>
      <w:pPr>
        <w:pStyle w:val="Normal"/>
        <w:jc w:val="both"/>
        <w:rPr/>
      </w:pPr>
      <w:r>
        <w:rPr>
          <w:b w:val="false"/>
          <w:sz w:val="28"/>
          <w:lang w:val="zxx"/>
        </w:rPr>
        <w:t>14.9</w:t>
      </w:r>
      <w:r>
        <w:rPr>
          <w:b w:val="false"/>
          <w:sz w:val="28"/>
        </w:rPr>
        <w:t xml:space="preserve"> Для криптографических механизмов применяются российские алгоритмы. Управление и передача файлов при </w:t>
      </w:r>
      <w:r>
        <w:rPr>
          <w:b w:val="false"/>
          <w:sz w:val="28"/>
          <w:lang w:val="zxx"/>
        </w:rPr>
        <w:t>tls</w:t>
      </w:r>
      <w:r>
        <w:rPr>
          <w:b w:val="false"/>
          <w:sz w:val="28"/>
        </w:rPr>
        <w:t xml:space="preserve"> защищены </w:t>
      </w:r>
      <w:r>
        <w:rPr>
          <w:b w:val="false"/>
          <w:sz w:val="28"/>
          <w:lang w:val="zxx"/>
        </w:rPr>
        <w:t>TLS</w:t>
      </w:r>
      <w:r>
        <w:rPr>
          <w:b w:val="false"/>
          <w:sz w:val="28"/>
        </w:rPr>
        <w:t xml:space="preserve">; при явно выбранном </w:t>
      </w:r>
      <w:r>
        <w:rPr>
          <w:b w:val="false"/>
          <w:sz w:val="28"/>
          <w:lang w:val="zxx"/>
        </w:rPr>
        <w:t>plain</w:t>
      </w:r>
      <w:r>
        <w:rPr>
          <w:b w:val="false"/>
          <w:sz w:val="28"/>
        </w:rPr>
        <w:t xml:space="preserve"> применяется открытый </w:t>
      </w:r>
      <w:r>
        <w:rPr>
          <w:b w:val="false"/>
          <w:sz w:val="28"/>
          <w:lang w:val="zxx"/>
        </w:rPr>
        <w:t>TCP.</w:t>
      </w:r>
      <w:r>
        <w:rPr>
          <w:b w:val="false"/>
          <w:sz w:val="28"/>
        </w:rPr>
        <w:t xml:space="preserve"> Живая речь передается по </w:t>
      </w:r>
      <w:r>
        <w:rPr>
          <w:b w:val="false"/>
          <w:sz w:val="28"/>
          <w:lang w:val="zxx"/>
        </w:rPr>
        <w:t>UDP</w:t>
      </w:r>
      <w:r>
        <w:rPr>
          <w:b w:val="false"/>
          <w:sz w:val="28"/>
        </w:rPr>
        <w:t xml:space="preserve"> без шифрования звука. Защищенная подготовка передает сеансовый ключ подлинности;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проверяет метку, </w:t>
      </w:r>
      <w:r>
        <w:rPr>
          <w:b w:val="false"/>
          <w:sz w:val="28"/>
          <w:lang w:val="zxx"/>
        </w:rPr>
        <w:t>group-</w:t>
      </w:r>
      <w:r>
        <w:rPr>
          <w:b w:val="false"/>
          <w:sz w:val="28"/>
        </w:rPr>
        <w:t>⁠</w:t>
      </w:r>
      <w:r>
        <w:rPr>
          <w:b w:val="false"/>
          <w:sz w:val="28"/>
          <w:lang w:val="zxx"/>
        </w:rPr>
        <w:t>audio/</w:t>
      </w:r>
      <w:r>
        <w:rPr>
          <w:b w:val="false"/>
          <w:sz w:val="28"/>
        </w:rPr>
        <w:t>⁠</w:t>
      </w:r>
      <w:r>
        <w:rPr>
          <w:b w:val="false"/>
          <w:sz w:val="28"/>
          <w:lang w:val="zxx"/>
        </w:rPr>
        <w:t>2</w:t>
      </w:r>
      <w:r>
        <w:rPr>
          <w:b w:val="false"/>
          <w:sz w:val="28"/>
        </w:rPr>
        <w:t xml:space="preserve"> дополнительно проверяет подпись источника. Сам </w:t>
      </w:r>
      <w:r>
        <w:rPr>
          <w:b w:val="false"/>
          <w:sz w:val="28"/>
          <w:lang w:val="zxx"/>
        </w:rPr>
        <w:t>session.start</w:t>
      </w:r>
      <w:r>
        <w:rPr>
          <w:b w:val="false"/>
          <w:sz w:val="28"/>
        </w:rPr>
        <w:t xml:space="preserve"> не удостоверяет каждый аудиопакет.</w:t>
      </w:r>
    </w:p>
    <w:p>
      <w:pPr>
        <w:pStyle w:val="2"/>
        <w:rPr/>
      </w:pPr>
      <w:r>
        <w:rPr/>
        <w:t>Внесение доверия</w:t>
      </w:r>
    </w:p>
    <w:p>
      <w:pPr>
        <w:pStyle w:val="Normal"/>
        <w:jc w:val="both"/>
        <w:rPr/>
      </w:pPr>
      <w:r>
        <w:rPr>
          <w:b w:val="false"/>
          <w:sz w:val="28"/>
          <w:lang w:val="zxx"/>
        </w:rPr>
        <w:t>14.10</w:t>
      </w:r>
      <w:r>
        <w:rPr>
          <w:b w:val="false"/>
          <w:sz w:val="28"/>
        </w:rPr>
        <w:t xml:space="preserve"> Производственный профиль </w:t>
      </w:r>
      <w:r>
        <w:rPr>
          <w:b w:val="false"/>
          <w:sz w:val="28"/>
          <w:lang w:val="zxx"/>
        </w:rPr>
        <w:t>ДОЛЖЕН</w:t>
      </w:r>
      <w:r>
        <w:rPr>
          <w:b w:val="false"/>
          <w:sz w:val="28"/>
        </w:rPr>
        <w:t xml:space="preserve"> определить индивидуальное внесение ключей, роли АРМ и конфигуратора, отзыв и замену, физическое восстановление доступа и аудит без секретов. Защита сетевого канала АРМ–УУ не распространяется автоматически на внутренний интерфейс УУ–ОУ; его границы доверия и меры защиты определяются исполнением изделия. Поставка применяет криптографические средства с требуемым подтверждением соответствия требованиям ФСБ России для конкретного исполнения и условий использования; перечень алгоритмов в спецификации не заменяет такого подтверждения.</w:t>
      </w:r>
    </w:p>
    <w:p>
      <w:pPr>
        <w:pStyle w:val="Normal"/>
        <w:jc w:val="both"/>
        <w:rPr/>
      </w:pPr>
      <w:r>
        <w:rPr>
          <w:b w:val="false"/>
          <w:sz w:val="28"/>
          <w:lang w:val="zxx"/>
        </w:rPr>
        <w:t>14.11</w:t>
      </w:r>
      <w:r>
        <w:rPr>
          <w:b w:val="false"/>
          <w:sz w:val="28"/>
        </w:rPr>
        <w:t xml:space="preserve"> Первичный индивидуальный сервисный ключ устанавливается доверенной производственной процедурой отдельно от общего образа прошивки. Общие заводские пароли, ключи в открытом </w:t>
      </w:r>
      <w:r>
        <w:rPr>
          <w:b w:val="false"/>
          <w:sz w:val="28"/>
          <w:lang w:val="zxx"/>
        </w:rPr>
        <w:t>XML</w:t>
      </w:r>
      <w:r>
        <w:rPr>
          <w:b w:val="false"/>
          <w:sz w:val="28"/>
        </w:rPr>
        <w:t>, журналах или обычном экспорте конфигурации запрещены. Рабочие ключи вводит участник с подтвержденными сервисными полномочиями. Ключи в АРМ, конфигураторе, резервных копиях и переносимых контейнерах защищаются средствами на российских алгоритмах с требуемым для поставки подтверждением соответствия требованиям ФСБ России. Формат контейнера определяется применяемым средством защиты; собственный парольный контейнер протокол не вводит.</w:t>
      </w:r>
    </w:p>
    <w:p>
      <w:pPr>
        <w:pStyle w:val="2"/>
        <w:rPr/>
      </w:pPr>
      <w:r>
        <w:rPr/>
        <w:t>Хеширование содержимого</w:t>
      </w:r>
    </w:p>
    <w:p>
      <w:pPr>
        <w:pStyle w:val="Normal"/>
        <w:jc w:val="both"/>
        <w:rPr/>
      </w:pPr>
      <w:r>
        <w:rPr>
          <w:b w:val="false"/>
          <w:sz w:val="28"/>
          <w:lang w:val="zxx"/>
        </w:rPr>
        <w:t>14.12</w:t>
      </w:r>
      <w:r>
        <w:rPr>
          <w:b w:val="false"/>
          <w:sz w:val="28"/>
        </w:rPr>
        <w:t xml:space="preserve"> Образы прошивок, содержимое записей и защищаемые манифесты используют </w:t>
      </w:r>
      <w:r>
        <w:rPr>
          <w:b w:val="false"/>
          <w:sz w:val="28"/>
          <w:lang w:val="zxx"/>
        </w:rPr>
        <w:t>hashAlgorithm=streebog256.</w:t>
      </w:r>
      <w:r>
        <w:rPr>
          <w:b w:val="false"/>
          <w:sz w:val="28"/>
        </w:rPr>
        <w:t xml:space="preserve"> Хеш вычисляется по точной последовательности байтов объекта от смещения </w:t>
      </w:r>
      <w:r>
        <w:rPr>
          <w:b w:val="false"/>
          <w:sz w:val="28"/>
          <w:lang w:val="zxx"/>
        </w:rPr>
        <w:t>0</w:t>
      </w:r>
      <w:r>
        <w:rPr>
          <w:b w:val="false"/>
          <w:sz w:val="28"/>
        </w:rPr>
        <w:t xml:space="preserve"> до объявленного размера, без дополнения, нормализации текста и преобразования кодировки. </w:t>
      </w:r>
      <w:r>
        <w:rPr>
          <w:b w:val="false"/>
          <w:sz w:val="28"/>
          <w:lang w:val="zxx"/>
        </w:rPr>
        <w:t>XML</w:t>
      </w:r>
      <w:r>
        <w:rPr>
          <w:b w:val="false"/>
          <w:sz w:val="28"/>
        </w:rPr>
        <w:t xml:space="preserve"> </w:t>
      </w:r>
      <w:r>
        <w:rPr>
          <w:b w:val="false"/>
          <w:sz w:val="28"/>
          <w:lang w:val="zxx"/>
        </w:rPr>
        <w:t>hash</w:t>
      </w:r>
      <w:r>
        <w:rPr>
          <w:b w:val="false"/>
          <w:sz w:val="28"/>
        </w:rPr>
        <w:t xml:space="preserve"> содержит </w:t>
      </w:r>
      <w:r>
        <w:rPr>
          <w:b w:val="false"/>
          <w:sz w:val="28"/>
          <w:lang w:val="zxx"/>
        </w:rPr>
        <w:t>64</w:t>
      </w:r>
      <w:r>
        <w:rPr>
          <w:b w:val="false"/>
          <w:sz w:val="28"/>
        </w:rPr>
        <w:t xml:space="preserve"> строчных </w:t>
      </w:r>
      <w:r>
        <w:rPr>
          <w:b w:val="false"/>
          <w:sz w:val="28"/>
          <w:lang w:val="zxx"/>
        </w:rPr>
        <w:t>hex-</w:t>
      </w:r>
      <w:r>
        <w:rPr>
          <w:b w:val="false"/>
          <w:sz w:val="28"/>
        </w:rPr>
        <w:t xml:space="preserve">символа: по два на каждый байт результата в порядке выдачи хеш-функции, без разворота массива. Для составного манифеста хешируются байты его зафиксированного формата, а не произвольная сериализация </w:t>
      </w:r>
      <w:r>
        <w:rPr>
          <w:b w:val="false"/>
          <w:sz w:val="28"/>
          <w:lang w:val="zxx"/>
        </w:rPr>
        <w:t>XML.</w:t>
      </w:r>
    </w:p>
    <w:p>
      <w:pPr>
        <w:pStyle w:val="Normal"/>
        <w:jc w:val="start"/>
        <w:rPr/>
      </w:pPr>
      <w:r>
        <w:rPr>
          <w:b w:val="false"/>
          <w:sz w:val="28"/>
          <w:lang w:val="zxx"/>
        </w:rPr>
        <w:t>14.13</w:t>
      </w:r>
      <w:r>
        <w:rPr>
          <w:b w:val="false"/>
          <w:sz w:val="28"/>
        </w:rPr>
        <w:t xml:space="preserve"> Контроль порядка байтов: для трех байт </w:t>
      </w:r>
      <w:r>
        <w:rPr>
          <w:b w:val="false"/>
          <w:sz w:val="28"/>
          <w:lang w:val="zxx"/>
        </w:rPr>
        <w:t>61</w:t>
      </w:r>
      <w:r>
        <w:rPr>
          <w:b w:val="false"/>
          <w:sz w:val="28"/>
        </w:rPr>
        <w:t xml:space="preserve"> </w:t>
      </w:r>
      <w:r>
        <w:rPr>
          <w:b w:val="false"/>
          <w:sz w:val="28"/>
          <w:lang w:val="zxx"/>
        </w:rPr>
        <w:t>62</w:t>
      </w:r>
      <w:r>
        <w:rPr>
          <w:b w:val="false"/>
          <w:sz w:val="28"/>
        </w:rPr>
        <w:t xml:space="preserve"> </w:t>
      </w:r>
      <w:r>
        <w:rPr>
          <w:b w:val="false"/>
          <w:sz w:val="28"/>
          <w:lang w:val="zxx"/>
        </w:rPr>
        <w:t>63</w:t>
      </w:r>
      <w:r>
        <w:rPr>
          <w:b w:val="false"/>
          <w:sz w:val="28"/>
        </w:rPr>
        <w:t xml:space="preserve"> (</w:t>
      </w:r>
      <w:r>
        <w:rPr>
          <w:b w:val="false"/>
          <w:sz w:val="28"/>
          <w:lang w:val="zxx"/>
        </w:rPr>
        <w:t>ASCII</w:t>
      </w:r>
      <w:r>
        <w:rPr>
          <w:b w:val="false"/>
          <w:sz w:val="28"/>
        </w:rPr>
        <w:t xml:space="preserve"> </w:t>
      </w:r>
      <w:r>
        <w:rPr>
          <w:b w:val="false"/>
          <w:sz w:val="28"/>
          <w:lang w:val="zxx"/>
        </w:rPr>
        <w:t>abc</w:t>
      </w:r>
      <w:r>
        <w:rPr>
          <w:b w:val="false"/>
          <w:sz w:val="28"/>
        </w:rPr>
        <w:t xml:space="preserve">, без перевода строки) </w:t>
      </w:r>
      <w:r>
        <w:rPr>
          <w:b w:val="false"/>
          <w:sz w:val="28"/>
          <w:lang w:val="zxx"/>
        </w:rPr>
        <w:t>hash</w:t>
      </w:r>
      <w:r>
        <w:rPr>
          <w:b w:val="false"/>
          <w:sz w:val="28"/>
        </w:rPr>
        <w:t xml:space="preserve"> равен </w:t>
      </w:r>
      <w:r>
        <w:rPr>
          <w:b w:val="false"/>
          <w:sz w:val="28"/>
          <w:lang w:val="zxx"/>
        </w:rPr>
        <w:t>4e2919cf137ed41ec4fb6270c61826cc4fffb660341e0af3688cd0626d23b481.</w:t>
      </w:r>
      <w:r>
        <w:rPr>
          <w:b w:val="false"/>
          <w:sz w:val="28"/>
        </w:rPr>
        <w:t xml:space="preserve"> Скачиваемые </w:t>
      </w:r>
      <w:r>
        <w:rPr>
          <w:b w:val="false"/>
          <w:sz w:val="28"/>
          <w:lang w:val="zxx"/>
        </w:rPr>
        <w:t>digest-</w:t>
      </w:r>
      <w:r>
        <w:rPr>
          <w:b w:val="false"/>
          <w:sz w:val="28"/>
        </w:rPr>
        <w:t>⁠</w:t>
      </w:r>
      <w:r>
        <w:rPr>
          <w:b w:val="false"/>
          <w:sz w:val="28"/>
          <w:lang w:val="zxx"/>
        </w:rPr>
        <w:t>vectors</w:t>
      </w:r>
      <w:r>
        <w:rPr>
          <w:b w:val="false"/>
          <w:sz w:val="28"/>
        </w:rPr>
        <w:t xml:space="preserve"> содержат также пустое сообщение и пример </w:t>
      </w:r>
      <w:r>
        <w:rPr>
          <w:b w:val="false"/>
          <w:sz w:val="28"/>
          <w:lang w:val="zxx"/>
        </w:rPr>
        <w:t>RFC</w:t>
      </w:r>
      <w:r>
        <w:rPr>
          <w:b w:val="false"/>
          <w:sz w:val="28"/>
        </w:rPr>
        <w:t xml:space="preserve"> </w:t>
      </w:r>
      <w:r>
        <w:rPr>
          <w:b w:val="false"/>
          <w:sz w:val="28"/>
          <w:lang w:val="zxx"/>
        </w:rPr>
        <w:t>6986</w:t>
      </w:r>
      <w:r>
        <w:rPr>
          <w:b w:val="false"/>
          <w:sz w:val="28"/>
        </w:rPr>
        <w:t xml:space="preserve">, переведенный из записи битового вектора в порядок байтов файла. Эти векторы определяют представление </w:t>
      </w:r>
      <w:r>
        <w:rPr>
          <w:b w:val="false"/>
          <w:sz w:val="28"/>
          <w:lang w:val="zxx"/>
        </w:rPr>
        <w:t>hash</w:t>
      </w:r>
      <w:r>
        <w:rPr>
          <w:b w:val="false"/>
          <w:sz w:val="28"/>
        </w:rPr>
        <w:t xml:space="preserve"> на проводе независимо от </w:t>
      </w:r>
      <w:r>
        <w:rPr>
          <w:b w:val="false"/>
          <w:sz w:val="28"/>
          <w:lang w:val="zxx"/>
        </w:rPr>
        <w:t>API</w:t>
      </w:r>
      <w:r>
        <w:rPr>
          <w:b w:val="false"/>
          <w:sz w:val="28"/>
        </w:rPr>
        <w:t xml:space="preserve"> криптобиблиотеки.</w:t>
      </w:r>
    </w:p>
    <w:p>
      <w:pPr>
        <w:pStyle w:val="Normal"/>
        <w:jc w:val="both"/>
        <w:rPr/>
      </w:pPr>
      <w:r>
        <w:rPr>
          <w:b w:val="false"/>
          <w:sz w:val="28"/>
          <w:lang w:val="zxx"/>
        </w:rPr>
        <w:t>14.14</w:t>
      </w:r>
      <w:r>
        <w:rPr>
          <w:b w:val="false"/>
          <w:sz w:val="28"/>
        </w:rPr>
        <w:t xml:space="preserve"> Совпадение хеша подтверждает целостность относительно доверенного значения, но не право издателя на выпуск образа. Проверка подлинности обновления отделена от проверки хеша и от защиты транспорта. Если профиль обновления использует подпись, он применяет ГОСТ Р </w:t>
      </w:r>
      <w:r>
        <w:rPr>
          <w:b w:val="false"/>
          <w:sz w:val="28"/>
          <w:lang w:val="zxx"/>
        </w:rPr>
        <w:t>34.10-</w:t>
      </w:r>
      <w:r>
        <w:rPr>
          <w:b w:val="false"/>
          <w:sz w:val="28"/>
        </w:rPr>
        <w:t>⁠</w:t>
      </w:r>
      <w:r>
        <w:rPr>
          <w:b w:val="false"/>
          <w:sz w:val="28"/>
          <w:lang w:val="zxx"/>
        </w:rPr>
        <w:t>2012</w:t>
      </w:r>
      <w:r>
        <w:rPr>
          <w:b w:val="false"/>
          <w:sz w:val="28"/>
        </w:rPr>
        <w:t xml:space="preserve"> со Стрибогом и указывает формат подписываемых данных и доверие к издателю; загрузка по защищенному каналу не объявляется автоматически </w:t>
      </w:r>
      <w:r>
        <w:rPr>
          <w:b w:val="false"/>
          <w:sz w:val="28"/>
          <w:lang w:val="zxx"/>
        </w:rPr>
        <w:t>secure</w:t>
      </w:r>
      <w:r>
        <w:rPr>
          <w:b w:val="false"/>
          <w:sz w:val="28"/>
        </w:rPr>
        <w:t xml:space="preserve"> </w:t>
      </w:r>
      <w:r>
        <w:rPr>
          <w:b w:val="false"/>
          <w:sz w:val="28"/>
          <w:lang w:val="zxx"/>
        </w:rPr>
        <w:t>boot.</w:t>
      </w:r>
    </w:p>
    <w:p>
      <w:pPr>
        <w:pStyle w:val="2"/>
        <w:rPr/>
      </w:pPr>
      <w:r>
        <w:rPr/>
        <w:t>Подтверждение совместимости</w:t>
      </w:r>
    </w:p>
    <w:p>
      <w:pPr>
        <w:pStyle w:val="Normal"/>
        <w:jc w:val="both"/>
        <w:rPr/>
      </w:pPr>
      <w:r>
        <w:rPr>
          <w:b w:val="false"/>
          <w:sz w:val="28"/>
          <w:lang w:val="zxx"/>
        </w:rPr>
        <w:t>14.15</w:t>
      </w:r>
      <w:r>
        <w:rPr>
          <w:b w:val="false"/>
          <w:sz w:val="28"/>
        </w:rPr>
        <w:t xml:space="preserve"> Паспорт совместимости реализации </w:t>
      </w:r>
      <w:r>
        <w:rPr>
          <w:b w:val="false"/>
          <w:sz w:val="28"/>
          <w:lang w:val="zxx"/>
        </w:rPr>
        <w:t>ДОЛЖЕН</w:t>
      </w:r>
      <w:r>
        <w:rPr>
          <w:b w:val="false"/>
          <w:sz w:val="28"/>
        </w:rPr>
        <w:t xml:space="preserve"> назвать </w:t>
      </w:r>
      <w:r>
        <w:rPr>
          <w:b w:val="false"/>
          <w:sz w:val="28"/>
          <w:lang w:val="zxx"/>
        </w:rPr>
        <w:t>TLS-</w:t>
      </w:r>
      <w:r>
        <w:rPr>
          <w:b w:val="false"/>
          <w:sz w:val="28"/>
        </w:rPr>
        <w:t xml:space="preserve">библиотеку и версию, настройки сборки, криптографический </w:t>
      </w:r>
      <w:r>
        <w:rPr>
          <w:b w:val="false"/>
          <w:sz w:val="28"/>
          <w:lang w:val="zxx"/>
        </w:rPr>
        <w:t>backend</w:t>
      </w:r>
      <w:r>
        <w:rPr>
          <w:b w:val="false"/>
          <w:sz w:val="28"/>
        </w:rPr>
        <w:t xml:space="preserve">, источник энтропии, пиковые память/стек и время полного </w:t>
      </w:r>
      <w:r>
        <w:rPr>
          <w:b w:val="false"/>
          <w:sz w:val="28"/>
          <w:lang w:val="zxx"/>
        </w:rPr>
        <w:t>handshake</w:t>
      </w:r>
      <w:r>
        <w:rPr>
          <w:b w:val="false"/>
          <w:sz w:val="28"/>
        </w:rPr>
        <w:t xml:space="preserve"> на целевой аппаратуре. Проверяются независимая сторона, неверные </w:t>
      </w:r>
      <w:r>
        <w:rPr>
          <w:b w:val="false"/>
          <w:sz w:val="28"/>
          <w:lang w:val="zxx"/>
        </w:rPr>
        <w:t>Finished/</w:t>
      </w:r>
      <w:r>
        <w:rPr>
          <w:b w:val="false"/>
          <w:sz w:val="28"/>
        </w:rPr>
        <w:t>метки, открытые точки, счетчики/</w:t>
      </w:r>
      <w:r>
        <w:rPr>
          <w:b w:val="false"/>
          <w:sz w:val="28"/>
          <w:lang w:val="zxx"/>
        </w:rPr>
        <w:t>TLSTREE/</w:t>
      </w:r>
      <w:r>
        <w:rPr>
          <w:b w:val="false"/>
          <w:sz w:val="28"/>
        </w:rPr>
        <w:t>​</w:t>
      </w:r>
      <w:r>
        <w:rPr>
          <w:b w:val="false"/>
          <w:sz w:val="28"/>
          <w:lang w:val="zxx"/>
        </w:rPr>
        <w:t>KeyUpdate</w:t>
      </w:r>
      <w:r>
        <w:rPr>
          <w:b w:val="false"/>
          <w:sz w:val="28"/>
        </w:rPr>
        <w:t xml:space="preserve">, отзыв, отказ энтропии и массовое восстановление соединений при одновременном управлении ОУ и работе локальных таймеров. </w:t>
      </w:r>
      <w:r>
        <w:rPr>
          <w:b w:val="false"/>
          <w:sz w:val="28"/>
          <w:lang w:val="zxx"/>
        </w:rPr>
        <w:t>RFC</w:t>
      </w:r>
      <w:r>
        <w:rPr>
          <w:b w:val="false"/>
          <w:sz w:val="28"/>
        </w:rPr>
        <w:t xml:space="preserve"> </w:t>
      </w:r>
      <w:r>
        <w:rPr>
          <w:b w:val="false"/>
          <w:sz w:val="28"/>
          <w:lang w:val="zxx"/>
        </w:rPr>
        <w:t>9367</w:t>
      </w:r>
      <w:r>
        <w:rPr>
          <w:b w:val="false"/>
          <w:sz w:val="28"/>
        </w:rPr>
        <w:t xml:space="preserve"> имеет статус </w:t>
      </w:r>
      <w:r>
        <w:rPr>
          <w:b w:val="false"/>
          <w:sz w:val="28"/>
          <w:lang w:val="zxx"/>
        </w:rPr>
        <w:t>Informational</w:t>
      </w:r>
      <w:r>
        <w:rPr>
          <w:b w:val="false"/>
          <w:sz w:val="28"/>
        </w:rPr>
        <w:t xml:space="preserve">; ссылка на него не означает сертификацию изделия или одобрение криптонаборов </w:t>
      </w:r>
      <w:r>
        <w:rPr>
          <w:b w:val="false"/>
          <w:sz w:val="28"/>
          <w:lang w:val="zxx"/>
        </w:rPr>
        <w:t>IETF.</w:t>
      </w:r>
      <w:r>
        <w:rPr>
          <w:b w:val="false"/>
          <w:sz w:val="28"/>
        </w:rPr>
        <w:t xml:space="preserve"> Реализация </w:t>
      </w:r>
      <w:r>
        <w:rPr>
          <w:b w:val="false"/>
          <w:sz w:val="28"/>
          <w:lang w:val="zxx"/>
        </w:rPr>
        <w:t>ДОЛЖНА</w:t>
      </w:r>
      <w:r>
        <w:rPr>
          <w:b w:val="false"/>
          <w:sz w:val="28"/>
        </w:rPr>
        <w:t xml:space="preserve"> соблюдать численные бюджеты выбранного профиля при указанной совместной нагрузке.</w:t>
      </w:r>
    </w:p>
    <w:p>
      <w:pPr>
        <w:pStyle w:val="2"/>
        <w:rPr/>
      </w:pPr>
      <w:r>
        <w:rPr/>
        <w:t>Параметры защищенного канала</w:t>
      </w:r>
    </w:p>
    <w:p>
      <w:pPr>
        <w:pStyle w:val="Normal"/>
        <w:jc w:val="both"/>
        <w:rPr/>
      </w:pPr>
      <w:r>
        <w:rPr>
          <w:b w:val="false"/>
          <w:sz w:val="28"/>
          <w:lang w:val="zxx"/>
        </w:rPr>
        <w:t>14.16</w:t>
      </w:r>
      <w:r>
        <w:rPr>
          <w:b w:val="false"/>
          <w:sz w:val="28"/>
        </w:rPr>
        <w:t xml:space="preserve"> При выборе режима </w:t>
      </w:r>
      <w:r>
        <w:rPr>
          <w:b w:val="false"/>
          <w:sz w:val="28"/>
          <w:lang w:val="zxx"/>
        </w:rPr>
        <w:t>tls</w:t>
      </w:r>
      <w:r>
        <w:rPr>
          <w:b w:val="false"/>
          <w:sz w:val="28"/>
        </w:rPr>
        <w:t xml:space="preserve"> обязательный профиль защиты управляющего ядра - </w:t>
      </w:r>
      <w:r>
        <w:rPr>
          <w:b w:val="false"/>
          <w:sz w:val="28"/>
          <w:lang w:val="zxx"/>
        </w:rPr>
        <w:t>tls13-</w:t>
      </w:r>
      <w:r>
        <w:rPr>
          <w:b w:val="false"/>
          <w:sz w:val="28"/>
        </w:rPr>
        <w:t>⁠</w:t>
      </w:r>
      <w:r>
        <w:rPr>
          <w:b w:val="false"/>
          <w:sz w:val="28"/>
          <w:lang w:val="zxx"/>
        </w:rPr>
        <w:t>gost-</w:t>
      </w:r>
      <w:r>
        <w:rPr>
          <w:b w:val="false"/>
          <w:sz w:val="28"/>
        </w:rPr>
        <w:t>⁠</w:t>
      </w:r>
      <w:r>
        <w:rPr>
          <w:b w:val="false"/>
          <w:sz w:val="28"/>
          <w:lang w:val="zxx"/>
        </w:rPr>
        <w:t>kuz-</w:t>
      </w:r>
      <w:r>
        <w:rPr>
          <w:b w:val="false"/>
          <w:sz w:val="28"/>
        </w:rPr>
        <w:t>⁠</w:t>
      </w:r>
      <w:r>
        <w:rPr>
          <w:b w:val="false"/>
          <w:sz w:val="28"/>
          <w:lang w:val="zxx"/>
        </w:rPr>
        <w:t>mgm/</w:t>
      </w:r>
      <w:r>
        <w:rPr>
          <w:b w:val="false"/>
          <w:sz w:val="28"/>
        </w:rPr>
        <w:t>⁠</w:t>
      </w:r>
      <w:r>
        <w:rPr>
          <w:b w:val="false"/>
          <w:sz w:val="28"/>
          <w:lang w:val="zxx"/>
        </w:rPr>
        <w:t>1:</w:t>
      </w:r>
      <w:r>
        <w:rPr>
          <w:b w:val="false"/>
          <w:sz w:val="28"/>
        </w:rPr>
        <w:t xml:space="preserve"> </w:t>
      </w:r>
      <w:r>
        <w:rPr>
          <w:b w:val="false"/>
          <w:sz w:val="28"/>
          <w:lang w:val="zxx"/>
        </w:rPr>
        <w:t>TLS</w:t>
      </w:r>
      <w:r>
        <w:rPr>
          <w:b w:val="false"/>
          <w:sz w:val="28"/>
        </w:rPr>
        <w:t xml:space="preserve"> </w:t>
      </w:r>
      <w:r>
        <w:rPr>
          <w:b w:val="false"/>
          <w:sz w:val="28"/>
          <w:lang w:val="zxx"/>
        </w:rPr>
        <w:t>1.3</w:t>
      </w:r>
      <w:r>
        <w:rPr>
          <w:b w:val="false"/>
          <w:sz w:val="28"/>
        </w:rPr>
        <w:t xml:space="preserve"> с российскими криптографическими алгоритмами по Р </w:t>
      </w:r>
      <w:r>
        <w:rPr>
          <w:b w:val="false"/>
          <w:sz w:val="28"/>
          <w:lang w:val="zxx"/>
        </w:rPr>
        <w:t>1323565.1.030-</w:t>
      </w:r>
      <w:r>
        <w:rPr>
          <w:b w:val="false"/>
          <w:sz w:val="28"/>
        </w:rPr>
        <w:t>⁠</w:t>
      </w:r>
      <w:r>
        <w:rPr>
          <w:b w:val="false"/>
          <w:sz w:val="28"/>
          <w:lang w:val="zxx"/>
        </w:rPr>
        <w:t>2020</w:t>
      </w:r>
      <w:r>
        <w:rPr>
          <w:b w:val="false"/>
          <w:sz w:val="28"/>
        </w:rPr>
        <w:t xml:space="preserve"> и </w:t>
      </w:r>
      <w:r>
        <w:rPr>
          <w:b w:val="false"/>
          <w:sz w:val="28"/>
          <w:lang w:val="zxx"/>
        </w:rPr>
        <w:t>RFC</w:t>
      </w:r>
      <w:r>
        <w:rPr>
          <w:b w:val="false"/>
          <w:sz w:val="28"/>
        </w:rPr>
        <w:t xml:space="preserve"> </w:t>
      </w:r>
      <w:r>
        <w:rPr>
          <w:b w:val="false"/>
          <w:sz w:val="28"/>
          <w:lang w:val="zxx"/>
        </w:rPr>
        <w:t>9367.</w:t>
      </w:r>
      <w:r>
        <w:rPr>
          <w:b w:val="false"/>
          <w:sz w:val="28"/>
        </w:rPr>
        <w:t xml:space="preserve"> Нормативные параметры приведены ниже и в паспорте </w:t>
      </w:r>
      <w:r>
        <w:rPr>
          <w:b w:val="false"/>
          <w:sz w:val="28"/>
          <w:lang w:val="zxx"/>
        </w:rPr>
        <w:t>security-</w:t>
      </w:r>
      <w:r>
        <w:rPr>
          <w:b w:val="false"/>
          <w:sz w:val="28"/>
        </w:rPr>
        <w:t>⁠</w:t>
      </w:r>
      <w:r>
        <w:rPr>
          <w:b w:val="false"/>
          <w:sz w:val="28"/>
          <w:lang w:val="zxx"/>
        </w:rPr>
        <w:t>0.21.json.</w:t>
      </w:r>
      <w:r>
        <w:rPr>
          <w:b w:val="false"/>
          <w:sz w:val="28"/>
        </w:rPr>
        <w:t xml:space="preserve"> Обе стороны допускают только этот криптонабор, режим </w:t>
      </w:r>
      <w:r>
        <w:rPr>
          <w:b w:val="false"/>
          <w:sz w:val="28"/>
          <w:lang w:val="zxx"/>
        </w:rPr>
        <w:t>PSK</w:t>
      </w:r>
      <w:r>
        <w:rPr>
          <w:b w:val="false"/>
          <w:sz w:val="28"/>
        </w:rPr>
        <w:t xml:space="preserve"> с </w:t>
      </w:r>
      <w:r>
        <w:rPr>
          <w:b w:val="false"/>
          <w:sz w:val="28"/>
          <w:lang w:val="zxx"/>
        </w:rPr>
        <w:t>ECDHE</w:t>
      </w:r>
      <w:r>
        <w:rPr>
          <w:b w:val="false"/>
          <w:sz w:val="28"/>
        </w:rPr>
        <w:t xml:space="preserve"> и группу </w:t>
      </w:r>
      <w:r>
        <w:rPr>
          <w:b w:val="false"/>
          <w:sz w:val="28"/>
          <w:lang w:val="zxx"/>
        </w:rPr>
        <w:t>GC256A</w:t>
      </w:r>
      <w:r>
        <w:rPr>
          <w:b w:val="false"/>
          <w:sz w:val="28"/>
        </w:rPr>
        <w:t xml:space="preserve">; отсутствие совпадения завершает </w:t>
      </w:r>
      <w:r>
        <w:rPr>
          <w:b w:val="false"/>
          <w:sz w:val="28"/>
          <w:lang w:val="zxx"/>
        </w:rPr>
        <w:t>handshake</w:t>
      </w:r>
      <w:r>
        <w:rPr>
          <w:b w:val="false"/>
          <w:sz w:val="28"/>
        </w:rPr>
        <w:t xml:space="preserve"> до передачи </w:t>
      </w:r>
      <w:r>
        <w:rPr>
          <w:b w:val="false"/>
          <w:sz w:val="28"/>
          <w:lang w:val="zxx"/>
        </w:rPr>
        <w:t>XML.</w:t>
      </w:r>
      <w:r>
        <w:rPr>
          <w:b w:val="false"/>
          <w:sz w:val="28"/>
        </w:rPr>
        <w:t xml:space="preserve"> Подмена алгоритма или автоматическое отключение защиты запрещены.</w:t>
      </w:r>
    </w:p>
    <w:p>
      <w:pPr>
        <w:pStyle w:val="Normal"/>
        <w:keepNext w:val="true"/>
        <w:jc w:val="start"/>
        <w:rPr/>
      </w:pPr>
      <w:r>
        <w:rPr>
          <w:b/>
          <w:sz w:val="28"/>
          <w:lang w:val="zxx"/>
        </w:rPr>
        <w:t>14.17</w:t>
      </w:r>
      <w:r>
        <w:rPr>
          <w:b/>
          <w:sz w:val="28"/>
        </w:rPr>
        <w:t xml:space="preserve"> Идентификатор профиля</w:t>
      </w:r>
    </w:p>
    <w:p>
      <w:pPr>
        <w:pStyle w:val="Normal"/>
        <w:jc w:val="start"/>
        <w:rPr/>
      </w:pPr>
      <w:r>
        <w:rPr>
          <w:b w:val="false"/>
          <w:sz w:val="28"/>
          <w:lang w:val="zxx"/>
        </w:rPr>
        <w:t>tls13-</w:t>
      </w:r>
      <w:r>
        <w:rPr>
          <w:b w:val="false"/>
          <w:sz w:val="28"/>
        </w:rPr>
        <w:t>⁠</w:t>
      </w:r>
      <w:r>
        <w:rPr>
          <w:b w:val="false"/>
          <w:sz w:val="28"/>
          <w:lang w:val="zxx"/>
        </w:rPr>
        <w:t>gost-</w:t>
      </w:r>
      <w:r>
        <w:rPr>
          <w:b w:val="false"/>
          <w:sz w:val="28"/>
        </w:rPr>
        <w:t>⁠</w:t>
      </w:r>
      <w:r>
        <w:rPr>
          <w:b w:val="false"/>
          <w:sz w:val="28"/>
          <w:lang w:val="zxx"/>
        </w:rPr>
        <w:t>kuz-</w:t>
      </w:r>
      <w:r>
        <w:rPr>
          <w:b w:val="false"/>
          <w:sz w:val="28"/>
        </w:rPr>
        <w:t>⁠</w:t>
      </w:r>
      <w:r>
        <w:rPr>
          <w:b w:val="false"/>
          <w:sz w:val="28"/>
          <w:lang w:val="zxx"/>
        </w:rPr>
        <w:t>mgm/</w:t>
      </w:r>
      <w:r>
        <w:rPr>
          <w:b w:val="false"/>
          <w:sz w:val="28"/>
        </w:rPr>
        <w:t>⁠</w:t>
      </w:r>
      <w:r>
        <w:rPr>
          <w:b w:val="false"/>
          <w:sz w:val="28"/>
          <w:lang w:val="zxx"/>
        </w:rPr>
        <w:t>1</w:t>
      </w:r>
    </w:p>
    <w:p>
      <w:pPr>
        <w:pStyle w:val="Normal"/>
        <w:keepNext w:val="true"/>
        <w:jc w:val="start"/>
        <w:rPr/>
      </w:pPr>
      <w:r>
        <w:rPr>
          <w:b/>
          <w:sz w:val="28"/>
          <w:lang w:val="zxx"/>
        </w:rPr>
        <w:t>14.18</w:t>
      </w:r>
      <w:r>
        <w:rPr>
          <w:b/>
          <w:sz w:val="28"/>
        </w:rPr>
        <w:t xml:space="preserve"> </w:t>
      </w:r>
      <w:r>
        <w:rPr>
          <w:b/>
          <w:sz w:val="28"/>
          <w:lang w:val="zxx"/>
        </w:rPr>
        <w:t>TLS</w:t>
      </w:r>
      <w:r>
        <w:rPr>
          <w:b/>
          <w:sz w:val="28"/>
        </w:rPr>
        <w:t xml:space="preserve"> </w:t>
      </w:r>
      <w:r>
        <w:rPr>
          <w:b/>
          <w:sz w:val="28"/>
          <w:lang w:val="zxx"/>
        </w:rPr>
        <w:t>cipher</w:t>
      </w:r>
      <w:r>
        <w:rPr>
          <w:b/>
          <w:sz w:val="28"/>
        </w:rPr>
        <w:t xml:space="preserve"> </w:t>
      </w:r>
      <w:r>
        <w:rPr>
          <w:b/>
          <w:sz w:val="28"/>
          <w:lang w:val="zxx"/>
        </w:rPr>
        <w:t>suite</w:t>
      </w:r>
    </w:p>
    <w:p>
      <w:pPr>
        <w:pStyle w:val="Normal"/>
        <w:jc w:val="start"/>
        <w:rPr/>
      </w:pPr>
      <w:r>
        <w:rPr>
          <w:b w:val="false"/>
          <w:sz w:val="28"/>
          <w:lang w:val="zxx"/>
        </w:rPr>
        <w:t>TLS_GOSTR341112_256_WITH_KUZNYECHIK_MGM_L</w:t>
      </w:r>
      <w:r>
        <w:rPr>
          <w:b w:val="false"/>
          <w:sz w:val="28"/>
        </w:rPr>
        <w:t xml:space="preserve">, </w:t>
      </w:r>
      <w:r>
        <w:rPr>
          <w:b w:val="false"/>
          <w:sz w:val="28"/>
          <w:lang w:val="zxx"/>
        </w:rPr>
        <w:t>0xc103</w:t>
      </w:r>
    </w:p>
    <w:p>
      <w:pPr>
        <w:pStyle w:val="Normal"/>
        <w:keepNext w:val="true"/>
        <w:jc w:val="start"/>
        <w:rPr/>
      </w:pPr>
      <w:r>
        <w:rPr>
          <w:b/>
          <w:sz w:val="28"/>
          <w:lang w:val="zxx"/>
        </w:rPr>
        <w:t>14.19</w:t>
      </w:r>
      <w:r>
        <w:rPr>
          <w:b/>
          <w:sz w:val="28"/>
        </w:rPr>
        <w:t xml:space="preserve"> Шифрование и имитозащита</w:t>
      </w:r>
    </w:p>
    <w:p>
      <w:pPr>
        <w:pStyle w:val="Normal"/>
        <w:jc w:val="both"/>
        <w:rPr/>
      </w:pPr>
      <w:r>
        <w:rPr>
          <w:b w:val="false"/>
          <w:sz w:val="28"/>
        </w:rPr>
        <w:t>Кузнечик-</w:t>
      </w:r>
      <w:r>
        <w:rPr>
          <w:b w:val="false"/>
          <w:sz w:val="28"/>
          <w:lang w:val="zxx"/>
        </w:rPr>
        <w:t>MGM</w:t>
      </w:r>
      <w:r>
        <w:rPr>
          <w:b w:val="false"/>
          <w:sz w:val="28"/>
        </w:rPr>
        <w:t xml:space="preserve">, ключ </w:t>
      </w:r>
      <w:r>
        <w:rPr>
          <w:b w:val="false"/>
          <w:sz w:val="28"/>
          <w:lang w:val="zxx"/>
        </w:rPr>
        <w:t>256</w:t>
      </w:r>
      <w:r>
        <w:rPr>
          <w:b w:val="false"/>
          <w:sz w:val="28"/>
        </w:rPr>
        <w:t xml:space="preserve"> бит, полная метка </w:t>
      </w:r>
      <w:r>
        <w:rPr>
          <w:b w:val="false"/>
          <w:sz w:val="28"/>
          <w:lang w:val="zxx"/>
        </w:rPr>
        <w:t>16</w:t>
      </w:r>
      <w:r>
        <w:rPr>
          <w:b w:val="false"/>
          <w:sz w:val="28"/>
        </w:rPr>
        <w:t xml:space="preserve"> байт</w:t>
      </w:r>
    </w:p>
    <w:p>
      <w:pPr>
        <w:pStyle w:val="Normal"/>
        <w:keepNext w:val="true"/>
        <w:jc w:val="start"/>
        <w:rPr/>
      </w:pPr>
      <w:r>
        <w:rPr>
          <w:b/>
          <w:sz w:val="28"/>
          <w:lang w:val="zxx"/>
        </w:rPr>
        <w:t>14.20</w:t>
      </w:r>
      <w:r>
        <w:rPr>
          <w:b/>
          <w:sz w:val="28"/>
        </w:rPr>
        <w:t xml:space="preserve"> Хеширование</w:t>
      </w:r>
    </w:p>
    <w:p>
      <w:pPr>
        <w:pStyle w:val="Normal"/>
        <w:jc w:val="start"/>
        <w:rPr/>
      </w:pPr>
      <w:r>
        <w:rPr>
          <w:b w:val="false"/>
          <w:sz w:val="28"/>
        </w:rPr>
        <w:t>Стрибог-</w:t>
      </w:r>
      <w:r>
        <w:rPr>
          <w:b w:val="false"/>
          <w:sz w:val="28"/>
          <w:lang w:val="zxx"/>
        </w:rPr>
        <w:t>256</w:t>
      </w:r>
      <w:r>
        <w:rPr>
          <w:b w:val="false"/>
          <w:sz w:val="28"/>
        </w:rPr>
        <w:t xml:space="preserve">, ГОСТ </w:t>
      </w:r>
      <w:r>
        <w:rPr>
          <w:b w:val="false"/>
          <w:sz w:val="28"/>
          <w:lang w:val="zxx"/>
        </w:rPr>
        <w:t>34.11-</w:t>
      </w:r>
      <w:r>
        <w:rPr>
          <w:b w:val="false"/>
          <w:sz w:val="28"/>
        </w:rPr>
        <w:t>⁠</w:t>
      </w:r>
      <w:r>
        <w:rPr>
          <w:b w:val="false"/>
          <w:sz w:val="28"/>
          <w:lang w:val="zxx"/>
        </w:rPr>
        <w:t>2018</w:t>
      </w:r>
      <w:r>
        <w:rPr>
          <w:b w:val="false"/>
          <w:sz w:val="28"/>
        </w:rPr>
        <w:t xml:space="preserve"> / ГОСТ Р </w:t>
      </w:r>
      <w:r>
        <w:rPr>
          <w:b w:val="false"/>
          <w:sz w:val="28"/>
          <w:lang w:val="zxx"/>
        </w:rPr>
        <w:t>34.11-</w:t>
      </w:r>
      <w:r>
        <w:rPr>
          <w:b w:val="false"/>
          <w:sz w:val="28"/>
        </w:rPr>
        <w:t>⁠</w:t>
      </w:r>
      <w:r>
        <w:rPr>
          <w:b w:val="false"/>
          <w:sz w:val="28"/>
          <w:lang w:val="zxx"/>
        </w:rPr>
        <w:t>2012</w:t>
      </w:r>
      <w:r>
        <w:rPr>
          <w:b w:val="false"/>
          <w:sz w:val="28"/>
        </w:rPr>
        <w:t xml:space="preserve">; </w:t>
      </w:r>
      <w:r>
        <w:rPr>
          <w:b w:val="false"/>
          <w:sz w:val="28"/>
          <w:lang w:val="zxx"/>
        </w:rPr>
        <w:t>hashAlgorithm=streebog256</w:t>
      </w:r>
    </w:p>
    <w:p>
      <w:pPr>
        <w:pStyle w:val="Normal"/>
        <w:keepNext w:val="true"/>
        <w:jc w:val="start"/>
        <w:rPr/>
      </w:pPr>
      <w:r>
        <w:rPr>
          <w:b/>
          <w:sz w:val="28"/>
          <w:lang w:val="zxx"/>
        </w:rPr>
        <w:t>14.21</w:t>
      </w:r>
      <w:r>
        <w:rPr>
          <w:b/>
          <w:sz w:val="28"/>
        </w:rPr>
        <w:t xml:space="preserve"> Аутентификация</w:t>
      </w:r>
    </w:p>
    <w:p>
      <w:pPr>
        <w:pStyle w:val="Normal"/>
        <w:jc w:val="start"/>
        <w:rPr/>
      </w:pPr>
      <w:r>
        <w:rPr>
          <w:b w:val="false"/>
          <w:sz w:val="28"/>
        </w:rPr>
        <w:t xml:space="preserve">Взаимная, индивидуальный </w:t>
      </w:r>
      <w:r>
        <w:rPr>
          <w:b w:val="false"/>
          <w:sz w:val="28"/>
          <w:lang w:val="zxx"/>
        </w:rPr>
        <w:t>external</w:t>
      </w:r>
      <w:r>
        <w:rPr>
          <w:b w:val="false"/>
          <w:sz w:val="28"/>
        </w:rPr>
        <w:t xml:space="preserve"> </w:t>
      </w:r>
      <w:r>
        <w:rPr>
          <w:b w:val="false"/>
          <w:sz w:val="28"/>
          <w:lang w:val="zxx"/>
        </w:rPr>
        <w:t>PSK</w:t>
      </w:r>
      <w:r>
        <w:rPr>
          <w:b w:val="false"/>
          <w:sz w:val="28"/>
        </w:rPr>
        <w:t xml:space="preserve"> </w:t>
      </w:r>
      <w:r>
        <w:rPr>
          <w:b w:val="false"/>
          <w:sz w:val="28"/>
          <w:lang w:val="zxx"/>
        </w:rPr>
        <w:t>256</w:t>
      </w:r>
      <w:r>
        <w:rPr>
          <w:b w:val="false"/>
          <w:sz w:val="28"/>
        </w:rPr>
        <w:t xml:space="preserve"> бит; </w:t>
      </w:r>
      <w:r>
        <w:rPr>
          <w:b w:val="false"/>
          <w:sz w:val="28"/>
          <w:lang w:val="zxx"/>
        </w:rPr>
        <w:t>psk_dhe_ke</w:t>
      </w:r>
    </w:p>
    <w:p>
      <w:pPr>
        <w:pStyle w:val="Normal"/>
        <w:keepNext w:val="true"/>
        <w:jc w:val="start"/>
        <w:rPr/>
      </w:pPr>
      <w:r>
        <w:rPr>
          <w:b/>
          <w:sz w:val="28"/>
          <w:lang w:val="zxx"/>
        </w:rPr>
        <w:t>14.22</w:t>
      </w:r>
      <w:r>
        <w:rPr>
          <w:b/>
          <w:sz w:val="28"/>
        </w:rPr>
        <w:t xml:space="preserve"> Обмен ключами</w:t>
      </w:r>
    </w:p>
    <w:p>
      <w:pPr>
        <w:pStyle w:val="Normal"/>
        <w:jc w:val="start"/>
        <w:rPr/>
      </w:pPr>
      <w:r>
        <w:rPr>
          <w:b w:val="false"/>
          <w:sz w:val="28"/>
          <w:lang w:val="zxx"/>
        </w:rPr>
        <w:t>GC256A</w:t>
      </w:r>
      <w:r>
        <w:rPr>
          <w:b w:val="false"/>
          <w:sz w:val="28"/>
        </w:rPr>
        <w:t xml:space="preserve">, </w:t>
      </w:r>
      <w:r>
        <w:rPr>
          <w:b w:val="false"/>
          <w:sz w:val="28"/>
          <w:lang w:val="zxx"/>
        </w:rPr>
        <w:t>0x0022</w:t>
      </w:r>
      <w:r>
        <w:rPr>
          <w:b w:val="false"/>
          <w:sz w:val="28"/>
        </w:rPr>
        <w:t xml:space="preserve">; </w:t>
      </w:r>
      <w:r>
        <w:rPr>
          <w:b w:val="false"/>
          <w:sz w:val="28"/>
          <w:lang w:val="zxx"/>
        </w:rPr>
        <w:t>id-</w:t>
      </w:r>
      <w:r>
        <w:rPr>
          <w:b w:val="false"/>
          <w:sz w:val="28"/>
        </w:rPr>
        <w:t>⁠</w:t>
      </w:r>
      <w:r>
        <w:rPr>
          <w:b w:val="false"/>
          <w:sz w:val="28"/>
          <w:lang w:val="zxx"/>
        </w:rPr>
        <w:t>tc26-</w:t>
      </w:r>
      <w:r>
        <w:rPr>
          <w:b w:val="false"/>
          <w:sz w:val="28"/>
        </w:rPr>
        <w:t>⁠</w:t>
      </w:r>
      <w:r>
        <w:rPr>
          <w:b w:val="false"/>
          <w:sz w:val="28"/>
          <w:lang w:val="zxx"/>
        </w:rPr>
        <w:t>gost-</w:t>
      </w:r>
      <w:r>
        <w:rPr>
          <w:b w:val="false"/>
          <w:sz w:val="28"/>
        </w:rPr>
        <w:t>⁠</w:t>
      </w:r>
      <w:r>
        <w:rPr>
          <w:b w:val="false"/>
          <w:sz w:val="28"/>
          <w:lang w:val="zxx"/>
        </w:rPr>
        <w:t>3410-</w:t>
      </w:r>
      <w:r>
        <w:rPr>
          <w:b w:val="false"/>
          <w:sz w:val="28"/>
        </w:rPr>
        <w:t>⁠</w:t>
      </w:r>
      <w:r>
        <w:rPr>
          <w:b w:val="false"/>
          <w:sz w:val="28"/>
          <w:lang w:val="zxx"/>
        </w:rPr>
        <w:t>2012-</w:t>
      </w:r>
      <w:r>
        <w:rPr>
          <w:b w:val="false"/>
          <w:sz w:val="28"/>
        </w:rPr>
        <w:t>⁠</w:t>
      </w:r>
      <w:r>
        <w:rPr>
          <w:b w:val="false"/>
          <w:sz w:val="28"/>
          <w:lang w:val="zxx"/>
        </w:rPr>
        <w:t>256-</w:t>
      </w:r>
      <w:r>
        <w:rPr>
          <w:b w:val="false"/>
          <w:sz w:val="28"/>
        </w:rPr>
        <w:t>⁠</w:t>
      </w:r>
      <w:r>
        <w:rPr>
          <w:b w:val="false"/>
          <w:sz w:val="28"/>
          <w:lang w:val="zxx"/>
        </w:rPr>
        <w:t>paramSetA</w:t>
      </w:r>
      <w:r>
        <w:rPr>
          <w:b w:val="false"/>
          <w:sz w:val="28"/>
        </w:rPr>
        <w:t xml:space="preserve">; кодирование точек по </w:t>
      </w:r>
      <w:r>
        <w:rPr>
          <w:b w:val="false"/>
          <w:sz w:val="28"/>
          <w:lang w:val="zxx"/>
        </w:rPr>
        <w:t>RFC</w:t>
      </w:r>
      <w:r>
        <w:rPr>
          <w:b w:val="false"/>
          <w:sz w:val="28"/>
        </w:rPr>
        <w:t xml:space="preserve"> </w:t>
      </w:r>
      <w:r>
        <w:rPr>
          <w:b w:val="false"/>
          <w:sz w:val="28"/>
          <w:lang w:val="zxx"/>
        </w:rPr>
        <w:t>9367</w:t>
      </w:r>
    </w:p>
    <w:p>
      <w:pPr>
        <w:pStyle w:val="Normal"/>
        <w:keepNext w:val="true"/>
        <w:jc w:val="start"/>
        <w:rPr/>
      </w:pPr>
      <w:r>
        <w:rPr>
          <w:b/>
          <w:sz w:val="28"/>
          <w:lang w:val="zxx"/>
        </w:rPr>
        <w:t>14.23</w:t>
      </w:r>
      <w:r>
        <w:rPr>
          <w:b/>
          <w:sz w:val="28"/>
        </w:rPr>
        <w:t xml:space="preserve"> Выработка ключей</w:t>
      </w:r>
    </w:p>
    <w:p>
      <w:pPr>
        <w:pStyle w:val="Normal"/>
        <w:jc w:val="start"/>
        <w:rPr/>
      </w:pPr>
      <w:r>
        <w:rPr>
          <w:b w:val="false"/>
          <w:sz w:val="28"/>
          <w:lang w:val="zxx"/>
        </w:rPr>
        <w:t>TLS</w:t>
      </w:r>
      <w:r>
        <w:rPr>
          <w:b w:val="false"/>
          <w:sz w:val="28"/>
        </w:rPr>
        <w:t xml:space="preserve"> </w:t>
      </w:r>
      <w:r>
        <w:rPr>
          <w:b w:val="false"/>
          <w:sz w:val="28"/>
          <w:lang w:val="zxx"/>
        </w:rPr>
        <w:t>key</w:t>
      </w:r>
      <w:r>
        <w:rPr>
          <w:b w:val="false"/>
          <w:sz w:val="28"/>
        </w:rPr>
        <w:t xml:space="preserve"> </w:t>
      </w:r>
      <w:r>
        <w:rPr>
          <w:b w:val="false"/>
          <w:sz w:val="28"/>
          <w:lang w:val="zxx"/>
        </w:rPr>
        <w:t>schedule</w:t>
      </w:r>
      <w:r>
        <w:rPr>
          <w:b w:val="false"/>
          <w:sz w:val="28"/>
        </w:rPr>
        <w:t xml:space="preserve"> с </w:t>
      </w:r>
      <w:r>
        <w:rPr>
          <w:b w:val="false"/>
          <w:sz w:val="28"/>
          <w:lang w:val="zxx"/>
        </w:rPr>
        <w:t>HMAC/</w:t>
      </w:r>
      <w:r>
        <w:rPr>
          <w:b w:val="false"/>
          <w:sz w:val="28"/>
        </w:rPr>
        <w:t>​</w:t>
      </w:r>
      <w:r>
        <w:rPr>
          <w:b w:val="false"/>
          <w:sz w:val="28"/>
          <w:lang w:val="zxx"/>
        </w:rPr>
        <w:t>HKDF</w:t>
      </w:r>
      <w:r>
        <w:rPr>
          <w:b w:val="false"/>
          <w:sz w:val="28"/>
        </w:rPr>
        <w:t xml:space="preserve"> на Стрибог-</w:t>
      </w:r>
      <w:r>
        <w:rPr>
          <w:b w:val="false"/>
          <w:sz w:val="28"/>
          <w:lang w:val="zxx"/>
        </w:rPr>
        <w:t>256</w:t>
      </w:r>
      <w:r>
        <w:rPr>
          <w:b w:val="false"/>
          <w:sz w:val="28"/>
        </w:rPr>
        <w:t xml:space="preserve">; ключи записей через </w:t>
      </w:r>
      <w:r>
        <w:rPr>
          <w:b w:val="false"/>
          <w:sz w:val="28"/>
          <w:lang w:val="zxx"/>
        </w:rPr>
        <w:t>TLSTREE</w:t>
      </w:r>
      <w:r>
        <w:rPr>
          <w:b w:val="false"/>
          <w:sz w:val="28"/>
        </w:rPr>
        <w:t xml:space="preserve"> и </w:t>
      </w:r>
      <w:r>
        <w:rPr>
          <w:b w:val="false"/>
          <w:sz w:val="28"/>
          <w:lang w:val="zxx"/>
        </w:rPr>
        <w:t>KDF_GOSTR3411_2012_256</w:t>
      </w:r>
      <w:r>
        <w:rPr>
          <w:b w:val="false"/>
          <w:sz w:val="28"/>
        </w:rPr>
        <w:t xml:space="preserve"> по </w:t>
      </w:r>
      <w:r>
        <w:rPr>
          <w:b w:val="false"/>
          <w:sz w:val="28"/>
          <w:lang w:val="zxx"/>
        </w:rPr>
        <w:t>RFC</w:t>
      </w:r>
      <w:r>
        <w:rPr>
          <w:b w:val="false"/>
          <w:sz w:val="28"/>
        </w:rPr>
        <w:t xml:space="preserve"> </w:t>
      </w:r>
      <w:r>
        <w:rPr>
          <w:b w:val="false"/>
          <w:sz w:val="28"/>
          <w:lang w:val="zxx"/>
        </w:rPr>
        <w:t>9367/</w:t>
      </w:r>
      <w:r>
        <w:rPr>
          <w:b w:val="false"/>
          <w:sz w:val="28"/>
        </w:rPr>
        <w:t>⁠</w:t>
      </w:r>
      <w:r>
        <w:rPr>
          <w:b w:val="false"/>
          <w:sz w:val="28"/>
          <w:lang w:val="zxx"/>
        </w:rPr>
        <w:t>7836</w:t>
      </w:r>
    </w:p>
    <w:p>
      <w:pPr>
        <w:pStyle w:val="Normal"/>
        <w:keepNext w:val="true"/>
        <w:jc w:val="start"/>
        <w:rPr/>
      </w:pPr>
      <w:r>
        <w:rPr>
          <w:b/>
          <w:sz w:val="28"/>
          <w:lang w:val="zxx"/>
        </w:rPr>
        <w:t>14.24</w:t>
      </w:r>
      <w:r>
        <w:rPr>
          <w:b/>
          <w:sz w:val="28"/>
        </w:rPr>
        <w:t xml:space="preserve"> Размер защищенной записи</w:t>
      </w:r>
    </w:p>
    <w:p>
      <w:pPr>
        <w:pStyle w:val="Normal"/>
        <w:jc w:val="start"/>
        <w:rPr/>
      </w:pPr>
      <w:r>
        <w:rPr>
          <w:b w:val="false"/>
          <w:sz w:val="28"/>
          <w:lang w:val="zxx"/>
        </w:rPr>
        <w:t>record_size_limit=512</w:t>
      </w:r>
      <w:r>
        <w:rPr>
          <w:b w:val="false"/>
          <w:sz w:val="28"/>
        </w:rPr>
        <w:t xml:space="preserve">, включая внутренний тип и </w:t>
      </w:r>
      <w:r>
        <w:rPr>
          <w:b w:val="false"/>
          <w:sz w:val="28"/>
          <w:lang w:val="zxx"/>
        </w:rPr>
        <w:t>padding</w:t>
      </w:r>
      <w:r>
        <w:rPr>
          <w:b w:val="false"/>
          <w:sz w:val="28"/>
        </w:rPr>
        <w:t xml:space="preserve">; </w:t>
      </w:r>
      <w:r>
        <w:rPr>
          <w:b w:val="false"/>
          <w:sz w:val="28"/>
          <w:lang w:val="zxx"/>
        </w:rPr>
        <w:t>XML</w:t>
      </w:r>
      <w:r>
        <w:rPr>
          <w:b w:val="false"/>
          <w:sz w:val="28"/>
        </w:rPr>
        <w:t xml:space="preserve"> до </w:t>
      </w:r>
      <w:r>
        <w:rPr>
          <w:b w:val="false"/>
          <w:sz w:val="28"/>
          <w:lang w:val="zxx"/>
        </w:rPr>
        <w:t>1024</w:t>
      </w:r>
      <w:r>
        <w:rPr>
          <w:b w:val="false"/>
          <w:sz w:val="28"/>
        </w:rPr>
        <w:t xml:space="preserve"> байт передается потоком</w:t>
      </w:r>
    </w:p>
    <w:p>
      <w:pPr>
        <w:pStyle w:val="Normal"/>
        <w:jc w:val="both"/>
        <w:rPr/>
      </w:pPr>
      <w:r>
        <w:rPr>
          <w:b w:val="false"/>
          <w:sz w:val="28"/>
          <w:lang w:val="zxx"/>
        </w:rPr>
        <w:t>14.25</w:t>
      </w:r>
      <w:r>
        <w:rPr>
          <w:b w:val="false"/>
          <w:sz w:val="28"/>
        </w:rPr>
        <w:t xml:space="preserve"> </w:t>
      </w:r>
      <w:r>
        <w:rPr>
          <w:b w:val="false"/>
          <w:sz w:val="28"/>
          <w:lang w:val="zxx"/>
        </w:rPr>
        <w:t>PSK</w:t>
      </w:r>
      <w:r>
        <w:rPr>
          <w:b w:val="false"/>
          <w:sz w:val="28"/>
        </w:rPr>
        <w:t xml:space="preserve"> длиной </w:t>
      </w:r>
      <w:r>
        <w:rPr>
          <w:b w:val="false"/>
          <w:sz w:val="28"/>
          <w:lang w:val="zxx"/>
        </w:rPr>
        <w:t>256</w:t>
      </w:r>
      <w:r>
        <w:rPr>
          <w:b w:val="false"/>
          <w:sz w:val="28"/>
        </w:rPr>
        <w:t xml:space="preserve"> бит выводится по </w:t>
      </w:r>
      <w:r>
        <w:rPr>
          <w:b w:val="false"/>
          <w:sz w:val="28"/>
          <w:lang w:val="zxx"/>
        </w:rPr>
        <w:t>open-</w:t>
      </w:r>
      <w:r>
        <w:rPr>
          <w:b w:val="false"/>
          <w:sz w:val="28"/>
        </w:rPr>
        <w:t>⁠</w:t>
      </w:r>
      <w:r>
        <w:rPr>
          <w:b w:val="false"/>
          <w:sz w:val="28"/>
          <w:lang w:val="zxx"/>
        </w:rPr>
        <w:t>alert-</w:t>
      </w:r>
      <w:r>
        <w:rPr>
          <w:b w:val="false"/>
          <w:sz w:val="28"/>
        </w:rPr>
        <w:t>⁠</w:t>
      </w:r>
      <w:r>
        <w:rPr>
          <w:b w:val="false"/>
          <w:sz w:val="28"/>
          <w:lang w:val="zxx"/>
        </w:rPr>
        <w:t>trust/</w:t>
      </w:r>
      <w:r>
        <w:rPr>
          <w:b w:val="false"/>
          <w:sz w:val="28"/>
        </w:rPr>
        <w:t>⁠</w:t>
      </w:r>
      <w:r>
        <w:rPr>
          <w:b w:val="false"/>
          <w:sz w:val="28"/>
          <w:lang w:val="zxx"/>
        </w:rPr>
        <w:t>2</w:t>
      </w:r>
      <w:r>
        <w:rPr>
          <w:b w:val="false"/>
          <w:sz w:val="28"/>
        </w:rPr>
        <w:t xml:space="preserve"> из случайного индивидуального секрета и индивидуален для пары идентичностей устройства и участника. </w:t>
      </w:r>
      <w:r>
        <w:rPr>
          <w:b w:val="false"/>
          <w:sz w:val="28"/>
          <w:lang w:val="zxx"/>
        </w:rPr>
        <w:t>PSK</w:t>
      </w:r>
      <w:r>
        <w:rPr>
          <w:b w:val="false"/>
          <w:sz w:val="28"/>
        </w:rPr>
        <w:t xml:space="preserve"> </w:t>
      </w:r>
      <w:r>
        <w:rPr>
          <w:b w:val="false"/>
          <w:sz w:val="28"/>
          <w:lang w:val="zxx"/>
        </w:rPr>
        <w:t>identity</w:t>
      </w:r>
      <w:r>
        <w:rPr>
          <w:b w:val="false"/>
          <w:sz w:val="28"/>
        </w:rPr>
        <w:t xml:space="preserve"> - непрозрачный идентификатор ключа; запись доверия связывает его с </w:t>
      </w:r>
      <w:r>
        <w:rPr>
          <w:b w:val="false"/>
          <w:sz w:val="28"/>
          <w:lang w:val="zxx"/>
        </w:rPr>
        <w:t>deviceId</w:t>
      </w:r>
      <w:r>
        <w:rPr>
          <w:b w:val="false"/>
          <w:sz w:val="28"/>
        </w:rPr>
        <w:t xml:space="preserve">, </w:t>
      </w:r>
      <w:r>
        <w:rPr>
          <w:b w:val="false"/>
          <w:sz w:val="28"/>
          <w:lang w:val="zxx"/>
        </w:rPr>
        <w:t>principalId</w:t>
      </w:r>
      <w:r>
        <w:rPr>
          <w:b w:val="false"/>
          <w:sz w:val="28"/>
        </w:rPr>
        <w:t xml:space="preserve">, ролью, областью и поколением ключа. Оба </w:t>
      </w:r>
      <w:r>
        <w:rPr>
          <w:b w:val="false"/>
          <w:sz w:val="28"/>
          <w:lang w:val="zxx"/>
        </w:rPr>
        <w:t>Finished</w:t>
      </w:r>
      <w:r>
        <w:rPr>
          <w:b w:val="false"/>
          <w:sz w:val="28"/>
        </w:rPr>
        <w:t xml:space="preserve"> проверяются до </w:t>
      </w:r>
      <w:r>
        <w:rPr>
          <w:b w:val="false"/>
          <w:sz w:val="28"/>
          <w:lang w:val="zxx"/>
        </w:rPr>
        <w:t>protocol.hello</w:t>
      </w:r>
      <w:r>
        <w:rPr>
          <w:b w:val="false"/>
          <w:sz w:val="28"/>
        </w:rPr>
        <w:t xml:space="preserve"> и предметных действий. </w:t>
      </w:r>
      <w:r>
        <w:rPr>
          <w:b w:val="false"/>
          <w:sz w:val="28"/>
          <w:lang w:val="zxx"/>
        </w:rPr>
        <w:t>PSK-</w:t>
      </w:r>
      <w:r>
        <w:rPr>
          <w:b w:val="false"/>
          <w:sz w:val="28"/>
        </w:rPr>
        <w:t>⁠</w:t>
      </w:r>
      <w:r>
        <w:rPr>
          <w:b w:val="false"/>
          <w:sz w:val="28"/>
          <w:lang w:val="zxx"/>
        </w:rPr>
        <w:t>only</w:t>
      </w:r>
      <w:r>
        <w:rPr>
          <w:b w:val="false"/>
          <w:sz w:val="28"/>
        </w:rPr>
        <w:t xml:space="preserve">, односторонняя аутентификация и общий ключ парка не соответствуют ядру. Самостоятельная реализация </w:t>
      </w:r>
      <w:r>
        <w:rPr>
          <w:b w:val="false"/>
          <w:sz w:val="28"/>
          <w:lang w:val="zxx"/>
        </w:rPr>
        <w:t>MGM</w:t>
      </w:r>
      <w:r>
        <w:rPr>
          <w:b w:val="false"/>
          <w:sz w:val="28"/>
        </w:rPr>
        <w:t xml:space="preserve"> не заменяет согласование </w:t>
      </w:r>
      <w:r>
        <w:rPr>
          <w:b w:val="false"/>
          <w:sz w:val="28"/>
          <w:lang w:val="zxx"/>
        </w:rPr>
        <w:t>TLS</w:t>
      </w:r>
      <w:r>
        <w:rPr>
          <w:b w:val="false"/>
          <w:sz w:val="28"/>
        </w:rPr>
        <w:t xml:space="preserve">, </w:t>
      </w:r>
      <w:r>
        <w:rPr>
          <w:b w:val="false"/>
          <w:sz w:val="28"/>
          <w:lang w:val="zxx"/>
        </w:rPr>
        <w:t>TLSTREE</w:t>
      </w:r>
      <w:r>
        <w:rPr>
          <w:b w:val="false"/>
          <w:sz w:val="28"/>
        </w:rPr>
        <w:t>, проверку открытых точек и управление счетчиками.</w:t>
      </w:r>
    </w:p>
    <w:p>
      <w:pPr>
        <w:pStyle w:val="Normal"/>
        <w:keepNext w:val="true"/>
        <w:jc w:val="start"/>
        <w:rPr/>
      </w:pPr>
      <w:r>
        <w:rPr>
          <w:b/>
          <w:sz w:val="28"/>
          <w:lang w:val="zxx"/>
        </w:rPr>
        <w:t>14.26</w:t>
      </w:r>
      <w:r>
        <w:rPr>
          <w:b/>
          <w:sz w:val="28"/>
        </w:rPr>
        <w:t xml:space="preserve"> </w:t>
      </w:r>
      <w:r>
        <w:rPr>
          <w:b/>
          <w:sz w:val="28"/>
          <w:lang w:val="zxx"/>
        </w:rPr>
        <w:t>observer</w:t>
      </w:r>
    </w:p>
    <w:p>
      <w:pPr>
        <w:pStyle w:val="Normal"/>
        <w:jc w:val="both"/>
        <w:rPr/>
      </w:pPr>
      <w:r>
        <w:rPr>
          <w:b w:val="false"/>
          <w:sz w:val="28"/>
        </w:rPr>
        <w:t xml:space="preserve">Чтение описания, возможностей, состояния, датчиков, журналов и результатов в разрешенной области. Не разрешает </w:t>
      </w:r>
      <w:r>
        <w:rPr>
          <w:b w:val="false"/>
          <w:sz w:val="28"/>
          <w:lang w:val="zxx"/>
        </w:rPr>
        <w:t>acquire/</w:t>
      </w:r>
      <w:r>
        <w:rPr>
          <w:b w:val="false"/>
          <w:sz w:val="28"/>
        </w:rPr>
        <w:t>​</w:t>
      </w:r>
      <w:r>
        <w:rPr>
          <w:b w:val="false"/>
          <w:sz w:val="28"/>
          <w:lang w:val="zxx"/>
        </w:rPr>
        <w:t>resume</w:t>
      </w:r>
      <w:r>
        <w:rPr>
          <w:b w:val="false"/>
          <w:sz w:val="28"/>
        </w:rPr>
        <w:t xml:space="preserve"> и изменяющие команды.</w:t>
      </w:r>
    </w:p>
    <w:p>
      <w:pPr>
        <w:pStyle w:val="Normal"/>
        <w:keepNext w:val="true"/>
        <w:jc w:val="start"/>
        <w:rPr/>
      </w:pPr>
      <w:r>
        <w:rPr>
          <w:b/>
          <w:sz w:val="28"/>
          <w:lang w:val="zxx"/>
        </w:rPr>
        <w:t>14.27</w:t>
      </w:r>
      <w:r>
        <w:rPr>
          <w:b/>
          <w:sz w:val="28"/>
        </w:rPr>
        <w:t xml:space="preserve"> </w:t>
      </w:r>
      <w:r>
        <w:rPr>
          <w:b/>
          <w:sz w:val="28"/>
          <w:lang w:val="zxx"/>
        </w:rPr>
        <w:t>operator</w:t>
      </w:r>
    </w:p>
    <w:p>
      <w:pPr>
        <w:pStyle w:val="Normal"/>
        <w:jc w:val="start"/>
        <w:rPr/>
      </w:pPr>
      <w:r>
        <w:rPr>
          <w:b w:val="false"/>
          <w:sz w:val="28"/>
        </w:rPr>
        <w:t xml:space="preserve">Права </w:t>
      </w:r>
      <w:r>
        <w:rPr>
          <w:b w:val="false"/>
          <w:sz w:val="28"/>
          <w:lang w:val="zxx"/>
        </w:rPr>
        <w:t>observer</w:t>
      </w:r>
      <w:r>
        <w:rPr>
          <w:b w:val="false"/>
          <w:sz w:val="28"/>
        </w:rPr>
        <w:t xml:space="preserve">, </w:t>
      </w:r>
      <w:r>
        <w:rPr>
          <w:b w:val="false"/>
          <w:sz w:val="28"/>
          <w:lang w:val="zxx"/>
        </w:rPr>
        <w:t>acquire/</w:t>
      </w:r>
      <w:r>
        <w:rPr>
          <w:b w:val="false"/>
          <w:sz w:val="28"/>
        </w:rPr>
        <w:t>​</w:t>
      </w:r>
      <w:r>
        <w:rPr>
          <w:b w:val="false"/>
          <w:sz w:val="28"/>
          <w:lang w:val="zxx"/>
        </w:rPr>
        <w:t>resume</w:t>
      </w:r>
      <w:r>
        <w:rPr>
          <w:b w:val="false"/>
          <w:sz w:val="28"/>
        </w:rPr>
        <w:t xml:space="preserve"> и команды владельца для </w:t>
      </w:r>
      <w:r>
        <w:rPr>
          <w:b w:val="false"/>
          <w:sz w:val="28"/>
          <w:lang w:val="zxx"/>
        </w:rPr>
        <w:t>purpose=real</w:t>
      </w:r>
      <w:r>
        <w:rPr>
          <w:b w:val="false"/>
          <w:sz w:val="28"/>
        </w:rPr>
        <w:t xml:space="preserve">, </w:t>
      </w:r>
      <w:r>
        <w:rPr>
          <w:b w:val="false"/>
          <w:sz w:val="28"/>
          <w:lang w:val="zxx"/>
        </w:rPr>
        <w:t>exercise</w:t>
      </w:r>
      <w:r>
        <w:rPr>
          <w:b w:val="false"/>
          <w:sz w:val="28"/>
        </w:rPr>
        <w:t xml:space="preserve"> и </w:t>
      </w:r>
      <w:r>
        <w:rPr>
          <w:b w:val="false"/>
          <w:sz w:val="28"/>
          <w:lang w:val="zxx"/>
        </w:rPr>
        <w:t>technical.</w:t>
      </w:r>
      <w:r>
        <w:rPr>
          <w:b w:val="false"/>
          <w:sz w:val="28"/>
        </w:rPr>
        <w:t xml:space="preserve"> Конкретный </w:t>
      </w:r>
      <w:r>
        <w:rPr>
          <w:b w:val="false"/>
          <w:sz w:val="28"/>
          <w:lang w:val="zxx"/>
        </w:rPr>
        <w:t>purpose</w:t>
      </w:r>
      <w:r>
        <w:rPr>
          <w:b w:val="false"/>
          <w:sz w:val="28"/>
        </w:rPr>
        <w:t xml:space="preserve"> </w:t>
      </w:r>
      <w:r>
        <w:rPr>
          <w:b w:val="false"/>
          <w:sz w:val="28"/>
          <w:lang w:val="zxx"/>
        </w:rPr>
        <w:t>acquire</w:t>
      </w:r>
      <w:r>
        <w:rPr>
          <w:b w:val="false"/>
          <w:sz w:val="28"/>
        </w:rPr>
        <w:t xml:space="preserve"> и </w:t>
      </w:r>
      <w:r>
        <w:rPr>
          <w:b w:val="false"/>
          <w:sz w:val="28"/>
          <w:lang w:val="zxx"/>
        </w:rPr>
        <w:t>session.start</w:t>
      </w:r>
      <w:r>
        <w:rPr>
          <w:b w:val="false"/>
          <w:sz w:val="28"/>
        </w:rPr>
        <w:t xml:space="preserve"> должен совпадать; независимые физические условия допуска сохраняются.</w:t>
      </w:r>
    </w:p>
    <w:p>
      <w:pPr>
        <w:pStyle w:val="Normal"/>
        <w:keepNext w:val="true"/>
        <w:jc w:val="start"/>
        <w:rPr/>
      </w:pPr>
      <w:r>
        <w:rPr>
          <w:b/>
          <w:sz w:val="28"/>
          <w:lang w:val="zxx"/>
        </w:rPr>
        <w:t>14.28</w:t>
      </w:r>
      <w:r>
        <w:rPr>
          <w:b/>
          <w:sz w:val="28"/>
        </w:rPr>
        <w:t xml:space="preserve"> </w:t>
      </w:r>
      <w:r>
        <w:rPr>
          <w:b/>
          <w:sz w:val="28"/>
          <w:lang w:val="zxx"/>
        </w:rPr>
        <w:t>maintainer</w:t>
      </w:r>
    </w:p>
    <w:p>
      <w:pPr>
        <w:pStyle w:val="Normal"/>
        <w:jc w:val="start"/>
        <w:rPr/>
      </w:pPr>
      <w:r>
        <w:rPr>
          <w:b w:val="false"/>
          <w:sz w:val="28"/>
        </w:rPr>
        <w:t xml:space="preserve">Сервисные операции </w:t>
      </w:r>
      <w:r>
        <w:rPr>
          <w:b w:val="false"/>
          <w:sz w:val="28"/>
          <w:lang w:val="zxx"/>
        </w:rPr>
        <w:t>maintenance</w:t>
      </w:r>
      <w:r>
        <w:rPr>
          <w:b w:val="false"/>
          <w:sz w:val="28"/>
        </w:rPr>
        <w:t xml:space="preserve"> в разрешенной области. Не разрешает </w:t>
      </w:r>
      <w:r>
        <w:rPr>
          <w:b w:val="false"/>
          <w:sz w:val="28"/>
          <w:lang w:val="zxx"/>
        </w:rPr>
        <w:t>session.start</w:t>
      </w:r>
      <w:r>
        <w:rPr>
          <w:b w:val="false"/>
          <w:sz w:val="28"/>
        </w:rPr>
        <w:t xml:space="preserve"> и само по себе не дает права </w:t>
      </w:r>
      <w:r>
        <w:rPr>
          <w:b w:val="false"/>
          <w:sz w:val="28"/>
          <w:lang w:val="zxx"/>
        </w:rPr>
        <w:t>operator</w:t>
      </w:r>
      <w:r>
        <w:rPr>
          <w:b w:val="false"/>
          <w:sz w:val="28"/>
        </w:rPr>
        <w:t xml:space="preserve"> или </w:t>
      </w:r>
      <w:r>
        <w:rPr>
          <w:b w:val="false"/>
          <w:sz w:val="28"/>
          <w:lang w:val="zxx"/>
        </w:rPr>
        <w:t>trustAdmin.</w:t>
      </w:r>
    </w:p>
    <w:p>
      <w:pPr>
        <w:pStyle w:val="Normal"/>
        <w:keepNext w:val="true"/>
        <w:jc w:val="start"/>
        <w:rPr/>
      </w:pPr>
      <w:r>
        <w:rPr>
          <w:b/>
          <w:sz w:val="28"/>
          <w:lang w:val="zxx"/>
        </w:rPr>
        <w:t>14.29</w:t>
      </w:r>
      <w:r>
        <w:rPr>
          <w:b/>
          <w:sz w:val="28"/>
        </w:rPr>
        <w:t xml:space="preserve"> </w:t>
      </w:r>
      <w:r>
        <w:rPr>
          <w:b/>
          <w:sz w:val="28"/>
          <w:lang w:val="zxx"/>
        </w:rPr>
        <w:t>trustAdmin</w:t>
      </w:r>
    </w:p>
    <w:p>
      <w:pPr>
        <w:pStyle w:val="Normal"/>
        <w:jc w:val="start"/>
        <w:rPr/>
      </w:pPr>
      <w:r>
        <w:rPr>
          <w:b w:val="false"/>
          <w:sz w:val="28"/>
        </w:rPr>
        <w:t xml:space="preserve">Управление записями доверия и ключами по профилю </w:t>
      </w:r>
      <w:r>
        <w:rPr>
          <w:b w:val="false"/>
          <w:sz w:val="28"/>
          <w:lang w:val="zxx"/>
        </w:rPr>
        <w:t>commissioning.</w:t>
      </w:r>
      <w:r>
        <w:rPr>
          <w:b w:val="false"/>
          <w:sz w:val="28"/>
        </w:rPr>
        <w:t xml:space="preserve"> Не разрешает </w:t>
      </w:r>
      <w:r>
        <w:rPr>
          <w:b w:val="false"/>
          <w:sz w:val="28"/>
          <w:lang w:val="zxx"/>
        </w:rPr>
        <w:t>acquire/</w:t>
      </w:r>
      <w:r>
        <w:rPr>
          <w:b w:val="false"/>
          <w:sz w:val="28"/>
        </w:rPr>
        <w:t>​</w:t>
      </w:r>
      <w:r>
        <w:rPr>
          <w:b w:val="false"/>
          <w:sz w:val="28"/>
          <w:lang w:val="zxx"/>
        </w:rPr>
        <w:t>resume</w:t>
      </w:r>
      <w:r>
        <w:rPr>
          <w:b w:val="false"/>
          <w:sz w:val="28"/>
        </w:rPr>
        <w:t xml:space="preserve">, </w:t>
      </w:r>
      <w:r>
        <w:rPr>
          <w:b w:val="false"/>
          <w:sz w:val="28"/>
          <w:lang w:val="zxx"/>
        </w:rPr>
        <w:t>session.start</w:t>
      </w:r>
      <w:r>
        <w:rPr>
          <w:b w:val="false"/>
          <w:sz w:val="28"/>
        </w:rPr>
        <w:t xml:space="preserve"> или обслуживание </w:t>
      </w:r>
      <w:r>
        <w:rPr>
          <w:b w:val="false"/>
          <w:sz w:val="28"/>
          <w:lang w:val="zxx"/>
        </w:rPr>
        <w:t>maintainer.</w:t>
      </w:r>
    </w:p>
    <w:p>
      <w:pPr>
        <w:pStyle w:val="Normal"/>
        <w:keepNext w:val="true"/>
        <w:jc w:val="start"/>
        <w:rPr/>
      </w:pPr>
      <w:r>
        <w:rPr>
          <w:b/>
          <w:sz w:val="28"/>
          <w:lang w:val="zxx"/>
        </w:rPr>
        <w:t>14.30</w:t>
      </w:r>
      <w:r>
        <w:rPr>
          <w:b/>
          <w:sz w:val="28"/>
        </w:rPr>
        <w:t xml:space="preserve"> Сочетание ролей</w:t>
      </w:r>
    </w:p>
    <w:p>
      <w:pPr>
        <w:pStyle w:val="Normal"/>
        <w:jc w:val="both"/>
        <w:rPr/>
      </w:pPr>
      <w:r>
        <w:rPr>
          <w:b w:val="false"/>
          <w:sz w:val="28"/>
        </w:rPr>
        <w:t>Полномочия объединяются только явным перечнем ролей; одна роль не выводится из другой. Ресурсы, состояние ключа и предметные условия каждой команды проверяются отдельно.</w:t>
      </w:r>
    </w:p>
    <w:p>
      <w:pPr>
        <w:pStyle w:val="2"/>
        <w:rPr/>
      </w:pPr>
      <w:r>
        <w:rPr/>
        <w:t>Случайные значения и временные ключи</w:t>
      </w:r>
    </w:p>
    <w:p>
      <w:pPr>
        <w:pStyle w:val="Normal"/>
        <w:jc w:val="both"/>
        <w:rPr/>
      </w:pPr>
      <w:r>
        <w:rPr>
          <w:b w:val="false"/>
          <w:sz w:val="28"/>
          <w:lang w:val="zxx"/>
        </w:rPr>
        <w:t>14.31</w:t>
      </w:r>
      <w:r>
        <w:rPr>
          <w:b w:val="false"/>
          <w:sz w:val="28"/>
        </w:rPr>
        <w:t xml:space="preserve"> Приватные временные ключи </w:t>
      </w:r>
      <w:r>
        <w:rPr>
          <w:b w:val="false"/>
          <w:sz w:val="28"/>
          <w:lang w:val="zxx"/>
        </w:rPr>
        <w:t>GC256A</w:t>
      </w:r>
      <w:r>
        <w:rPr>
          <w:b w:val="false"/>
          <w:sz w:val="28"/>
        </w:rPr>
        <w:t xml:space="preserve"> и случайные значения </w:t>
      </w:r>
      <w:r>
        <w:rPr>
          <w:b w:val="false"/>
          <w:sz w:val="28"/>
          <w:lang w:val="zxx"/>
        </w:rPr>
        <w:t>handshake</w:t>
      </w:r>
      <w:r>
        <w:rPr>
          <w:b w:val="false"/>
          <w:sz w:val="28"/>
        </w:rPr>
        <w:t xml:space="preserve"> получаются от криптографического генератора с обоснованным источником энтропии. </w:t>
      </w:r>
      <w:r>
        <w:rPr>
          <w:b w:val="false"/>
          <w:sz w:val="28"/>
          <w:lang w:val="zxx"/>
        </w:rPr>
        <w:t>MAC</w:t>
      </w:r>
      <w:r>
        <w:rPr>
          <w:b w:val="false"/>
          <w:sz w:val="28"/>
        </w:rPr>
        <w:t xml:space="preserve">, </w:t>
      </w:r>
      <w:r>
        <w:rPr>
          <w:b w:val="false"/>
          <w:sz w:val="28"/>
          <w:lang w:val="zxx"/>
        </w:rPr>
        <w:t>IP</w:t>
      </w:r>
      <w:r>
        <w:rPr>
          <w:b w:val="false"/>
          <w:sz w:val="28"/>
        </w:rPr>
        <w:t xml:space="preserve">, </w:t>
      </w:r>
      <w:r>
        <w:rPr>
          <w:b w:val="false"/>
          <w:sz w:val="28"/>
          <w:lang w:val="zxx"/>
        </w:rPr>
        <w:t>uptime</w:t>
      </w:r>
      <w:r>
        <w:rPr>
          <w:b w:val="false"/>
          <w:sz w:val="28"/>
        </w:rPr>
        <w:t xml:space="preserve">, </w:t>
      </w:r>
      <w:r>
        <w:rPr>
          <w:b w:val="false"/>
          <w:sz w:val="28"/>
          <w:lang w:val="zxx"/>
        </w:rPr>
        <w:t>bootId</w:t>
      </w:r>
      <w:r>
        <w:rPr>
          <w:b w:val="false"/>
          <w:sz w:val="28"/>
        </w:rPr>
        <w:t xml:space="preserve"> и постоянный счетчик не заменяют случайность. При отказе генератора новый защищенный канал не устанавливается. </w:t>
      </w:r>
      <w:r>
        <w:rPr>
          <w:b w:val="false"/>
          <w:sz w:val="28"/>
          <w:lang w:val="zxx"/>
        </w:rPr>
        <w:t>PSK</w:t>
      </w:r>
      <w:r>
        <w:rPr>
          <w:b w:val="false"/>
          <w:sz w:val="28"/>
        </w:rPr>
        <w:t xml:space="preserve"> используется только по назначению выбранного профиля и не переносится в иной протокол или файл как ключ шифрования данных.</w:t>
      </w:r>
    </w:p>
    <w:p>
      <w:pPr>
        <w:pStyle w:val="2"/>
        <w:rPr/>
      </w:pPr>
      <w:r>
        <w:rPr/>
        <w:t>Ограничения записей и handshake</w:t>
      </w:r>
    </w:p>
    <w:p>
      <w:pPr>
        <w:pStyle w:val="Normal"/>
        <w:jc w:val="start"/>
        <w:rPr/>
      </w:pPr>
      <w:r>
        <w:rPr>
          <w:b w:val="false"/>
          <w:sz w:val="28"/>
          <w:lang w:val="zxx"/>
        </w:rPr>
        <w:t>14.32</w:t>
      </w:r>
      <w:r>
        <w:rPr>
          <w:b w:val="false"/>
          <w:sz w:val="28"/>
        </w:rPr>
        <w:t xml:space="preserve"> Обе стороны </w:t>
      </w:r>
      <w:r>
        <w:rPr>
          <w:b w:val="false"/>
          <w:sz w:val="28"/>
          <w:lang w:val="zxx"/>
        </w:rPr>
        <w:t>ДОЛЖНЫ</w:t>
      </w:r>
      <w:r>
        <w:rPr>
          <w:b w:val="false"/>
          <w:sz w:val="28"/>
        </w:rPr>
        <w:t xml:space="preserve"> согласовать </w:t>
      </w:r>
      <w:r>
        <w:rPr>
          <w:b w:val="false"/>
          <w:sz w:val="28"/>
          <w:lang w:val="zxx"/>
        </w:rPr>
        <w:t>record_size_limit=512</w:t>
      </w:r>
      <w:r>
        <w:rPr>
          <w:b w:val="false"/>
          <w:sz w:val="28"/>
        </w:rPr>
        <w:t xml:space="preserve"> по </w:t>
      </w:r>
      <w:r>
        <w:rPr>
          <w:b w:val="false"/>
          <w:sz w:val="28"/>
          <w:lang w:val="zxx"/>
        </w:rPr>
        <w:t>RFC</w:t>
      </w:r>
      <w:r>
        <w:rPr>
          <w:b w:val="false"/>
          <w:sz w:val="28"/>
        </w:rPr>
        <w:t xml:space="preserve"> </w:t>
      </w:r>
      <w:r>
        <w:rPr>
          <w:b w:val="false"/>
          <w:sz w:val="28"/>
          <w:lang w:val="zxx"/>
        </w:rPr>
        <w:t>8449</w:t>
      </w:r>
      <w:r>
        <w:rPr>
          <w:b w:val="false"/>
          <w:sz w:val="28"/>
        </w:rPr>
        <w:t xml:space="preserve">; отсутствие расширения либо иное значение отклоняется. Для </w:t>
      </w:r>
      <w:r>
        <w:rPr>
          <w:b w:val="false"/>
          <w:sz w:val="28"/>
          <w:lang w:val="zxx"/>
        </w:rPr>
        <w:t>TLS</w:t>
      </w:r>
      <w:r>
        <w:rPr>
          <w:b w:val="false"/>
          <w:sz w:val="28"/>
        </w:rPr>
        <w:t xml:space="preserve"> </w:t>
      </w:r>
      <w:r>
        <w:rPr>
          <w:b w:val="false"/>
          <w:sz w:val="28"/>
          <w:lang w:val="zxx"/>
        </w:rPr>
        <w:t>1.3</w:t>
      </w:r>
      <w:r>
        <w:rPr>
          <w:b w:val="false"/>
          <w:sz w:val="28"/>
        </w:rPr>
        <w:t xml:space="preserve"> это длина </w:t>
      </w:r>
      <w:r>
        <w:rPr>
          <w:b w:val="false"/>
          <w:sz w:val="28"/>
          <w:lang w:val="zxx"/>
        </w:rPr>
        <w:t>TLSInnerPlaintext</w:t>
      </w:r>
      <w:r>
        <w:rPr>
          <w:b w:val="false"/>
          <w:sz w:val="28"/>
        </w:rPr>
        <w:t xml:space="preserve">, включая </w:t>
      </w:r>
      <w:r>
        <w:rPr>
          <w:b w:val="false"/>
          <w:sz w:val="28"/>
          <w:lang w:val="zxx"/>
        </w:rPr>
        <w:t>content</w:t>
      </w:r>
      <w:r>
        <w:rPr>
          <w:b w:val="false"/>
          <w:sz w:val="28"/>
        </w:rPr>
        <w:t xml:space="preserve"> </w:t>
      </w:r>
      <w:r>
        <w:rPr>
          <w:b w:val="false"/>
          <w:sz w:val="28"/>
          <w:lang w:val="zxx"/>
        </w:rPr>
        <w:t>type</w:t>
      </w:r>
      <w:r>
        <w:rPr>
          <w:b w:val="false"/>
          <w:sz w:val="28"/>
        </w:rPr>
        <w:t xml:space="preserve"> и </w:t>
      </w:r>
      <w:r>
        <w:rPr>
          <w:b w:val="false"/>
          <w:sz w:val="28"/>
          <w:lang w:val="zxx"/>
        </w:rPr>
        <w:t>padding</w:t>
      </w:r>
      <w:r>
        <w:rPr>
          <w:b w:val="false"/>
          <w:sz w:val="28"/>
        </w:rPr>
        <w:t xml:space="preserve">, но без заголовка и метки </w:t>
      </w:r>
      <w:r>
        <w:rPr>
          <w:b w:val="false"/>
          <w:sz w:val="28"/>
          <w:lang w:val="zxx"/>
        </w:rPr>
        <w:t>MGM.</w:t>
      </w:r>
      <w:r>
        <w:rPr>
          <w:b w:val="false"/>
          <w:sz w:val="28"/>
        </w:rPr>
        <w:t xml:space="preserve"> Без </w:t>
      </w:r>
      <w:r>
        <w:rPr>
          <w:b w:val="false"/>
          <w:sz w:val="28"/>
          <w:lang w:val="zxx"/>
        </w:rPr>
        <w:t>padding</w:t>
      </w:r>
      <w:r>
        <w:rPr>
          <w:b w:val="false"/>
          <w:sz w:val="28"/>
        </w:rPr>
        <w:t xml:space="preserve"> запись несет до </w:t>
      </w:r>
      <w:r>
        <w:rPr>
          <w:b w:val="false"/>
          <w:sz w:val="28"/>
          <w:lang w:val="zxx"/>
        </w:rPr>
        <w:t>511</w:t>
      </w:r>
      <w:r>
        <w:rPr>
          <w:b w:val="false"/>
          <w:sz w:val="28"/>
        </w:rPr>
        <w:t xml:space="preserve"> прикладных байт. Рамка </w:t>
      </w:r>
      <w:r>
        <w:rPr>
          <w:b w:val="false"/>
          <w:sz w:val="28"/>
          <w:lang w:val="zxx"/>
        </w:rPr>
        <w:t>uint32</w:t>
      </w:r>
      <w:r>
        <w:rPr>
          <w:b w:val="false"/>
          <w:sz w:val="28"/>
        </w:rPr>
        <w:t xml:space="preserve"> </w:t>
      </w:r>
      <w:r>
        <w:rPr>
          <w:b w:val="false"/>
          <w:sz w:val="28"/>
          <w:lang w:val="zxx"/>
        </w:rPr>
        <w:t>BE</w:t>
      </w:r>
      <w:r>
        <w:rPr>
          <w:b w:val="false"/>
          <w:sz w:val="28"/>
        </w:rPr>
        <w:t xml:space="preserve"> + </w:t>
      </w:r>
      <w:r>
        <w:rPr>
          <w:b w:val="false"/>
          <w:sz w:val="28"/>
          <w:lang w:val="zxx"/>
        </w:rPr>
        <w:t>XML</w:t>
      </w:r>
      <w:r>
        <w:rPr>
          <w:b w:val="false"/>
          <w:sz w:val="28"/>
        </w:rPr>
        <w:t xml:space="preserve"> длиной </w:t>
      </w:r>
      <w:r>
        <w:rPr>
          <w:b w:val="false"/>
          <w:sz w:val="28"/>
          <w:lang w:val="zxx"/>
        </w:rPr>
        <w:t>1024</w:t>
      </w:r>
      <w:r>
        <w:rPr>
          <w:b w:val="false"/>
          <w:sz w:val="28"/>
        </w:rPr>
        <w:t xml:space="preserve"> байта содержит </w:t>
      </w:r>
      <w:r>
        <w:rPr>
          <w:b w:val="false"/>
          <w:sz w:val="28"/>
          <w:lang w:val="zxx"/>
        </w:rPr>
        <w:t>1028</w:t>
      </w:r>
      <w:r>
        <w:rPr>
          <w:b w:val="false"/>
          <w:sz w:val="28"/>
        </w:rPr>
        <w:t xml:space="preserve"> байт и требует как минимум трех защищенных записей при максимальном заполнении. Число </w:t>
      </w:r>
      <w:r>
        <w:rPr>
          <w:b w:val="false"/>
          <w:sz w:val="28"/>
          <w:lang w:val="zxx"/>
        </w:rPr>
        <w:t>TCP-</w:t>
      </w:r>
      <w:r>
        <w:rPr>
          <w:b w:val="false"/>
          <w:sz w:val="28"/>
        </w:rPr>
        <w:t xml:space="preserve">сегментов из этого не следует. Граница записи может проходить внутри поля длины или </w:t>
      </w:r>
      <w:r>
        <w:rPr>
          <w:b w:val="false"/>
          <w:sz w:val="28"/>
          <w:lang w:val="zxx"/>
        </w:rPr>
        <w:t>XML-</w:t>
      </w:r>
      <w:r>
        <w:rPr>
          <w:b w:val="false"/>
          <w:sz w:val="28"/>
        </w:rPr>
        <w:t>атрибута.</w:t>
      </w:r>
    </w:p>
    <w:p>
      <w:pPr>
        <w:pStyle w:val="Normal"/>
        <w:jc w:val="start"/>
        <w:rPr/>
      </w:pPr>
      <w:r>
        <w:rPr>
          <w:b w:val="false"/>
          <w:sz w:val="28"/>
          <w:lang w:val="zxx"/>
        </w:rPr>
        <w:t>14.33</w:t>
      </w:r>
      <w:r>
        <w:rPr>
          <w:b w:val="false"/>
          <w:sz w:val="28"/>
        </w:rPr>
        <w:t xml:space="preserve"> </w:t>
      </w:r>
      <w:r>
        <w:rPr>
          <w:b w:val="false"/>
          <w:sz w:val="28"/>
          <w:lang w:val="zxx"/>
        </w:rPr>
        <w:t>record_size_limit</w:t>
      </w:r>
      <w:r>
        <w:rPr>
          <w:b w:val="false"/>
          <w:sz w:val="28"/>
        </w:rPr>
        <w:t xml:space="preserve"> не ограничивает незашифрованные сообщения начального </w:t>
      </w:r>
      <w:r>
        <w:rPr>
          <w:b w:val="false"/>
          <w:sz w:val="28"/>
          <w:lang w:val="zxx"/>
        </w:rPr>
        <w:t>handshake.</w:t>
      </w:r>
      <w:r>
        <w:rPr>
          <w:b w:val="false"/>
          <w:sz w:val="28"/>
        </w:rPr>
        <w:t xml:space="preserve"> Приемник ядра ограничивает </w:t>
      </w:r>
      <w:r>
        <w:rPr>
          <w:b w:val="false"/>
          <w:sz w:val="28"/>
          <w:lang w:val="zxx"/>
        </w:rPr>
        <w:t>TLSPlaintext.fragment</w:t>
      </w:r>
      <w:r>
        <w:rPr>
          <w:b w:val="false"/>
          <w:sz w:val="28"/>
        </w:rPr>
        <w:t xml:space="preserve"> незашифрованной записи и каждое сообщение </w:t>
      </w:r>
      <w:r>
        <w:rPr>
          <w:b w:val="false"/>
          <w:sz w:val="28"/>
          <w:lang w:val="zxx"/>
        </w:rPr>
        <w:t>ClientHello/</w:t>
      </w:r>
      <w:r>
        <w:rPr>
          <w:b w:val="false"/>
          <w:sz w:val="28"/>
        </w:rPr>
        <w:t>​</w:t>
      </w:r>
      <w:r>
        <w:rPr>
          <w:b w:val="false"/>
          <w:sz w:val="28"/>
          <w:lang w:val="zxx"/>
        </w:rPr>
        <w:t>ServerHello/</w:t>
      </w:r>
      <w:r>
        <w:rPr>
          <w:b w:val="false"/>
          <w:sz w:val="28"/>
        </w:rPr>
        <w:t>​</w:t>
      </w:r>
      <w:r>
        <w:rPr>
          <w:b w:val="false"/>
          <w:sz w:val="28"/>
          <w:lang w:val="zxx"/>
        </w:rPr>
        <w:t>HelloRetryRequest</w:t>
      </w:r>
      <w:r>
        <w:rPr>
          <w:b w:val="false"/>
          <w:sz w:val="28"/>
        </w:rPr>
        <w:t xml:space="preserve"> с его четырехбайтовым </w:t>
      </w:r>
      <w:r>
        <w:rPr>
          <w:b w:val="false"/>
          <w:sz w:val="28"/>
          <w:lang w:val="zxx"/>
        </w:rPr>
        <w:t>handshake-</w:t>
      </w:r>
      <w:r>
        <w:rPr>
          <w:b w:val="false"/>
          <w:sz w:val="28"/>
        </w:rPr>
        <w:t xml:space="preserve">заголовком величиной </w:t>
      </w:r>
      <w:r>
        <w:rPr>
          <w:b w:val="false"/>
          <w:sz w:val="28"/>
          <w:lang w:val="zxx"/>
        </w:rPr>
        <w:t>4096</w:t>
      </w:r>
      <w:r>
        <w:rPr>
          <w:b w:val="false"/>
          <w:sz w:val="28"/>
        </w:rPr>
        <w:t xml:space="preserve"> байт; проверка размера выполняется до выделения буфера. </w:t>
      </w:r>
      <w:r>
        <w:rPr>
          <w:b w:val="false"/>
          <w:sz w:val="28"/>
          <w:lang w:val="zxx"/>
        </w:rPr>
        <w:t>Handshake</w:t>
      </w:r>
      <w:r>
        <w:rPr>
          <w:b w:val="false"/>
          <w:sz w:val="28"/>
        </w:rPr>
        <w:t xml:space="preserve"> разбирается порционно с сохранением управления ОУ и обслуживания локальных таймеров. После проверки </w:t>
      </w:r>
      <w:r>
        <w:rPr>
          <w:b w:val="false"/>
          <w:sz w:val="28"/>
          <w:lang w:val="zxx"/>
        </w:rPr>
        <w:t>MGM</w:t>
      </w:r>
      <w:r>
        <w:rPr>
          <w:b w:val="false"/>
          <w:sz w:val="28"/>
        </w:rPr>
        <w:t xml:space="preserve"> в прикладной парсер поступают только аутентифицированные байты; ошибка метки закрывает канал, не выдает частичный </w:t>
      </w:r>
      <w:r>
        <w:rPr>
          <w:b w:val="false"/>
          <w:sz w:val="28"/>
          <w:lang w:val="zxx"/>
        </w:rPr>
        <w:t>XML</w:t>
      </w:r>
      <w:r>
        <w:rPr>
          <w:b w:val="false"/>
          <w:sz w:val="28"/>
        </w:rPr>
        <w:t xml:space="preserve"> и не продлевает </w:t>
      </w:r>
      <w:r>
        <w:rPr>
          <w:b w:val="false"/>
          <w:sz w:val="28"/>
          <w:lang w:val="zxx"/>
        </w:rPr>
        <w:t>lease</w:t>
      </w:r>
      <w:r>
        <w:rPr>
          <w:b w:val="false"/>
          <w:sz w:val="28"/>
        </w:rPr>
        <w:t xml:space="preserve"> владельца.</w:t>
      </w:r>
    </w:p>
    <w:p>
      <w:pPr>
        <w:pStyle w:val="Normal"/>
        <w:jc w:val="start"/>
        <w:rPr/>
      </w:pPr>
      <w:r>
        <w:rPr>
          <w:b w:val="false"/>
          <w:sz w:val="28"/>
          <w:lang w:val="zxx"/>
        </w:rPr>
        <w:t>14.34</w:t>
      </w:r>
      <w:r>
        <w:rPr>
          <w:b w:val="false"/>
          <w:sz w:val="28"/>
        </w:rPr>
        <w:t xml:space="preserve"> Ядро запрещает </w:t>
      </w:r>
      <w:r>
        <w:rPr>
          <w:b w:val="false"/>
          <w:sz w:val="28"/>
          <w:lang w:val="zxx"/>
        </w:rPr>
        <w:t>0-</w:t>
      </w:r>
      <w:r>
        <w:rPr>
          <w:b w:val="false"/>
          <w:sz w:val="28"/>
        </w:rPr>
        <w:t>⁠</w:t>
      </w:r>
      <w:r>
        <w:rPr>
          <w:b w:val="false"/>
          <w:sz w:val="28"/>
          <w:lang w:val="zxx"/>
        </w:rPr>
        <w:t>RTT</w:t>
      </w:r>
      <w:r>
        <w:rPr>
          <w:b w:val="false"/>
          <w:sz w:val="28"/>
        </w:rPr>
        <w:t xml:space="preserve"> и </w:t>
      </w:r>
      <w:r>
        <w:rPr>
          <w:b w:val="false"/>
          <w:sz w:val="28"/>
          <w:lang w:val="zxx"/>
        </w:rPr>
        <w:t>TLS</w:t>
      </w:r>
      <w:r>
        <w:rPr>
          <w:b w:val="false"/>
          <w:sz w:val="28"/>
        </w:rPr>
        <w:t xml:space="preserve"> </w:t>
      </w:r>
      <w:r>
        <w:rPr>
          <w:b w:val="false"/>
          <w:sz w:val="28"/>
          <w:lang w:val="zxx"/>
        </w:rPr>
        <w:t>session</w:t>
      </w:r>
      <w:r>
        <w:rPr>
          <w:b w:val="false"/>
          <w:sz w:val="28"/>
        </w:rPr>
        <w:t xml:space="preserve"> </w:t>
      </w:r>
      <w:r>
        <w:rPr>
          <w:b w:val="false"/>
          <w:sz w:val="28"/>
          <w:lang w:val="zxx"/>
        </w:rPr>
        <w:t>tickets/</w:t>
      </w:r>
      <w:r>
        <w:rPr>
          <w:b w:val="false"/>
          <w:sz w:val="28"/>
        </w:rPr>
        <w:t>​</w:t>
      </w:r>
      <w:r>
        <w:rPr>
          <w:b w:val="false"/>
          <w:sz w:val="28"/>
          <w:lang w:val="zxx"/>
        </w:rPr>
        <w:t>resumption:</w:t>
      </w:r>
      <w:r>
        <w:rPr>
          <w:b w:val="false"/>
          <w:sz w:val="28"/>
        </w:rPr>
        <w:t xml:space="preserve"> каждое новое подключение проходит полный </w:t>
      </w:r>
      <w:r>
        <w:rPr>
          <w:b w:val="false"/>
          <w:sz w:val="28"/>
          <w:lang w:val="zxx"/>
        </w:rPr>
        <w:t>PSK-</w:t>
      </w:r>
      <w:r>
        <w:rPr>
          <w:b w:val="false"/>
          <w:sz w:val="28"/>
        </w:rPr>
        <w:t>⁠</w:t>
      </w:r>
      <w:r>
        <w:rPr>
          <w:b w:val="false"/>
          <w:sz w:val="28"/>
          <w:lang w:val="zxx"/>
        </w:rPr>
        <w:t>DHE</w:t>
      </w:r>
      <w:r>
        <w:rPr>
          <w:b w:val="false"/>
          <w:sz w:val="28"/>
        </w:rPr>
        <w:t xml:space="preserve"> </w:t>
      </w:r>
      <w:r>
        <w:rPr>
          <w:b w:val="false"/>
          <w:sz w:val="28"/>
          <w:lang w:val="zxx"/>
        </w:rPr>
        <w:t>handshake</w:t>
      </w:r>
      <w:r>
        <w:rPr>
          <w:b w:val="false"/>
          <w:sz w:val="28"/>
        </w:rPr>
        <w:t xml:space="preserve"> и текущую проверку допуска. Полный </w:t>
      </w:r>
      <w:r>
        <w:rPr>
          <w:b w:val="false"/>
          <w:sz w:val="28"/>
          <w:lang w:val="zxx"/>
        </w:rPr>
        <w:t>handshake</w:t>
      </w:r>
      <w:r>
        <w:rPr>
          <w:b w:val="false"/>
          <w:sz w:val="28"/>
        </w:rPr>
        <w:t xml:space="preserve"> ограничен </w:t>
      </w:r>
      <w:r>
        <w:rPr>
          <w:b w:val="false"/>
          <w:sz w:val="28"/>
          <w:lang w:val="zxx"/>
        </w:rPr>
        <w:t>60000</w:t>
      </w:r>
      <w:r>
        <w:rPr>
          <w:b w:val="false"/>
          <w:sz w:val="28"/>
        </w:rPr>
        <w:t xml:space="preserve"> мс от принятия </w:t>
      </w:r>
      <w:r>
        <w:rPr>
          <w:b w:val="false"/>
          <w:sz w:val="28"/>
          <w:lang w:val="zxx"/>
        </w:rPr>
        <w:t>TCP.</w:t>
      </w:r>
      <w:r>
        <w:rPr>
          <w:b w:val="false"/>
          <w:sz w:val="28"/>
        </w:rPr>
        <w:t xml:space="preserve"> Этот предел относится к подготовке нового канала и не является допустимой задержкой </w:t>
      </w:r>
      <w:r>
        <w:rPr>
          <w:b w:val="false"/>
          <w:sz w:val="28"/>
          <w:lang w:val="zxx"/>
        </w:rPr>
        <w:t>START/</w:t>
      </w:r>
      <w:r>
        <w:rPr>
          <w:b w:val="false"/>
          <w:sz w:val="28"/>
        </w:rPr>
        <w:t>​</w:t>
      </w:r>
      <w:r>
        <w:rPr>
          <w:b w:val="false"/>
          <w:sz w:val="28"/>
          <w:lang w:val="zxx"/>
        </w:rPr>
        <w:t>STOP</w:t>
      </w:r>
      <w:r>
        <w:rPr>
          <w:b w:val="false"/>
          <w:sz w:val="28"/>
        </w:rPr>
        <w:t xml:space="preserve"> на готовом канале. Два дорогих контекста </w:t>
      </w:r>
      <w:r>
        <w:rPr>
          <w:b w:val="false"/>
          <w:sz w:val="28"/>
          <w:lang w:val="zxx"/>
        </w:rPr>
        <w:t>PSK-</w:t>
      </w:r>
      <w:r>
        <w:rPr>
          <w:b w:val="false"/>
          <w:sz w:val="28"/>
        </w:rPr>
        <w:t>⁠</w:t>
      </w:r>
      <w:r>
        <w:rPr>
          <w:b w:val="false"/>
          <w:sz w:val="28"/>
          <w:lang w:val="zxx"/>
        </w:rPr>
        <w:t>DHE</w:t>
      </w:r>
      <w:r>
        <w:rPr>
          <w:b w:val="false"/>
          <w:sz w:val="28"/>
        </w:rPr>
        <w:t xml:space="preserve"> выделяются только после проверки </w:t>
      </w:r>
      <w:r>
        <w:rPr>
          <w:b w:val="false"/>
          <w:sz w:val="28"/>
          <w:lang w:val="zxx"/>
        </w:rPr>
        <w:t>PSK</w:t>
      </w:r>
      <w:r>
        <w:rPr>
          <w:b w:val="false"/>
          <w:sz w:val="28"/>
        </w:rPr>
        <w:t xml:space="preserve"> </w:t>
      </w:r>
      <w:r>
        <w:rPr>
          <w:b w:val="false"/>
          <w:sz w:val="28"/>
          <w:lang w:val="zxx"/>
        </w:rPr>
        <w:t>binder</w:t>
      </w:r>
      <w:r>
        <w:rPr>
          <w:b w:val="false"/>
          <w:sz w:val="28"/>
        </w:rPr>
        <w:t xml:space="preserve">; неаутентифицированный </w:t>
      </w:r>
      <w:r>
        <w:rPr>
          <w:b w:val="false"/>
          <w:sz w:val="28"/>
          <w:lang w:val="zxx"/>
        </w:rPr>
        <w:t>TCP-</w:t>
      </w:r>
      <w:r>
        <w:rPr>
          <w:b w:val="false"/>
          <w:sz w:val="28"/>
        </w:rPr>
        <w:t xml:space="preserve">клиент не занимает эти контексты. До проверки </w:t>
      </w:r>
      <w:r>
        <w:rPr>
          <w:b w:val="false"/>
          <w:sz w:val="28"/>
          <w:lang w:val="zxx"/>
        </w:rPr>
        <w:t>binder</w:t>
      </w:r>
      <w:r>
        <w:rPr>
          <w:b w:val="false"/>
          <w:sz w:val="28"/>
        </w:rPr>
        <w:t xml:space="preserve"> применяется отдельный ограниченный прием </w:t>
      </w:r>
      <w:r>
        <w:rPr>
          <w:b w:val="false"/>
          <w:sz w:val="28"/>
          <w:lang w:val="zxx"/>
        </w:rPr>
        <w:t>ClientHello</w:t>
      </w:r>
      <w:r>
        <w:rPr>
          <w:b w:val="false"/>
          <w:sz w:val="28"/>
        </w:rPr>
        <w:t xml:space="preserve"> по правилам ниже. Существующий владелец, его </w:t>
      </w:r>
      <w:r>
        <w:rPr>
          <w:b w:val="false"/>
          <w:sz w:val="28"/>
          <w:lang w:val="zxx"/>
        </w:rPr>
        <w:t>heartbeat</w:t>
      </w:r>
      <w:r>
        <w:rPr>
          <w:b w:val="false"/>
          <w:sz w:val="28"/>
        </w:rPr>
        <w:t xml:space="preserve"> и </w:t>
      </w:r>
      <w:r>
        <w:rPr>
          <w:b w:val="false"/>
          <w:sz w:val="28"/>
          <w:lang w:val="zxx"/>
        </w:rPr>
        <w:t>session.stop</w:t>
      </w:r>
      <w:r>
        <w:rPr>
          <w:b w:val="false"/>
          <w:sz w:val="28"/>
        </w:rPr>
        <w:t xml:space="preserve"> обслуживаются независимо от этой очереди.</w:t>
      </w:r>
    </w:p>
    <w:p>
      <w:pPr>
        <w:pStyle w:val="Normal"/>
        <w:jc w:val="both"/>
        <w:rPr/>
      </w:pPr>
      <w:r>
        <w:rPr>
          <w:b w:val="false"/>
          <w:sz w:val="28"/>
          <w:lang w:val="zxx"/>
        </w:rPr>
        <w:t>14.35</w:t>
      </w:r>
      <w:r>
        <w:rPr>
          <w:b w:val="false"/>
          <w:sz w:val="28"/>
        </w:rPr>
        <w:t xml:space="preserve"> Срок </w:t>
      </w:r>
      <w:r>
        <w:rPr>
          <w:b w:val="false"/>
          <w:sz w:val="28"/>
          <w:lang w:val="zxx"/>
        </w:rPr>
        <w:t>handshake</w:t>
      </w:r>
      <w:r>
        <w:rPr>
          <w:b w:val="false"/>
          <w:sz w:val="28"/>
        </w:rPr>
        <w:t xml:space="preserve"> проверяется внутри длительных вычислений в конечных точках прогресса. Дополнительно задается независимый конечный бюджет вычислительной работы на операцию. По исчерпании срока или бюджета расчет прекращается с очисткой временных секретов и освобождением контекста; следующий дорогой этап не начинается. Паспорт указывает наибольший промежуток между точками прогресса и завершение очистки. АРМ подготавливает канал до команды оператора, показывает его готовность и отменяет неотправленный </w:t>
      </w:r>
      <w:r>
        <w:rPr>
          <w:b w:val="false"/>
          <w:sz w:val="28"/>
          <w:lang w:val="zxx"/>
        </w:rPr>
        <w:t>START</w:t>
      </w:r>
      <w:r>
        <w:rPr>
          <w:b w:val="false"/>
          <w:sz w:val="28"/>
        </w:rPr>
        <w:t xml:space="preserve"> при истечении срока намерения. Ожидание нового канала не разрешает запоздалый запуск.</w:t>
      </w:r>
    </w:p>
    <w:p>
      <w:pPr>
        <w:pStyle w:val="2"/>
        <w:rPr/>
      </w:pPr>
      <w:r>
        <w:rPr/>
        <w:t>Ротация и отзыв ключей</w:t>
      </w:r>
    </w:p>
    <w:p>
      <w:pPr>
        <w:pStyle w:val="Normal"/>
        <w:jc w:val="both"/>
        <w:rPr/>
      </w:pPr>
      <w:r>
        <w:rPr>
          <w:b w:val="false"/>
          <w:sz w:val="28"/>
          <w:lang w:val="zxx"/>
        </w:rPr>
        <w:t>14.36</w:t>
      </w:r>
      <w:r>
        <w:rPr>
          <w:b w:val="false"/>
          <w:sz w:val="28"/>
        </w:rPr>
        <w:t xml:space="preserve"> Ключ проходит состояния </w:t>
      </w:r>
      <w:r>
        <w:rPr>
          <w:b w:val="false"/>
          <w:sz w:val="28"/>
          <w:lang w:val="zxx"/>
        </w:rPr>
        <w:t>staged</w:t>
      </w:r>
      <w:r>
        <w:rPr>
          <w:b w:val="false"/>
          <w:sz w:val="28"/>
        </w:rPr>
        <w:t xml:space="preserve">, </w:t>
      </w:r>
      <w:r>
        <w:rPr>
          <w:b w:val="false"/>
          <w:sz w:val="28"/>
          <w:lang w:val="zxx"/>
        </w:rPr>
        <w:t>active</w:t>
      </w:r>
      <w:r>
        <w:rPr>
          <w:b w:val="false"/>
          <w:sz w:val="28"/>
        </w:rPr>
        <w:t xml:space="preserve"> и </w:t>
      </w:r>
      <w:r>
        <w:rPr>
          <w:b w:val="false"/>
          <w:sz w:val="28"/>
          <w:lang w:val="zxx"/>
        </w:rPr>
        <w:t>revoked.</w:t>
      </w:r>
      <w:r>
        <w:rPr>
          <w:b w:val="false"/>
          <w:sz w:val="28"/>
        </w:rPr>
        <w:t xml:space="preserve"> Участник с правом управления доверием подготавливает индивидуальный новый ключ по доверенному сервисному пути; обе стороны подтверждают его установку отдельным пробным </w:t>
      </w:r>
      <w:r>
        <w:rPr>
          <w:b w:val="false"/>
          <w:sz w:val="28"/>
          <w:lang w:val="zxx"/>
        </w:rPr>
        <w:t>handshake</w:t>
      </w:r>
      <w:r>
        <w:rPr>
          <w:b w:val="false"/>
          <w:sz w:val="28"/>
        </w:rPr>
        <w:t xml:space="preserve"> до отзыва старого. В записи доверия хранятся поколение, состояние и срок разрешенного перекрытия. Отзыв и старший номер поколения атомарно записываются в энергонезависимую память до отправки подтверждения операции и сохраняются без срока, в том числе после подтверждения и </w:t>
      </w:r>
      <w:r>
        <w:rPr>
          <w:b w:val="false"/>
          <w:sz w:val="28"/>
          <w:lang w:val="zxx"/>
        </w:rPr>
        <w:t>reboot</w:t>
      </w:r>
      <w:r>
        <w:rPr>
          <w:b w:val="false"/>
          <w:sz w:val="28"/>
        </w:rPr>
        <w:t>; откат к старой резервной копии не восстанавливает отозванное поколение. Аварийное восстановление доступа выполняется местной авторизованной процедурой с аудитом.</w:t>
      </w:r>
    </w:p>
    <w:p>
      <w:pPr>
        <w:pStyle w:val="Normal"/>
        <w:jc w:val="both"/>
        <w:rPr/>
      </w:pPr>
      <w:r>
        <w:rPr>
          <w:b w:val="false"/>
          <w:sz w:val="28"/>
          <w:lang w:val="zxx"/>
        </w:rPr>
        <w:t>14.37</w:t>
      </w:r>
      <w:r>
        <w:rPr>
          <w:b w:val="false"/>
          <w:sz w:val="28"/>
        </w:rPr>
        <w:t xml:space="preserve"> Ключ </w:t>
      </w:r>
      <w:r>
        <w:rPr>
          <w:b w:val="false"/>
          <w:sz w:val="28"/>
          <w:lang w:val="zxx"/>
        </w:rPr>
        <w:t>staged</w:t>
      </w:r>
      <w:r>
        <w:rPr>
          <w:b w:val="false"/>
          <w:sz w:val="28"/>
        </w:rPr>
        <w:t xml:space="preserve"> допускает только пробный </w:t>
      </w:r>
      <w:r>
        <w:rPr>
          <w:b w:val="false"/>
          <w:sz w:val="28"/>
          <w:lang w:val="zxx"/>
        </w:rPr>
        <w:t>handshake</w:t>
      </w:r>
      <w:r>
        <w:rPr>
          <w:b w:val="false"/>
          <w:sz w:val="28"/>
        </w:rPr>
        <w:t xml:space="preserve"> и </w:t>
      </w:r>
      <w:r>
        <w:rPr>
          <w:b w:val="false"/>
          <w:sz w:val="28"/>
          <w:lang w:val="zxx"/>
        </w:rPr>
        <w:t>protocol.hello</w:t>
      </w:r>
      <w:r>
        <w:rPr>
          <w:b w:val="false"/>
          <w:sz w:val="28"/>
        </w:rPr>
        <w:t xml:space="preserve"> для подтверждения идентичности; управляющие и сервисные команды до перехода </w:t>
      </w:r>
      <w:r>
        <w:rPr>
          <w:b w:val="false"/>
          <w:sz w:val="28"/>
          <w:lang w:val="zxx"/>
        </w:rPr>
        <w:t>active</w:t>
      </w:r>
      <w:r>
        <w:rPr>
          <w:b w:val="false"/>
          <w:sz w:val="28"/>
        </w:rPr>
        <w:t xml:space="preserve"> запрещены. Активация требует полномочий действующего администратора доверия либо местной процедуры восстановления. Отозванный ключ не может подтвердить собственную замену.</w:t>
      </w:r>
    </w:p>
    <w:p>
      <w:pPr>
        <w:pStyle w:val="Normal"/>
        <w:jc w:val="both"/>
        <w:rPr/>
      </w:pPr>
      <w:r>
        <w:rPr>
          <w:b w:val="false"/>
          <w:sz w:val="28"/>
          <w:lang w:val="zxx"/>
        </w:rPr>
        <w:t>14.38</w:t>
      </w:r>
      <w:r>
        <w:rPr>
          <w:b w:val="false"/>
          <w:sz w:val="28"/>
        </w:rPr>
        <w:t xml:space="preserve"> После применения отзыва УУ </w:t>
      </w:r>
      <w:r>
        <w:rPr>
          <w:b w:val="false"/>
          <w:sz w:val="28"/>
          <w:lang w:val="zxx"/>
        </w:rPr>
        <w:t>ДОЛЖЕН</w:t>
      </w:r>
      <w:r>
        <w:rPr>
          <w:b w:val="false"/>
          <w:sz w:val="28"/>
        </w:rPr>
        <w:t xml:space="preserve"> отклонять новые </w:t>
      </w:r>
      <w:r>
        <w:rPr>
          <w:b w:val="false"/>
          <w:sz w:val="28"/>
          <w:lang w:val="zxx"/>
        </w:rPr>
        <w:t>handshake</w:t>
      </w:r>
      <w:r>
        <w:rPr>
          <w:b w:val="false"/>
          <w:sz w:val="28"/>
        </w:rPr>
        <w:t xml:space="preserve"> этим ключом, закрыть его действующие соединения и аннулировать связанные права до следующей изменяющей команды. Отзыв полномочий, на которых основано текущее владение, немедленно прекращает действие его </w:t>
      </w:r>
      <w:r>
        <w:rPr>
          <w:b w:val="false"/>
          <w:sz w:val="28"/>
          <w:lang w:val="zxx"/>
        </w:rPr>
        <w:t>lease</w:t>
      </w:r>
      <w:r>
        <w:rPr>
          <w:b w:val="false"/>
          <w:sz w:val="28"/>
        </w:rPr>
        <w:t xml:space="preserve"> и выполняет </w:t>
      </w:r>
      <w:r>
        <w:rPr>
          <w:b w:val="false"/>
          <w:sz w:val="28"/>
          <w:lang w:val="zxx"/>
        </w:rPr>
        <w:t>stop</w:t>
      </w:r>
      <w:r>
        <w:rPr>
          <w:b w:val="false"/>
          <w:sz w:val="28"/>
        </w:rPr>
        <w:t xml:space="preserve"> активного исполнения независимо от </w:t>
      </w:r>
      <w:r>
        <w:rPr>
          <w:b w:val="false"/>
          <w:sz w:val="28"/>
          <w:lang w:val="zxx"/>
        </w:rPr>
        <w:t>onControlLoss=finish.</w:t>
      </w:r>
      <w:r>
        <w:rPr>
          <w:b w:val="false"/>
          <w:sz w:val="28"/>
        </w:rPr>
        <w:t xml:space="preserve"> Это самостоятельное событие, отличное от закрытия канала по таймауту; ожидание остатка </w:t>
      </w:r>
      <w:r>
        <w:rPr>
          <w:b w:val="false"/>
          <w:sz w:val="28"/>
          <w:lang w:val="zxx"/>
        </w:rPr>
        <w:t>lease</w:t>
      </w:r>
      <w:r>
        <w:rPr>
          <w:b w:val="false"/>
          <w:sz w:val="28"/>
        </w:rPr>
        <w:t xml:space="preserve"> после отзыва запрещено. Отзыв роли не передает сеанс другому участнику; отозванные полномочия не допускают </w:t>
      </w:r>
      <w:r>
        <w:rPr>
          <w:b w:val="false"/>
          <w:sz w:val="28"/>
          <w:lang w:val="zxx"/>
        </w:rPr>
        <w:t>resume.</w:t>
      </w:r>
      <w:r>
        <w:rPr>
          <w:b w:val="false"/>
          <w:sz w:val="28"/>
        </w:rPr>
        <w:t xml:space="preserve"> Плановая ротация ключа того же </w:t>
      </w:r>
      <w:r>
        <w:rPr>
          <w:b w:val="false"/>
          <w:sz w:val="28"/>
          <w:lang w:val="zxx"/>
        </w:rPr>
        <w:t>principalId</w:t>
      </w:r>
      <w:r>
        <w:rPr>
          <w:b w:val="false"/>
          <w:sz w:val="28"/>
        </w:rPr>
        <w:t xml:space="preserve"> требует нового </w:t>
      </w:r>
      <w:r>
        <w:rPr>
          <w:b w:val="false"/>
          <w:sz w:val="28"/>
          <w:lang w:val="zxx"/>
        </w:rPr>
        <w:t>handshake</w:t>
      </w:r>
      <w:r>
        <w:rPr>
          <w:b w:val="false"/>
          <w:sz w:val="28"/>
        </w:rPr>
        <w:t xml:space="preserve"> и </w:t>
      </w:r>
      <w:r>
        <w:rPr>
          <w:b w:val="false"/>
          <w:sz w:val="28"/>
          <w:lang w:val="zxx"/>
        </w:rPr>
        <w:t>resume</w:t>
      </w:r>
      <w:r>
        <w:rPr>
          <w:b w:val="false"/>
          <w:sz w:val="28"/>
        </w:rPr>
        <w:t xml:space="preserve"> до отзыва прежнего канала; </w:t>
      </w:r>
      <w:r>
        <w:rPr>
          <w:b w:val="false"/>
          <w:sz w:val="28"/>
          <w:lang w:val="zxx"/>
        </w:rPr>
        <w:t>TLS</w:t>
      </w:r>
      <w:r>
        <w:rPr>
          <w:b w:val="false"/>
          <w:sz w:val="28"/>
        </w:rPr>
        <w:t xml:space="preserve"> </w:t>
      </w:r>
      <w:r>
        <w:rPr>
          <w:b w:val="false"/>
          <w:sz w:val="28"/>
          <w:lang w:val="zxx"/>
        </w:rPr>
        <w:t>KeyUpdate</w:t>
      </w:r>
      <w:r>
        <w:rPr>
          <w:b w:val="false"/>
          <w:sz w:val="28"/>
        </w:rPr>
        <w:t xml:space="preserve"> не заменяет ротацию идентичности.</w:t>
      </w:r>
    </w:p>
    <w:p>
      <w:pPr>
        <w:pStyle w:val="Normal"/>
        <w:jc w:val="both"/>
        <w:rPr/>
      </w:pPr>
      <w:r>
        <w:rPr>
          <w:b w:val="false"/>
          <w:sz w:val="28"/>
          <w:lang w:val="zxx"/>
        </w:rPr>
        <w:t>14.39</w:t>
      </w:r>
      <w:r>
        <w:rPr>
          <w:b w:val="false"/>
          <w:sz w:val="28"/>
        </w:rPr>
        <w:t xml:space="preserve"> При плановой ротации без потери управления новый </w:t>
      </w:r>
      <w:r>
        <w:rPr>
          <w:b w:val="false"/>
          <w:sz w:val="28"/>
          <w:lang w:val="zxx"/>
        </w:rPr>
        <w:t>active-</w:t>
      </w:r>
      <w:r>
        <w:rPr>
          <w:b w:val="false"/>
          <w:sz w:val="28"/>
        </w:rPr>
        <w:t xml:space="preserve">ключ того же </w:t>
      </w:r>
      <w:r>
        <w:rPr>
          <w:b w:val="false"/>
          <w:sz w:val="28"/>
          <w:lang w:val="zxx"/>
        </w:rPr>
        <w:t>principalId</w:t>
      </w:r>
      <w:r>
        <w:rPr>
          <w:b w:val="false"/>
          <w:sz w:val="28"/>
        </w:rPr>
        <w:t xml:space="preserve"> </w:t>
      </w:r>
      <w:r>
        <w:rPr>
          <w:b w:val="false"/>
          <w:sz w:val="28"/>
          <w:lang w:val="zxx"/>
        </w:rPr>
        <w:t>ДОЛЖЕН</w:t>
      </w:r>
      <w:r>
        <w:rPr>
          <w:b w:val="false"/>
          <w:sz w:val="28"/>
        </w:rPr>
        <w:t xml:space="preserve"> успешно пройти </w:t>
      </w:r>
      <w:r>
        <w:rPr>
          <w:b w:val="false"/>
          <w:sz w:val="28"/>
          <w:lang w:val="zxx"/>
        </w:rPr>
        <w:t>handshake</w:t>
      </w:r>
      <w:r>
        <w:rPr>
          <w:b w:val="false"/>
          <w:sz w:val="28"/>
        </w:rPr>
        <w:t xml:space="preserve">, затем единственный писатель закрывает прежний управляющий канал и выполняет </w:t>
      </w:r>
      <w:r>
        <w:rPr>
          <w:b w:val="false"/>
          <w:sz w:val="28"/>
          <w:lang w:val="zxx"/>
        </w:rPr>
        <w:t>resume</w:t>
      </w:r>
      <w:r>
        <w:rPr>
          <w:b w:val="false"/>
          <w:sz w:val="28"/>
        </w:rPr>
        <w:t xml:space="preserve"> до отзыва старого. После атомарного прикрепления нового канала отзыв только прежнего ключа не аннулирует владение, уже основанное на новом действующем ключе. Отзыв самого права управления </w:t>
      </w:r>
      <w:r>
        <w:rPr>
          <w:b w:val="false"/>
          <w:sz w:val="28"/>
          <w:lang w:val="zxx"/>
        </w:rPr>
        <w:t>principalId</w:t>
      </w:r>
      <w:r>
        <w:rPr>
          <w:b w:val="false"/>
          <w:sz w:val="28"/>
        </w:rPr>
        <w:t xml:space="preserve"> действует независимо от ключа. Эта последовательность не отменяет требований к единственному активному экземпляру АРМ.</w:t>
      </w:r>
    </w:p>
    <w:p>
      <w:pPr>
        <w:pStyle w:val="2"/>
        <w:rPr/>
      </w:pPr>
      <w:r>
        <w:rPr/>
        <w:t>Первичное доверие и ключи издателя образов</w:t>
      </w:r>
    </w:p>
    <w:p>
      <w:pPr>
        <w:pStyle w:val="Normal"/>
        <w:jc w:val="both"/>
        <w:rPr/>
      </w:pPr>
      <w:r>
        <w:rPr>
          <w:b w:val="false"/>
          <w:sz w:val="28"/>
          <w:lang w:val="zxx"/>
        </w:rPr>
        <w:t>14.40</w:t>
      </w:r>
      <w:r>
        <w:rPr>
          <w:b w:val="false"/>
          <w:sz w:val="28"/>
        </w:rPr>
        <w:t xml:space="preserve"> Чистое УУ с </w:t>
      </w:r>
      <w:r>
        <w:rPr>
          <w:b w:val="false"/>
          <w:sz w:val="28"/>
          <w:lang w:val="zxx"/>
        </w:rPr>
        <w:t>securityPolicy=optional</w:t>
      </w:r>
      <w:r>
        <w:rPr>
          <w:b w:val="false"/>
          <w:sz w:val="28"/>
        </w:rPr>
        <w:t xml:space="preserve"> допускает открытый режим по разделу </w:t>
      </w:r>
      <w:r>
        <w:rPr>
          <w:b w:val="false"/>
          <w:sz w:val="28"/>
          <w:lang w:val="zxx"/>
        </w:rPr>
        <w:t>14.</w:t>
      </w:r>
      <w:r>
        <w:rPr>
          <w:b w:val="false"/>
          <w:sz w:val="28"/>
        </w:rPr>
        <w:t xml:space="preserve"> При </w:t>
      </w:r>
      <w:r>
        <w:rPr>
          <w:b w:val="false"/>
          <w:sz w:val="28"/>
          <w:lang w:val="zxx"/>
        </w:rPr>
        <w:t>secureOnly</w:t>
      </w:r>
      <w:r>
        <w:rPr>
          <w:b w:val="false"/>
          <w:sz w:val="28"/>
        </w:rPr>
        <w:t xml:space="preserve"> отсутствие доверия запрещает сетевые изменяющие команды и </w:t>
      </w:r>
      <w:r>
        <w:rPr>
          <w:b w:val="false"/>
          <w:sz w:val="28"/>
          <w:lang w:val="zxx"/>
        </w:rPr>
        <w:t>session.start.</w:t>
      </w:r>
      <w:r>
        <w:rPr>
          <w:b w:val="false"/>
          <w:sz w:val="28"/>
        </w:rPr>
        <w:t xml:space="preserve"> Локальная авторизованная процедура при подтвержденном </w:t>
      </w:r>
      <w:r>
        <w:rPr>
          <w:b w:val="false"/>
          <w:sz w:val="28"/>
          <w:lang w:val="zxx"/>
        </w:rPr>
        <w:t>off</w:t>
      </w:r>
      <w:r>
        <w:rPr>
          <w:b w:val="false"/>
          <w:sz w:val="28"/>
        </w:rPr>
        <w:t xml:space="preserve"> фиксирует </w:t>
      </w:r>
      <w:r>
        <w:rPr>
          <w:b w:val="false"/>
          <w:sz w:val="28"/>
          <w:lang w:val="zxx"/>
        </w:rPr>
        <w:t>deviceId</w:t>
      </w:r>
      <w:r>
        <w:rPr>
          <w:b w:val="false"/>
          <w:sz w:val="28"/>
        </w:rPr>
        <w:t xml:space="preserve"> и открытый ключ начального администратора доверия; оператор проверяет его отпечаток (хеш Стрибог-</w:t>
      </w:r>
      <w:r>
        <w:rPr>
          <w:b w:val="false"/>
          <w:sz w:val="28"/>
          <w:lang w:val="zxx"/>
        </w:rPr>
        <w:t>256</w:t>
      </w:r>
      <w:r>
        <w:rPr>
          <w:b w:val="false"/>
          <w:sz w:val="28"/>
        </w:rPr>
        <w:t xml:space="preserve"> от </w:t>
      </w:r>
      <w:r>
        <w:rPr>
          <w:b w:val="false"/>
          <w:sz w:val="28"/>
          <w:lang w:val="zxx"/>
        </w:rPr>
        <w:t>65</w:t>
      </w:r>
      <w:r>
        <w:rPr>
          <w:b w:val="false"/>
          <w:sz w:val="28"/>
        </w:rPr>
        <w:t xml:space="preserve"> байт </w:t>
      </w:r>
      <w:r>
        <w:rPr>
          <w:b w:val="false"/>
          <w:sz w:val="28"/>
          <w:lang w:val="zxx"/>
        </w:rPr>
        <w:t>04</w:t>
      </w:r>
      <w:r>
        <w:rPr>
          <w:b w:val="false"/>
          <w:sz w:val="28"/>
        </w:rPr>
        <w:t xml:space="preserve"> || </w:t>
      </w:r>
      <w:r>
        <w:rPr>
          <w:b w:val="false"/>
          <w:sz w:val="28"/>
          <w:lang w:val="zxx"/>
        </w:rPr>
        <w:t>x</w:t>
      </w:r>
      <w:r>
        <w:rPr>
          <w:b w:val="false"/>
          <w:sz w:val="28"/>
        </w:rPr>
        <w:t>[</w:t>
      </w:r>
      <w:r>
        <w:rPr>
          <w:b w:val="false"/>
          <w:sz w:val="28"/>
          <w:lang w:val="zxx"/>
        </w:rPr>
        <w:t>32</w:t>
      </w:r>
      <w:r>
        <w:rPr>
          <w:b w:val="false"/>
          <w:sz w:val="28"/>
        </w:rPr>
        <w:t xml:space="preserve">] || </w:t>
      </w:r>
      <w:r>
        <w:rPr>
          <w:b w:val="false"/>
          <w:sz w:val="28"/>
          <w:lang w:val="zxx"/>
        </w:rPr>
        <w:t>y</w:t>
      </w:r>
      <w:r>
        <w:rPr>
          <w:b w:val="false"/>
          <w:sz w:val="28"/>
        </w:rPr>
        <w:t>[</w:t>
      </w:r>
      <w:r>
        <w:rPr>
          <w:b w:val="false"/>
          <w:sz w:val="28"/>
          <w:lang w:val="zxx"/>
        </w:rPr>
        <w:t>32</w:t>
      </w:r>
      <w:r>
        <w:rPr>
          <w:b w:val="false"/>
          <w:sz w:val="28"/>
        </w:rPr>
        <w:t xml:space="preserve">], координаты </w:t>
      </w:r>
      <w:r>
        <w:rPr>
          <w:b w:val="false"/>
          <w:sz w:val="28"/>
          <w:lang w:val="zxx"/>
        </w:rPr>
        <w:t>big-</w:t>
      </w:r>
      <w:r>
        <w:rPr>
          <w:b w:val="false"/>
          <w:sz w:val="28"/>
        </w:rPr>
        <w:t>⁠</w:t>
      </w:r>
      <w:r>
        <w:rPr>
          <w:b w:val="false"/>
          <w:sz w:val="28"/>
          <w:lang w:val="zxx"/>
        </w:rPr>
        <w:t>endian</w:t>
      </w:r>
      <w:r>
        <w:rPr>
          <w:b w:val="false"/>
          <w:sz w:val="28"/>
        </w:rPr>
        <w:t xml:space="preserve">; результат </w:t>
      </w:r>
      <w:r>
        <w:rPr>
          <w:b w:val="false"/>
          <w:sz w:val="28"/>
          <w:lang w:val="zxx"/>
        </w:rPr>
        <w:t>32</w:t>
      </w:r>
      <w:r>
        <w:rPr>
          <w:b w:val="false"/>
          <w:sz w:val="28"/>
        </w:rPr>
        <w:t xml:space="preserve"> байта, </w:t>
      </w:r>
      <w:r>
        <w:rPr>
          <w:b w:val="false"/>
          <w:sz w:val="28"/>
          <w:lang w:val="zxx"/>
        </w:rPr>
        <w:t>64</w:t>
      </w:r>
      <w:r>
        <w:rPr>
          <w:b w:val="false"/>
          <w:sz w:val="28"/>
        </w:rPr>
        <w:t xml:space="preserve"> строчных </w:t>
      </w:r>
      <w:r>
        <w:rPr>
          <w:b w:val="false"/>
          <w:sz w:val="28"/>
          <w:lang w:val="zxx"/>
        </w:rPr>
        <w:t>hex</w:t>
      </w:r>
      <w:r>
        <w:rPr>
          <w:b w:val="false"/>
          <w:sz w:val="28"/>
        </w:rPr>
        <w:t xml:space="preserve">) по независимому доверенному источнику. Подпись, содержащаяся рядом с неизвестным ключом, не заменяет эту проверку. Общий заводской пароль или общий </w:t>
      </w:r>
      <w:r>
        <w:rPr>
          <w:b w:val="false"/>
          <w:sz w:val="28"/>
          <w:lang w:val="zxx"/>
        </w:rPr>
        <w:t>PSK</w:t>
      </w:r>
      <w:r>
        <w:rPr>
          <w:b w:val="false"/>
          <w:sz w:val="28"/>
        </w:rPr>
        <w:t xml:space="preserve"> парка не используется. Способ физического доступа и проверки личности оператора указывается в паспорте изделия; сетевой профиль не создает доверие из недоверенного канала.</w:t>
      </w:r>
    </w:p>
    <w:p>
      <w:pPr>
        <w:pStyle w:val="Normal"/>
        <w:jc w:val="start"/>
        <w:rPr/>
      </w:pPr>
      <w:r>
        <w:rPr>
          <w:b w:val="false"/>
          <w:sz w:val="28"/>
          <w:lang w:val="zxx"/>
        </w:rPr>
        <w:t>14.41</w:t>
      </w:r>
      <w:r>
        <w:rPr>
          <w:b w:val="false"/>
          <w:sz w:val="28"/>
        </w:rPr>
        <w:t xml:space="preserve"> Переносимая запись доверия имеет формат </w:t>
      </w:r>
      <w:r>
        <w:rPr>
          <w:b w:val="false"/>
          <w:sz w:val="28"/>
          <w:lang w:val="zxx"/>
        </w:rPr>
        <w:t>open-</w:t>
      </w:r>
      <w:r>
        <w:rPr>
          <w:b w:val="false"/>
          <w:sz w:val="28"/>
        </w:rPr>
        <w:t>⁠</w:t>
      </w:r>
      <w:r>
        <w:rPr>
          <w:b w:val="false"/>
          <w:sz w:val="28"/>
          <w:lang w:val="zxx"/>
        </w:rPr>
        <w:t>alert-</w:t>
      </w:r>
      <w:r>
        <w:rPr>
          <w:b w:val="false"/>
          <w:sz w:val="28"/>
        </w:rPr>
        <w:t>⁠</w:t>
      </w:r>
      <w:r>
        <w:rPr>
          <w:b w:val="false"/>
          <w:sz w:val="28"/>
          <w:lang w:val="zxx"/>
        </w:rPr>
        <w:t>trust/</w:t>
      </w:r>
      <w:r>
        <w:rPr>
          <w:b w:val="false"/>
          <w:sz w:val="28"/>
        </w:rPr>
        <w:t>⁠</w:t>
      </w:r>
      <w:r>
        <w:rPr>
          <w:b w:val="false"/>
          <w:sz w:val="28"/>
          <w:lang w:val="zxx"/>
        </w:rPr>
        <w:t>2</w:t>
      </w:r>
      <w:r>
        <w:rPr>
          <w:b w:val="false"/>
          <w:sz w:val="28"/>
        </w:rPr>
        <w:t xml:space="preserve"> по </w:t>
      </w:r>
      <w:r>
        <w:rPr>
          <w:b w:val="false"/>
          <w:sz w:val="28"/>
          <w:lang w:val="zxx"/>
        </w:rPr>
        <w:t>trust-</w:t>
      </w:r>
      <w:r>
        <w:rPr>
          <w:b w:val="false"/>
          <w:sz w:val="28"/>
        </w:rPr>
        <w:t>⁠</w:t>
      </w:r>
      <w:r>
        <w:rPr>
          <w:b w:val="false"/>
          <w:sz w:val="28"/>
          <w:lang w:val="zxx"/>
        </w:rPr>
        <w:t>schema</w:t>
      </w:r>
      <w:r>
        <w:rPr>
          <w:b w:val="false"/>
          <w:sz w:val="28"/>
        </w:rPr>
        <w:t xml:space="preserve"> текущей редакции: </w:t>
      </w:r>
      <w:r>
        <w:rPr>
          <w:b w:val="false"/>
          <w:sz w:val="28"/>
          <w:lang w:val="zxx"/>
        </w:rPr>
        <w:t>payload</w:t>
      </w:r>
      <w:r>
        <w:rPr>
          <w:b w:val="false"/>
          <w:sz w:val="28"/>
        </w:rPr>
        <w:t xml:space="preserve"> содержит </w:t>
      </w:r>
      <w:r>
        <w:rPr>
          <w:b w:val="false"/>
          <w:sz w:val="28"/>
          <w:lang w:val="zxx"/>
        </w:rPr>
        <w:t>deviceId</w:t>
      </w:r>
      <w:r>
        <w:rPr>
          <w:b w:val="false"/>
          <w:sz w:val="28"/>
        </w:rPr>
        <w:t xml:space="preserve">, </w:t>
      </w:r>
      <w:r>
        <w:rPr>
          <w:b w:val="false"/>
          <w:sz w:val="28"/>
          <w:lang w:val="zxx"/>
        </w:rPr>
        <w:t>generation</w:t>
      </w:r>
      <w:r>
        <w:rPr>
          <w:b w:val="false"/>
          <w:sz w:val="28"/>
        </w:rPr>
        <w:t xml:space="preserve">, </w:t>
      </w:r>
      <w:r>
        <w:rPr>
          <w:b w:val="false"/>
          <w:sz w:val="28"/>
          <w:lang w:val="zxx"/>
        </w:rPr>
        <w:t>principals</w:t>
      </w:r>
      <w:r>
        <w:rPr>
          <w:b w:val="false"/>
          <w:sz w:val="28"/>
        </w:rPr>
        <w:t xml:space="preserve">, </w:t>
      </w:r>
      <w:r>
        <w:rPr>
          <w:b w:val="false"/>
          <w:sz w:val="28"/>
          <w:lang w:val="zxx"/>
        </w:rPr>
        <w:t>firmwareKeys</w:t>
      </w:r>
      <w:r>
        <w:rPr>
          <w:b w:val="false"/>
          <w:sz w:val="28"/>
        </w:rPr>
        <w:t xml:space="preserve">; </w:t>
      </w:r>
      <w:r>
        <w:rPr>
          <w:b w:val="false"/>
          <w:sz w:val="28"/>
          <w:lang w:val="zxx"/>
        </w:rPr>
        <w:t>envelope</w:t>
      </w:r>
      <w:r>
        <w:rPr>
          <w:b w:val="false"/>
          <w:sz w:val="28"/>
        </w:rPr>
        <w:t xml:space="preserve"> содержит </w:t>
      </w:r>
      <w:r>
        <w:rPr>
          <w:b w:val="false"/>
          <w:sz w:val="28"/>
          <w:lang w:val="zxx"/>
        </w:rPr>
        <w:t>payload</w:t>
      </w:r>
      <w:r>
        <w:rPr>
          <w:b w:val="false"/>
          <w:sz w:val="28"/>
        </w:rPr>
        <w:t xml:space="preserve">, </w:t>
      </w:r>
      <w:r>
        <w:rPr>
          <w:b w:val="false"/>
          <w:sz w:val="28"/>
          <w:lang w:val="zxx"/>
        </w:rPr>
        <w:t>authorityKeyId</w:t>
      </w:r>
      <w:r>
        <w:rPr>
          <w:b w:val="false"/>
          <w:sz w:val="28"/>
        </w:rPr>
        <w:t xml:space="preserve">, </w:t>
      </w:r>
      <w:r>
        <w:rPr>
          <w:b w:val="false"/>
          <w:sz w:val="28"/>
          <w:lang w:val="zxx"/>
        </w:rPr>
        <w:t>signature.</w:t>
      </w:r>
      <w:r>
        <w:rPr>
          <w:b w:val="false"/>
          <w:sz w:val="28"/>
        </w:rPr>
        <w:t xml:space="preserve"> Подписывается ровно </w:t>
      </w:r>
      <w:r>
        <w:rPr>
          <w:b w:val="false"/>
          <w:sz w:val="28"/>
          <w:lang w:val="zxx"/>
        </w:rPr>
        <w:t>JCS</w:t>
      </w:r>
      <w:r>
        <w:rPr>
          <w:b w:val="false"/>
          <w:sz w:val="28"/>
        </w:rPr>
        <w:t>(</w:t>
      </w:r>
      <w:r>
        <w:rPr>
          <w:b w:val="false"/>
          <w:sz w:val="28"/>
          <w:lang w:val="zxx"/>
        </w:rPr>
        <w:t>payload</w:t>
      </w:r>
      <w:r>
        <w:rPr>
          <w:b w:val="false"/>
          <w:sz w:val="28"/>
        </w:rPr>
        <w:t xml:space="preserve">) в </w:t>
      </w:r>
      <w:r>
        <w:rPr>
          <w:b w:val="false"/>
          <w:sz w:val="28"/>
          <w:lang w:val="zxx"/>
        </w:rPr>
        <w:t>UTF-</w:t>
      </w:r>
      <w:r>
        <w:rPr>
          <w:b w:val="false"/>
          <w:sz w:val="28"/>
        </w:rPr>
        <w:t>⁠</w:t>
      </w:r>
      <w:r>
        <w:rPr>
          <w:b w:val="false"/>
          <w:sz w:val="28"/>
          <w:lang w:val="zxx"/>
        </w:rPr>
        <w:t>8</w:t>
      </w:r>
      <w:r>
        <w:rPr>
          <w:b w:val="false"/>
          <w:sz w:val="28"/>
        </w:rPr>
        <w:t xml:space="preserve"> без </w:t>
      </w:r>
      <w:r>
        <w:rPr>
          <w:b w:val="false"/>
          <w:sz w:val="28"/>
          <w:lang w:val="zxx"/>
        </w:rPr>
        <w:t>BOM</w:t>
      </w:r>
      <w:r>
        <w:rPr>
          <w:b w:val="false"/>
          <w:sz w:val="28"/>
        </w:rPr>
        <w:t xml:space="preserve"> и завершающего перевода строки, без полей </w:t>
      </w:r>
      <w:r>
        <w:rPr>
          <w:b w:val="false"/>
          <w:sz w:val="28"/>
          <w:lang w:val="zxx"/>
        </w:rPr>
        <w:t>envelope.</w:t>
      </w:r>
      <w:r>
        <w:rPr>
          <w:b w:val="false"/>
          <w:sz w:val="28"/>
        </w:rPr>
        <w:t xml:space="preserve"> </w:t>
      </w:r>
      <w:r>
        <w:rPr>
          <w:b w:val="false"/>
          <w:sz w:val="28"/>
          <w:lang w:val="zxx"/>
        </w:rPr>
        <w:t>authorityKeyId</w:t>
      </w:r>
      <w:r>
        <w:rPr>
          <w:b w:val="false"/>
          <w:sz w:val="28"/>
        </w:rPr>
        <w:t xml:space="preserve"> выбирает заранее закрепленный ключ администратора </w:t>
      </w:r>
      <w:r>
        <w:rPr>
          <w:b w:val="false"/>
          <w:sz w:val="28"/>
          <w:lang w:val="zxx"/>
        </w:rPr>
        <w:t>GC256A</w:t>
      </w:r>
      <w:r>
        <w:rPr>
          <w:b w:val="false"/>
          <w:sz w:val="28"/>
        </w:rPr>
        <w:t xml:space="preserve">; неизвестный ключ не становится доверенным из подписи. Алгоритм — ГОСТ Р </w:t>
      </w:r>
      <w:r>
        <w:rPr>
          <w:b w:val="false"/>
          <w:sz w:val="28"/>
          <w:lang w:val="zxx"/>
        </w:rPr>
        <w:t>34.10-</w:t>
      </w:r>
      <w:r>
        <w:rPr>
          <w:b w:val="false"/>
          <w:sz w:val="28"/>
        </w:rPr>
        <w:t>⁠</w:t>
      </w:r>
      <w:r>
        <w:rPr>
          <w:b w:val="false"/>
          <w:sz w:val="28"/>
          <w:lang w:val="zxx"/>
        </w:rPr>
        <w:t>2012</w:t>
      </w:r>
      <w:r>
        <w:rPr>
          <w:b w:val="false"/>
          <w:sz w:val="28"/>
        </w:rPr>
        <w:t xml:space="preserve"> с кривой </w:t>
      </w:r>
      <w:r>
        <w:rPr>
          <w:b w:val="false"/>
          <w:sz w:val="28"/>
          <w:lang w:val="zxx"/>
        </w:rPr>
        <w:t>GC256A</w:t>
      </w:r>
      <w:r>
        <w:rPr>
          <w:b w:val="false"/>
          <w:sz w:val="28"/>
        </w:rPr>
        <w:t xml:space="preserve"> и хешем Стрибог-</w:t>
      </w:r>
      <w:r>
        <w:rPr>
          <w:b w:val="false"/>
          <w:sz w:val="28"/>
          <w:lang w:val="zxx"/>
        </w:rPr>
        <w:t>256.</w:t>
      </w:r>
      <w:r>
        <w:rPr>
          <w:b w:val="false"/>
          <w:sz w:val="28"/>
        </w:rPr>
        <w:t xml:space="preserve"> </w:t>
      </w:r>
      <w:r>
        <w:rPr>
          <w:b w:val="false"/>
          <w:sz w:val="28"/>
          <w:lang w:val="zxx"/>
        </w:rPr>
        <w:t>signature</w:t>
      </w:r>
      <w:r>
        <w:rPr>
          <w:b w:val="false"/>
          <w:sz w:val="28"/>
        </w:rPr>
        <w:t xml:space="preserve"> содержит </w:t>
      </w:r>
      <w:r>
        <w:rPr>
          <w:b w:val="false"/>
          <w:sz w:val="28"/>
          <w:lang w:val="zxx"/>
        </w:rPr>
        <w:t>128</w:t>
      </w:r>
      <w:r>
        <w:rPr>
          <w:b w:val="false"/>
          <w:sz w:val="28"/>
        </w:rPr>
        <w:t xml:space="preserve"> строчных </w:t>
      </w:r>
      <w:r>
        <w:rPr>
          <w:b w:val="false"/>
          <w:sz w:val="28"/>
          <w:lang w:val="zxx"/>
        </w:rPr>
        <w:t>hex</w:t>
      </w:r>
      <w:r>
        <w:rPr>
          <w:b w:val="false"/>
          <w:sz w:val="28"/>
        </w:rPr>
        <w:t xml:space="preserve"> от </w:t>
      </w:r>
      <w:r>
        <w:rPr>
          <w:b w:val="false"/>
          <w:sz w:val="28"/>
          <w:lang w:val="zxx"/>
        </w:rPr>
        <w:t>r</w:t>
      </w:r>
      <w:r>
        <w:rPr>
          <w:b w:val="false"/>
          <w:sz w:val="28"/>
        </w:rPr>
        <w:t>[</w:t>
      </w:r>
      <w:r>
        <w:rPr>
          <w:b w:val="false"/>
          <w:sz w:val="28"/>
          <w:lang w:val="zxx"/>
        </w:rPr>
        <w:t>32</w:t>
      </w:r>
      <w:r>
        <w:rPr>
          <w:b w:val="false"/>
          <w:sz w:val="28"/>
        </w:rPr>
        <w:t xml:space="preserve">] </w:t>
      </w:r>
      <w:r>
        <w:rPr>
          <w:b w:val="false"/>
          <w:sz w:val="28"/>
          <w:lang w:val="zxx"/>
        </w:rPr>
        <w:t>little-</w:t>
      </w:r>
      <w:r>
        <w:rPr>
          <w:b w:val="false"/>
          <w:sz w:val="28"/>
        </w:rPr>
        <w:t>⁠</w:t>
      </w:r>
      <w:r>
        <w:rPr>
          <w:b w:val="false"/>
          <w:sz w:val="28"/>
          <w:lang w:val="zxx"/>
        </w:rPr>
        <w:t>endian</w:t>
      </w:r>
      <w:r>
        <w:rPr>
          <w:b w:val="false"/>
          <w:sz w:val="28"/>
        </w:rPr>
        <w:t xml:space="preserve"> || </w:t>
      </w:r>
      <w:r>
        <w:rPr>
          <w:b w:val="false"/>
          <w:sz w:val="28"/>
          <w:lang w:val="zxx"/>
        </w:rPr>
        <w:t>s</w:t>
      </w:r>
      <w:r>
        <w:rPr>
          <w:b w:val="false"/>
          <w:sz w:val="28"/>
        </w:rPr>
        <w:t>[</w:t>
      </w:r>
      <w:r>
        <w:rPr>
          <w:b w:val="false"/>
          <w:sz w:val="28"/>
          <w:lang w:val="zxx"/>
        </w:rPr>
        <w:t>32</w:t>
      </w:r>
      <w:r>
        <w:rPr>
          <w:b w:val="false"/>
          <w:sz w:val="28"/>
        </w:rPr>
        <w:t xml:space="preserve">] </w:t>
      </w:r>
      <w:r>
        <w:rPr>
          <w:b w:val="false"/>
          <w:sz w:val="28"/>
          <w:lang w:val="zxx"/>
        </w:rPr>
        <w:t>little-</w:t>
      </w:r>
      <w:r>
        <w:rPr>
          <w:b w:val="false"/>
          <w:sz w:val="28"/>
        </w:rPr>
        <w:t>⁠</w:t>
      </w:r>
      <w:r>
        <w:rPr>
          <w:b w:val="false"/>
          <w:sz w:val="28"/>
          <w:lang w:val="zxx"/>
        </w:rPr>
        <w:t>endian</w:t>
      </w:r>
      <w:r>
        <w:rPr>
          <w:b w:val="false"/>
          <w:sz w:val="28"/>
        </w:rPr>
        <w:t xml:space="preserve"> по единому правилу подписи ниже; </w:t>
      </w:r>
      <w:r>
        <w:rPr>
          <w:b w:val="false"/>
          <w:sz w:val="28"/>
          <w:lang w:val="zxx"/>
        </w:rPr>
        <w:t>DER</w:t>
      </w:r>
      <w:r>
        <w:rPr>
          <w:b w:val="false"/>
          <w:sz w:val="28"/>
        </w:rPr>
        <w:t xml:space="preserve"> и автоматическое распознавание кодировки запрещены. </w:t>
      </w:r>
      <w:r>
        <w:rPr>
          <w:b w:val="false"/>
          <w:sz w:val="28"/>
          <w:lang w:val="zxx"/>
        </w:rPr>
        <w:t>generation</w:t>
      </w:r>
      <w:r>
        <w:rPr>
          <w:b w:val="false"/>
          <w:sz w:val="28"/>
        </w:rPr>
        <w:t xml:space="preserve"> положителен и строго больше сохраненного; импорт с другим </w:t>
      </w:r>
      <w:r>
        <w:rPr>
          <w:b w:val="false"/>
          <w:sz w:val="28"/>
          <w:lang w:val="zxx"/>
        </w:rPr>
        <w:t>deviceId</w:t>
      </w:r>
      <w:r>
        <w:rPr>
          <w:b w:val="false"/>
          <w:sz w:val="28"/>
        </w:rPr>
        <w:t xml:space="preserve"> запрещен. Пакет содержит только открытые параметры и права: </w:t>
      </w:r>
      <w:r>
        <w:rPr>
          <w:b w:val="false"/>
          <w:sz w:val="28"/>
          <w:lang w:val="zxx"/>
        </w:rPr>
        <w:t>PSK</w:t>
      </w:r>
      <w:r>
        <w:rPr>
          <w:b w:val="false"/>
          <w:sz w:val="28"/>
        </w:rPr>
        <w:t xml:space="preserve">, корневые секреты и закрытые ключи в нем запрещены. Подпись обеспечивает подлинность и целостность, но не конфиденциальность состава реестра. Сетевые </w:t>
      </w:r>
      <w:r>
        <w:rPr>
          <w:b w:val="false"/>
          <w:sz w:val="28"/>
          <w:lang w:val="zxx"/>
        </w:rPr>
        <w:t>config.stage</w:t>
      </w:r>
      <w:r>
        <w:rPr>
          <w:b w:val="false"/>
          <w:sz w:val="28"/>
        </w:rPr>
        <w:t xml:space="preserve"> и </w:t>
      </w:r>
      <w:r>
        <w:rPr>
          <w:b w:val="false"/>
          <w:sz w:val="28"/>
          <w:lang w:val="zxx"/>
        </w:rPr>
        <w:t>firmware.begin</w:t>
      </w:r>
      <w:r>
        <w:rPr>
          <w:b w:val="false"/>
          <w:sz w:val="28"/>
        </w:rPr>
        <w:t xml:space="preserve"> не импортируют доверие.</w:t>
      </w:r>
    </w:p>
    <w:p>
      <w:pPr>
        <w:pStyle w:val="Normal"/>
        <w:jc w:val="start"/>
        <w:rPr/>
      </w:pPr>
      <w:r>
        <w:rPr>
          <w:b w:val="false"/>
          <w:sz w:val="28"/>
          <w:lang w:val="zxx"/>
        </w:rPr>
        <w:t>14.42</w:t>
      </w:r>
      <w:r>
        <w:rPr>
          <w:b w:val="false"/>
          <w:sz w:val="28"/>
        </w:rPr>
        <w:t xml:space="preserve"> </w:t>
      </w:r>
      <w:r>
        <w:rPr>
          <w:b w:val="false"/>
          <w:sz w:val="28"/>
          <w:lang w:val="zxx"/>
        </w:rPr>
        <w:t>principal</w:t>
      </w:r>
      <w:r>
        <w:rPr>
          <w:b w:val="false"/>
          <w:sz w:val="28"/>
        </w:rPr>
        <w:t xml:space="preserve"> содержит </w:t>
      </w:r>
      <w:r>
        <w:rPr>
          <w:b w:val="false"/>
          <w:sz w:val="28"/>
          <w:lang w:val="zxx"/>
        </w:rPr>
        <w:t>principalId</w:t>
      </w:r>
      <w:r>
        <w:rPr>
          <w:b w:val="false"/>
          <w:sz w:val="28"/>
        </w:rPr>
        <w:t xml:space="preserve">, </w:t>
      </w:r>
      <w:r>
        <w:rPr>
          <w:b w:val="false"/>
          <w:sz w:val="28"/>
          <w:lang w:val="zxx"/>
        </w:rPr>
        <w:t>keyId</w:t>
      </w:r>
      <w:r>
        <w:rPr>
          <w:b w:val="false"/>
          <w:sz w:val="28"/>
        </w:rPr>
        <w:t xml:space="preserve">, </w:t>
      </w:r>
      <w:r>
        <w:rPr>
          <w:b w:val="false"/>
          <w:sz w:val="28"/>
          <w:lang w:val="zxx"/>
        </w:rPr>
        <w:t>generation</w:t>
      </w:r>
      <w:r>
        <w:rPr>
          <w:b w:val="false"/>
          <w:sz w:val="28"/>
        </w:rPr>
        <w:t xml:space="preserve">, </w:t>
      </w:r>
      <w:r>
        <w:rPr>
          <w:b w:val="false"/>
          <w:sz w:val="28"/>
          <w:lang w:val="zxx"/>
        </w:rPr>
        <w:t>state=staged|</w:t>
      </w:r>
      <w:r>
        <w:rPr>
          <w:b w:val="false"/>
          <w:sz w:val="28"/>
        </w:rPr>
        <w:t>​</w:t>
      </w:r>
      <w:r>
        <w:rPr>
          <w:b w:val="false"/>
          <w:sz w:val="28"/>
          <w:lang w:val="zxx"/>
        </w:rPr>
        <w:t>active|</w:t>
      </w:r>
      <w:r>
        <w:rPr>
          <w:b w:val="false"/>
          <w:sz w:val="28"/>
        </w:rPr>
        <w:t>​</w:t>
      </w:r>
      <w:r>
        <w:rPr>
          <w:b w:val="false"/>
          <w:sz w:val="28"/>
          <w:lang w:val="zxx"/>
        </w:rPr>
        <w:t>revoked</w:t>
      </w:r>
      <w:r>
        <w:rPr>
          <w:b w:val="false"/>
          <w:sz w:val="28"/>
        </w:rPr>
        <w:t xml:space="preserve">, </w:t>
      </w:r>
      <w:r>
        <w:rPr>
          <w:b w:val="false"/>
          <w:sz w:val="28"/>
          <w:lang w:val="zxx"/>
        </w:rPr>
        <w:t>roles</w:t>
      </w:r>
      <w:r>
        <w:rPr>
          <w:b w:val="false"/>
          <w:sz w:val="28"/>
        </w:rPr>
        <w:t xml:space="preserve"> и </w:t>
      </w:r>
      <w:r>
        <w:rPr>
          <w:b w:val="false"/>
          <w:sz w:val="28"/>
          <w:lang w:val="zxx"/>
        </w:rPr>
        <w:t>resourceIds</w:t>
      </w:r>
      <w:r>
        <w:rPr>
          <w:b w:val="false"/>
          <w:sz w:val="28"/>
        </w:rPr>
        <w:t xml:space="preserve">; для </w:t>
      </w:r>
      <w:r>
        <w:rPr>
          <w:b w:val="false"/>
          <w:sz w:val="28"/>
          <w:lang w:val="zxx"/>
        </w:rPr>
        <w:t>staged/</w:t>
      </w:r>
      <w:r>
        <w:rPr>
          <w:b w:val="false"/>
          <w:sz w:val="28"/>
        </w:rPr>
        <w:t>​</w:t>
      </w:r>
      <w:r>
        <w:rPr>
          <w:b w:val="false"/>
          <w:sz w:val="28"/>
          <w:lang w:val="zxx"/>
        </w:rPr>
        <w:t>active</w:t>
      </w:r>
      <w:r>
        <w:rPr>
          <w:b w:val="false"/>
          <w:sz w:val="28"/>
        </w:rPr>
        <w:t xml:space="preserve"> обязательны </w:t>
      </w:r>
      <w:r>
        <w:rPr>
          <w:b w:val="false"/>
          <w:sz w:val="28"/>
          <w:lang w:val="zxx"/>
        </w:rPr>
        <w:t>rootId</w:t>
      </w:r>
      <w:r>
        <w:rPr>
          <w:b w:val="false"/>
          <w:sz w:val="28"/>
        </w:rPr>
        <w:t xml:space="preserve"> и </w:t>
      </w:r>
      <w:r>
        <w:rPr>
          <w:b w:val="false"/>
          <w:sz w:val="28"/>
          <w:lang w:val="zxx"/>
        </w:rPr>
        <w:t>salt</w:t>
      </w:r>
      <w:r>
        <w:rPr>
          <w:b w:val="false"/>
          <w:sz w:val="28"/>
        </w:rPr>
        <w:t xml:space="preserve"> (</w:t>
      </w:r>
      <w:r>
        <w:rPr>
          <w:b w:val="false"/>
          <w:sz w:val="28"/>
          <w:lang w:val="zxx"/>
        </w:rPr>
        <w:t>64</w:t>
      </w:r>
      <w:r>
        <w:rPr>
          <w:b w:val="false"/>
          <w:sz w:val="28"/>
        </w:rPr>
        <w:t xml:space="preserve"> строчных </w:t>
      </w:r>
      <w:r>
        <w:rPr>
          <w:b w:val="false"/>
          <w:sz w:val="28"/>
          <w:lang w:val="zxx"/>
        </w:rPr>
        <w:t>hex</w:t>
      </w:r>
      <w:r>
        <w:rPr>
          <w:b w:val="false"/>
          <w:sz w:val="28"/>
        </w:rPr>
        <w:t xml:space="preserve">), для </w:t>
      </w:r>
      <w:r>
        <w:rPr>
          <w:b w:val="false"/>
          <w:sz w:val="28"/>
          <w:lang w:val="zxx"/>
        </w:rPr>
        <w:t>revoked</w:t>
      </w:r>
      <w:r>
        <w:rPr>
          <w:b w:val="false"/>
          <w:sz w:val="28"/>
        </w:rPr>
        <w:t xml:space="preserve"> они отсутствуют. </w:t>
      </w:r>
      <w:r>
        <w:rPr>
          <w:b w:val="false"/>
          <w:sz w:val="28"/>
          <w:lang w:val="zxx"/>
        </w:rPr>
        <w:t>rootId</w:t>
      </w:r>
      <w:r>
        <w:rPr>
          <w:b w:val="false"/>
          <w:sz w:val="28"/>
        </w:rPr>
        <w:t xml:space="preserve"> выбирает отдельно установленный </w:t>
      </w:r>
      <w:r>
        <w:rPr>
          <w:b w:val="false"/>
          <w:sz w:val="28"/>
          <w:lang w:val="zxx"/>
        </w:rPr>
        <w:t>256-</w:t>
      </w:r>
      <w:r>
        <w:rPr>
          <w:b w:val="false"/>
          <w:sz w:val="28"/>
        </w:rPr>
        <w:t xml:space="preserve">битный корневой секрет </w:t>
      </w:r>
      <w:r>
        <w:rPr>
          <w:b w:val="false"/>
          <w:sz w:val="28"/>
          <w:lang w:val="zxx"/>
        </w:rPr>
        <w:t>Kpair</w:t>
      </w:r>
      <w:r>
        <w:rPr>
          <w:b w:val="false"/>
          <w:sz w:val="28"/>
        </w:rPr>
        <w:t xml:space="preserve"> именно пары </w:t>
      </w:r>
      <w:r>
        <w:rPr>
          <w:b w:val="false"/>
          <w:sz w:val="28"/>
          <w:lang w:val="zxx"/>
        </w:rPr>
        <w:t>deviceId/</w:t>
      </w:r>
      <w:r>
        <w:rPr>
          <w:b w:val="false"/>
          <w:sz w:val="28"/>
        </w:rPr>
        <w:t>​</w:t>
      </w:r>
      <w:r>
        <w:rPr>
          <w:b w:val="false"/>
          <w:sz w:val="28"/>
          <w:lang w:val="zxx"/>
        </w:rPr>
        <w:t>principalId.</w:t>
      </w:r>
      <w:r>
        <w:rPr>
          <w:b w:val="false"/>
          <w:sz w:val="28"/>
        </w:rPr>
        <w:t xml:space="preserve"> Ключи разных пар генерируются независимо криптографическим генератором; общий ключ парка и вывод всех пар из доступного участникам общего секрета запрещены. Роли </w:t>
      </w:r>
      <w:r>
        <w:rPr>
          <w:b w:val="false"/>
          <w:sz w:val="28"/>
          <w:lang w:val="zxx"/>
        </w:rPr>
        <w:t>observer/</w:t>
      </w:r>
      <w:r>
        <w:rPr>
          <w:b w:val="false"/>
          <w:sz w:val="28"/>
        </w:rPr>
        <w:t>​</w:t>
      </w:r>
      <w:r>
        <w:rPr>
          <w:b w:val="false"/>
          <w:sz w:val="28"/>
          <w:lang w:val="zxx"/>
        </w:rPr>
        <w:t>operator/</w:t>
      </w:r>
      <w:r>
        <w:rPr>
          <w:b w:val="false"/>
          <w:sz w:val="28"/>
        </w:rPr>
        <w:t>​</w:t>
      </w:r>
      <w:r>
        <w:rPr>
          <w:b w:val="false"/>
          <w:sz w:val="28"/>
          <w:lang w:val="zxx"/>
        </w:rPr>
        <w:t>maintainer/</w:t>
      </w:r>
      <w:r>
        <w:rPr>
          <w:b w:val="false"/>
          <w:sz w:val="28"/>
        </w:rPr>
        <w:t>​</w:t>
      </w:r>
      <w:r>
        <w:rPr>
          <w:b w:val="false"/>
          <w:sz w:val="28"/>
          <w:lang w:val="zxx"/>
        </w:rPr>
        <w:t>trustAdmin</w:t>
      </w:r>
      <w:r>
        <w:rPr>
          <w:b w:val="false"/>
          <w:sz w:val="28"/>
        </w:rPr>
        <w:t xml:space="preserve"> независимы; </w:t>
      </w:r>
      <w:r>
        <w:rPr>
          <w:b w:val="false"/>
          <w:sz w:val="28"/>
          <w:lang w:val="zxx"/>
        </w:rPr>
        <w:t>trustAdmin</w:t>
      </w:r>
      <w:r>
        <w:rPr>
          <w:b w:val="false"/>
          <w:sz w:val="28"/>
        </w:rPr>
        <w:t xml:space="preserve"> не разрешает </w:t>
      </w:r>
      <w:r>
        <w:rPr>
          <w:b w:val="false"/>
          <w:sz w:val="28"/>
          <w:lang w:val="zxx"/>
        </w:rPr>
        <w:t>session.start.</w:t>
      </w:r>
      <w:r>
        <w:rPr>
          <w:b w:val="false"/>
          <w:sz w:val="28"/>
        </w:rPr>
        <w:t xml:space="preserve"> </w:t>
      </w:r>
      <w:r>
        <w:rPr>
          <w:b w:val="false"/>
          <w:sz w:val="28"/>
          <w:lang w:val="zxx"/>
        </w:rPr>
        <w:t>resourceIds</w:t>
      </w:r>
      <w:r>
        <w:rPr>
          <w:b w:val="false"/>
          <w:sz w:val="28"/>
        </w:rPr>
        <w:t xml:space="preserve"> — точный непустой список локальных ресурсов, без </w:t>
      </w:r>
      <w:r>
        <w:rPr>
          <w:b w:val="false"/>
          <w:sz w:val="28"/>
          <w:lang w:val="zxx"/>
        </w:rPr>
        <w:t>wildcard.</w:t>
      </w:r>
      <w:r>
        <w:rPr>
          <w:b w:val="false"/>
          <w:sz w:val="28"/>
        </w:rPr>
        <w:t xml:space="preserve"> </w:t>
      </w:r>
      <w:r>
        <w:rPr>
          <w:b w:val="false"/>
          <w:sz w:val="28"/>
          <w:lang w:val="zxx"/>
        </w:rPr>
        <w:t>keyId</w:t>
      </w:r>
      <w:r>
        <w:rPr>
          <w:b w:val="false"/>
          <w:sz w:val="28"/>
        </w:rPr>
        <w:t xml:space="preserve"> уникален в хранилище УУ, не переиспользуется и служит </w:t>
      </w:r>
      <w:r>
        <w:rPr>
          <w:b w:val="false"/>
          <w:sz w:val="28"/>
          <w:lang w:val="zxx"/>
        </w:rPr>
        <w:t>TLS</w:t>
      </w:r>
      <w:r>
        <w:rPr>
          <w:b w:val="false"/>
          <w:sz w:val="28"/>
        </w:rPr>
        <w:t xml:space="preserve"> </w:t>
      </w:r>
      <w:r>
        <w:rPr>
          <w:b w:val="false"/>
          <w:sz w:val="28"/>
          <w:lang w:val="zxx"/>
        </w:rPr>
        <w:t>PSK</w:t>
      </w:r>
      <w:r>
        <w:rPr>
          <w:b w:val="false"/>
          <w:sz w:val="28"/>
        </w:rPr>
        <w:t xml:space="preserve"> </w:t>
      </w:r>
      <w:r>
        <w:rPr>
          <w:b w:val="false"/>
          <w:sz w:val="28"/>
          <w:lang w:val="zxx"/>
        </w:rPr>
        <w:t>identity:</w:t>
      </w:r>
      <w:r>
        <w:rPr>
          <w:b w:val="false"/>
          <w:sz w:val="28"/>
        </w:rPr>
        <w:t xml:space="preserve"> ровно </w:t>
      </w:r>
      <w:r>
        <w:rPr>
          <w:b w:val="false"/>
          <w:sz w:val="28"/>
          <w:lang w:val="zxx"/>
        </w:rPr>
        <w:t>1..32</w:t>
      </w:r>
      <w:r>
        <w:rPr>
          <w:b w:val="false"/>
          <w:sz w:val="28"/>
        </w:rPr>
        <w:t xml:space="preserve"> </w:t>
      </w:r>
      <w:r>
        <w:rPr>
          <w:b w:val="false"/>
          <w:sz w:val="28"/>
          <w:lang w:val="zxx"/>
        </w:rPr>
        <w:t>ASCII-</w:t>
      </w:r>
      <w:r>
        <w:rPr>
          <w:b w:val="false"/>
          <w:sz w:val="28"/>
        </w:rPr>
        <w:t xml:space="preserve">байта </w:t>
      </w:r>
      <w:r>
        <w:rPr>
          <w:b w:val="false"/>
          <w:sz w:val="28"/>
          <w:lang w:val="zxx"/>
        </w:rPr>
        <w:t>token</w:t>
      </w:r>
      <w:r>
        <w:rPr>
          <w:b w:val="false"/>
          <w:sz w:val="28"/>
        </w:rPr>
        <w:t xml:space="preserve">, без завершающего </w:t>
      </w:r>
      <w:r>
        <w:rPr>
          <w:b w:val="false"/>
          <w:sz w:val="28"/>
          <w:lang w:val="zxx"/>
        </w:rPr>
        <w:t>NUL</w:t>
      </w:r>
      <w:r>
        <w:rPr>
          <w:b w:val="false"/>
          <w:sz w:val="28"/>
        </w:rPr>
        <w:t xml:space="preserve">, префикса, </w:t>
      </w:r>
      <w:r>
        <w:rPr>
          <w:b w:val="false"/>
          <w:sz w:val="28"/>
          <w:lang w:val="zxx"/>
        </w:rPr>
        <w:t>hex-</w:t>
      </w:r>
      <w:r>
        <w:rPr>
          <w:b w:val="false"/>
          <w:sz w:val="28"/>
        </w:rPr>
        <w:t xml:space="preserve">декодирования или </w:t>
      </w:r>
      <w:r>
        <w:rPr>
          <w:b w:val="false"/>
          <w:sz w:val="28"/>
          <w:lang w:val="zxx"/>
        </w:rPr>
        <w:t>Unicode-</w:t>
      </w:r>
      <w:r>
        <w:rPr>
          <w:b w:val="false"/>
          <w:sz w:val="28"/>
        </w:rPr>
        <w:t xml:space="preserve">нормализации; регистр значим. Поле </w:t>
      </w:r>
      <w:r>
        <w:rPr>
          <w:b w:val="false"/>
          <w:sz w:val="28"/>
          <w:lang w:val="zxx"/>
        </w:rPr>
        <w:t>identity</w:t>
      </w:r>
      <w:r>
        <w:rPr>
          <w:b w:val="false"/>
          <w:sz w:val="28"/>
        </w:rPr>
        <w:t xml:space="preserve"> имеет стандартную длину </w:t>
      </w:r>
      <w:r>
        <w:rPr>
          <w:b w:val="false"/>
          <w:sz w:val="28"/>
          <w:lang w:val="zxx"/>
        </w:rPr>
        <w:t>uint16</w:t>
      </w:r>
      <w:r>
        <w:rPr>
          <w:b w:val="false"/>
          <w:sz w:val="28"/>
        </w:rPr>
        <w:t xml:space="preserve"> </w:t>
      </w:r>
      <w:r>
        <w:rPr>
          <w:b w:val="false"/>
          <w:sz w:val="28"/>
          <w:lang w:val="zxx"/>
        </w:rPr>
        <w:t>BE</w:t>
      </w:r>
      <w:r>
        <w:rPr>
          <w:b w:val="false"/>
          <w:sz w:val="28"/>
        </w:rPr>
        <w:t xml:space="preserve"> из </w:t>
      </w:r>
      <w:r>
        <w:rPr>
          <w:b w:val="false"/>
          <w:sz w:val="28"/>
          <w:lang w:val="zxx"/>
        </w:rPr>
        <w:t>TLS</w:t>
      </w:r>
      <w:r>
        <w:rPr>
          <w:b w:val="false"/>
          <w:sz w:val="28"/>
        </w:rPr>
        <w:t xml:space="preserve"> </w:t>
      </w:r>
      <w:r>
        <w:rPr>
          <w:b w:val="false"/>
          <w:sz w:val="28"/>
          <w:lang w:val="zxx"/>
        </w:rPr>
        <w:t>1.3</w:t>
      </w:r>
      <w:r>
        <w:rPr>
          <w:b w:val="false"/>
          <w:sz w:val="28"/>
        </w:rPr>
        <w:t xml:space="preserve">, которая не входит в эти байты; </w:t>
      </w:r>
      <w:r>
        <w:rPr>
          <w:b w:val="false"/>
          <w:sz w:val="28"/>
          <w:lang w:val="zxx"/>
        </w:rPr>
        <w:t>obfuscated_ticket_age=0</w:t>
      </w:r>
      <w:r>
        <w:rPr>
          <w:b w:val="false"/>
          <w:sz w:val="28"/>
        </w:rPr>
        <w:t xml:space="preserve"> для внешнего </w:t>
      </w:r>
      <w:r>
        <w:rPr>
          <w:b w:val="false"/>
          <w:sz w:val="28"/>
          <w:lang w:val="zxx"/>
        </w:rPr>
        <w:t>PSK.</w:t>
      </w:r>
      <w:r>
        <w:rPr>
          <w:b w:val="false"/>
          <w:sz w:val="28"/>
        </w:rPr>
        <w:t xml:space="preserve"> </w:t>
      </w:r>
      <w:r>
        <w:rPr>
          <w:b w:val="false"/>
          <w:sz w:val="28"/>
          <w:lang w:val="zxx"/>
        </w:rPr>
        <w:t>ClientHello</w:t>
      </w:r>
      <w:r>
        <w:rPr>
          <w:b w:val="false"/>
          <w:sz w:val="28"/>
        </w:rPr>
        <w:t xml:space="preserve"> содержит ровно одну </w:t>
      </w:r>
      <w:r>
        <w:rPr>
          <w:b w:val="false"/>
          <w:sz w:val="28"/>
          <w:lang w:val="zxx"/>
        </w:rPr>
        <w:t>identity.</w:t>
      </w:r>
      <w:r>
        <w:rPr>
          <w:b w:val="false"/>
          <w:sz w:val="28"/>
        </w:rPr>
        <w:t xml:space="preserve"> Пробный </w:t>
      </w:r>
      <w:r>
        <w:rPr>
          <w:b w:val="false"/>
          <w:sz w:val="28"/>
          <w:lang w:val="zxx"/>
        </w:rPr>
        <w:t>handshake</w:t>
      </w:r>
      <w:r>
        <w:rPr>
          <w:b w:val="false"/>
          <w:sz w:val="28"/>
        </w:rPr>
        <w:t xml:space="preserve"> </w:t>
      </w:r>
      <w:r>
        <w:rPr>
          <w:b w:val="false"/>
          <w:sz w:val="28"/>
          <w:lang w:val="zxx"/>
        </w:rPr>
        <w:t>staged</w:t>
      </w:r>
      <w:r>
        <w:rPr>
          <w:b w:val="false"/>
          <w:sz w:val="28"/>
        </w:rPr>
        <w:t xml:space="preserve"> не разрешает управление; активация оформляется новой подписанной редакцией.</w:t>
      </w:r>
    </w:p>
    <w:p>
      <w:pPr>
        <w:pStyle w:val="Normal"/>
        <w:jc w:val="start"/>
        <w:rPr/>
      </w:pPr>
      <w:r>
        <w:rPr>
          <w:b w:val="false"/>
          <w:sz w:val="28"/>
          <w:lang w:val="zxx"/>
        </w:rPr>
        <w:t>14.43</w:t>
      </w:r>
      <w:r>
        <w:rPr>
          <w:b w:val="false"/>
          <w:sz w:val="28"/>
        </w:rPr>
        <w:t xml:space="preserve"> </w:t>
      </w:r>
      <w:r>
        <w:rPr>
          <w:b w:val="false"/>
          <w:sz w:val="28"/>
          <w:lang w:val="zxx"/>
        </w:rPr>
        <w:t>firmwareKey</w:t>
      </w:r>
      <w:r>
        <w:rPr>
          <w:b w:val="false"/>
          <w:sz w:val="28"/>
        </w:rPr>
        <w:t xml:space="preserve"> содержит </w:t>
      </w:r>
      <w:r>
        <w:rPr>
          <w:b w:val="false"/>
          <w:sz w:val="28"/>
          <w:lang w:val="zxx"/>
        </w:rPr>
        <w:t>keyId</w:t>
      </w:r>
      <w:r>
        <w:rPr>
          <w:b w:val="false"/>
          <w:sz w:val="28"/>
        </w:rPr>
        <w:t xml:space="preserve">, </w:t>
      </w:r>
      <w:r>
        <w:rPr>
          <w:b w:val="false"/>
          <w:sz w:val="28"/>
          <w:lang w:val="zxx"/>
        </w:rPr>
        <w:t>generation</w:t>
      </w:r>
      <w:r>
        <w:rPr>
          <w:b w:val="false"/>
          <w:sz w:val="28"/>
        </w:rPr>
        <w:t xml:space="preserve">, </w:t>
      </w:r>
      <w:r>
        <w:rPr>
          <w:b w:val="false"/>
          <w:sz w:val="28"/>
          <w:lang w:val="zxx"/>
        </w:rPr>
        <w:t>state</w:t>
      </w:r>
      <w:r>
        <w:rPr>
          <w:b w:val="false"/>
          <w:sz w:val="28"/>
        </w:rPr>
        <w:t xml:space="preserve">, </w:t>
      </w:r>
      <w:r>
        <w:rPr>
          <w:b w:val="false"/>
          <w:sz w:val="28"/>
          <w:lang w:val="zxx"/>
        </w:rPr>
        <w:t>curve=GC256A</w:t>
      </w:r>
      <w:r>
        <w:rPr>
          <w:b w:val="false"/>
          <w:sz w:val="28"/>
        </w:rPr>
        <w:t xml:space="preserve">, </w:t>
      </w:r>
      <w:r>
        <w:rPr>
          <w:b w:val="false"/>
          <w:sz w:val="28"/>
          <w:lang w:val="zxx"/>
        </w:rPr>
        <w:t>x</w:t>
      </w:r>
      <w:r>
        <w:rPr>
          <w:b w:val="false"/>
          <w:sz w:val="28"/>
        </w:rPr>
        <w:t xml:space="preserve">, </w:t>
      </w:r>
      <w:r>
        <w:rPr>
          <w:b w:val="false"/>
          <w:sz w:val="28"/>
          <w:lang w:val="zxx"/>
        </w:rPr>
        <w:t>y</w:t>
      </w:r>
      <w:r>
        <w:rPr>
          <w:b w:val="false"/>
          <w:sz w:val="28"/>
        </w:rPr>
        <w:t xml:space="preserve">, </w:t>
      </w:r>
      <w:r>
        <w:rPr>
          <w:b w:val="false"/>
          <w:sz w:val="28"/>
          <w:lang w:val="zxx"/>
        </w:rPr>
        <w:t>deviceKinds</w:t>
      </w:r>
      <w:r>
        <w:rPr>
          <w:b w:val="false"/>
          <w:sz w:val="28"/>
        </w:rPr>
        <w:t xml:space="preserve"> и </w:t>
      </w:r>
      <w:r>
        <w:rPr>
          <w:b w:val="false"/>
          <w:sz w:val="28"/>
          <w:lang w:val="zxx"/>
        </w:rPr>
        <w:t>hardwareRevisions.</w:t>
      </w:r>
      <w:r>
        <w:rPr>
          <w:b w:val="false"/>
          <w:sz w:val="28"/>
        </w:rPr>
        <w:t xml:space="preserve"> </w:t>
      </w:r>
      <w:r>
        <w:rPr>
          <w:b w:val="false"/>
          <w:sz w:val="28"/>
          <w:lang w:val="zxx"/>
        </w:rPr>
        <w:t>x/</w:t>
      </w:r>
      <w:r>
        <w:rPr>
          <w:b w:val="false"/>
          <w:sz w:val="28"/>
        </w:rPr>
        <w:t>​</w:t>
      </w:r>
      <w:r>
        <w:rPr>
          <w:b w:val="false"/>
          <w:sz w:val="28"/>
          <w:lang w:val="zxx"/>
        </w:rPr>
        <w:t>y</w:t>
      </w:r>
      <w:r>
        <w:rPr>
          <w:b w:val="false"/>
          <w:sz w:val="28"/>
        </w:rPr>
        <w:t xml:space="preserve"> - по </w:t>
      </w:r>
      <w:r>
        <w:rPr>
          <w:b w:val="false"/>
          <w:sz w:val="28"/>
          <w:lang w:val="zxx"/>
        </w:rPr>
        <w:t>64</w:t>
      </w:r>
      <w:r>
        <w:rPr>
          <w:b w:val="false"/>
          <w:sz w:val="28"/>
        </w:rPr>
        <w:t xml:space="preserve"> строчных </w:t>
      </w:r>
      <w:r>
        <w:rPr>
          <w:b w:val="false"/>
          <w:sz w:val="28"/>
          <w:lang w:val="zxx"/>
        </w:rPr>
        <w:t>hex</w:t>
      </w:r>
      <w:r>
        <w:rPr>
          <w:b w:val="false"/>
          <w:sz w:val="28"/>
        </w:rPr>
        <w:t xml:space="preserve">, целые </w:t>
      </w:r>
      <w:r>
        <w:rPr>
          <w:b w:val="false"/>
          <w:sz w:val="28"/>
          <w:lang w:val="zxx"/>
        </w:rPr>
        <w:t>big-</w:t>
      </w:r>
      <w:r>
        <w:rPr>
          <w:b w:val="false"/>
          <w:sz w:val="28"/>
        </w:rPr>
        <w:t>⁠</w:t>
      </w:r>
      <w:r>
        <w:rPr>
          <w:b w:val="false"/>
          <w:sz w:val="28"/>
          <w:lang w:val="zxx"/>
        </w:rPr>
        <w:t>endian</w:t>
      </w:r>
      <w:r>
        <w:rPr>
          <w:b w:val="false"/>
          <w:sz w:val="28"/>
        </w:rPr>
        <w:t xml:space="preserve">; проверяются принадлежность кривой, ненулевая точка и порядок подгруппы. Ключ ограничен явно перечисленными типами и ревизиями аппаратуры. </w:t>
      </w:r>
      <w:r>
        <w:rPr>
          <w:b w:val="false"/>
          <w:sz w:val="28"/>
          <w:lang w:val="zxx"/>
        </w:rPr>
        <w:t>keyId</w:t>
      </w:r>
      <w:r>
        <w:rPr>
          <w:b w:val="false"/>
          <w:sz w:val="28"/>
        </w:rPr>
        <w:t xml:space="preserve"> прошивки относится только к этому пространству издателей и не является </w:t>
      </w:r>
      <w:r>
        <w:rPr>
          <w:b w:val="false"/>
          <w:sz w:val="28"/>
          <w:lang w:val="zxx"/>
        </w:rPr>
        <w:t>TLS</w:t>
      </w:r>
      <w:r>
        <w:rPr>
          <w:b w:val="false"/>
          <w:sz w:val="28"/>
        </w:rPr>
        <w:t xml:space="preserve"> </w:t>
      </w:r>
      <w:r>
        <w:rPr>
          <w:b w:val="false"/>
          <w:sz w:val="28"/>
          <w:lang w:val="zxx"/>
        </w:rPr>
        <w:t>identity.</w:t>
      </w:r>
      <w:r>
        <w:rPr>
          <w:b w:val="false"/>
          <w:sz w:val="28"/>
        </w:rPr>
        <w:t xml:space="preserve"> </w:t>
      </w:r>
      <w:r>
        <w:rPr>
          <w:b w:val="false"/>
          <w:sz w:val="28"/>
          <w:lang w:val="zxx"/>
        </w:rPr>
        <w:t>staged</w:t>
      </w:r>
      <w:r>
        <w:rPr>
          <w:b w:val="false"/>
          <w:sz w:val="28"/>
        </w:rPr>
        <w:t xml:space="preserve"> допускает проверку пробного образа, </w:t>
      </w:r>
      <w:r>
        <w:rPr>
          <w:b w:val="false"/>
          <w:sz w:val="28"/>
          <w:lang w:val="zxx"/>
        </w:rPr>
        <w:t>active</w:t>
      </w:r>
      <w:r>
        <w:rPr>
          <w:b w:val="false"/>
          <w:sz w:val="28"/>
        </w:rPr>
        <w:t xml:space="preserve"> допускает </w:t>
      </w:r>
      <w:r>
        <w:rPr>
          <w:b w:val="false"/>
          <w:sz w:val="28"/>
          <w:lang w:val="zxx"/>
        </w:rPr>
        <w:t>verify/</w:t>
      </w:r>
      <w:r>
        <w:rPr>
          <w:b w:val="false"/>
          <w:sz w:val="28"/>
        </w:rPr>
        <w:t>​</w:t>
      </w:r>
      <w:r>
        <w:rPr>
          <w:b w:val="false"/>
          <w:sz w:val="28"/>
          <w:lang w:val="zxx"/>
        </w:rPr>
        <w:t>commit</w:t>
      </w:r>
      <w:r>
        <w:rPr>
          <w:b w:val="false"/>
          <w:sz w:val="28"/>
        </w:rPr>
        <w:t xml:space="preserve">, </w:t>
      </w:r>
      <w:r>
        <w:rPr>
          <w:b w:val="false"/>
          <w:sz w:val="28"/>
          <w:lang w:val="zxx"/>
        </w:rPr>
        <w:t>revoked</w:t>
      </w:r>
      <w:r>
        <w:rPr>
          <w:b w:val="false"/>
          <w:sz w:val="28"/>
        </w:rPr>
        <w:t xml:space="preserve"> запрещает новый </w:t>
      </w:r>
      <w:r>
        <w:rPr>
          <w:b w:val="false"/>
          <w:sz w:val="28"/>
          <w:lang w:val="zxx"/>
        </w:rPr>
        <w:t>begin/</w:t>
      </w:r>
      <w:r>
        <w:rPr>
          <w:b w:val="false"/>
          <w:sz w:val="28"/>
        </w:rPr>
        <w:t>​</w:t>
      </w:r>
      <w:r>
        <w:rPr>
          <w:b w:val="false"/>
          <w:sz w:val="28"/>
          <w:lang w:val="zxx"/>
        </w:rPr>
        <w:t>verify/</w:t>
      </w:r>
      <w:r>
        <w:rPr>
          <w:b w:val="false"/>
          <w:sz w:val="28"/>
        </w:rPr>
        <w:t>​</w:t>
      </w:r>
      <w:r>
        <w:rPr>
          <w:b w:val="false"/>
          <w:sz w:val="28"/>
          <w:lang w:val="zxx"/>
        </w:rPr>
        <w:t>commit.</w:t>
      </w:r>
      <w:r>
        <w:rPr>
          <w:b w:val="false"/>
          <w:sz w:val="28"/>
        </w:rPr>
        <w:t xml:space="preserve"> Право обслуживания и знание </w:t>
      </w:r>
      <w:r>
        <w:rPr>
          <w:b w:val="false"/>
          <w:sz w:val="28"/>
          <w:lang w:val="zxx"/>
        </w:rPr>
        <w:t>PSK</w:t>
      </w:r>
      <w:r>
        <w:rPr>
          <w:b w:val="false"/>
          <w:sz w:val="28"/>
        </w:rPr>
        <w:t xml:space="preserve"> не дают права подписать образ или добавить издателя.</w:t>
      </w:r>
    </w:p>
    <w:p>
      <w:pPr>
        <w:pStyle w:val="Normal"/>
        <w:jc w:val="both"/>
        <w:rPr/>
      </w:pPr>
      <w:r>
        <w:rPr>
          <w:b w:val="false"/>
          <w:sz w:val="28"/>
          <w:lang w:val="zxx"/>
        </w:rPr>
        <w:t>14.44</w:t>
      </w:r>
      <w:r>
        <w:rPr>
          <w:b w:val="false"/>
          <w:sz w:val="28"/>
        </w:rPr>
        <w:t xml:space="preserve"> Импорт доверия проверяет подпись закрепленного администратора, схему, ссылки, поколения и права; фиксируется атомарно с чтением для проверки до ответа об успехе. Прежние </w:t>
      </w:r>
      <w:r>
        <w:rPr>
          <w:b w:val="false"/>
          <w:sz w:val="28"/>
          <w:lang w:val="zxx"/>
        </w:rPr>
        <w:t>keyId</w:t>
      </w:r>
      <w:r>
        <w:rPr>
          <w:b w:val="false"/>
          <w:sz w:val="28"/>
        </w:rPr>
        <w:t xml:space="preserve"> и старшие поколения сохраняются как запреты возврата, даже если отсутствуют в новом пакете; неотозванные записи запрещено молча удалять. Смена материала под прежним </w:t>
      </w:r>
      <w:r>
        <w:rPr>
          <w:b w:val="false"/>
          <w:sz w:val="28"/>
          <w:lang w:val="zxx"/>
        </w:rPr>
        <w:t>keyId</w:t>
      </w:r>
      <w:r>
        <w:rPr>
          <w:b w:val="false"/>
          <w:sz w:val="28"/>
        </w:rPr>
        <w:t xml:space="preserve"> запрещена. Переходы </w:t>
      </w:r>
      <w:r>
        <w:rPr>
          <w:b w:val="false"/>
          <w:sz w:val="28"/>
          <w:lang w:val="zxx"/>
        </w:rPr>
        <w:t>staged</w:t>
      </w:r>
      <w:r>
        <w:rPr>
          <w:b w:val="false"/>
          <w:sz w:val="28"/>
        </w:rPr>
        <w:t>→</w:t>
      </w:r>
      <w:r>
        <w:rPr>
          <w:b w:val="false"/>
          <w:sz w:val="28"/>
          <w:lang w:val="zxx"/>
        </w:rPr>
        <w:t>active</w:t>
      </w:r>
      <w:r>
        <w:rPr>
          <w:b w:val="false"/>
          <w:sz w:val="28"/>
        </w:rPr>
        <w:t>→</w:t>
      </w:r>
      <w:r>
        <w:rPr>
          <w:b w:val="false"/>
          <w:sz w:val="28"/>
          <w:lang w:val="zxx"/>
        </w:rPr>
        <w:t>revoked</w:t>
      </w:r>
      <w:r>
        <w:rPr>
          <w:b w:val="false"/>
          <w:sz w:val="28"/>
        </w:rPr>
        <w:t xml:space="preserve"> и </w:t>
      </w:r>
      <w:r>
        <w:rPr>
          <w:b w:val="false"/>
          <w:sz w:val="28"/>
          <w:lang w:val="zxx"/>
        </w:rPr>
        <w:t>staged</w:t>
      </w:r>
      <w:r>
        <w:rPr>
          <w:b w:val="false"/>
          <w:sz w:val="28"/>
        </w:rPr>
        <w:t>→</w:t>
      </w:r>
      <w:r>
        <w:rPr>
          <w:b w:val="false"/>
          <w:sz w:val="28"/>
          <w:lang w:val="zxx"/>
        </w:rPr>
        <w:t>revoked</w:t>
      </w:r>
      <w:r>
        <w:rPr>
          <w:b w:val="false"/>
          <w:sz w:val="28"/>
        </w:rPr>
        <w:t xml:space="preserve"> необратимы; новая пара ключей получает новый </w:t>
      </w:r>
      <w:r>
        <w:rPr>
          <w:b w:val="false"/>
          <w:sz w:val="28"/>
          <w:lang w:val="zxx"/>
        </w:rPr>
        <w:t>keyId.</w:t>
      </w:r>
      <w:r>
        <w:rPr>
          <w:b w:val="false"/>
          <w:sz w:val="28"/>
        </w:rPr>
        <w:t xml:space="preserve"> Обрыв питания оставляет целиком прежнее либо целиком новое состояние. Отзыв издателя перепроверяется непосредственно перед </w:t>
      </w:r>
      <w:r>
        <w:rPr>
          <w:b w:val="false"/>
          <w:sz w:val="28"/>
          <w:lang w:val="zxx"/>
        </w:rPr>
        <w:t>commit</w:t>
      </w:r>
      <w:r>
        <w:rPr>
          <w:b w:val="false"/>
          <w:sz w:val="28"/>
        </w:rPr>
        <w:t xml:space="preserve"> и при активации после </w:t>
      </w:r>
      <w:r>
        <w:rPr>
          <w:b w:val="false"/>
          <w:sz w:val="28"/>
          <w:lang w:val="zxx"/>
        </w:rPr>
        <w:t>reboot</w:t>
      </w:r>
      <w:r>
        <w:rPr>
          <w:b w:val="false"/>
          <w:sz w:val="28"/>
        </w:rPr>
        <w:t>; проверенный ранее образ не обходит отзыв. Отзыв не выключает уже работающий образ сам по себе; последующая загрузка и восстановление используют только разрешенный образ и сохраненный минимальный номер версии.</w:t>
      </w:r>
    </w:p>
    <w:p>
      <w:pPr>
        <w:pStyle w:val="Normal"/>
        <w:jc w:val="both"/>
        <w:rPr/>
      </w:pPr>
      <w:r>
        <w:rPr>
          <w:b w:val="false"/>
          <w:sz w:val="28"/>
          <w:lang w:val="zxx"/>
        </w:rPr>
        <w:t>14.45</w:t>
      </w:r>
      <w:r>
        <w:rPr>
          <w:b w:val="false"/>
          <w:sz w:val="28"/>
        </w:rPr>
        <w:t xml:space="preserve"> Ротация издателя включает импорт нового </w:t>
      </w:r>
      <w:r>
        <w:rPr>
          <w:b w:val="false"/>
          <w:sz w:val="28"/>
          <w:lang w:val="zxx"/>
        </w:rPr>
        <w:t>staged-</w:t>
      </w:r>
      <w:r>
        <w:rPr>
          <w:b w:val="false"/>
          <w:sz w:val="28"/>
        </w:rPr>
        <w:t xml:space="preserve">ключа, проверку пробного подписанного образа, активацию отдельным пакетом и последующий отзыв старого. До отзыва обеспечивается разрешенный загрузочный и восстановительный образ. Замена корня администратора и восстановление после утраты всех ключей требуют той же локальной проверки независимого отпечатка, подтвержденного </w:t>
      </w:r>
      <w:r>
        <w:rPr>
          <w:b w:val="false"/>
          <w:sz w:val="28"/>
          <w:lang w:val="zxx"/>
        </w:rPr>
        <w:t>off</w:t>
      </w:r>
      <w:r>
        <w:rPr>
          <w:b w:val="false"/>
          <w:sz w:val="28"/>
        </w:rPr>
        <w:t xml:space="preserve"> и аудита; старшие версии, запреты и идентичность не сбрасываются. Аудит содержит поколения, </w:t>
      </w:r>
      <w:r>
        <w:rPr>
          <w:b w:val="false"/>
          <w:sz w:val="28"/>
          <w:lang w:val="zxx"/>
        </w:rPr>
        <w:t>keyId</w:t>
      </w:r>
      <w:r>
        <w:rPr>
          <w:b w:val="false"/>
          <w:sz w:val="28"/>
        </w:rPr>
        <w:t xml:space="preserve">, отпечатки, инициатора и результат, но не </w:t>
      </w:r>
      <w:r>
        <w:rPr>
          <w:b w:val="false"/>
          <w:sz w:val="28"/>
          <w:lang w:val="zxx"/>
        </w:rPr>
        <w:t>PSK</w:t>
      </w:r>
      <w:r>
        <w:rPr>
          <w:b w:val="false"/>
          <w:sz w:val="28"/>
        </w:rPr>
        <w:t xml:space="preserve"> и приватные ключи.</w:t>
      </w:r>
    </w:p>
    <w:p>
      <w:pPr>
        <w:pStyle w:val="Normal"/>
        <w:jc w:val="both"/>
        <w:rPr/>
      </w:pPr>
      <w:r>
        <w:rPr>
          <w:b w:val="false"/>
          <w:sz w:val="28"/>
          <w:lang w:val="zxx"/>
        </w:rPr>
        <w:t>14.46</w:t>
      </w:r>
      <w:r>
        <w:rPr>
          <w:b w:val="false"/>
          <w:sz w:val="28"/>
        </w:rPr>
        <w:t xml:space="preserve"> Канонизация пакета доверия: </w:t>
      </w:r>
      <w:r>
        <w:rPr>
          <w:b w:val="false"/>
          <w:sz w:val="28"/>
          <w:lang w:val="zxx"/>
        </w:rPr>
        <w:t>principals</w:t>
      </w:r>
      <w:r>
        <w:rPr>
          <w:b w:val="false"/>
          <w:sz w:val="28"/>
        </w:rPr>
        <w:t xml:space="preserve"> и </w:t>
      </w:r>
      <w:r>
        <w:rPr>
          <w:b w:val="false"/>
          <w:sz w:val="28"/>
          <w:lang w:val="zxx"/>
        </w:rPr>
        <w:t>firmwareKeys</w:t>
      </w:r>
      <w:r>
        <w:rPr>
          <w:b w:val="false"/>
          <w:sz w:val="28"/>
        </w:rPr>
        <w:t xml:space="preserve"> сортируются по </w:t>
      </w:r>
      <w:r>
        <w:rPr>
          <w:b w:val="false"/>
          <w:sz w:val="28"/>
          <w:lang w:val="zxx"/>
        </w:rPr>
        <w:t>keyId</w:t>
      </w:r>
      <w:r>
        <w:rPr>
          <w:b w:val="false"/>
          <w:sz w:val="28"/>
        </w:rPr>
        <w:t xml:space="preserve">, </w:t>
      </w:r>
      <w:r>
        <w:rPr>
          <w:b w:val="false"/>
          <w:sz w:val="28"/>
          <w:lang w:val="zxx"/>
        </w:rPr>
        <w:t>roles/</w:t>
      </w:r>
      <w:r>
        <w:rPr>
          <w:b w:val="false"/>
          <w:sz w:val="28"/>
        </w:rPr>
        <w:t>​</w:t>
      </w:r>
      <w:r>
        <w:rPr>
          <w:b w:val="false"/>
          <w:sz w:val="28"/>
          <w:lang w:val="zxx"/>
        </w:rPr>
        <w:t>resourceIds/</w:t>
      </w:r>
      <w:r>
        <w:rPr>
          <w:b w:val="false"/>
          <w:sz w:val="28"/>
        </w:rPr>
        <w:t>​</w:t>
      </w:r>
      <w:r>
        <w:rPr>
          <w:b w:val="false"/>
          <w:sz w:val="28"/>
          <w:lang w:val="zxx"/>
        </w:rPr>
        <w:t>deviceKinds/</w:t>
      </w:r>
      <w:r>
        <w:rPr>
          <w:b w:val="false"/>
          <w:sz w:val="28"/>
        </w:rPr>
        <w:t>​</w:t>
      </w:r>
      <w:r>
        <w:rPr>
          <w:b w:val="false"/>
          <w:sz w:val="28"/>
          <w:lang w:val="zxx"/>
        </w:rPr>
        <w:t>hardwareRevisions</w:t>
      </w:r>
      <w:r>
        <w:rPr>
          <w:b w:val="false"/>
          <w:sz w:val="28"/>
        </w:rPr>
        <w:t xml:space="preserve"> - лексикографически, повторы запрещены. </w:t>
      </w:r>
      <w:r>
        <w:rPr>
          <w:b w:val="false"/>
          <w:sz w:val="28"/>
          <w:lang w:val="zxx"/>
        </w:rPr>
        <w:t>generation</w:t>
      </w:r>
      <w:r>
        <w:rPr>
          <w:b w:val="false"/>
          <w:sz w:val="28"/>
        </w:rPr>
        <w:t xml:space="preserve"> каждой записи положителен и при изменении записи строго увеличивается. Сохраненный материал </w:t>
      </w:r>
      <w:r>
        <w:rPr>
          <w:b w:val="false"/>
          <w:sz w:val="28"/>
          <w:lang w:val="zxx"/>
        </w:rPr>
        <w:t>revoked-</w:t>
      </w:r>
      <w:r>
        <w:rPr>
          <w:b w:val="false"/>
          <w:sz w:val="28"/>
        </w:rPr>
        <w:t xml:space="preserve">ключа издателя остается в журнале отзыва; производный </w:t>
      </w:r>
      <w:r>
        <w:rPr>
          <w:b w:val="false"/>
          <w:sz w:val="28"/>
          <w:lang w:val="zxx"/>
        </w:rPr>
        <w:t>PSK</w:t>
      </w:r>
      <w:r>
        <w:rPr>
          <w:b w:val="false"/>
          <w:sz w:val="28"/>
        </w:rPr>
        <w:t xml:space="preserve"> стирается. Отозванный </w:t>
      </w:r>
      <w:r>
        <w:rPr>
          <w:b w:val="false"/>
          <w:sz w:val="28"/>
          <w:lang w:val="zxx"/>
        </w:rPr>
        <w:t>keyId</w:t>
      </w:r>
      <w:r>
        <w:rPr>
          <w:b w:val="false"/>
          <w:sz w:val="28"/>
        </w:rPr>
        <w:t xml:space="preserve"> </w:t>
      </w:r>
      <w:r>
        <w:rPr>
          <w:b w:val="false"/>
          <w:sz w:val="28"/>
          <w:lang w:val="zxx"/>
        </w:rPr>
        <w:t>НЕ ДОПУСКАЕТСЯ</w:t>
      </w:r>
      <w:r>
        <w:rPr>
          <w:b w:val="false"/>
          <w:sz w:val="28"/>
        </w:rPr>
        <w:t xml:space="preserve"> независимо от возможности повторно вычислить его </w:t>
      </w:r>
      <w:r>
        <w:rPr>
          <w:b w:val="false"/>
          <w:sz w:val="28"/>
          <w:lang w:val="zxx"/>
        </w:rPr>
        <w:t>PSK.</w:t>
      </w:r>
      <w:r>
        <w:rPr>
          <w:b w:val="false"/>
          <w:sz w:val="28"/>
        </w:rPr>
        <w:t xml:space="preserve"> </w:t>
      </w:r>
      <w:r>
        <w:rPr>
          <w:b w:val="false"/>
          <w:sz w:val="28"/>
          <w:lang w:val="zxx"/>
        </w:rPr>
        <w:t>rootId/</w:t>
      </w:r>
      <w:r>
        <w:rPr>
          <w:b w:val="false"/>
          <w:sz w:val="28"/>
        </w:rPr>
        <w:t>​</w:t>
      </w:r>
      <w:r>
        <w:rPr>
          <w:b w:val="false"/>
          <w:sz w:val="28"/>
          <w:lang w:val="zxx"/>
        </w:rPr>
        <w:t>salt/</w:t>
      </w:r>
      <w:r>
        <w:rPr>
          <w:b w:val="false"/>
          <w:sz w:val="28"/>
        </w:rPr>
        <w:t>​</w:t>
      </w:r>
      <w:r>
        <w:rPr>
          <w:b w:val="false"/>
          <w:sz w:val="28"/>
          <w:lang w:val="zxx"/>
        </w:rPr>
        <w:t>principalId</w:t>
      </w:r>
      <w:r>
        <w:rPr>
          <w:b w:val="false"/>
          <w:sz w:val="28"/>
        </w:rPr>
        <w:t xml:space="preserve"> под прежним </w:t>
      </w:r>
      <w:r>
        <w:rPr>
          <w:b w:val="false"/>
          <w:sz w:val="28"/>
          <w:lang w:val="zxx"/>
        </w:rPr>
        <w:t>keyId</w:t>
      </w:r>
      <w:r>
        <w:rPr>
          <w:b w:val="false"/>
          <w:sz w:val="28"/>
        </w:rPr>
        <w:t xml:space="preserve"> неизменны; изменение прав и состояния увеличивает </w:t>
      </w:r>
      <w:r>
        <w:rPr>
          <w:b w:val="false"/>
          <w:sz w:val="28"/>
          <w:lang w:val="zxx"/>
        </w:rPr>
        <w:t>generation</w:t>
      </w:r>
      <w:r>
        <w:rPr>
          <w:b w:val="false"/>
          <w:sz w:val="28"/>
        </w:rPr>
        <w:t xml:space="preserve"> записи, но не меняет производный ключ. Схема проверяет форму, предметная проверка - диапазон </w:t>
      </w:r>
      <w:r>
        <w:rPr>
          <w:b w:val="false"/>
          <w:sz w:val="28"/>
          <w:lang w:val="zxx"/>
        </w:rPr>
        <w:t>uint64</w:t>
      </w:r>
      <w:r>
        <w:rPr>
          <w:b w:val="false"/>
          <w:sz w:val="28"/>
        </w:rPr>
        <w:t xml:space="preserve">, ссылочную целостность, переходы и подпись. Полномочия </w:t>
      </w:r>
      <w:r>
        <w:rPr>
          <w:b w:val="false"/>
          <w:sz w:val="28"/>
          <w:lang w:val="zxx"/>
        </w:rPr>
        <w:t>trustAdmin</w:t>
      </w:r>
      <w:r>
        <w:rPr>
          <w:b w:val="false"/>
          <w:sz w:val="28"/>
        </w:rPr>
        <w:t xml:space="preserve"> разрешают импорт уже подписанного закрепленным корнем пакета, но не заменяют его подпись.</w:t>
      </w:r>
    </w:p>
    <w:p>
      <w:pPr>
        <w:pStyle w:val="Normal"/>
        <w:jc w:val="both"/>
        <w:rPr/>
      </w:pPr>
      <w:r>
        <w:rPr>
          <w:b w:val="false"/>
          <w:sz w:val="28"/>
          <w:lang w:val="zxx"/>
        </w:rPr>
        <w:t>14.47</w:t>
      </w:r>
      <w:r>
        <w:rPr>
          <w:b w:val="false"/>
          <w:sz w:val="28"/>
        </w:rPr>
        <w:t xml:space="preserve"> </w:t>
      </w:r>
      <w:r>
        <w:rPr>
          <w:b w:val="false"/>
          <w:sz w:val="28"/>
          <w:lang w:val="zxx"/>
        </w:rPr>
        <w:t>Kpair</w:t>
      </w:r>
      <w:r>
        <w:rPr>
          <w:b w:val="false"/>
          <w:sz w:val="28"/>
        </w:rPr>
        <w:t xml:space="preserve"> устанавливается отдельно от публичного пакета и общей прошивки в защищенное хранилище обоих участников. На чистом УУ первичная установка требует физически контролируемой авторизованной процедуры при </w:t>
      </w:r>
      <w:r>
        <w:rPr>
          <w:b w:val="false"/>
          <w:sz w:val="28"/>
          <w:lang w:val="zxx"/>
        </w:rPr>
        <w:t>off</w:t>
      </w:r>
      <w:r>
        <w:rPr>
          <w:b w:val="false"/>
          <w:sz w:val="28"/>
        </w:rPr>
        <w:t xml:space="preserve"> и независимой проверки </w:t>
      </w:r>
      <w:r>
        <w:rPr>
          <w:b w:val="false"/>
          <w:sz w:val="28"/>
          <w:lang w:val="zxx"/>
        </w:rPr>
        <w:t>deviceId/</w:t>
      </w:r>
      <w:r>
        <w:rPr>
          <w:b w:val="false"/>
          <w:sz w:val="28"/>
        </w:rPr>
        <w:t>​</w:t>
      </w:r>
      <w:r>
        <w:rPr>
          <w:b w:val="false"/>
          <w:sz w:val="28"/>
          <w:lang w:val="zxx"/>
        </w:rPr>
        <w:t>principalId/</w:t>
      </w:r>
      <w:r>
        <w:rPr>
          <w:b w:val="false"/>
          <w:sz w:val="28"/>
        </w:rPr>
        <w:t>​</w:t>
      </w:r>
      <w:r>
        <w:rPr>
          <w:b w:val="false"/>
          <w:sz w:val="28"/>
          <w:lang w:val="zxx"/>
        </w:rPr>
        <w:t>rootId</w:t>
      </w:r>
      <w:r>
        <w:rPr>
          <w:b w:val="false"/>
          <w:sz w:val="28"/>
        </w:rPr>
        <w:t xml:space="preserve">; обычный сетевой интерфейс первоначальные секреты не принимает. Формат записи для локального импортера: </w:t>
      </w:r>
      <w:r>
        <w:rPr>
          <w:b w:val="false"/>
          <w:sz w:val="28"/>
          <w:lang w:val="zxx"/>
        </w:rPr>
        <w:t>ASCII</w:t>
      </w:r>
      <w:r>
        <w:rPr>
          <w:b w:val="false"/>
          <w:sz w:val="28"/>
        </w:rPr>
        <w:t xml:space="preserve"> </w:t>
      </w:r>
      <w:r>
        <w:rPr>
          <w:b w:val="false"/>
          <w:sz w:val="28"/>
          <w:lang w:val="zxx"/>
        </w:rPr>
        <w:t>OAK1</w:t>
      </w:r>
      <w:r>
        <w:rPr>
          <w:b w:val="false"/>
          <w:sz w:val="28"/>
        </w:rPr>
        <w:t xml:space="preserve"> (</w:t>
      </w:r>
      <w:r>
        <w:rPr>
          <w:b w:val="false"/>
          <w:sz w:val="28"/>
          <w:lang w:val="zxx"/>
        </w:rPr>
        <w:t>4</w:t>
      </w:r>
      <w:r>
        <w:rPr>
          <w:b w:val="false"/>
          <w:sz w:val="28"/>
        </w:rPr>
        <w:t xml:space="preserve"> байта), </w:t>
      </w:r>
      <w:r>
        <w:rPr>
          <w:b w:val="false"/>
          <w:sz w:val="28"/>
          <w:lang w:val="zxx"/>
        </w:rPr>
        <w:t>deviceId</w:t>
      </w:r>
      <w:r>
        <w:rPr>
          <w:b w:val="false"/>
          <w:sz w:val="28"/>
        </w:rPr>
        <w:t xml:space="preserve"> (</w:t>
      </w:r>
      <w:r>
        <w:rPr>
          <w:b w:val="false"/>
          <w:sz w:val="28"/>
          <w:lang w:val="zxx"/>
        </w:rPr>
        <w:t>16</w:t>
      </w:r>
      <w:r>
        <w:rPr>
          <w:b w:val="false"/>
          <w:sz w:val="28"/>
        </w:rPr>
        <w:t xml:space="preserve"> байт из </w:t>
      </w:r>
      <w:r>
        <w:rPr>
          <w:b w:val="false"/>
          <w:sz w:val="28"/>
          <w:lang w:val="zxx"/>
        </w:rPr>
        <w:t>hex</w:t>
      </w:r>
      <w:r>
        <w:rPr>
          <w:b w:val="false"/>
          <w:sz w:val="28"/>
        </w:rPr>
        <w:t xml:space="preserve">), </w:t>
      </w:r>
      <w:r>
        <w:rPr>
          <w:b w:val="false"/>
          <w:sz w:val="28"/>
          <w:lang w:val="zxx"/>
        </w:rPr>
        <w:t>principalId</w:t>
      </w:r>
      <w:r>
        <w:rPr>
          <w:b w:val="false"/>
          <w:sz w:val="28"/>
        </w:rPr>
        <w:t xml:space="preserve"> (</w:t>
      </w:r>
      <w:r>
        <w:rPr>
          <w:b w:val="false"/>
          <w:sz w:val="28"/>
          <w:lang w:val="zxx"/>
        </w:rPr>
        <w:t>16</w:t>
      </w:r>
      <w:r>
        <w:rPr>
          <w:b w:val="false"/>
          <w:sz w:val="28"/>
        </w:rPr>
        <w:t xml:space="preserve">), длина </w:t>
      </w:r>
      <w:r>
        <w:rPr>
          <w:b w:val="false"/>
          <w:sz w:val="28"/>
          <w:lang w:val="zxx"/>
        </w:rPr>
        <w:t>rootId</w:t>
      </w:r>
      <w:r>
        <w:rPr>
          <w:b w:val="false"/>
          <w:sz w:val="28"/>
        </w:rPr>
        <w:t xml:space="preserve"> (</w:t>
      </w:r>
      <w:r>
        <w:rPr>
          <w:b w:val="false"/>
          <w:sz w:val="28"/>
          <w:lang w:val="zxx"/>
        </w:rPr>
        <w:t>uint8</w:t>
      </w:r>
      <w:r>
        <w:rPr>
          <w:b w:val="false"/>
          <w:sz w:val="28"/>
        </w:rPr>
        <w:t xml:space="preserve">, </w:t>
      </w:r>
      <w:r>
        <w:rPr>
          <w:b w:val="false"/>
          <w:sz w:val="28"/>
          <w:lang w:val="zxx"/>
        </w:rPr>
        <w:t>1..32</w:t>
      </w:r>
      <w:r>
        <w:rPr>
          <w:b w:val="false"/>
          <w:sz w:val="28"/>
        </w:rPr>
        <w:t xml:space="preserve">), </w:t>
      </w:r>
      <w:r>
        <w:rPr>
          <w:b w:val="false"/>
          <w:sz w:val="28"/>
          <w:lang w:val="zxx"/>
        </w:rPr>
        <w:t>rootId</w:t>
      </w:r>
      <w:r>
        <w:rPr>
          <w:b w:val="false"/>
          <w:sz w:val="28"/>
        </w:rPr>
        <w:t xml:space="preserve"> (</w:t>
      </w:r>
      <w:r>
        <w:rPr>
          <w:b w:val="false"/>
          <w:sz w:val="28"/>
          <w:lang w:val="zxx"/>
        </w:rPr>
        <w:t>ASCII</w:t>
      </w:r>
      <w:r>
        <w:rPr>
          <w:b w:val="false"/>
          <w:sz w:val="28"/>
        </w:rPr>
        <w:t xml:space="preserve">), </w:t>
      </w:r>
      <w:r>
        <w:rPr>
          <w:b w:val="false"/>
          <w:sz w:val="28"/>
          <w:lang w:val="zxx"/>
        </w:rPr>
        <w:t>Kpair</w:t>
      </w:r>
      <w:r>
        <w:rPr>
          <w:b w:val="false"/>
          <w:sz w:val="28"/>
        </w:rPr>
        <w:t xml:space="preserve"> (</w:t>
      </w:r>
      <w:r>
        <w:rPr>
          <w:b w:val="false"/>
          <w:sz w:val="28"/>
          <w:lang w:val="zxx"/>
        </w:rPr>
        <w:t>32</w:t>
      </w:r>
      <w:r>
        <w:rPr>
          <w:b w:val="false"/>
          <w:sz w:val="28"/>
        </w:rPr>
        <w:t xml:space="preserve"> байта); всего </w:t>
      </w:r>
      <w:r>
        <w:rPr>
          <w:b w:val="false"/>
          <w:sz w:val="28"/>
          <w:lang w:val="zxx"/>
        </w:rPr>
        <w:t>70..101</w:t>
      </w:r>
      <w:r>
        <w:rPr>
          <w:b w:val="false"/>
          <w:sz w:val="28"/>
        </w:rPr>
        <w:t xml:space="preserve"> байт, без дополнений. Это ввод через локальный защищенный интерфейс, не незашифрованный переносимый файл. Импортер проверяет полную длину, отсутствие прежнего </w:t>
      </w:r>
      <w:r>
        <w:rPr>
          <w:b w:val="false"/>
          <w:sz w:val="28"/>
          <w:lang w:val="zxx"/>
        </w:rPr>
        <w:t>rootId</w:t>
      </w:r>
      <w:r>
        <w:rPr>
          <w:b w:val="false"/>
          <w:sz w:val="28"/>
        </w:rPr>
        <w:t xml:space="preserve"> и соответствие выбранному устройству, сохраняет атомарно и стирает временный буфер. Подтверждение выдается после чтения записи и пробного </w:t>
      </w:r>
      <w:r>
        <w:rPr>
          <w:b w:val="false"/>
          <w:sz w:val="28"/>
          <w:lang w:val="zxx"/>
        </w:rPr>
        <w:t>TLS</w:t>
      </w:r>
      <w:r>
        <w:rPr>
          <w:b w:val="false"/>
          <w:sz w:val="28"/>
        </w:rPr>
        <w:t xml:space="preserve"> </w:t>
      </w:r>
      <w:r>
        <w:rPr>
          <w:b w:val="false"/>
          <w:sz w:val="28"/>
          <w:lang w:val="zxx"/>
        </w:rPr>
        <w:t>handshake</w:t>
      </w:r>
      <w:r>
        <w:rPr>
          <w:b w:val="false"/>
          <w:sz w:val="28"/>
        </w:rPr>
        <w:t>; обрыв оставляет прежнее либо полное новое состояние. Хранение этой записи в публичном реестре, журнале, общей прошивке или открытом экспортном файле запрещено.</w:t>
      </w:r>
    </w:p>
    <w:p>
      <w:pPr>
        <w:pStyle w:val="Normal"/>
        <w:jc w:val="start"/>
        <w:rPr/>
      </w:pPr>
      <w:r>
        <w:rPr>
          <w:b w:val="false"/>
          <w:sz w:val="28"/>
          <w:lang w:val="zxx"/>
        </w:rPr>
        <w:t>14.48</w:t>
      </w:r>
      <w:r>
        <w:rPr>
          <w:b w:val="false"/>
          <w:sz w:val="28"/>
        </w:rPr>
        <w:t xml:space="preserve"> </w:t>
      </w:r>
      <w:r>
        <w:rPr>
          <w:b w:val="false"/>
          <w:sz w:val="28"/>
          <w:lang w:val="zxx"/>
        </w:rPr>
        <w:t>PSK</w:t>
      </w:r>
      <w:r>
        <w:rPr>
          <w:b w:val="false"/>
          <w:sz w:val="28"/>
        </w:rPr>
        <w:t xml:space="preserve"> пары вычисляется по </w:t>
      </w:r>
      <w:r>
        <w:rPr>
          <w:b w:val="false"/>
          <w:sz w:val="28"/>
          <w:lang w:val="zxx"/>
        </w:rPr>
        <w:t>KDF_GOSTR3411_2012_256</w:t>
      </w:r>
      <w:r>
        <w:rPr>
          <w:b w:val="false"/>
          <w:sz w:val="28"/>
        </w:rPr>
        <w:t xml:space="preserve"> из </w:t>
      </w:r>
      <w:r>
        <w:rPr>
          <w:b w:val="false"/>
          <w:sz w:val="28"/>
          <w:lang w:val="zxx"/>
        </w:rPr>
        <w:t>RFC</w:t>
      </w:r>
      <w:r>
        <w:rPr>
          <w:b w:val="false"/>
          <w:sz w:val="28"/>
        </w:rPr>
        <w:t xml:space="preserve"> </w:t>
      </w:r>
      <w:r>
        <w:rPr>
          <w:b w:val="false"/>
          <w:sz w:val="28"/>
          <w:lang w:val="zxx"/>
        </w:rPr>
        <w:t>7836</w:t>
      </w:r>
      <w:r>
        <w:rPr>
          <w:b w:val="false"/>
          <w:sz w:val="28"/>
        </w:rPr>
        <w:t xml:space="preserve">, пункт </w:t>
      </w:r>
      <w:r>
        <w:rPr>
          <w:b w:val="false"/>
          <w:sz w:val="28"/>
          <w:lang w:val="zxx"/>
        </w:rPr>
        <w:t>4.5.</w:t>
      </w:r>
      <w:r>
        <w:rPr>
          <w:b w:val="false"/>
          <w:sz w:val="28"/>
        </w:rPr>
        <w:t xml:space="preserve"> </w:t>
      </w:r>
      <w:r>
        <w:rPr>
          <w:b w:val="false"/>
          <w:sz w:val="28"/>
          <w:lang w:val="zxx"/>
        </w:rPr>
        <w:t>label</w:t>
      </w:r>
      <w:r>
        <w:rPr>
          <w:b w:val="false"/>
          <w:sz w:val="28"/>
        </w:rPr>
        <w:t xml:space="preserve"> — </w:t>
      </w:r>
      <w:r>
        <w:rPr>
          <w:b w:val="false"/>
          <w:sz w:val="28"/>
          <w:lang w:val="zxx"/>
        </w:rPr>
        <w:t>ASCII</w:t>
      </w:r>
      <w:r>
        <w:rPr>
          <w:b w:val="false"/>
          <w:sz w:val="28"/>
        </w:rPr>
        <w:t xml:space="preserve"> </w:t>
      </w:r>
      <w:r>
        <w:rPr>
          <w:b w:val="false"/>
          <w:sz w:val="28"/>
          <w:lang w:val="zxx"/>
        </w:rPr>
        <w:t>OpenAlert/</w:t>
      </w:r>
      <w:r>
        <w:rPr>
          <w:b w:val="false"/>
          <w:sz w:val="28"/>
        </w:rPr>
        <w:t>​</w:t>
      </w:r>
      <w:r>
        <w:rPr>
          <w:b w:val="false"/>
          <w:sz w:val="28"/>
          <w:lang w:val="zxx"/>
        </w:rPr>
        <w:t>TLS-</w:t>
      </w:r>
      <w:r>
        <w:rPr>
          <w:b w:val="false"/>
          <w:sz w:val="28"/>
        </w:rPr>
        <w:t>⁠</w:t>
      </w:r>
      <w:r>
        <w:rPr>
          <w:b w:val="false"/>
          <w:sz w:val="28"/>
          <w:lang w:val="zxx"/>
        </w:rPr>
        <w:t>PSK/</w:t>
      </w:r>
      <w:r>
        <w:rPr>
          <w:b w:val="false"/>
          <w:sz w:val="28"/>
        </w:rPr>
        <w:t>⁠</w:t>
      </w:r>
      <w:r>
        <w:rPr>
          <w:b w:val="false"/>
          <w:sz w:val="28"/>
          <w:lang w:val="zxx"/>
        </w:rPr>
        <w:t>1</w:t>
      </w:r>
      <w:r>
        <w:rPr>
          <w:b w:val="false"/>
          <w:sz w:val="28"/>
        </w:rPr>
        <w:t xml:space="preserve"> без нуля в конце; </w:t>
      </w:r>
      <w:r>
        <w:rPr>
          <w:b w:val="false"/>
          <w:sz w:val="28"/>
          <w:lang w:val="zxx"/>
        </w:rPr>
        <w:t>seed</w:t>
      </w:r>
      <w:r>
        <w:rPr>
          <w:b w:val="false"/>
          <w:sz w:val="28"/>
        </w:rPr>
        <w:t xml:space="preserve"> — Стрибог-</w:t>
      </w:r>
      <w:r>
        <w:rPr>
          <w:b w:val="false"/>
          <w:sz w:val="28"/>
          <w:lang w:val="zxx"/>
        </w:rPr>
        <w:t>256</w:t>
      </w:r>
      <w:r>
        <w:rPr>
          <w:b w:val="false"/>
          <w:sz w:val="28"/>
        </w:rPr>
        <w:t xml:space="preserve"> от </w:t>
      </w:r>
      <w:r>
        <w:rPr>
          <w:b w:val="false"/>
          <w:sz w:val="28"/>
          <w:lang w:val="zxx"/>
        </w:rPr>
        <w:t>JCS</w:t>
      </w:r>
      <w:r>
        <w:rPr>
          <w:b w:val="false"/>
          <w:sz w:val="28"/>
        </w:rPr>
        <w:t xml:space="preserve"> объекта с ровно пятью строковыми полями </w:t>
      </w:r>
      <w:r>
        <w:rPr>
          <w:b w:val="false"/>
          <w:sz w:val="28"/>
          <w:lang w:val="zxx"/>
        </w:rPr>
        <w:t>deviceId</w:t>
      </w:r>
      <w:r>
        <w:rPr>
          <w:b w:val="false"/>
          <w:sz w:val="28"/>
        </w:rPr>
        <w:t xml:space="preserve">, </w:t>
      </w:r>
      <w:r>
        <w:rPr>
          <w:b w:val="false"/>
          <w:sz w:val="28"/>
          <w:lang w:val="zxx"/>
        </w:rPr>
        <w:t>principalId</w:t>
      </w:r>
      <w:r>
        <w:rPr>
          <w:b w:val="false"/>
          <w:sz w:val="28"/>
        </w:rPr>
        <w:t xml:space="preserve">, </w:t>
      </w:r>
      <w:r>
        <w:rPr>
          <w:b w:val="false"/>
          <w:sz w:val="28"/>
          <w:lang w:val="zxx"/>
        </w:rPr>
        <w:t>keyId</w:t>
      </w:r>
      <w:r>
        <w:rPr>
          <w:b w:val="false"/>
          <w:sz w:val="28"/>
        </w:rPr>
        <w:t xml:space="preserve">, </w:t>
      </w:r>
      <w:r>
        <w:rPr>
          <w:b w:val="false"/>
          <w:sz w:val="28"/>
          <w:lang w:val="zxx"/>
        </w:rPr>
        <w:t>rootId</w:t>
      </w:r>
      <w:r>
        <w:rPr>
          <w:b w:val="false"/>
          <w:sz w:val="28"/>
        </w:rPr>
        <w:t xml:space="preserve">, </w:t>
      </w:r>
      <w:r>
        <w:rPr>
          <w:b w:val="false"/>
          <w:sz w:val="28"/>
          <w:lang w:val="zxx"/>
        </w:rPr>
        <w:t>salt.</w:t>
      </w:r>
      <w:r>
        <w:rPr>
          <w:b w:val="false"/>
          <w:sz w:val="28"/>
        </w:rPr>
        <w:t xml:space="preserve"> Вход </w:t>
      </w:r>
      <w:r>
        <w:rPr>
          <w:b w:val="false"/>
          <w:sz w:val="28"/>
          <w:lang w:val="zxx"/>
        </w:rPr>
        <w:t>HMAC:</w:t>
      </w:r>
      <w:r>
        <w:rPr>
          <w:b w:val="false"/>
          <w:sz w:val="28"/>
        </w:rPr>
        <w:t xml:space="preserve"> </w:t>
      </w:r>
      <w:r>
        <w:rPr>
          <w:b w:val="false"/>
          <w:sz w:val="28"/>
          <w:lang w:val="zxx"/>
        </w:rPr>
        <w:t>0x01</w:t>
      </w:r>
      <w:r>
        <w:rPr>
          <w:b w:val="false"/>
          <w:sz w:val="28"/>
        </w:rPr>
        <w:t xml:space="preserve"> || </w:t>
      </w:r>
      <w:r>
        <w:rPr>
          <w:b w:val="false"/>
          <w:sz w:val="28"/>
          <w:lang w:val="zxx"/>
        </w:rPr>
        <w:t>label</w:t>
      </w:r>
      <w:r>
        <w:rPr>
          <w:b w:val="false"/>
          <w:sz w:val="28"/>
        </w:rPr>
        <w:t xml:space="preserve"> || </w:t>
      </w:r>
      <w:r>
        <w:rPr>
          <w:b w:val="false"/>
          <w:sz w:val="28"/>
          <w:lang w:val="zxx"/>
        </w:rPr>
        <w:t>0x00</w:t>
      </w:r>
      <w:r>
        <w:rPr>
          <w:b w:val="false"/>
          <w:sz w:val="28"/>
        </w:rPr>
        <w:t xml:space="preserve"> || </w:t>
      </w:r>
      <w:r>
        <w:rPr>
          <w:b w:val="false"/>
          <w:sz w:val="28"/>
          <w:lang w:val="zxx"/>
        </w:rPr>
        <w:t>seed</w:t>
      </w:r>
      <w:r>
        <w:rPr>
          <w:b w:val="false"/>
          <w:sz w:val="28"/>
        </w:rPr>
        <w:t>[</w:t>
      </w:r>
      <w:r>
        <w:rPr>
          <w:b w:val="false"/>
          <w:sz w:val="28"/>
          <w:lang w:val="zxx"/>
        </w:rPr>
        <w:t>32</w:t>
      </w:r>
      <w:r>
        <w:rPr>
          <w:b w:val="false"/>
          <w:sz w:val="28"/>
        </w:rPr>
        <w:t xml:space="preserve">] || </w:t>
      </w:r>
      <w:r>
        <w:rPr>
          <w:b w:val="false"/>
          <w:sz w:val="28"/>
          <w:lang w:val="zxx"/>
        </w:rPr>
        <w:t>0x01</w:t>
      </w:r>
      <w:r>
        <w:rPr>
          <w:b w:val="false"/>
          <w:sz w:val="28"/>
        </w:rPr>
        <w:t xml:space="preserve"> || </w:t>
      </w:r>
      <w:r>
        <w:rPr>
          <w:b w:val="false"/>
          <w:sz w:val="28"/>
          <w:lang w:val="zxx"/>
        </w:rPr>
        <w:t>0x00</w:t>
      </w:r>
      <w:r>
        <w:rPr>
          <w:b w:val="false"/>
          <w:sz w:val="28"/>
        </w:rPr>
        <w:t xml:space="preserve">; ключ </w:t>
      </w:r>
      <w:r>
        <w:rPr>
          <w:b w:val="false"/>
          <w:sz w:val="28"/>
          <w:lang w:val="zxx"/>
        </w:rPr>
        <w:t>HMAC</w:t>
      </w:r>
      <w:r>
        <w:rPr>
          <w:b w:val="false"/>
          <w:sz w:val="28"/>
        </w:rPr>
        <w:t xml:space="preserve"> — </w:t>
      </w:r>
      <w:r>
        <w:rPr>
          <w:b w:val="false"/>
          <w:sz w:val="28"/>
          <w:lang w:val="zxx"/>
        </w:rPr>
        <w:t>Kpair</w:t>
      </w:r>
      <w:r>
        <w:rPr>
          <w:b w:val="false"/>
          <w:sz w:val="28"/>
        </w:rPr>
        <w:t xml:space="preserve">, результат — </w:t>
      </w:r>
      <w:r>
        <w:rPr>
          <w:b w:val="false"/>
          <w:sz w:val="28"/>
          <w:lang w:val="zxx"/>
        </w:rPr>
        <w:t>32</w:t>
      </w:r>
      <w:r>
        <w:rPr>
          <w:b w:val="false"/>
          <w:sz w:val="28"/>
        </w:rPr>
        <w:t xml:space="preserve"> байта </w:t>
      </w:r>
      <w:r>
        <w:rPr>
          <w:b w:val="false"/>
          <w:sz w:val="28"/>
          <w:lang w:val="zxx"/>
        </w:rPr>
        <w:t>PSK.</w:t>
      </w:r>
      <w:r>
        <w:rPr>
          <w:b w:val="false"/>
          <w:sz w:val="28"/>
        </w:rPr>
        <w:t xml:space="preserve"> Никакого </w:t>
      </w:r>
      <w:r>
        <w:rPr>
          <w:b w:val="false"/>
          <w:sz w:val="28"/>
          <w:lang w:val="zxx"/>
        </w:rPr>
        <w:t>AES</w:t>
      </w:r>
      <w:r>
        <w:rPr>
          <w:b w:val="false"/>
          <w:sz w:val="28"/>
        </w:rPr>
        <w:t xml:space="preserve">, </w:t>
      </w:r>
      <w:r>
        <w:rPr>
          <w:b w:val="false"/>
          <w:sz w:val="28"/>
          <w:lang w:val="zxx"/>
        </w:rPr>
        <w:t>SHA-</w:t>
      </w:r>
      <w:r>
        <w:rPr>
          <w:b w:val="false"/>
          <w:sz w:val="28"/>
        </w:rPr>
        <w:t>⁠</w:t>
      </w:r>
      <w:r>
        <w:rPr>
          <w:b w:val="false"/>
          <w:sz w:val="28"/>
          <w:lang w:val="zxx"/>
        </w:rPr>
        <w:t>256</w:t>
      </w:r>
      <w:r>
        <w:rPr>
          <w:b w:val="false"/>
          <w:sz w:val="28"/>
        </w:rPr>
        <w:t xml:space="preserve"> или парольного материала в этом выводе нет. </w:t>
      </w:r>
      <w:r>
        <w:rPr>
          <w:b w:val="false"/>
          <w:sz w:val="28"/>
          <w:lang w:val="zxx"/>
        </w:rPr>
        <w:t>salt</w:t>
      </w:r>
      <w:r>
        <w:rPr>
          <w:b w:val="false"/>
          <w:sz w:val="28"/>
        </w:rPr>
        <w:t xml:space="preserve"> — новые </w:t>
      </w:r>
      <w:r>
        <w:rPr>
          <w:b w:val="false"/>
          <w:sz w:val="28"/>
          <w:lang w:val="zxx"/>
        </w:rPr>
        <w:t>32</w:t>
      </w:r>
      <w:r>
        <w:rPr>
          <w:b w:val="false"/>
          <w:sz w:val="28"/>
        </w:rPr>
        <w:t xml:space="preserve"> случайных байта для нового </w:t>
      </w:r>
      <w:r>
        <w:rPr>
          <w:b w:val="false"/>
          <w:sz w:val="28"/>
          <w:lang w:val="zxx"/>
        </w:rPr>
        <w:t>keyId.</w:t>
      </w:r>
      <w:r>
        <w:rPr>
          <w:b w:val="false"/>
          <w:sz w:val="28"/>
        </w:rPr>
        <w:t xml:space="preserve"> Права и </w:t>
      </w:r>
      <w:r>
        <w:rPr>
          <w:b w:val="false"/>
          <w:sz w:val="28"/>
          <w:lang w:val="zxx"/>
        </w:rPr>
        <w:t>generation</w:t>
      </w:r>
      <w:r>
        <w:rPr>
          <w:b w:val="false"/>
          <w:sz w:val="28"/>
        </w:rPr>
        <w:t xml:space="preserve"> записи не входят в </w:t>
      </w:r>
      <w:r>
        <w:rPr>
          <w:b w:val="false"/>
          <w:sz w:val="28"/>
          <w:lang w:val="zxx"/>
        </w:rPr>
        <w:t>seed</w:t>
      </w:r>
      <w:r>
        <w:rPr>
          <w:b w:val="false"/>
          <w:sz w:val="28"/>
        </w:rPr>
        <w:t xml:space="preserve">, поэтому переход </w:t>
      </w:r>
      <w:r>
        <w:rPr>
          <w:b w:val="false"/>
          <w:sz w:val="28"/>
          <w:lang w:val="zxx"/>
        </w:rPr>
        <w:t>staged</w:t>
      </w:r>
      <w:r>
        <w:rPr>
          <w:b w:val="false"/>
          <w:sz w:val="28"/>
        </w:rPr>
        <w:t xml:space="preserve"> в </w:t>
      </w:r>
      <w:r>
        <w:rPr>
          <w:b w:val="false"/>
          <w:sz w:val="28"/>
          <w:lang w:val="zxx"/>
        </w:rPr>
        <w:t>active</w:t>
      </w:r>
      <w:r>
        <w:rPr>
          <w:b w:val="false"/>
          <w:sz w:val="28"/>
        </w:rPr>
        <w:t xml:space="preserve"> не меняет проверенный ключ. Направления и рабочие ключи соединения выводит только </w:t>
      </w:r>
      <w:r>
        <w:rPr>
          <w:b w:val="false"/>
          <w:sz w:val="28"/>
          <w:lang w:val="zxx"/>
        </w:rPr>
        <w:t>TLS</w:t>
      </w:r>
      <w:r>
        <w:rPr>
          <w:b w:val="false"/>
          <w:sz w:val="28"/>
        </w:rPr>
        <w:t xml:space="preserve">; </w:t>
      </w:r>
      <w:r>
        <w:rPr>
          <w:b w:val="false"/>
          <w:sz w:val="28"/>
          <w:lang w:val="zxx"/>
        </w:rPr>
        <w:t>Kpair</w:t>
      </w:r>
      <w:r>
        <w:rPr>
          <w:b w:val="false"/>
          <w:sz w:val="28"/>
        </w:rPr>
        <w:t xml:space="preserve"> не используется как </w:t>
      </w:r>
      <w:r>
        <w:rPr>
          <w:b w:val="false"/>
          <w:sz w:val="28"/>
          <w:lang w:val="zxx"/>
        </w:rPr>
        <w:t>TLS</w:t>
      </w:r>
      <w:r>
        <w:rPr>
          <w:b w:val="false"/>
          <w:sz w:val="28"/>
        </w:rPr>
        <w:t xml:space="preserve"> </w:t>
      </w:r>
      <w:r>
        <w:rPr>
          <w:b w:val="false"/>
          <w:sz w:val="28"/>
          <w:lang w:val="zxx"/>
        </w:rPr>
        <w:t>PSK</w:t>
      </w:r>
      <w:r>
        <w:rPr>
          <w:b w:val="false"/>
          <w:sz w:val="28"/>
        </w:rPr>
        <w:t xml:space="preserve"> или ключ шифрования файла.</w:t>
      </w:r>
    </w:p>
    <w:p>
      <w:pPr>
        <w:pStyle w:val="Normal"/>
        <w:jc w:val="both"/>
        <w:rPr/>
      </w:pPr>
      <w:r>
        <w:rPr>
          <w:b w:val="false"/>
          <w:sz w:val="28"/>
          <w:lang w:val="zxx"/>
        </w:rPr>
        <w:t>14.49</w:t>
      </w:r>
      <w:r>
        <w:rPr>
          <w:b w:val="false"/>
          <w:sz w:val="28"/>
        </w:rPr>
        <w:t xml:space="preserve"> Компрометация публичного </w:t>
      </w:r>
      <w:r>
        <w:rPr>
          <w:b w:val="false"/>
          <w:sz w:val="28"/>
          <w:lang w:val="zxx"/>
        </w:rPr>
        <w:t>trust-</w:t>
      </w:r>
      <w:r>
        <w:rPr>
          <w:b w:val="false"/>
          <w:sz w:val="28"/>
        </w:rPr>
        <w:t xml:space="preserve">пакета не раскрывает </w:t>
      </w:r>
      <w:r>
        <w:rPr>
          <w:b w:val="false"/>
          <w:sz w:val="28"/>
          <w:lang w:val="zxx"/>
        </w:rPr>
        <w:t>PSK.</w:t>
      </w:r>
      <w:r>
        <w:rPr>
          <w:b w:val="false"/>
          <w:sz w:val="28"/>
        </w:rPr>
        <w:t xml:space="preserve"> Компрометация одного </w:t>
      </w:r>
      <w:r>
        <w:rPr>
          <w:b w:val="false"/>
          <w:sz w:val="28"/>
          <w:lang w:val="zxx"/>
        </w:rPr>
        <w:t>Kpair</w:t>
      </w:r>
      <w:r>
        <w:rPr>
          <w:b w:val="false"/>
          <w:sz w:val="28"/>
        </w:rPr>
        <w:t xml:space="preserve"> ограничивается данной парой, но раскрывает ее производные </w:t>
      </w:r>
      <w:r>
        <w:rPr>
          <w:b w:val="false"/>
          <w:sz w:val="28"/>
          <w:lang w:val="zxx"/>
        </w:rPr>
        <w:t>PSK:</w:t>
      </w:r>
      <w:r>
        <w:rPr>
          <w:b w:val="false"/>
          <w:sz w:val="28"/>
        </w:rPr>
        <w:t xml:space="preserve"> для восстановления заменяются </w:t>
      </w:r>
      <w:r>
        <w:rPr>
          <w:b w:val="false"/>
          <w:sz w:val="28"/>
          <w:lang w:val="zxx"/>
        </w:rPr>
        <w:t>Kpair/</w:t>
      </w:r>
      <w:r>
        <w:rPr>
          <w:b w:val="false"/>
          <w:sz w:val="28"/>
        </w:rPr>
        <w:t>​</w:t>
      </w:r>
      <w:r>
        <w:rPr>
          <w:b w:val="false"/>
          <w:sz w:val="28"/>
          <w:lang w:val="zxx"/>
        </w:rPr>
        <w:t>rootId</w:t>
      </w:r>
      <w:r>
        <w:rPr>
          <w:b w:val="false"/>
          <w:sz w:val="28"/>
        </w:rPr>
        <w:t xml:space="preserve"> и все затронутые </w:t>
      </w:r>
      <w:r>
        <w:rPr>
          <w:b w:val="false"/>
          <w:sz w:val="28"/>
          <w:lang w:val="zxx"/>
        </w:rPr>
        <w:t>keyId</w:t>
      </w:r>
      <w:r>
        <w:rPr>
          <w:b w:val="false"/>
          <w:sz w:val="28"/>
        </w:rPr>
        <w:t xml:space="preserve"> с отзывом старых. Простая смена </w:t>
      </w:r>
      <w:r>
        <w:rPr>
          <w:b w:val="false"/>
          <w:sz w:val="28"/>
          <w:lang w:val="zxx"/>
        </w:rPr>
        <w:t>salt</w:t>
      </w:r>
      <w:r>
        <w:rPr>
          <w:b w:val="false"/>
          <w:sz w:val="28"/>
        </w:rPr>
        <w:t xml:space="preserve"> при украденном </w:t>
      </w:r>
      <w:r>
        <w:rPr>
          <w:b w:val="false"/>
          <w:sz w:val="28"/>
          <w:lang w:val="zxx"/>
        </w:rPr>
        <w:t>Kpair</w:t>
      </w:r>
      <w:r>
        <w:rPr>
          <w:b w:val="false"/>
          <w:sz w:val="28"/>
        </w:rPr>
        <w:t xml:space="preserve"> не восстанавливает доверие. Корневые секреты хранятся отдельно от открытого реестра с индивидуальными правами доступа и защищенными резервными копиями; хранилище, имеющее доступ ко всем секретам, остается отдельной критичной частью системы. Невыгружаемые ключи и аппаратное хранилище допустимы, но не подменяют разграничение пар.</w:t>
      </w:r>
    </w:p>
    <w:p>
      <w:pPr>
        <w:pStyle w:val="2"/>
        <w:rPr/>
      </w:pPr>
      <w:r>
        <w:rPr/>
        <w:t>Допуск соединений до выделения дорогого контекста</w:t>
      </w:r>
    </w:p>
    <w:p>
      <w:pPr>
        <w:pStyle w:val="Normal"/>
        <w:jc w:val="both"/>
        <w:rPr/>
      </w:pPr>
      <w:r>
        <w:rPr>
          <w:b w:val="false"/>
          <w:sz w:val="28"/>
          <w:lang w:val="zxx"/>
        </w:rPr>
        <w:t>14.50</w:t>
      </w:r>
      <w:r>
        <w:rPr>
          <w:b w:val="false"/>
          <w:sz w:val="28"/>
        </w:rPr>
        <w:t xml:space="preserve"> Прием </w:t>
      </w:r>
      <w:r>
        <w:rPr>
          <w:b w:val="false"/>
          <w:sz w:val="28"/>
          <w:lang w:val="zxx"/>
        </w:rPr>
        <w:t>TCP/</w:t>
      </w:r>
      <w:r>
        <w:rPr>
          <w:b w:val="false"/>
          <w:sz w:val="28"/>
        </w:rPr>
        <w:t>​</w:t>
      </w:r>
      <w:r>
        <w:rPr>
          <w:b w:val="false"/>
          <w:sz w:val="28"/>
          <w:lang w:val="zxx"/>
        </w:rPr>
        <w:t>ClientHello</w:t>
      </w:r>
      <w:r>
        <w:rPr>
          <w:b w:val="false"/>
          <w:sz w:val="28"/>
        </w:rPr>
        <w:t xml:space="preserve"> и выполнение </w:t>
      </w:r>
      <w:r>
        <w:rPr>
          <w:b w:val="false"/>
          <w:sz w:val="28"/>
          <w:lang w:val="zxx"/>
        </w:rPr>
        <w:t>PSK-</w:t>
      </w:r>
      <w:r>
        <w:rPr>
          <w:b w:val="false"/>
          <w:sz w:val="28"/>
        </w:rPr>
        <w:t>⁠</w:t>
      </w:r>
      <w:r>
        <w:rPr>
          <w:b w:val="false"/>
          <w:sz w:val="28"/>
          <w:lang w:val="zxx"/>
        </w:rPr>
        <w:t>DHE</w:t>
      </w:r>
      <w:r>
        <w:rPr>
          <w:b w:val="false"/>
          <w:sz w:val="28"/>
        </w:rPr>
        <w:t xml:space="preserve"> имеют разные квоты. Для начального приема выделены четыре короткоживущих места; каждое принимает не более </w:t>
      </w:r>
      <w:r>
        <w:rPr>
          <w:b w:val="false"/>
          <w:sz w:val="28"/>
          <w:lang w:val="zxx"/>
        </w:rPr>
        <w:t>4096</w:t>
      </w:r>
      <w:r>
        <w:rPr>
          <w:b w:val="false"/>
          <w:sz w:val="28"/>
        </w:rPr>
        <w:t xml:space="preserve"> байт </w:t>
      </w:r>
      <w:r>
        <w:rPr>
          <w:b w:val="false"/>
          <w:sz w:val="28"/>
          <w:lang w:val="zxx"/>
        </w:rPr>
        <w:t>ClientHello</w:t>
      </w:r>
      <w:r>
        <w:rPr>
          <w:b w:val="false"/>
          <w:sz w:val="28"/>
        </w:rPr>
        <w:t xml:space="preserve">, без выделения </w:t>
      </w:r>
      <w:r>
        <w:rPr>
          <w:b w:val="false"/>
          <w:sz w:val="28"/>
          <w:lang w:val="zxx"/>
        </w:rPr>
        <w:t>ECDHE.</w:t>
      </w:r>
      <w:r>
        <w:rPr>
          <w:b w:val="false"/>
          <w:sz w:val="28"/>
        </w:rPr>
        <w:t xml:space="preserve"> Первый полный </w:t>
      </w:r>
      <w:r>
        <w:rPr>
          <w:b w:val="false"/>
          <w:sz w:val="28"/>
          <w:lang w:val="zxx"/>
        </w:rPr>
        <w:t>ClientHello</w:t>
      </w:r>
      <w:r>
        <w:rPr>
          <w:b w:val="false"/>
          <w:sz w:val="28"/>
        </w:rPr>
        <w:t xml:space="preserve"> </w:t>
      </w:r>
      <w:r>
        <w:rPr>
          <w:b w:val="false"/>
          <w:sz w:val="28"/>
          <w:lang w:val="zxx"/>
        </w:rPr>
        <w:t>ДОЛЖЕН</w:t>
      </w:r>
      <w:r>
        <w:rPr>
          <w:b w:val="false"/>
          <w:sz w:val="28"/>
        </w:rPr>
        <w:t xml:space="preserve"> поступить за </w:t>
      </w:r>
      <w:r>
        <w:rPr>
          <w:b w:val="false"/>
          <w:sz w:val="28"/>
          <w:lang w:val="zxx"/>
        </w:rPr>
        <w:t>3000</w:t>
      </w:r>
      <w:r>
        <w:rPr>
          <w:b w:val="false"/>
          <w:sz w:val="28"/>
        </w:rPr>
        <w:t xml:space="preserve"> мс от приема </w:t>
      </w:r>
      <w:r>
        <w:rPr>
          <w:b w:val="false"/>
          <w:sz w:val="28"/>
          <w:lang w:val="zxx"/>
        </w:rPr>
        <w:t>TCP</w:t>
      </w:r>
      <w:r>
        <w:rPr>
          <w:b w:val="false"/>
          <w:sz w:val="28"/>
        </w:rPr>
        <w:t xml:space="preserve">, вся предварительная проверка — за </w:t>
      </w:r>
      <w:r>
        <w:rPr>
          <w:b w:val="false"/>
          <w:sz w:val="28"/>
          <w:lang w:val="zxx"/>
        </w:rPr>
        <w:t>8000</w:t>
      </w:r>
      <w:r>
        <w:rPr>
          <w:b w:val="false"/>
          <w:sz w:val="28"/>
        </w:rPr>
        <w:t xml:space="preserve"> мс. Истечение срока закрывает только этот сокет. При заполнении четырех мест новое соединение отклоняется; непрерывное поступление чужих соединений не продлевает сроки занятых мест. </w:t>
      </w:r>
      <w:r>
        <w:rPr>
          <w:b w:val="false"/>
          <w:sz w:val="28"/>
          <w:lang w:val="zxx"/>
        </w:rPr>
        <w:t>TCP</w:t>
      </w:r>
      <w:r>
        <w:rPr>
          <w:b w:val="false"/>
          <w:sz w:val="28"/>
        </w:rPr>
        <w:t xml:space="preserve"> </w:t>
      </w:r>
      <w:r>
        <w:rPr>
          <w:b w:val="false"/>
          <w:sz w:val="28"/>
          <w:lang w:val="zxx"/>
        </w:rPr>
        <w:t>SYN-</w:t>
      </w:r>
      <w:r>
        <w:rPr>
          <w:b w:val="false"/>
          <w:sz w:val="28"/>
        </w:rPr>
        <w:t>очередь имеет отдельный конечный предел и защиту от полуоткрытых соединений; ее память не отнимается у действующего управления.</w:t>
      </w:r>
    </w:p>
    <w:p>
      <w:pPr>
        <w:pStyle w:val="Normal"/>
        <w:jc w:val="start"/>
        <w:rPr/>
      </w:pPr>
      <w:r>
        <w:rPr>
          <w:b w:val="false"/>
          <w:sz w:val="28"/>
          <w:lang w:val="zxx"/>
        </w:rPr>
        <w:t>14.51</w:t>
      </w:r>
      <w:r>
        <w:rPr>
          <w:b w:val="false"/>
          <w:sz w:val="28"/>
        </w:rPr>
        <w:t xml:space="preserve"> </w:t>
      </w:r>
      <w:r>
        <w:rPr>
          <w:b w:val="false"/>
          <w:sz w:val="28"/>
          <w:lang w:val="zxx"/>
        </w:rPr>
        <w:t>ClientHello</w:t>
      </w:r>
      <w:r>
        <w:rPr>
          <w:b w:val="false"/>
          <w:sz w:val="28"/>
        </w:rPr>
        <w:t xml:space="preserve"> содержит ровно одну </w:t>
      </w:r>
      <w:r>
        <w:rPr>
          <w:b w:val="false"/>
          <w:sz w:val="28"/>
          <w:lang w:val="zxx"/>
        </w:rPr>
        <w:t>PSK</w:t>
      </w:r>
      <w:r>
        <w:rPr>
          <w:b w:val="false"/>
          <w:sz w:val="28"/>
        </w:rPr>
        <w:t xml:space="preserve"> </w:t>
      </w:r>
      <w:r>
        <w:rPr>
          <w:b w:val="false"/>
          <w:sz w:val="28"/>
          <w:lang w:val="zxx"/>
        </w:rPr>
        <w:t>identity.</w:t>
      </w:r>
      <w:r>
        <w:rPr>
          <w:b w:val="false"/>
          <w:sz w:val="28"/>
        </w:rPr>
        <w:t xml:space="preserve"> До </w:t>
      </w:r>
      <w:r>
        <w:rPr>
          <w:b w:val="false"/>
          <w:sz w:val="28"/>
          <w:lang w:val="zxx"/>
        </w:rPr>
        <w:t>ECDHE</w:t>
      </w:r>
      <w:r>
        <w:rPr>
          <w:b w:val="false"/>
          <w:sz w:val="28"/>
        </w:rPr>
        <w:t xml:space="preserve"> УУ проверяет структуру, разрешенный </w:t>
      </w:r>
      <w:r>
        <w:rPr>
          <w:b w:val="false"/>
          <w:sz w:val="28"/>
          <w:lang w:val="zxx"/>
        </w:rPr>
        <w:t>keyId</w:t>
      </w:r>
      <w:r>
        <w:rPr>
          <w:b w:val="false"/>
          <w:sz w:val="28"/>
        </w:rPr>
        <w:t xml:space="preserve"> и </w:t>
      </w:r>
      <w:r>
        <w:rPr>
          <w:b w:val="false"/>
          <w:sz w:val="28"/>
          <w:lang w:val="zxx"/>
        </w:rPr>
        <w:t>binder</w:t>
      </w:r>
      <w:r>
        <w:rPr>
          <w:b w:val="false"/>
          <w:sz w:val="28"/>
        </w:rPr>
        <w:t xml:space="preserve"> по </w:t>
      </w:r>
      <w:r>
        <w:rPr>
          <w:b w:val="false"/>
          <w:sz w:val="28"/>
          <w:lang w:val="zxx"/>
        </w:rPr>
        <w:t>RFC</w:t>
      </w:r>
      <w:r>
        <w:rPr>
          <w:b w:val="false"/>
          <w:sz w:val="28"/>
        </w:rPr>
        <w:t xml:space="preserve"> </w:t>
      </w:r>
      <w:r>
        <w:rPr>
          <w:b w:val="false"/>
          <w:sz w:val="28"/>
          <w:lang w:val="zxx"/>
        </w:rPr>
        <w:t>8446.</w:t>
      </w:r>
      <w:r>
        <w:rPr>
          <w:b w:val="false"/>
          <w:sz w:val="28"/>
        </w:rPr>
        <w:t xml:space="preserve"> Затем УУ обязательно посылает </w:t>
      </w:r>
      <w:r>
        <w:rPr>
          <w:b w:val="false"/>
          <w:sz w:val="28"/>
          <w:lang w:val="zxx"/>
        </w:rPr>
        <w:t>HelloRetryRequest</w:t>
      </w:r>
      <w:r>
        <w:rPr>
          <w:b w:val="false"/>
          <w:sz w:val="28"/>
        </w:rPr>
        <w:t xml:space="preserve"> с новым случайным </w:t>
      </w:r>
      <w:r>
        <w:rPr>
          <w:b w:val="false"/>
          <w:sz w:val="28"/>
          <w:lang w:val="zxx"/>
        </w:rPr>
        <w:t>cookie</w:t>
      </w:r>
      <w:r>
        <w:rPr>
          <w:b w:val="false"/>
          <w:sz w:val="28"/>
        </w:rPr>
        <w:t xml:space="preserve"> из </w:t>
      </w:r>
      <w:r>
        <w:rPr>
          <w:b w:val="false"/>
          <w:sz w:val="28"/>
          <w:lang w:val="zxx"/>
        </w:rPr>
        <w:t>32</w:t>
      </w:r>
      <w:r>
        <w:rPr>
          <w:b w:val="false"/>
          <w:sz w:val="28"/>
        </w:rPr>
        <w:t xml:space="preserve"> байт на этом соединении, без изменения выбранной группы. Сохраняются </w:t>
      </w:r>
      <w:r>
        <w:rPr>
          <w:b w:val="false"/>
          <w:sz w:val="28"/>
          <w:lang w:val="zxx"/>
        </w:rPr>
        <w:t>cookie</w:t>
      </w:r>
      <w:r>
        <w:rPr>
          <w:b w:val="false"/>
          <w:sz w:val="28"/>
        </w:rPr>
        <w:t xml:space="preserve"> и хеш первого </w:t>
      </w:r>
      <w:r>
        <w:rPr>
          <w:b w:val="false"/>
          <w:sz w:val="28"/>
          <w:lang w:val="zxx"/>
        </w:rPr>
        <w:t>ClientHello</w:t>
      </w:r>
      <w:r>
        <w:rPr>
          <w:b w:val="false"/>
          <w:sz w:val="28"/>
        </w:rPr>
        <w:t xml:space="preserve"> для стандартного </w:t>
      </w:r>
      <w:r>
        <w:rPr>
          <w:b w:val="false"/>
          <w:sz w:val="28"/>
          <w:lang w:val="zxx"/>
        </w:rPr>
        <w:t>transcript</w:t>
      </w:r>
      <w:r>
        <w:rPr>
          <w:b w:val="false"/>
          <w:sz w:val="28"/>
        </w:rPr>
        <w:t xml:space="preserve"> </w:t>
      </w:r>
      <w:r>
        <w:rPr>
          <w:b w:val="false"/>
          <w:sz w:val="28"/>
          <w:lang w:val="zxx"/>
        </w:rPr>
        <w:t>message_hash</w:t>
      </w:r>
      <w:r>
        <w:rPr>
          <w:b w:val="false"/>
          <w:sz w:val="28"/>
        </w:rPr>
        <w:t xml:space="preserve">; повторный </w:t>
      </w:r>
      <w:r>
        <w:rPr>
          <w:b w:val="false"/>
          <w:sz w:val="28"/>
          <w:lang w:val="zxx"/>
        </w:rPr>
        <w:t>ClientHello</w:t>
      </w:r>
      <w:r>
        <w:rPr>
          <w:b w:val="false"/>
          <w:sz w:val="28"/>
        </w:rPr>
        <w:t xml:space="preserve"> и его </w:t>
      </w:r>
      <w:r>
        <w:rPr>
          <w:b w:val="false"/>
          <w:sz w:val="28"/>
          <w:lang w:val="zxx"/>
        </w:rPr>
        <w:t>binder</w:t>
      </w:r>
      <w:r>
        <w:rPr>
          <w:b w:val="false"/>
          <w:sz w:val="28"/>
        </w:rPr>
        <w:t xml:space="preserve"> проверяются по полному транскрипту с </w:t>
      </w:r>
      <w:r>
        <w:rPr>
          <w:b w:val="false"/>
          <w:sz w:val="28"/>
          <w:lang w:val="zxx"/>
        </w:rPr>
        <w:t>HelloRetryRequest.</w:t>
      </w:r>
      <w:r>
        <w:rPr>
          <w:b w:val="false"/>
          <w:sz w:val="28"/>
        </w:rPr>
        <w:t xml:space="preserve"> Второй </w:t>
      </w:r>
      <w:r>
        <w:rPr>
          <w:b w:val="false"/>
          <w:sz w:val="28"/>
          <w:lang w:val="zxx"/>
        </w:rPr>
        <w:t>HelloRetryRequest</w:t>
      </w:r>
      <w:r>
        <w:rPr>
          <w:b w:val="false"/>
          <w:sz w:val="28"/>
        </w:rPr>
        <w:t xml:space="preserve"> запрещен. </w:t>
      </w:r>
      <w:r>
        <w:rPr>
          <w:b w:val="false"/>
          <w:sz w:val="28"/>
          <w:lang w:val="zxx"/>
        </w:rPr>
        <w:t>Cookie</w:t>
      </w:r>
      <w:r>
        <w:rPr>
          <w:b w:val="false"/>
          <w:sz w:val="28"/>
        </w:rPr>
        <w:t xml:space="preserve"> принимается только на выдавшем его </w:t>
      </w:r>
      <w:r>
        <w:rPr>
          <w:b w:val="false"/>
          <w:sz w:val="28"/>
          <w:lang w:val="zxx"/>
        </w:rPr>
        <w:t>TCP-</w:t>
      </w:r>
      <w:r>
        <w:rPr>
          <w:b w:val="false"/>
          <w:sz w:val="28"/>
        </w:rPr>
        <w:t xml:space="preserve">соединении, один раз, до исходного срока </w:t>
      </w:r>
      <w:r>
        <w:rPr>
          <w:b w:val="false"/>
          <w:sz w:val="28"/>
          <w:lang w:val="zxx"/>
        </w:rPr>
        <w:t>8000</w:t>
      </w:r>
      <w:r>
        <w:rPr>
          <w:b w:val="false"/>
          <w:sz w:val="28"/>
        </w:rPr>
        <w:t xml:space="preserve"> мс; закрытие стирает контекст. Повтор записанного первого </w:t>
      </w:r>
      <w:r>
        <w:rPr>
          <w:b w:val="false"/>
          <w:sz w:val="28"/>
          <w:lang w:val="zxx"/>
        </w:rPr>
        <w:t>ClientHello</w:t>
      </w:r>
      <w:r>
        <w:rPr>
          <w:b w:val="false"/>
          <w:sz w:val="28"/>
        </w:rPr>
        <w:t xml:space="preserve"> или знание публичной </w:t>
      </w:r>
      <w:r>
        <w:rPr>
          <w:b w:val="false"/>
          <w:sz w:val="28"/>
          <w:lang w:val="zxx"/>
        </w:rPr>
        <w:t>identity</w:t>
      </w:r>
      <w:r>
        <w:rPr>
          <w:b w:val="false"/>
          <w:sz w:val="28"/>
        </w:rPr>
        <w:t xml:space="preserve"> не доказывают право занять дорогой слот. </w:t>
      </w:r>
      <w:r>
        <w:rPr>
          <w:b w:val="false"/>
          <w:sz w:val="28"/>
          <w:lang w:val="zxx"/>
        </w:rPr>
        <w:t>Cookie</w:t>
      </w:r>
      <w:r>
        <w:rPr>
          <w:b w:val="false"/>
          <w:sz w:val="28"/>
        </w:rPr>
        <w:t xml:space="preserve"> не заменяет </w:t>
      </w:r>
      <w:r>
        <w:rPr>
          <w:b w:val="false"/>
          <w:sz w:val="28"/>
          <w:lang w:val="zxx"/>
        </w:rPr>
        <w:t>binder</w:t>
      </w:r>
      <w:r>
        <w:rPr>
          <w:b w:val="false"/>
          <w:sz w:val="28"/>
        </w:rPr>
        <w:t xml:space="preserve"> и </w:t>
      </w:r>
      <w:r>
        <w:rPr>
          <w:b w:val="false"/>
          <w:sz w:val="28"/>
          <w:lang w:val="zxx"/>
        </w:rPr>
        <w:t>Finished.</w:t>
      </w:r>
    </w:p>
    <w:p>
      <w:pPr>
        <w:pStyle w:val="Normal"/>
        <w:jc w:val="both"/>
        <w:rPr/>
      </w:pPr>
      <w:r>
        <w:rPr>
          <w:b w:val="false"/>
          <w:sz w:val="28"/>
          <w:lang w:val="zxx"/>
        </w:rPr>
        <w:t>14.52</w:t>
      </w:r>
      <w:r>
        <w:rPr>
          <w:b w:val="false"/>
          <w:sz w:val="28"/>
        </w:rPr>
        <w:t xml:space="preserve"> После успешной проверки повторного </w:t>
      </w:r>
      <w:r>
        <w:rPr>
          <w:b w:val="false"/>
          <w:sz w:val="28"/>
          <w:lang w:val="zxx"/>
        </w:rPr>
        <w:t>binder</w:t>
      </w:r>
      <w:r>
        <w:rPr>
          <w:b w:val="false"/>
          <w:sz w:val="28"/>
        </w:rPr>
        <w:t xml:space="preserve"> выделяется один из двух контекстов </w:t>
      </w:r>
      <w:r>
        <w:rPr>
          <w:b w:val="false"/>
          <w:sz w:val="28"/>
          <w:lang w:val="zxx"/>
        </w:rPr>
        <w:t>PSK-</w:t>
      </w:r>
      <w:r>
        <w:rPr>
          <w:b w:val="false"/>
          <w:sz w:val="28"/>
        </w:rPr>
        <w:t>⁠</w:t>
      </w:r>
      <w:r>
        <w:rPr>
          <w:b w:val="false"/>
          <w:sz w:val="28"/>
          <w:lang w:val="zxx"/>
        </w:rPr>
        <w:t>DHE.</w:t>
      </w:r>
      <w:r>
        <w:rPr>
          <w:b w:val="false"/>
          <w:sz w:val="28"/>
        </w:rPr>
        <w:t xml:space="preserve"> Пока существует владение, один контекст зарезервирован для текущего </w:t>
      </w:r>
      <w:r>
        <w:rPr>
          <w:b w:val="false"/>
          <w:sz w:val="28"/>
          <w:lang w:val="zxx"/>
        </w:rPr>
        <w:t>principalId</w:t>
      </w:r>
      <w:r>
        <w:rPr>
          <w:b w:val="false"/>
          <w:sz w:val="28"/>
        </w:rPr>
        <w:t xml:space="preserve">, второй — для остальных допущенных участников; посторонний участник не занимает резерв. При отсутствии владения оба доступны допущенным участникам в порядке завершения предварительной проверки. На </w:t>
      </w:r>
      <w:r>
        <w:rPr>
          <w:b w:val="false"/>
          <w:sz w:val="28"/>
          <w:lang w:val="zxx"/>
        </w:rPr>
        <w:t>principalId</w:t>
      </w:r>
      <w:r>
        <w:rPr>
          <w:b w:val="false"/>
          <w:sz w:val="28"/>
        </w:rPr>
        <w:t xml:space="preserve"> </w:t>
      </w:r>
      <w:r>
        <w:rPr>
          <w:b w:val="false"/>
          <w:sz w:val="28"/>
          <w:lang w:val="zxx"/>
        </w:rPr>
        <w:t>ДОПУСКАЕТСЯ</w:t>
      </w:r>
      <w:r>
        <w:rPr>
          <w:b w:val="false"/>
          <w:sz w:val="28"/>
        </w:rPr>
        <w:t xml:space="preserve"> не более одного незавершенного дорогого контекста, включая все его </w:t>
      </w:r>
      <w:r>
        <w:rPr>
          <w:b w:val="false"/>
          <w:sz w:val="28"/>
          <w:lang w:val="zxx"/>
        </w:rPr>
        <w:t>keyId</w:t>
      </w:r>
      <w:r>
        <w:rPr>
          <w:b w:val="false"/>
          <w:sz w:val="28"/>
        </w:rPr>
        <w:t xml:space="preserve"> и </w:t>
      </w:r>
      <w:r>
        <w:rPr>
          <w:b w:val="false"/>
          <w:sz w:val="28"/>
          <w:lang w:val="zxx"/>
        </w:rPr>
        <w:t>TCP-</w:t>
      </w:r>
      <w:r>
        <w:rPr>
          <w:b w:val="false"/>
          <w:sz w:val="28"/>
        </w:rPr>
        <w:t xml:space="preserve">адреса; второй запрос того же участника не занимает другой слот и не вытесняет первый. Полный </w:t>
      </w:r>
      <w:r>
        <w:rPr>
          <w:b w:val="false"/>
          <w:sz w:val="28"/>
          <w:lang w:val="zxx"/>
        </w:rPr>
        <w:t>handshake</w:t>
      </w:r>
      <w:r>
        <w:rPr>
          <w:b w:val="false"/>
          <w:sz w:val="28"/>
        </w:rPr>
        <w:t xml:space="preserve"> завершается не позже </w:t>
      </w:r>
      <w:r>
        <w:rPr>
          <w:b w:val="false"/>
          <w:sz w:val="28"/>
          <w:lang w:val="zxx"/>
        </w:rPr>
        <w:t>60000</w:t>
      </w:r>
      <w:r>
        <w:rPr>
          <w:b w:val="false"/>
          <w:sz w:val="28"/>
        </w:rPr>
        <w:t xml:space="preserve"> мс от приема </w:t>
      </w:r>
      <w:r>
        <w:rPr>
          <w:b w:val="false"/>
          <w:sz w:val="28"/>
          <w:lang w:val="zxx"/>
        </w:rPr>
        <w:t>TCP.</w:t>
      </w:r>
      <w:r>
        <w:rPr>
          <w:b w:val="false"/>
          <w:sz w:val="28"/>
        </w:rPr>
        <w:t xml:space="preserve"> При ожидании первого байта также действует срок первого </w:t>
      </w:r>
      <w:r>
        <w:rPr>
          <w:b w:val="false"/>
          <w:sz w:val="28"/>
          <w:lang w:val="zxx"/>
        </w:rPr>
        <w:t>ClientHello</w:t>
      </w:r>
      <w:r>
        <w:rPr>
          <w:b w:val="false"/>
          <w:sz w:val="28"/>
        </w:rPr>
        <w:t xml:space="preserve"> </w:t>
      </w:r>
      <w:r>
        <w:rPr>
          <w:b w:val="false"/>
          <w:sz w:val="28"/>
          <w:lang w:val="zxx"/>
        </w:rPr>
        <w:t>3000</w:t>
      </w:r>
      <w:r>
        <w:rPr>
          <w:b w:val="false"/>
          <w:sz w:val="28"/>
        </w:rPr>
        <w:t xml:space="preserve"> мс; ни одна фаза не начинает общий срок заново. Существующие </w:t>
      </w:r>
      <w:r>
        <w:rPr>
          <w:b w:val="false"/>
          <w:sz w:val="28"/>
          <w:lang w:val="zxx"/>
        </w:rPr>
        <w:t>TLS-</w:t>
      </w:r>
      <w:r>
        <w:rPr>
          <w:b w:val="false"/>
          <w:sz w:val="28"/>
        </w:rPr>
        <w:t xml:space="preserve">соединения, медиа, </w:t>
      </w:r>
      <w:r>
        <w:rPr>
          <w:b w:val="false"/>
          <w:sz w:val="28"/>
          <w:lang w:val="zxx"/>
        </w:rPr>
        <w:t>bulk</w:t>
      </w:r>
      <w:r>
        <w:rPr>
          <w:b w:val="false"/>
          <w:sz w:val="28"/>
        </w:rPr>
        <w:t xml:space="preserve">, взаимодействие с ОУ и таймеры </w:t>
      </w:r>
      <w:r>
        <w:rPr>
          <w:b w:val="false"/>
          <w:sz w:val="28"/>
          <w:lang w:val="zxx"/>
        </w:rPr>
        <w:t>session.stop</w:t>
      </w:r>
      <w:r>
        <w:rPr>
          <w:b w:val="false"/>
          <w:sz w:val="28"/>
        </w:rPr>
        <w:t xml:space="preserve"> имеют отдельные ресурсы и продолжают обслуживаться; отказ выделения контекста не отзывает владельца. Отзыв ключа проверяется повторно перед </w:t>
      </w:r>
      <w:r>
        <w:rPr>
          <w:b w:val="false"/>
          <w:sz w:val="28"/>
          <w:lang w:val="zxx"/>
        </w:rPr>
        <w:t>Finished</w:t>
      </w:r>
      <w:r>
        <w:rPr>
          <w:b w:val="false"/>
          <w:sz w:val="28"/>
        </w:rPr>
        <w:t xml:space="preserve"> и допуском команд.</w:t>
      </w:r>
    </w:p>
    <w:p>
      <w:pPr>
        <w:pStyle w:val="Normal"/>
        <w:jc w:val="both"/>
        <w:rPr/>
      </w:pPr>
      <w:r>
        <w:rPr>
          <w:b w:val="false"/>
          <w:sz w:val="28"/>
          <w:lang w:val="zxx"/>
        </w:rPr>
        <w:t>14.53</w:t>
      </w:r>
      <w:r>
        <w:rPr>
          <w:b w:val="false"/>
          <w:sz w:val="28"/>
        </w:rPr>
        <w:t xml:space="preserve"> Приемка воспроизводит два молчащих </w:t>
      </w:r>
      <w:r>
        <w:rPr>
          <w:b w:val="false"/>
          <w:sz w:val="28"/>
          <w:lang w:val="zxx"/>
        </w:rPr>
        <w:t>TCP-</w:t>
      </w:r>
      <w:r>
        <w:rPr>
          <w:b w:val="false"/>
          <w:sz w:val="28"/>
        </w:rPr>
        <w:t xml:space="preserve">клиента, медленный </w:t>
      </w:r>
      <w:r>
        <w:rPr>
          <w:b w:val="false"/>
          <w:sz w:val="28"/>
          <w:lang w:val="zxx"/>
        </w:rPr>
        <w:t>ClientHello</w:t>
      </w:r>
      <w:r>
        <w:rPr>
          <w:b w:val="false"/>
          <w:sz w:val="28"/>
        </w:rPr>
        <w:t xml:space="preserve">, неверный </w:t>
      </w:r>
      <w:r>
        <w:rPr>
          <w:b w:val="false"/>
          <w:sz w:val="28"/>
          <w:lang w:val="zxx"/>
        </w:rPr>
        <w:t>binder</w:t>
      </w:r>
      <w:r>
        <w:rPr>
          <w:b w:val="false"/>
          <w:sz w:val="28"/>
        </w:rPr>
        <w:t xml:space="preserve">, повтор захваченного </w:t>
      </w:r>
      <w:r>
        <w:rPr>
          <w:b w:val="false"/>
          <w:sz w:val="28"/>
          <w:lang w:val="zxx"/>
        </w:rPr>
        <w:t>ClientHello</w:t>
      </w:r>
      <w:r>
        <w:rPr>
          <w:b w:val="false"/>
          <w:sz w:val="28"/>
        </w:rPr>
        <w:t xml:space="preserve"> и отказ генератора случайных чисел. Два молчащих клиента не блокируют корректное подключение владельца через оставшиеся места. Дополнительно измеряются пределы частоты проверок </w:t>
      </w:r>
      <w:r>
        <w:rPr>
          <w:b w:val="false"/>
          <w:sz w:val="28"/>
          <w:lang w:val="zxx"/>
        </w:rPr>
        <w:t>binder</w:t>
      </w:r>
      <w:r>
        <w:rPr>
          <w:b w:val="false"/>
          <w:sz w:val="28"/>
        </w:rPr>
        <w:t xml:space="preserve">, памяти и восстановления при нагрузке, заявленной для изделия. Конечный контроллер не гарантирует доступность при насыщении канала или исчерпании всех мест непрерывным потоком атакующих подключений; защита периметра сохраняется. Эти ограничения не оправдывают прежнее занятие двух дорогих слотов молчащими клиентами на </w:t>
      </w:r>
      <w:r>
        <w:rPr>
          <w:b w:val="false"/>
          <w:sz w:val="28"/>
          <w:lang w:val="zxx"/>
        </w:rPr>
        <w:t>10</w:t>
      </w:r>
      <w:r>
        <w:rPr>
          <w:b w:val="false"/>
          <w:sz w:val="28"/>
        </w:rPr>
        <w:t xml:space="preserve"> секунд.</w:t>
      </w:r>
    </w:p>
    <w:p>
      <w:pPr>
        <w:pStyle w:val="Normal"/>
        <w:jc w:val="both"/>
        <w:rPr/>
      </w:pPr>
      <w:r>
        <w:rPr>
          <w:b w:val="false"/>
          <w:sz w:val="28"/>
          <w:lang w:val="zxx"/>
        </w:rPr>
        <w:t>14.54</w:t>
      </w:r>
      <w:r>
        <w:rPr>
          <w:b w:val="false"/>
          <w:sz w:val="28"/>
        </w:rPr>
        <w:t xml:space="preserve"> Прием </w:t>
      </w:r>
      <w:r>
        <w:rPr>
          <w:b w:val="false"/>
          <w:sz w:val="28"/>
          <w:lang w:val="zxx"/>
        </w:rPr>
        <w:t>ClientHello</w:t>
      </w:r>
      <w:r>
        <w:rPr>
          <w:b w:val="false"/>
          <w:sz w:val="28"/>
        </w:rPr>
        <w:t xml:space="preserve"> на канале от </w:t>
      </w:r>
      <w:r>
        <w:rPr>
          <w:b w:val="false"/>
          <w:sz w:val="28"/>
          <w:lang w:val="zxx"/>
        </w:rPr>
        <w:t>64</w:t>
      </w:r>
      <w:r>
        <w:rPr>
          <w:b w:val="false"/>
          <w:sz w:val="28"/>
        </w:rPr>
        <w:t xml:space="preserve"> кбит/с допускает до </w:t>
      </w:r>
      <w:r>
        <w:rPr>
          <w:b w:val="false"/>
          <w:sz w:val="28"/>
          <w:lang w:val="zxx"/>
        </w:rPr>
        <w:t>3000</w:t>
      </w:r>
      <w:r>
        <w:rPr>
          <w:b w:val="false"/>
          <w:sz w:val="28"/>
        </w:rPr>
        <w:t xml:space="preserve"> мс от приема </w:t>
      </w:r>
      <w:r>
        <w:rPr>
          <w:b w:val="false"/>
          <w:sz w:val="28"/>
          <w:lang w:val="zxx"/>
        </w:rPr>
        <w:t>TCP</w:t>
      </w:r>
      <w:r>
        <w:rPr>
          <w:b w:val="false"/>
          <w:sz w:val="28"/>
        </w:rPr>
        <w:t xml:space="preserve"> до полного сообщения, не более </w:t>
      </w:r>
      <w:r>
        <w:rPr>
          <w:b w:val="false"/>
          <w:sz w:val="28"/>
          <w:lang w:val="zxx"/>
        </w:rPr>
        <w:t>4096</w:t>
      </w:r>
      <w:r>
        <w:rPr>
          <w:b w:val="false"/>
          <w:sz w:val="28"/>
        </w:rPr>
        <w:t xml:space="preserve"> байт; весь предварительный обмен с </w:t>
      </w:r>
      <w:r>
        <w:rPr>
          <w:b w:val="false"/>
          <w:sz w:val="28"/>
          <w:lang w:val="zxx"/>
        </w:rPr>
        <w:t>cookie</w:t>
      </w:r>
      <w:r>
        <w:rPr>
          <w:b w:val="false"/>
          <w:sz w:val="28"/>
        </w:rPr>
        <w:t xml:space="preserve"> завершается за </w:t>
      </w:r>
      <w:r>
        <w:rPr>
          <w:b w:val="false"/>
          <w:sz w:val="28"/>
          <w:lang w:val="zxx"/>
        </w:rPr>
        <w:t>8000</w:t>
      </w:r>
      <w:r>
        <w:rPr>
          <w:b w:val="false"/>
          <w:sz w:val="28"/>
        </w:rPr>
        <w:t xml:space="preserve"> мс. Дорогие контексты по-прежнему выделяются только после </w:t>
      </w:r>
      <w:r>
        <w:rPr>
          <w:b w:val="false"/>
          <w:sz w:val="28"/>
          <w:lang w:val="zxx"/>
        </w:rPr>
        <w:t>binder</w:t>
      </w:r>
      <w:r>
        <w:rPr>
          <w:b w:val="false"/>
          <w:sz w:val="28"/>
        </w:rPr>
        <w:t xml:space="preserve"> и свежего </w:t>
      </w:r>
      <w:r>
        <w:rPr>
          <w:b w:val="false"/>
          <w:sz w:val="28"/>
          <w:lang w:val="zxx"/>
        </w:rPr>
        <w:t>cookie.</w:t>
      </w:r>
      <w:r>
        <w:rPr>
          <w:b w:val="false"/>
          <w:sz w:val="28"/>
        </w:rPr>
        <w:t xml:space="preserve"> Полный </w:t>
      </w:r>
      <w:r>
        <w:rPr>
          <w:b w:val="false"/>
          <w:sz w:val="28"/>
          <w:lang w:val="zxx"/>
        </w:rPr>
        <w:t>handshake</w:t>
      </w:r>
      <w:r>
        <w:rPr>
          <w:b w:val="false"/>
          <w:sz w:val="28"/>
        </w:rPr>
        <w:t xml:space="preserve"> завершается за </w:t>
      </w:r>
      <w:r>
        <w:rPr>
          <w:b w:val="false"/>
          <w:sz w:val="28"/>
          <w:lang w:val="zxx"/>
        </w:rPr>
        <w:t>60000</w:t>
      </w:r>
      <w:r>
        <w:rPr>
          <w:b w:val="false"/>
          <w:sz w:val="28"/>
        </w:rPr>
        <w:t xml:space="preserve"> мс от приема </w:t>
      </w:r>
      <w:r>
        <w:rPr>
          <w:b w:val="false"/>
          <w:sz w:val="28"/>
          <w:lang w:val="zxx"/>
        </w:rPr>
        <w:t>TCP.</w:t>
      </w:r>
      <w:r>
        <w:rPr>
          <w:b w:val="false"/>
          <w:sz w:val="28"/>
        </w:rPr>
        <w:t xml:space="preserve"> Четыре ограниченных приемных места и резерв дорогого контекста владельца не гарантируют доступность при насыщении входного канала; размеры, очередь и сроки всех фаз проверяются раздельно. Повторы подключения имеют случайную задержку по правилам </w:t>
      </w:r>
      <w:r>
        <w:rPr>
          <w:b w:val="false"/>
          <w:sz w:val="28"/>
          <w:lang w:val="zxx"/>
        </w:rPr>
        <w:t>backoff</w:t>
      </w:r>
      <w:r>
        <w:rPr>
          <w:b w:val="false"/>
          <w:sz w:val="28"/>
        </w:rPr>
        <w:t xml:space="preserve"> и не вытесняют действующее управление.</w:t>
      </w:r>
    </w:p>
    <w:p>
      <w:pPr>
        <w:pStyle w:val="2"/>
        <w:rPr/>
      </w:pPr>
      <w:r>
        <w:rPr/>
        <w:t>Явный выбор открытого и защищенного обмена</w:t>
      </w:r>
    </w:p>
    <w:p>
      <w:pPr>
        <w:pStyle w:val="Normal"/>
        <w:keepNext w:val="true"/>
        <w:ind w:hanging="0"/>
        <w:jc w:val="start"/>
        <w:rPr/>
      </w:pPr>
      <w:r>
        <w:rPr>
          <w:b w:val="false"/>
          <w:sz w:val="24"/>
        </w:rPr>
        <w:t xml:space="preserve">Таблица </w:t>
      </w:r>
      <w:r>
        <w:rPr>
          <w:b w:val="false"/>
          <w:sz w:val="24"/>
          <w:lang w:val="zxx"/>
        </w:rPr>
        <w:t>15</w:t>
      </w:r>
      <w:r>
        <w:rPr>
          <w:b w:val="false"/>
          <w:sz w:val="24"/>
        </w:rPr>
        <w:t xml:space="preserve"> - Явный выбор открытого и защищенного обмена</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5354"/>
        <w:gridCol w:w="4283"/>
      </w:tblGrid>
      <w:tr>
        <w:trPr>
          <w:cantSplit w:val="true"/>
        </w:trPr>
        <w:tc>
          <w:tcPr>
            <w:tcW w:w="5354"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Настройка устройства</w:t>
            </w:r>
          </w:p>
        </w:tc>
        <w:tc>
          <w:tcPr>
            <w:tcW w:w="4283"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Допустимое поведение</w:t>
            </w:r>
          </w:p>
        </w:tc>
      </w:tr>
      <w:tr>
        <w:trPr>
          <w:cantSplit w:val="true"/>
        </w:trPr>
        <w:tc>
          <w:tcPr>
            <w:tcW w:w="535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securityPolicy=optional</w:t>
            </w:r>
          </w:p>
        </w:tc>
        <w:tc>
          <w:tcPr>
            <w:tcW w:w="428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Разрешены явно выбранные клиентом </w:t>
            </w:r>
            <w:r>
              <w:rPr>
                <w:rFonts w:eastAsia="ＭＳ 明朝" w:cs=""/>
                <w:b w:val="false"/>
                <w:kern w:val="0"/>
                <w:sz w:val="28"/>
                <w:szCs w:val="22"/>
                <w:lang w:val="zxx" w:eastAsia="en-US" w:bidi="ar-SA"/>
              </w:rPr>
              <w:t>TLS</w:t>
            </w:r>
            <w:r>
              <w:rPr>
                <w:rFonts w:eastAsia="ＭＳ 明朝" w:cs=""/>
                <w:b w:val="false"/>
                <w:kern w:val="0"/>
                <w:sz w:val="28"/>
                <w:szCs w:val="22"/>
                <w:lang w:eastAsia="en-US" w:bidi="ar-SA"/>
              </w:rPr>
              <w:t xml:space="preserve"> и открытый </w:t>
            </w:r>
            <w:r>
              <w:rPr>
                <w:rFonts w:eastAsia="ＭＳ 明朝" w:cs=""/>
                <w:b w:val="false"/>
                <w:kern w:val="0"/>
                <w:sz w:val="28"/>
                <w:szCs w:val="22"/>
                <w:lang w:val="zxx" w:eastAsia="en-US" w:bidi="ar-SA"/>
              </w:rPr>
              <w:t>TCP.</w:t>
            </w:r>
            <w:r>
              <w:rPr>
                <w:rFonts w:eastAsia="ＭＳ 明朝" w:cs=""/>
                <w:b w:val="false"/>
                <w:kern w:val="0"/>
                <w:sz w:val="28"/>
                <w:szCs w:val="22"/>
                <w:lang w:eastAsia="en-US" w:bidi="ar-SA"/>
              </w:rPr>
              <w:t xml:space="preserve"> Наличие ключей не запрещает открытый канал. Чистое устройство без ключей работает по открытому </w:t>
            </w:r>
            <w:r>
              <w:rPr>
                <w:rFonts w:eastAsia="ＭＳ 明朝" w:cs=""/>
                <w:b w:val="false"/>
                <w:kern w:val="0"/>
                <w:sz w:val="28"/>
                <w:szCs w:val="22"/>
                <w:lang w:val="zxx" w:eastAsia="en-US" w:bidi="ar-SA"/>
              </w:rPr>
              <w:t>TCP</w:t>
            </w:r>
            <w:r>
              <w:rPr>
                <w:rFonts w:eastAsia="ＭＳ 明朝" w:cs=""/>
                <w:b w:val="false"/>
                <w:kern w:val="0"/>
                <w:sz w:val="28"/>
                <w:szCs w:val="22"/>
                <w:lang w:eastAsia="en-US" w:bidi="ar-SA"/>
              </w:rPr>
              <w:t xml:space="preserve"> с локально заданными правами.</w:t>
            </w:r>
          </w:p>
        </w:tc>
      </w:tr>
      <w:tr>
        <w:trPr>
          <w:cantSplit w:val="true"/>
        </w:trPr>
        <w:tc>
          <w:tcPr>
            <w:tcW w:w="5354"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securityPolicy=secureOnly</w:t>
            </w:r>
          </w:p>
        </w:tc>
        <w:tc>
          <w:tcPr>
            <w:tcW w:w="4283"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Разрешен только </w:t>
            </w:r>
            <w:r>
              <w:rPr>
                <w:rFonts w:eastAsia="ＭＳ 明朝" w:cs=""/>
                <w:b w:val="false"/>
                <w:kern w:val="0"/>
                <w:sz w:val="28"/>
                <w:szCs w:val="22"/>
                <w:lang w:val="zxx" w:eastAsia="en-US" w:bidi="ar-SA"/>
              </w:rPr>
              <w:t>TLS.</w:t>
            </w:r>
            <w:r>
              <w:rPr>
                <w:rFonts w:eastAsia="ＭＳ 明朝" w:cs=""/>
                <w:b w:val="false"/>
                <w:kern w:val="0"/>
                <w:sz w:val="28"/>
                <w:szCs w:val="22"/>
                <w:lang w:eastAsia="en-US" w:bidi="ar-SA"/>
              </w:rPr>
              <w:t xml:space="preserve"> При отсутствии действующих ключей устройство не принимает сетевое управление и сообщает неготовность локально; переход на открытый </w:t>
            </w:r>
            <w:r>
              <w:rPr>
                <w:rFonts w:eastAsia="ＭＳ 明朝" w:cs=""/>
                <w:b w:val="false"/>
                <w:kern w:val="0"/>
                <w:sz w:val="28"/>
                <w:szCs w:val="22"/>
                <w:lang w:val="zxx" w:eastAsia="en-US" w:bidi="ar-SA"/>
              </w:rPr>
              <w:t>TCP</w:t>
            </w:r>
            <w:r>
              <w:rPr>
                <w:rFonts w:eastAsia="ＭＳ 明朝" w:cs=""/>
                <w:b w:val="false"/>
                <w:kern w:val="0"/>
                <w:sz w:val="28"/>
                <w:szCs w:val="22"/>
                <w:lang w:eastAsia="en-US" w:bidi="ar-SA"/>
              </w:rPr>
              <w:t xml:space="preserve"> запрещен.</w:t>
            </w:r>
          </w:p>
        </w:tc>
      </w:tr>
    </w:tbl>
    <w:p>
      <w:pPr>
        <w:pStyle w:val="Normal"/>
        <w:spacing w:before="0" w:after="0"/>
        <w:rPr/>
      </w:pPr>
      <w:r>
        <w:rPr/>
      </w:r>
    </w:p>
    <w:p>
      <w:pPr>
        <w:pStyle w:val="Normal"/>
        <w:jc w:val="both"/>
        <w:rPr/>
      </w:pPr>
      <w:r>
        <w:rPr>
          <w:b w:val="false"/>
          <w:sz w:val="28"/>
          <w:lang w:val="zxx"/>
        </w:rPr>
        <w:t>14.55</w:t>
      </w:r>
      <w:r>
        <w:rPr>
          <w:b w:val="false"/>
          <w:sz w:val="28"/>
        </w:rPr>
        <w:t xml:space="preserve"> В новом пустом хранилище </w:t>
      </w:r>
      <w:r>
        <w:rPr>
          <w:b w:val="false"/>
          <w:sz w:val="28"/>
          <w:lang w:val="zxx"/>
        </w:rPr>
        <w:t>securityPolicy=optional.</w:t>
      </w:r>
      <w:r>
        <w:rPr>
          <w:b w:val="false"/>
          <w:sz w:val="28"/>
        </w:rPr>
        <w:t xml:space="preserve"> Настройка «Только защищенный канал» устанавливается при местном вводе; ее отключение </w:t>
      </w:r>
      <w:r>
        <w:rPr>
          <w:b w:val="false"/>
          <w:sz w:val="28"/>
          <w:lang w:val="zxx"/>
        </w:rPr>
        <w:t>ДОПУСКАЕТСЯ</w:t>
      </w:r>
      <w:r>
        <w:rPr>
          <w:b w:val="false"/>
          <w:sz w:val="28"/>
        </w:rPr>
        <w:t xml:space="preserve"> только местно при подтвержденном </w:t>
      </w:r>
      <w:r>
        <w:rPr>
          <w:b w:val="false"/>
          <w:sz w:val="28"/>
          <w:lang w:val="zxx"/>
        </w:rPr>
        <w:t>off.</w:t>
      </w:r>
      <w:r>
        <w:rPr>
          <w:b w:val="false"/>
          <w:sz w:val="28"/>
        </w:rPr>
        <w:t xml:space="preserve"> Изменение атомарно; переход в </w:t>
      </w:r>
      <w:r>
        <w:rPr>
          <w:b w:val="false"/>
          <w:sz w:val="28"/>
          <w:lang w:val="zxx"/>
        </w:rPr>
        <w:t>secureOnly</w:t>
      </w:r>
      <w:r>
        <w:rPr>
          <w:b w:val="false"/>
          <w:sz w:val="28"/>
        </w:rPr>
        <w:t xml:space="preserve"> </w:t>
      </w:r>
      <w:r>
        <w:rPr>
          <w:b w:val="false"/>
          <w:sz w:val="28"/>
          <w:lang w:val="zxx"/>
        </w:rPr>
        <w:t>ДОПУСКАЕТСЯ</w:t>
      </w:r>
      <w:r>
        <w:rPr>
          <w:b w:val="false"/>
          <w:sz w:val="28"/>
        </w:rPr>
        <w:t xml:space="preserve"> после успешного пробного </w:t>
      </w:r>
      <w:r>
        <w:rPr>
          <w:b w:val="false"/>
          <w:sz w:val="28"/>
          <w:lang w:val="zxx"/>
        </w:rPr>
        <w:t>TLS</w:t>
      </w:r>
      <w:r>
        <w:rPr>
          <w:b w:val="false"/>
          <w:sz w:val="28"/>
        </w:rPr>
        <w:t xml:space="preserve"> с </w:t>
      </w:r>
      <w:r>
        <w:rPr>
          <w:b w:val="false"/>
          <w:sz w:val="28"/>
          <w:lang w:val="zxx"/>
        </w:rPr>
        <w:t>active-</w:t>
      </w:r>
      <w:r>
        <w:rPr>
          <w:b w:val="false"/>
          <w:sz w:val="28"/>
        </w:rPr>
        <w:t xml:space="preserve">ключом, отзывает открытые привязки и останавливает их активные исполнения независимо от </w:t>
      </w:r>
      <w:r>
        <w:rPr>
          <w:b w:val="false"/>
          <w:sz w:val="28"/>
          <w:lang w:val="zxx"/>
        </w:rPr>
        <w:t>onControlLoss=finish.</w:t>
      </w:r>
      <w:r>
        <w:rPr>
          <w:b w:val="false"/>
          <w:sz w:val="28"/>
        </w:rPr>
        <w:t xml:space="preserve"> Сброс ключей не сбрасывает </w:t>
      </w:r>
      <w:r>
        <w:rPr>
          <w:b w:val="false"/>
          <w:sz w:val="28"/>
          <w:lang w:val="zxx"/>
        </w:rPr>
        <w:t>secureOnly.</w:t>
      </w:r>
      <w:r>
        <w:rPr>
          <w:b w:val="false"/>
          <w:sz w:val="28"/>
        </w:rPr>
        <w:t xml:space="preserve"> Команда открытого канала не меняет эту настройку и не устанавливает доверие.</w:t>
      </w:r>
    </w:p>
    <w:p>
      <w:pPr>
        <w:pStyle w:val="Normal"/>
        <w:jc w:val="both"/>
        <w:rPr/>
      </w:pPr>
      <w:r>
        <w:rPr>
          <w:b w:val="false"/>
          <w:sz w:val="28"/>
          <w:lang w:val="zxx"/>
        </w:rPr>
        <w:t>14.56</w:t>
      </w:r>
      <w:r>
        <w:rPr>
          <w:b w:val="false"/>
          <w:sz w:val="28"/>
        </w:rPr>
        <w:t xml:space="preserve"> В АРМ, конфигураторе, эмуляторе и прошивке режим соединения выбирается явно: </w:t>
      </w:r>
      <w:r>
        <w:rPr>
          <w:b w:val="false"/>
          <w:sz w:val="28"/>
          <w:lang w:val="zxx"/>
        </w:rPr>
        <w:t>tls</w:t>
      </w:r>
      <w:r>
        <w:rPr>
          <w:b w:val="false"/>
          <w:sz w:val="28"/>
        </w:rPr>
        <w:t xml:space="preserve"> либо </w:t>
      </w:r>
      <w:r>
        <w:rPr>
          <w:b w:val="false"/>
          <w:sz w:val="28"/>
          <w:lang w:val="zxx"/>
        </w:rPr>
        <w:t>plain.</w:t>
      </w:r>
      <w:r>
        <w:rPr>
          <w:b w:val="false"/>
          <w:sz w:val="28"/>
        </w:rPr>
        <w:t xml:space="preserve"> В АРМ это настройка устройства Открытый протокол систем оповещения «Защищенный обмен»: при выключении поля ключей не требуются; состояние показывает «Открытый канал». Настройка УУ «Только защищенный канал» имеет приоритет над выбором клиента. Ошибка ключа, </w:t>
      </w:r>
      <w:r>
        <w:rPr>
          <w:b w:val="false"/>
          <w:sz w:val="28"/>
          <w:lang w:val="zxx"/>
        </w:rPr>
        <w:t>TLS</w:t>
      </w:r>
      <w:r>
        <w:rPr>
          <w:b w:val="false"/>
          <w:sz w:val="28"/>
        </w:rPr>
        <w:t xml:space="preserve"> или таймаут не вызывают автоматического повторения через </w:t>
      </w:r>
      <w:r>
        <w:rPr>
          <w:b w:val="false"/>
          <w:sz w:val="28"/>
          <w:lang w:val="zxx"/>
        </w:rPr>
        <w:t>plain.</w:t>
      </w:r>
      <w:r>
        <w:rPr>
          <w:b w:val="false"/>
          <w:sz w:val="28"/>
        </w:rPr>
        <w:t xml:space="preserve"> Открытый режим поддерживает обычные команды управления, оповещения и чтения в пределах локальных прав; он не является только диагностическим режимом.</w:t>
      </w:r>
    </w:p>
    <w:p>
      <w:pPr>
        <w:pStyle w:val="Normal"/>
        <w:jc w:val="both"/>
        <w:rPr/>
      </w:pPr>
      <w:r>
        <w:rPr>
          <w:b w:val="false"/>
          <w:sz w:val="28"/>
          <w:lang w:val="zxx"/>
        </w:rPr>
        <w:t>14.57</w:t>
      </w:r>
      <w:r>
        <w:rPr>
          <w:b w:val="false"/>
          <w:sz w:val="28"/>
        </w:rPr>
        <w:t xml:space="preserve"> Один </w:t>
      </w:r>
      <w:r>
        <w:rPr>
          <w:b w:val="false"/>
          <w:sz w:val="28"/>
          <w:lang w:val="zxx"/>
        </w:rPr>
        <w:t>TCP-</w:t>
      </w:r>
      <w:r>
        <w:rPr>
          <w:b w:val="false"/>
          <w:sz w:val="28"/>
        </w:rPr>
        <w:t xml:space="preserve">порт может принимать оба режима. До разбора первого сообщения соединение имеет состояние </w:t>
      </w:r>
      <w:r>
        <w:rPr>
          <w:b w:val="false"/>
          <w:sz w:val="28"/>
          <w:lang w:val="zxx"/>
        </w:rPr>
        <w:t>undecided:</w:t>
      </w:r>
      <w:r>
        <w:rPr>
          <w:b w:val="false"/>
          <w:sz w:val="28"/>
        </w:rPr>
        <w:t xml:space="preserve"> первый байт </w:t>
      </w:r>
      <w:r>
        <w:rPr>
          <w:b w:val="false"/>
          <w:sz w:val="28"/>
          <w:lang w:val="zxx"/>
        </w:rPr>
        <w:t>0x16</w:t>
      </w:r>
      <w:r>
        <w:rPr>
          <w:b w:val="false"/>
          <w:sz w:val="28"/>
        </w:rPr>
        <w:t xml:space="preserve"> выбирает </w:t>
      </w:r>
      <w:r>
        <w:rPr>
          <w:b w:val="false"/>
          <w:sz w:val="28"/>
          <w:lang w:val="zxx"/>
        </w:rPr>
        <w:t>TLS</w:t>
      </w:r>
      <w:r>
        <w:rPr>
          <w:b w:val="false"/>
          <w:sz w:val="28"/>
        </w:rPr>
        <w:t xml:space="preserve">, </w:t>
      </w:r>
      <w:r>
        <w:rPr>
          <w:b w:val="false"/>
          <w:sz w:val="28"/>
          <w:lang w:val="zxx"/>
        </w:rPr>
        <w:t>0x00</w:t>
      </w:r>
      <w:r>
        <w:rPr>
          <w:b w:val="false"/>
          <w:sz w:val="28"/>
        </w:rPr>
        <w:t xml:space="preserve"> — открытую четырехбайтовую рамку </w:t>
      </w:r>
      <w:r>
        <w:rPr>
          <w:b w:val="false"/>
          <w:sz w:val="28"/>
          <w:lang w:val="zxx"/>
        </w:rPr>
        <w:t>XML</w:t>
      </w:r>
      <w:r>
        <w:rPr>
          <w:b w:val="false"/>
          <w:sz w:val="28"/>
        </w:rPr>
        <w:t xml:space="preserve"> длиной </w:t>
      </w:r>
      <w:r>
        <w:rPr>
          <w:b w:val="false"/>
          <w:sz w:val="28"/>
          <w:lang w:val="zxx"/>
        </w:rPr>
        <w:t>1..1024</w:t>
      </w:r>
      <w:r>
        <w:rPr>
          <w:b w:val="false"/>
          <w:sz w:val="28"/>
        </w:rPr>
        <w:t xml:space="preserve">; любое другое значение закрывает соединение. При </w:t>
      </w:r>
      <w:r>
        <w:rPr>
          <w:b w:val="false"/>
          <w:sz w:val="28"/>
          <w:lang w:val="zxx"/>
        </w:rPr>
        <w:t>secureOnly</w:t>
      </w:r>
      <w:r>
        <w:rPr>
          <w:b w:val="false"/>
          <w:sz w:val="28"/>
        </w:rPr>
        <w:t xml:space="preserve"> вариант </w:t>
      </w:r>
      <w:r>
        <w:rPr>
          <w:b w:val="false"/>
          <w:sz w:val="28"/>
          <w:lang w:val="zxx"/>
        </w:rPr>
        <w:t>0x00</w:t>
      </w:r>
      <w:r>
        <w:rPr>
          <w:b w:val="false"/>
          <w:sz w:val="28"/>
        </w:rPr>
        <w:t xml:space="preserve"> немедленно отклоняется. Выбор закрепляется на срок соединения: неверный </w:t>
      </w:r>
      <w:r>
        <w:rPr>
          <w:b w:val="false"/>
          <w:sz w:val="28"/>
          <w:lang w:val="zxx"/>
        </w:rPr>
        <w:t>TLS</w:t>
      </w:r>
      <w:r>
        <w:rPr>
          <w:b w:val="false"/>
          <w:sz w:val="28"/>
        </w:rPr>
        <w:t xml:space="preserve"> никогда не передается </w:t>
      </w:r>
      <w:r>
        <w:rPr>
          <w:b w:val="false"/>
          <w:sz w:val="28"/>
          <w:lang w:val="zxx"/>
        </w:rPr>
        <w:t>XML-</w:t>
      </w:r>
      <w:r>
        <w:rPr>
          <w:b w:val="false"/>
          <w:sz w:val="28"/>
        </w:rPr>
        <w:t xml:space="preserve">парсеру и наоборот. Возможны отдельные явно настроенные порты с теми же правилами. Открытый клиент сразу передает </w:t>
      </w:r>
      <w:r>
        <w:rPr>
          <w:b w:val="false"/>
          <w:sz w:val="28"/>
          <w:lang w:val="zxx"/>
        </w:rPr>
        <w:t>protocol.hello</w:t>
      </w:r>
      <w:r>
        <w:rPr>
          <w:b w:val="false"/>
          <w:sz w:val="28"/>
        </w:rPr>
        <w:t xml:space="preserve">; защищенный — после завершенного </w:t>
      </w:r>
      <w:r>
        <w:rPr>
          <w:b w:val="false"/>
          <w:sz w:val="28"/>
          <w:lang w:val="zxx"/>
        </w:rPr>
        <w:t>TLS.</w:t>
      </w:r>
      <w:r>
        <w:rPr>
          <w:b w:val="false"/>
          <w:sz w:val="28"/>
        </w:rPr>
        <w:t xml:space="preserve"> Оба используют один </w:t>
      </w:r>
      <w:r>
        <w:rPr>
          <w:b w:val="false"/>
          <w:sz w:val="28"/>
          <w:lang w:val="zxx"/>
        </w:rPr>
        <w:t>wire-</w:t>
      </w:r>
      <w:r>
        <w:rPr>
          <w:b w:val="false"/>
          <w:sz w:val="28"/>
        </w:rPr>
        <w:t xml:space="preserve">профиль и размеры </w:t>
      </w:r>
      <w:r>
        <w:rPr>
          <w:b w:val="false"/>
          <w:sz w:val="28"/>
          <w:lang w:val="zxx"/>
        </w:rPr>
        <w:t>XML.</w:t>
      </w:r>
    </w:p>
    <w:p>
      <w:pPr>
        <w:pStyle w:val="Normal"/>
        <w:jc w:val="both"/>
        <w:rPr/>
      </w:pPr>
      <w:r>
        <w:rPr>
          <w:b w:val="false"/>
          <w:sz w:val="28"/>
          <w:lang w:val="zxx"/>
        </w:rPr>
        <w:t>14.58</w:t>
      </w:r>
      <w:r>
        <w:rPr>
          <w:b w:val="false"/>
          <w:sz w:val="28"/>
        </w:rPr>
        <w:t xml:space="preserve"> Открытый канал не проверяет </w:t>
      </w:r>
      <w:r>
        <w:rPr>
          <w:b w:val="false"/>
          <w:sz w:val="28"/>
          <w:lang w:val="zxx"/>
        </w:rPr>
        <w:t>PSK</w:t>
      </w:r>
      <w:r>
        <w:rPr>
          <w:b w:val="false"/>
          <w:sz w:val="28"/>
        </w:rPr>
        <w:t xml:space="preserve"> и не доказывает личность отправителя. В </w:t>
      </w:r>
      <w:r>
        <w:rPr>
          <w:b w:val="false"/>
          <w:sz w:val="28"/>
          <w:lang w:val="zxx"/>
        </w:rPr>
        <w:t>protocol.hello</w:t>
      </w:r>
      <w:r>
        <w:rPr>
          <w:b w:val="false"/>
          <w:sz w:val="28"/>
        </w:rPr>
        <w:t xml:space="preserve"> его элемент </w:t>
      </w:r>
      <w:r>
        <w:rPr>
          <w:b w:val="false"/>
          <w:sz w:val="28"/>
          <w:lang w:val="zxx"/>
        </w:rPr>
        <w:t>hello</w:t>
      </w:r>
      <w:r>
        <w:rPr>
          <w:b w:val="false"/>
          <w:sz w:val="28"/>
        </w:rPr>
        <w:t xml:space="preserve"> содержит обязательный </w:t>
      </w:r>
      <w:r>
        <w:rPr>
          <w:b w:val="false"/>
          <w:sz w:val="28"/>
          <w:lang w:val="zxx"/>
        </w:rPr>
        <w:t>clientId</w:t>
      </w:r>
      <w:r>
        <w:rPr>
          <w:b w:val="false"/>
          <w:sz w:val="28"/>
        </w:rPr>
        <w:t xml:space="preserve"> (</w:t>
      </w:r>
      <w:r>
        <w:rPr>
          <w:b w:val="false"/>
          <w:sz w:val="28"/>
          <w:lang w:val="zxx"/>
        </w:rPr>
        <w:t>32</w:t>
      </w:r>
      <w:r>
        <w:rPr>
          <w:b w:val="false"/>
          <w:sz w:val="28"/>
        </w:rPr>
        <w:t xml:space="preserve"> строчных </w:t>
      </w:r>
      <w:r>
        <w:rPr>
          <w:b w:val="false"/>
          <w:sz w:val="28"/>
          <w:lang w:val="zxx"/>
        </w:rPr>
        <w:t>hex</w:t>
      </w:r>
      <w:r>
        <w:rPr>
          <w:b w:val="false"/>
          <w:sz w:val="28"/>
        </w:rPr>
        <w:t xml:space="preserve">), постоянно сохраняемый клиентом; при </w:t>
      </w:r>
      <w:r>
        <w:rPr>
          <w:b w:val="false"/>
          <w:sz w:val="28"/>
          <w:lang w:val="zxx"/>
        </w:rPr>
        <w:t>tls</w:t>
      </w:r>
      <w:r>
        <w:rPr>
          <w:b w:val="false"/>
          <w:sz w:val="28"/>
        </w:rPr>
        <w:t xml:space="preserve"> этот атрибут запрещен. УУ использует пару </w:t>
      </w:r>
      <w:r>
        <w:rPr>
          <w:b w:val="false"/>
          <w:sz w:val="28"/>
          <w:lang w:val="zxx"/>
        </w:rPr>
        <w:t>plain/</w:t>
      </w:r>
      <w:r>
        <w:rPr>
          <w:b w:val="false"/>
          <w:sz w:val="28"/>
        </w:rPr>
        <w:t>​</w:t>
      </w:r>
      <w:r>
        <w:rPr>
          <w:b w:val="false"/>
          <w:sz w:val="28"/>
          <w:lang w:val="zxx"/>
        </w:rPr>
        <w:t>clientId</w:t>
      </w:r>
      <w:r>
        <w:rPr>
          <w:b w:val="false"/>
          <w:sz w:val="28"/>
        </w:rPr>
        <w:t xml:space="preserve"> как логическую идентичность открытого клиента, чтобы разделять последовательности и повторы, но не как доказательство полномочий. Все открытые клиенты получают одни локально настроенные </w:t>
      </w:r>
      <w:r>
        <w:rPr>
          <w:b w:val="false"/>
          <w:sz w:val="28"/>
          <w:lang w:val="zxx"/>
        </w:rPr>
        <w:t>plainRoles/</w:t>
      </w:r>
      <w:r>
        <w:rPr>
          <w:b w:val="false"/>
          <w:sz w:val="28"/>
        </w:rPr>
        <w:t>​</w:t>
      </w:r>
      <w:r>
        <w:rPr>
          <w:b w:val="false"/>
          <w:sz w:val="28"/>
          <w:lang w:val="zxx"/>
        </w:rPr>
        <w:t>plainResourceIds</w:t>
      </w:r>
      <w:r>
        <w:rPr>
          <w:b w:val="false"/>
          <w:sz w:val="28"/>
        </w:rPr>
        <w:t xml:space="preserve">; </w:t>
      </w:r>
      <w:r>
        <w:rPr>
          <w:b w:val="false"/>
          <w:sz w:val="28"/>
          <w:lang w:val="zxx"/>
        </w:rPr>
        <w:t>clientId</w:t>
      </w:r>
      <w:r>
        <w:rPr>
          <w:b w:val="false"/>
          <w:sz w:val="28"/>
        </w:rPr>
        <w:t xml:space="preserve"> не выбирает привилегированную учетную запись. В пустой конфигурации базовые роли </w:t>
      </w:r>
      <w:r>
        <w:rPr>
          <w:b w:val="false"/>
          <w:sz w:val="28"/>
          <w:lang w:val="zxx"/>
        </w:rPr>
        <w:t>observer/</w:t>
      </w:r>
      <w:r>
        <w:rPr>
          <w:b w:val="false"/>
          <w:sz w:val="28"/>
        </w:rPr>
        <w:t>​</w:t>
      </w:r>
      <w:r>
        <w:rPr>
          <w:b w:val="false"/>
          <w:sz w:val="28"/>
          <w:lang w:val="zxx"/>
        </w:rPr>
        <w:t>operator</w:t>
      </w:r>
      <w:r>
        <w:rPr>
          <w:b w:val="false"/>
          <w:sz w:val="28"/>
        </w:rPr>
        <w:t xml:space="preserve"> и явно объявленные локальные ресурсы не дают открытого </w:t>
      </w:r>
      <w:r>
        <w:rPr>
          <w:b w:val="false"/>
          <w:sz w:val="28"/>
          <w:lang w:val="zxx"/>
        </w:rPr>
        <w:t>real/</w:t>
      </w:r>
      <w:r>
        <w:rPr>
          <w:b w:val="false"/>
          <w:sz w:val="28"/>
        </w:rPr>
        <w:t>​</w:t>
      </w:r>
      <w:r>
        <w:rPr>
          <w:b w:val="false"/>
          <w:sz w:val="28"/>
          <w:lang w:val="zxx"/>
        </w:rPr>
        <w:t>exercise/</w:t>
      </w:r>
      <w:r>
        <w:rPr>
          <w:b w:val="false"/>
          <w:sz w:val="28"/>
        </w:rPr>
        <w:t>​</w:t>
      </w:r>
      <w:r>
        <w:rPr>
          <w:b w:val="false"/>
          <w:sz w:val="28"/>
          <w:lang w:val="zxx"/>
        </w:rPr>
        <w:t>technical:</w:t>
      </w:r>
      <w:r>
        <w:rPr>
          <w:b w:val="false"/>
          <w:sz w:val="28"/>
        </w:rPr>
        <w:t xml:space="preserve"> эти назначения требуют отдельного разрешения в локальной политике. АРМ не меняет </w:t>
      </w:r>
      <w:r>
        <w:rPr>
          <w:b w:val="false"/>
          <w:sz w:val="28"/>
          <w:lang w:val="zxx"/>
        </w:rPr>
        <w:t>clientId</w:t>
      </w:r>
      <w:r>
        <w:rPr>
          <w:b w:val="false"/>
          <w:sz w:val="28"/>
        </w:rPr>
        <w:t xml:space="preserve"> при обычном переподключении. Кто скопировал </w:t>
      </w:r>
      <w:r>
        <w:rPr>
          <w:b w:val="false"/>
          <w:sz w:val="28"/>
          <w:lang w:val="zxx"/>
        </w:rPr>
        <w:t>clientId</w:t>
      </w:r>
      <w:r>
        <w:rPr>
          <w:b w:val="false"/>
          <w:sz w:val="28"/>
        </w:rPr>
        <w:t xml:space="preserve">, неотличим от прежнего открытого клиента; это ограничение </w:t>
      </w:r>
      <w:r>
        <w:rPr>
          <w:b w:val="false"/>
          <w:sz w:val="28"/>
          <w:lang w:val="zxx"/>
        </w:rPr>
        <w:t>plain</w:t>
      </w:r>
      <w:r>
        <w:rPr>
          <w:b w:val="false"/>
          <w:sz w:val="28"/>
        </w:rPr>
        <w:t xml:space="preserve">, а не защищенная идентификация. </w:t>
      </w:r>
      <w:r>
        <w:rPr>
          <w:b w:val="false"/>
          <w:sz w:val="28"/>
          <w:lang w:val="zxx"/>
        </w:rPr>
        <w:t>IP-</w:t>
      </w:r>
      <w:r>
        <w:rPr>
          <w:b w:val="false"/>
          <w:sz w:val="28"/>
        </w:rPr>
        <w:t>фильтр также не объявляется криптографической аутентификацией. Проверки эпохи, привязки, повторов, занятости, ресурсов и физического результата сохраняются.</w:t>
      </w:r>
    </w:p>
    <w:p>
      <w:pPr>
        <w:pStyle w:val="Normal"/>
        <w:jc w:val="both"/>
        <w:rPr/>
      </w:pPr>
      <w:r>
        <w:rPr>
          <w:b w:val="false"/>
          <w:sz w:val="28"/>
          <w:lang w:val="zxx"/>
        </w:rPr>
        <w:t>14.59</w:t>
      </w:r>
      <w:r>
        <w:rPr>
          <w:b w:val="false"/>
          <w:sz w:val="28"/>
        </w:rPr>
        <w:t xml:space="preserve"> Требования о криптографически аутентифицированном </w:t>
      </w:r>
      <w:r>
        <w:rPr>
          <w:b w:val="false"/>
          <w:sz w:val="28"/>
          <w:lang w:val="zxx"/>
        </w:rPr>
        <w:t>principalId</w:t>
      </w:r>
      <w:r>
        <w:rPr>
          <w:b w:val="false"/>
          <w:sz w:val="28"/>
        </w:rPr>
        <w:t xml:space="preserve"> относятся к </w:t>
      </w:r>
      <w:r>
        <w:rPr>
          <w:b w:val="false"/>
          <w:sz w:val="28"/>
          <w:lang w:val="zxx"/>
        </w:rPr>
        <w:t>tls.</w:t>
      </w:r>
      <w:r>
        <w:rPr>
          <w:b w:val="false"/>
          <w:sz w:val="28"/>
        </w:rPr>
        <w:t xml:space="preserve"> Для </w:t>
      </w:r>
      <w:r>
        <w:rPr>
          <w:b w:val="false"/>
          <w:sz w:val="28"/>
          <w:lang w:val="zxx"/>
        </w:rPr>
        <w:t>plain</w:t>
      </w:r>
      <w:r>
        <w:rPr>
          <w:b w:val="false"/>
          <w:sz w:val="28"/>
        </w:rPr>
        <w:t xml:space="preserve"> вместо него используется явно обозначенная логическая идентичность </w:t>
      </w:r>
      <w:r>
        <w:rPr>
          <w:b w:val="false"/>
          <w:sz w:val="28"/>
          <w:lang w:val="zxx"/>
        </w:rPr>
        <w:t>plain/</w:t>
      </w:r>
      <w:r>
        <w:rPr>
          <w:b w:val="false"/>
          <w:sz w:val="28"/>
        </w:rPr>
        <w:t>​</w:t>
      </w:r>
      <w:r>
        <w:rPr>
          <w:b w:val="false"/>
          <w:sz w:val="28"/>
          <w:lang w:val="zxx"/>
        </w:rPr>
        <w:t>clientId</w:t>
      </w:r>
      <w:r>
        <w:rPr>
          <w:b w:val="false"/>
          <w:sz w:val="28"/>
        </w:rPr>
        <w:t xml:space="preserve"> с описанной границей доверия. Контекст владения и </w:t>
      </w:r>
      <w:r>
        <w:rPr>
          <w:b w:val="false"/>
          <w:sz w:val="28"/>
          <w:lang w:val="zxx"/>
        </w:rPr>
        <w:t>mediaId/</w:t>
      </w:r>
      <w:r>
        <w:rPr>
          <w:b w:val="false"/>
          <w:sz w:val="28"/>
        </w:rPr>
        <w:t>​</w:t>
      </w:r>
      <w:r>
        <w:rPr>
          <w:b w:val="false"/>
          <w:sz w:val="28"/>
          <w:lang w:val="zxx"/>
        </w:rPr>
        <w:t>transferId</w:t>
      </w:r>
      <w:r>
        <w:rPr>
          <w:b w:val="false"/>
          <w:sz w:val="28"/>
        </w:rPr>
        <w:t xml:space="preserve"> фиксирует также режим; открытый канал не может </w:t>
      </w:r>
      <w:r>
        <w:rPr>
          <w:b w:val="false"/>
          <w:sz w:val="28"/>
          <w:lang w:val="zxx"/>
        </w:rPr>
        <w:t>resume</w:t>
      </w:r>
      <w:r>
        <w:rPr>
          <w:b w:val="false"/>
          <w:sz w:val="28"/>
        </w:rPr>
        <w:t xml:space="preserve">, </w:t>
      </w:r>
      <w:r>
        <w:rPr>
          <w:b w:val="false"/>
          <w:sz w:val="28"/>
          <w:lang w:val="zxx"/>
        </w:rPr>
        <w:t>heartbeat</w:t>
      </w:r>
      <w:r>
        <w:rPr>
          <w:b w:val="false"/>
          <w:sz w:val="28"/>
        </w:rPr>
        <w:t xml:space="preserve">, </w:t>
      </w:r>
      <w:r>
        <w:rPr>
          <w:b w:val="false"/>
          <w:sz w:val="28"/>
          <w:lang w:val="zxx"/>
        </w:rPr>
        <w:t>session.stop</w:t>
      </w:r>
      <w:r>
        <w:rPr>
          <w:b w:val="false"/>
          <w:sz w:val="28"/>
        </w:rPr>
        <w:t xml:space="preserve"> или продолжить операцию, принятую от </w:t>
      </w:r>
      <w:r>
        <w:rPr>
          <w:b w:val="false"/>
          <w:sz w:val="28"/>
          <w:lang w:val="zxx"/>
        </w:rPr>
        <w:t>TLS-</w:t>
      </w:r>
      <w:r>
        <w:rPr>
          <w:b w:val="false"/>
          <w:sz w:val="28"/>
        </w:rPr>
        <w:t xml:space="preserve">участника. Переход между режимами требует завершения прежнего владения и нового </w:t>
      </w:r>
      <w:r>
        <w:rPr>
          <w:b w:val="false"/>
          <w:sz w:val="28"/>
          <w:lang w:val="zxx"/>
        </w:rPr>
        <w:t>acquire.</w:t>
      </w:r>
      <w:r>
        <w:rPr>
          <w:b w:val="false"/>
          <w:sz w:val="28"/>
        </w:rPr>
        <w:t xml:space="preserve"> Это разделение не ограничивает местную аварийную остановку и не делает открытое управление защищенным.</w:t>
      </w:r>
    </w:p>
    <w:p>
      <w:pPr>
        <w:pStyle w:val="Normal"/>
        <w:jc w:val="start"/>
        <w:rPr/>
      </w:pPr>
      <w:r>
        <w:rPr>
          <w:b w:val="false"/>
          <w:sz w:val="28"/>
          <w:lang w:val="zxx"/>
        </w:rPr>
        <w:t>14.60</w:t>
      </w:r>
      <w:r>
        <w:rPr>
          <w:b w:val="false"/>
          <w:sz w:val="28"/>
        </w:rPr>
        <w:t xml:space="preserve"> </w:t>
      </w:r>
      <w:r>
        <w:rPr>
          <w:b w:val="false"/>
          <w:sz w:val="28"/>
          <w:lang w:val="zxx"/>
        </w:rPr>
        <w:t>device.describe</w:t>
      </w:r>
      <w:r>
        <w:rPr>
          <w:b w:val="false"/>
          <w:sz w:val="28"/>
        </w:rPr>
        <w:t xml:space="preserve"> сообщает </w:t>
      </w:r>
      <w:r>
        <w:rPr>
          <w:b w:val="false"/>
          <w:sz w:val="28"/>
          <w:lang w:val="zxx"/>
        </w:rPr>
        <w:t>securityPolicy=optional|</w:t>
      </w:r>
      <w:r>
        <w:rPr>
          <w:b w:val="false"/>
          <w:sz w:val="28"/>
        </w:rPr>
        <w:t>​</w:t>
      </w:r>
      <w:r>
        <w:rPr>
          <w:b w:val="false"/>
          <w:sz w:val="28"/>
          <w:lang w:val="zxx"/>
        </w:rPr>
        <w:t>secureOnly.</w:t>
      </w:r>
      <w:r>
        <w:rPr>
          <w:b w:val="false"/>
          <w:sz w:val="28"/>
        </w:rPr>
        <w:t xml:space="preserve"> </w:t>
      </w:r>
      <w:r>
        <w:rPr>
          <w:b w:val="false"/>
          <w:sz w:val="28"/>
          <w:lang w:val="zxx"/>
        </w:rPr>
        <w:t>protocol.hello</w:t>
      </w:r>
      <w:r>
        <w:rPr>
          <w:b w:val="false"/>
          <w:sz w:val="28"/>
        </w:rPr>
        <w:t xml:space="preserve"> сообщает </w:t>
      </w:r>
      <w:r>
        <w:rPr>
          <w:b w:val="false"/>
          <w:sz w:val="28"/>
          <w:lang w:val="zxx"/>
        </w:rPr>
        <w:t>security=tls|</w:t>
      </w:r>
      <w:r>
        <w:rPr>
          <w:b w:val="false"/>
          <w:sz w:val="28"/>
        </w:rPr>
        <w:t>​</w:t>
      </w:r>
      <w:r>
        <w:rPr>
          <w:b w:val="false"/>
          <w:sz w:val="28"/>
          <w:lang w:val="zxx"/>
        </w:rPr>
        <w:t>plain</w:t>
      </w:r>
      <w:r>
        <w:rPr>
          <w:b w:val="false"/>
          <w:sz w:val="28"/>
        </w:rPr>
        <w:t xml:space="preserve">, совпадающий с фактическим управлением. Режим отображается в диагностике. Файлы используют </w:t>
      </w:r>
      <w:r>
        <w:rPr>
          <w:b w:val="false"/>
          <w:sz w:val="28"/>
          <w:lang w:val="zxx"/>
        </w:rPr>
        <w:t>TLS</w:t>
      </w:r>
      <w:r>
        <w:rPr>
          <w:b w:val="false"/>
          <w:sz w:val="28"/>
        </w:rPr>
        <w:t xml:space="preserve"> при </w:t>
      </w:r>
      <w:r>
        <w:rPr>
          <w:b w:val="false"/>
          <w:sz w:val="28"/>
          <w:lang w:val="zxx"/>
        </w:rPr>
        <w:t>tls</w:t>
      </w:r>
      <w:r>
        <w:rPr>
          <w:b w:val="false"/>
          <w:sz w:val="28"/>
        </w:rPr>
        <w:t xml:space="preserve"> и открытый </w:t>
      </w:r>
      <w:r>
        <w:rPr>
          <w:b w:val="false"/>
          <w:sz w:val="28"/>
          <w:lang w:val="zxx"/>
        </w:rPr>
        <w:t>TCP</w:t>
      </w:r>
      <w:r>
        <w:rPr>
          <w:b w:val="false"/>
          <w:sz w:val="28"/>
        </w:rPr>
        <w:t xml:space="preserve"> при </w:t>
      </w:r>
      <w:r>
        <w:rPr>
          <w:b w:val="false"/>
          <w:sz w:val="28"/>
          <w:lang w:val="zxx"/>
        </w:rPr>
        <w:t>plain</w:t>
      </w:r>
      <w:r>
        <w:rPr>
          <w:b w:val="false"/>
          <w:sz w:val="28"/>
        </w:rPr>
        <w:t xml:space="preserve"> с привязкой </w:t>
      </w:r>
      <w:r>
        <w:rPr>
          <w:b w:val="false"/>
          <w:sz w:val="28"/>
          <w:lang w:val="zxx"/>
        </w:rPr>
        <w:t>transfer.hello.</w:t>
      </w:r>
      <w:r>
        <w:rPr>
          <w:b w:val="false"/>
          <w:sz w:val="28"/>
        </w:rPr>
        <w:t xml:space="preserve"> Живая речь использует </w:t>
      </w:r>
      <w:r>
        <w:rPr>
          <w:b w:val="false"/>
          <w:sz w:val="28"/>
          <w:lang w:val="zxx"/>
        </w:rPr>
        <w:t>UDP:</w:t>
      </w:r>
      <w:r>
        <w:rPr>
          <w:b w:val="false"/>
          <w:sz w:val="28"/>
        </w:rPr>
        <w:t xml:space="preserve"> при </w:t>
      </w:r>
      <w:r>
        <w:rPr>
          <w:b w:val="false"/>
          <w:sz w:val="28"/>
          <w:lang w:val="zxx"/>
        </w:rPr>
        <w:t>tls</w:t>
      </w:r>
      <w:r>
        <w:rPr>
          <w:b w:val="false"/>
          <w:sz w:val="28"/>
        </w:rPr>
        <w:t xml:space="preserve"> проверяется метка, при </w:t>
      </w:r>
      <w:r>
        <w:rPr>
          <w:b w:val="false"/>
          <w:sz w:val="28"/>
          <w:lang w:val="zxx"/>
        </w:rPr>
        <w:t>plain</w:t>
      </w:r>
      <w:r>
        <w:rPr>
          <w:b w:val="false"/>
          <w:sz w:val="28"/>
        </w:rPr>
        <w:t xml:space="preserve"> криптографической проверки нет. Звук не шифруется в обоих режимах. Подпись прошивки и проверка издателя сохраняются независимо от транспорта.</w:t>
      </w:r>
    </w:p>
    <w:p>
      <w:pPr>
        <w:pStyle w:val="Normal"/>
        <w:jc w:val="both"/>
        <w:rPr/>
      </w:pPr>
      <w:r>
        <w:rPr>
          <w:b w:val="false"/>
          <w:sz w:val="28"/>
          <w:lang w:val="zxx"/>
        </w:rPr>
        <w:t>14.61</w:t>
      </w:r>
      <w:r>
        <w:rPr>
          <w:b w:val="false"/>
          <w:sz w:val="28"/>
        </w:rPr>
        <w:t xml:space="preserve"> Режим без ключей является разрешенным эксплуатационным выбором, а не обещанием защиты от подмены. Для </w:t>
      </w:r>
      <w:r>
        <w:rPr>
          <w:b w:val="false"/>
          <w:sz w:val="28"/>
          <w:lang w:val="zxx"/>
        </w:rPr>
        <w:t>tls</w:t>
      </w:r>
      <w:r>
        <w:rPr>
          <w:b w:val="false"/>
          <w:sz w:val="28"/>
        </w:rPr>
        <w:t xml:space="preserve"> сохраняются запреты отключения криптографии и все требования </w:t>
      </w:r>
      <w:r>
        <w:rPr>
          <w:b w:val="false"/>
          <w:sz w:val="28"/>
          <w:lang w:val="zxx"/>
        </w:rPr>
        <w:t>TLS-</w:t>
      </w:r>
      <w:r>
        <w:rPr>
          <w:b w:val="false"/>
          <w:sz w:val="28"/>
        </w:rPr>
        <w:t xml:space="preserve">профиля. Проверки открытого режима включают работу чистого устройства, отсутствие запросов ключа в АРМ, отказ </w:t>
      </w:r>
      <w:r>
        <w:rPr>
          <w:b w:val="false"/>
          <w:sz w:val="28"/>
          <w:lang w:val="zxx"/>
        </w:rPr>
        <w:t>plain</w:t>
      </w:r>
      <w:r>
        <w:rPr>
          <w:b w:val="false"/>
          <w:sz w:val="28"/>
        </w:rPr>
        <w:t xml:space="preserve"> при </w:t>
      </w:r>
      <w:r>
        <w:rPr>
          <w:b w:val="false"/>
          <w:sz w:val="28"/>
          <w:lang w:val="zxx"/>
        </w:rPr>
        <w:t>secureOnly</w:t>
      </w:r>
      <w:r>
        <w:rPr>
          <w:b w:val="false"/>
          <w:sz w:val="28"/>
        </w:rPr>
        <w:t xml:space="preserve">, отсутствие автоматического понижения защиты и невозможность вмешательства </w:t>
      </w:r>
      <w:r>
        <w:rPr>
          <w:b w:val="false"/>
          <w:sz w:val="28"/>
          <w:lang w:val="zxx"/>
        </w:rPr>
        <w:t>plain</w:t>
      </w:r>
      <w:r>
        <w:rPr>
          <w:b w:val="false"/>
          <w:sz w:val="28"/>
        </w:rPr>
        <w:t xml:space="preserve"> в </w:t>
      </w:r>
      <w:r>
        <w:rPr>
          <w:b w:val="false"/>
          <w:sz w:val="28"/>
          <w:lang w:val="zxx"/>
        </w:rPr>
        <w:t>TLS-</w:t>
      </w:r>
      <w:r>
        <w:rPr>
          <w:b w:val="false"/>
          <w:sz w:val="28"/>
        </w:rPr>
        <w:t>владение. Изменение касается только Открытый протокол систем оповещения; другие продуктовые протоколы сохраняют свои правила.</w:t>
      </w:r>
    </w:p>
    <w:p>
      <w:pPr>
        <w:pStyle w:val="2"/>
        <w:rPr/>
      </w:pPr>
      <w:r>
        <w:rPr/>
        <w:t>Первичный ввод и первое подключение</w:t>
      </w:r>
    </w:p>
    <w:p>
      <w:pPr>
        <w:pStyle w:val="Normal"/>
        <w:jc w:val="both"/>
        <w:rPr/>
      </w:pPr>
      <w:r>
        <w:rPr>
          <w:b w:val="false"/>
          <w:sz w:val="28"/>
          <w:lang w:val="zxx"/>
        </w:rPr>
        <w:t>14.62</w:t>
      </w:r>
      <w:r>
        <w:rPr>
          <w:b w:val="false"/>
          <w:sz w:val="28"/>
        </w:rPr>
        <w:t xml:space="preserve"> Настоящий порядок объединяет правила первичного доверия, </w:t>
      </w:r>
      <w:r>
        <w:rPr>
          <w:b w:val="false"/>
          <w:sz w:val="28"/>
          <w:lang w:val="zxx"/>
        </w:rPr>
        <w:t>open-</w:t>
      </w:r>
      <w:r>
        <w:rPr>
          <w:b w:val="false"/>
          <w:sz w:val="28"/>
        </w:rPr>
        <w:t>⁠</w:t>
      </w:r>
      <w:r>
        <w:rPr>
          <w:b w:val="false"/>
          <w:sz w:val="28"/>
          <w:lang w:val="zxx"/>
        </w:rPr>
        <w:t>alert-</w:t>
      </w:r>
      <w:r>
        <w:rPr>
          <w:b w:val="false"/>
          <w:sz w:val="28"/>
        </w:rPr>
        <w:t>⁠</w:t>
      </w:r>
      <w:r>
        <w:rPr>
          <w:b w:val="false"/>
          <w:sz w:val="28"/>
          <w:lang w:val="zxx"/>
        </w:rPr>
        <w:t>trust/</w:t>
      </w:r>
      <w:r>
        <w:rPr>
          <w:b w:val="false"/>
          <w:sz w:val="28"/>
        </w:rPr>
        <w:t>⁠</w:t>
      </w:r>
      <w:r>
        <w:rPr>
          <w:b w:val="false"/>
          <w:sz w:val="28"/>
          <w:lang w:val="zxx"/>
        </w:rPr>
        <w:t>2</w:t>
      </w:r>
      <w:r>
        <w:rPr>
          <w:b w:val="false"/>
          <w:sz w:val="28"/>
        </w:rPr>
        <w:t xml:space="preserve"> и защищенного соединения для совместимых изделий любых изготовителей. Он применяется при выборе </w:t>
      </w:r>
      <w:r>
        <w:rPr>
          <w:b w:val="false"/>
          <w:sz w:val="28"/>
          <w:lang w:val="zxx"/>
        </w:rPr>
        <w:t>tls.</w:t>
      </w:r>
      <w:r>
        <w:rPr>
          <w:b w:val="false"/>
          <w:sz w:val="28"/>
        </w:rPr>
        <w:t xml:space="preserve"> Явно выбранный </w:t>
      </w:r>
      <w:r>
        <w:rPr>
          <w:b w:val="false"/>
          <w:sz w:val="28"/>
          <w:lang w:val="zxx"/>
        </w:rPr>
        <w:t>plain</w:t>
      </w:r>
      <w:r>
        <w:rPr>
          <w:b w:val="false"/>
          <w:sz w:val="28"/>
        </w:rPr>
        <w:t xml:space="preserve"> при </w:t>
      </w:r>
      <w:r>
        <w:rPr>
          <w:b w:val="false"/>
          <w:sz w:val="28"/>
          <w:lang w:val="zxx"/>
        </w:rPr>
        <w:t>securityPolicy=optional</w:t>
      </w:r>
      <w:r>
        <w:rPr>
          <w:b w:val="false"/>
          <w:sz w:val="28"/>
        </w:rPr>
        <w:t xml:space="preserve"> допускает работу без выдачи ключей; регистрация открытого клиента не устанавливает криптографическое доверие. Первая запись прошивки, внесение доверия и регистрация в АРМ являются отдельными действиями, даже если сервисный инструмент выполняет их в одном задании.</w:t>
      </w:r>
    </w:p>
    <w:p>
      <w:pPr>
        <w:pStyle w:val="Normal"/>
        <w:jc w:val="both"/>
        <w:rPr/>
      </w:pPr>
      <w:r>
        <w:rPr>
          <w:b w:val="false"/>
          <w:sz w:val="28"/>
          <w:lang w:val="zxx"/>
        </w:rPr>
        <w:t>14.63</w:t>
      </w:r>
      <w:r>
        <w:rPr>
          <w:b w:val="false"/>
          <w:sz w:val="28"/>
        </w:rPr>
        <w:t xml:space="preserve"> Администратор доверия определяет допущенных участников, их роли и ресурсы, утверждает подписанные пакеты доверия. Уполномоченный установщик выполняет местные действия и проверяет соответствие выбранному устройству. АРМ и конфигуратор действуют от собственных </w:t>
      </w:r>
      <w:r>
        <w:rPr>
          <w:b w:val="false"/>
          <w:sz w:val="28"/>
          <w:lang w:val="zxx"/>
        </w:rPr>
        <w:t>principalId</w:t>
      </w:r>
      <w:r>
        <w:rPr>
          <w:b w:val="false"/>
          <w:sz w:val="28"/>
        </w:rPr>
        <w:t xml:space="preserve"> и только с назначенными правами. Совмещение функций одним инструментом </w:t>
      </w:r>
      <w:r>
        <w:rPr>
          <w:b w:val="false"/>
          <w:sz w:val="28"/>
          <w:lang w:val="zxx"/>
        </w:rPr>
        <w:t>ДОПУСКАЕТСЯ</w:t>
      </w:r>
      <w:r>
        <w:rPr>
          <w:b w:val="false"/>
          <w:sz w:val="28"/>
        </w:rPr>
        <w:t xml:space="preserve"> при сохранении этих границ; роль </w:t>
      </w:r>
      <w:r>
        <w:rPr>
          <w:b w:val="false"/>
          <w:sz w:val="28"/>
          <w:lang w:val="zxx"/>
        </w:rPr>
        <w:t>trustAdmin</w:t>
      </w:r>
      <w:r>
        <w:rPr>
          <w:b w:val="false"/>
          <w:sz w:val="28"/>
        </w:rPr>
        <w:t xml:space="preserve"> сама по себе не разрешает управление оповещением. Изготовитель определяет физический способ доступа, проверку полномочий установщика и защищенный путь внесения данных в паспорте изделия.</w:t>
      </w:r>
    </w:p>
    <w:p>
      <w:pPr>
        <w:pStyle w:val="Normal"/>
        <w:jc w:val="both"/>
        <w:rPr/>
      </w:pPr>
      <w:r>
        <w:rPr>
          <w:b w:val="false"/>
          <w:sz w:val="28"/>
          <w:lang w:val="zxx"/>
        </w:rPr>
        <w:t>14.64</w:t>
      </w:r>
      <w:r>
        <w:rPr>
          <w:b w:val="false"/>
          <w:sz w:val="28"/>
        </w:rPr>
        <w:t xml:space="preserve"> Шаг </w:t>
      </w:r>
      <w:r>
        <w:rPr>
          <w:b w:val="false"/>
          <w:sz w:val="28"/>
          <w:lang w:val="zxx"/>
        </w:rPr>
        <w:t>1.</w:t>
      </w:r>
      <w:r>
        <w:rPr>
          <w:b w:val="false"/>
          <w:sz w:val="28"/>
        </w:rPr>
        <w:t xml:space="preserve"> Установщик устанавливает соответствие физического устройства его </w:t>
      </w:r>
      <w:r>
        <w:rPr>
          <w:b w:val="false"/>
          <w:sz w:val="28"/>
          <w:lang w:val="zxx"/>
        </w:rPr>
        <w:t>deviceId</w:t>
      </w:r>
      <w:r>
        <w:rPr>
          <w:b w:val="false"/>
          <w:sz w:val="28"/>
        </w:rPr>
        <w:t xml:space="preserve"> и проверяет подтвержденный </w:t>
      </w:r>
      <w:r>
        <w:rPr>
          <w:b w:val="false"/>
          <w:sz w:val="28"/>
          <w:lang w:val="zxx"/>
        </w:rPr>
        <w:t>off</w:t>
      </w:r>
      <w:r>
        <w:rPr>
          <w:b w:val="false"/>
          <w:sz w:val="28"/>
        </w:rPr>
        <w:t xml:space="preserve"> перед местным внесением доверия. При неизвестном состоянии выхода применяется процедура восстановления устройства; неизвестное состояние не считается выключением. Способ первичного программирования и начальное состояние хранилища определяются паспортом изделия; общее программное обеспечение не содержит индивидуальных секретов. Обычное обновление программы не создает новую идентичность и не сбрасывает сохраненные запреты возврата.</w:t>
      </w:r>
    </w:p>
    <w:p>
      <w:pPr>
        <w:pStyle w:val="Normal"/>
        <w:jc w:val="both"/>
        <w:rPr/>
      </w:pPr>
      <w:r>
        <w:rPr>
          <w:b w:val="false"/>
          <w:sz w:val="28"/>
          <w:lang w:val="zxx"/>
        </w:rPr>
        <w:t>14.65</w:t>
      </w:r>
      <w:r>
        <w:rPr>
          <w:b w:val="false"/>
          <w:sz w:val="28"/>
        </w:rPr>
        <w:t xml:space="preserve"> Шаг </w:t>
      </w:r>
      <w:r>
        <w:rPr>
          <w:b w:val="false"/>
          <w:sz w:val="28"/>
          <w:lang w:val="zxx"/>
        </w:rPr>
        <w:t>2.</w:t>
      </w:r>
      <w:r>
        <w:rPr>
          <w:b w:val="false"/>
          <w:sz w:val="28"/>
        </w:rPr>
        <w:t xml:space="preserve"> Местная авторизованная процедура закрепляет открытый ключ администратора доверия. Установщик сверяет его отпечаток Стрибог-</w:t>
      </w:r>
      <w:r>
        <w:rPr>
          <w:b w:val="false"/>
          <w:sz w:val="28"/>
          <w:lang w:val="zxx"/>
        </w:rPr>
        <w:t>256</w:t>
      </w:r>
      <w:r>
        <w:rPr>
          <w:b w:val="false"/>
          <w:sz w:val="28"/>
        </w:rPr>
        <w:t xml:space="preserve"> по независимому доверенному источнику согласно правилам первичного доверия. Ключ из обнаруженного сетевого объявления или из пакета с подписью этого же неизвестного ключа не принимается как основание доверия. Ключ администратора, ключ издателя прошивки и секрет пары выполняют разные функции; полномочие одного не подменяет остальные.</w:t>
      </w:r>
    </w:p>
    <w:p>
      <w:pPr>
        <w:pStyle w:val="Normal"/>
        <w:jc w:val="both"/>
        <w:rPr/>
      </w:pPr>
      <w:r>
        <w:rPr>
          <w:b w:val="false"/>
          <w:sz w:val="28"/>
          <w:lang w:val="zxx"/>
        </w:rPr>
        <w:t>14.66</w:t>
      </w:r>
      <w:r>
        <w:rPr>
          <w:b w:val="false"/>
          <w:sz w:val="28"/>
        </w:rPr>
        <w:t xml:space="preserve"> Шаг </w:t>
      </w:r>
      <w:r>
        <w:rPr>
          <w:b w:val="false"/>
          <w:sz w:val="28"/>
          <w:lang w:val="zxx"/>
        </w:rPr>
        <w:t>3.</w:t>
      </w:r>
      <w:r>
        <w:rPr>
          <w:b w:val="false"/>
          <w:sz w:val="28"/>
        </w:rPr>
        <w:t xml:space="preserve"> Для выбранных </w:t>
      </w:r>
      <w:r>
        <w:rPr>
          <w:b w:val="false"/>
          <w:sz w:val="28"/>
          <w:lang w:val="zxx"/>
        </w:rPr>
        <w:t>deviceId</w:t>
      </w:r>
      <w:r>
        <w:rPr>
          <w:b w:val="false"/>
          <w:sz w:val="28"/>
        </w:rPr>
        <w:t xml:space="preserve"> и </w:t>
      </w:r>
      <w:r>
        <w:rPr>
          <w:b w:val="false"/>
          <w:sz w:val="28"/>
          <w:lang w:val="zxx"/>
        </w:rPr>
        <w:t>principalId</w:t>
      </w:r>
      <w:r>
        <w:rPr>
          <w:b w:val="false"/>
          <w:sz w:val="28"/>
        </w:rPr>
        <w:t xml:space="preserve"> создается независимый случайный </w:t>
      </w:r>
      <w:r>
        <w:rPr>
          <w:b w:val="false"/>
          <w:sz w:val="28"/>
          <w:lang w:val="zxx"/>
        </w:rPr>
        <w:t>Kpair</w:t>
      </w:r>
      <w:r>
        <w:rPr>
          <w:b w:val="false"/>
          <w:sz w:val="28"/>
        </w:rPr>
        <w:t xml:space="preserve"> длиной </w:t>
      </w:r>
      <w:r>
        <w:rPr>
          <w:b w:val="false"/>
          <w:sz w:val="28"/>
          <w:lang w:val="zxx"/>
        </w:rPr>
        <w:t>256</w:t>
      </w:r>
      <w:r>
        <w:rPr>
          <w:b w:val="false"/>
          <w:sz w:val="28"/>
        </w:rPr>
        <w:t xml:space="preserve"> бит и назначается </w:t>
      </w:r>
      <w:r>
        <w:rPr>
          <w:b w:val="false"/>
          <w:sz w:val="28"/>
          <w:lang w:val="zxx"/>
        </w:rPr>
        <w:t>rootId.</w:t>
      </w:r>
      <w:r>
        <w:rPr>
          <w:b w:val="false"/>
          <w:sz w:val="28"/>
        </w:rPr>
        <w:t xml:space="preserve"> Защищенный контур ввода использует криптографический генератор и устанавливает секрет в защищенные хранилища обоих участников. Локальный импортер получает запись </w:t>
      </w:r>
      <w:r>
        <w:rPr>
          <w:b w:val="false"/>
          <w:sz w:val="28"/>
          <w:lang w:val="zxx"/>
        </w:rPr>
        <w:t>OAK1</w:t>
      </w:r>
      <w:r>
        <w:rPr>
          <w:b w:val="false"/>
          <w:sz w:val="28"/>
        </w:rPr>
        <w:t xml:space="preserve"> установленного формата, проверяет идентификаторы и полную длину, атомарно сохраняет данные и стирает временный буфер. Обычный сетевой интерфейс не принимает первоначальный секрет. </w:t>
      </w:r>
      <w:r>
        <w:rPr>
          <w:b w:val="false"/>
          <w:sz w:val="28"/>
          <w:lang w:val="zxx"/>
        </w:rPr>
        <w:t>rootId</w:t>
      </w:r>
      <w:r>
        <w:rPr>
          <w:b w:val="false"/>
          <w:sz w:val="28"/>
        </w:rPr>
        <w:t>, уже присутствующий в хранилище, не используется для перезаписи другим материалом. Завершение записи на одной стороне не означает завершения выдачи паре.</w:t>
      </w:r>
    </w:p>
    <w:p>
      <w:pPr>
        <w:pStyle w:val="Normal"/>
        <w:jc w:val="both"/>
        <w:rPr/>
      </w:pPr>
      <w:r>
        <w:rPr>
          <w:b w:val="false"/>
          <w:sz w:val="28"/>
          <w:lang w:val="zxx"/>
        </w:rPr>
        <w:t>14.67</w:t>
      </w:r>
      <w:r>
        <w:rPr>
          <w:b w:val="false"/>
          <w:sz w:val="28"/>
        </w:rPr>
        <w:t xml:space="preserve"> Шаг </w:t>
      </w:r>
      <w:r>
        <w:rPr>
          <w:b w:val="false"/>
          <w:sz w:val="28"/>
          <w:lang w:val="zxx"/>
        </w:rPr>
        <w:t>4.</w:t>
      </w:r>
      <w:r>
        <w:rPr>
          <w:b w:val="false"/>
          <w:sz w:val="28"/>
        </w:rPr>
        <w:t xml:space="preserve"> Администратор выпускает подписанный пакет </w:t>
      </w:r>
      <w:r>
        <w:rPr>
          <w:b w:val="false"/>
          <w:sz w:val="28"/>
          <w:lang w:val="zxx"/>
        </w:rPr>
        <w:t>open-</w:t>
      </w:r>
      <w:r>
        <w:rPr>
          <w:b w:val="false"/>
          <w:sz w:val="28"/>
        </w:rPr>
        <w:t>⁠</w:t>
      </w:r>
      <w:r>
        <w:rPr>
          <w:b w:val="false"/>
          <w:sz w:val="28"/>
          <w:lang w:val="zxx"/>
        </w:rPr>
        <w:t>alert-</w:t>
      </w:r>
      <w:r>
        <w:rPr>
          <w:b w:val="false"/>
          <w:sz w:val="28"/>
        </w:rPr>
        <w:t>⁠</w:t>
      </w:r>
      <w:r>
        <w:rPr>
          <w:b w:val="false"/>
          <w:sz w:val="28"/>
          <w:lang w:val="zxx"/>
        </w:rPr>
        <w:t>trust/</w:t>
      </w:r>
      <w:r>
        <w:rPr>
          <w:b w:val="false"/>
          <w:sz w:val="28"/>
        </w:rPr>
        <w:t>⁠</w:t>
      </w:r>
      <w:r>
        <w:rPr>
          <w:b w:val="false"/>
          <w:sz w:val="28"/>
          <w:lang w:val="zxx"/>
        </w:rPr>
        <w:t>2</w:t>
      </w:r>
      <w:r>
        <w:rPr>
          <w:b w:val="false"/>
          <w:sz w:val="28"/>
        </w:rPr>
        <w:t xml:space="preserve"> с новым </w:t>
      </w:r>
      <w:r>
        <w:rPr>
          <w:b w:val="false"/>
          <w:sz w:val="28"/>
          <w:lang w:val="zxx"/>
        </w:rPr>
        <w:t>keyId</w:t>
      </w:r>
      <w:r>
        <w:rPr>
          <w:b w:val="false"/>
          <w:sz w:val="28"/>
        </w:rPr>
        <w:t xml:space="preserve">, новым случайным </w:t>
      </w:r>
      <w:r>
        <w:rPr>
          <w:b w:val="false"/>
          <w:sz w:val="28"/>
          <w:lang w:val="zxx"/>
        </w:rPr>
        <w:t>salt</w:t>
      </w:r>
      <w:r>
        <w:rPr>
          <w:b w:val="false"/>
          <w:sz w:val="28"/>
        </w:rPr>
        <w:t xml:space="preserve">, состоянием </w:t>
      </w:r>
      <w:r>
        <w:rPr>
          <w:b w:val="false"/>
          <w:sz w:val="28"/>
          <w:lang w:val="zxx"/>
        </w:rPr>
        <w:t>staged</w:t>
      </w:r>
      <w:r>
        <w:rPr>
          <w:b w:val="false"/>
          <w:sz w:val="28"/>
        </w:rPr>
        <w:t xml:space="preserve">, согласованными </w:t>
      </w:r>
      <w:r>
        <w:rPr>
          <w:b w:val="false"/>
          <w:sz w:val="28"/>
          <w:lang w:val="zxx"/>
        </w:rPr>
        <w:t>rootId</w:t>
      </w:r>
      <w:r>
        <w:rPr>
          <w:b w:val="false"/>
          <w:sz w:val="28"/>
        </w:rPr>
        <w:t xml:space="preserve"> и </w:t>
      </w:r>
      <w:r>
        <w:rPr>
          <w:b w:val="false"/>
          <w:sz w:val="28"/>
          <w:lang w:val="zxx"/>
        </w:rPr>
        <w:t>principalId</w:t>
      </w:r>
      <w:r>
        <w:rPr>
          <w:b w:val="false"/>
          <w:sz w:val="28"/>
        </w:rPr>
        <w:t xml:space="preserve">, ролями и точным списком ресурсов. УУ проверяет закрепленного подписанта, </w:t>
      </w:r>
      <w:r>
        <w:rPr>
          <w:b w:val="false"/>
          <w:sz w:val="28"/>
          <w:lang w:val="zxx"/>
        </w:rPr>
        <w:t>deviceId</w:t>
      </w:r>
      <w:r>
        <w:rPr>
          <w:b w:val="false"/>
          <w:sz w:val="28"/>
        </w:rPr>
        <w:t xml:space="preserve">, поколения, схему и связи, затем атомарно фиксирует пакет. Клиент использует соответствующую запись той же пары. Стороны выводят </w:t>
      </w:r>
      <w:r>
        <w:rPr>
          <w:b w:val="false"/>
          <w:sz w:val="28"/>
          <w:lang w:val="zxx"/>
        </w:rPr>
        <w:t>PSK</w:t>
      </w:r>
      <w:r>
        <w:rPr>
          <w:b w:val="false"/>
          <w:sz w:val="28"/>
        </w:rPr>
        <w:t xml:space="preserve"> по установленному </w:t>
      </w:r>
      <w:r>
        <w:rPr>
          <w:b w:val="false"/>
          <w:sz w:val="28"/>
          <w:lang w:val="zxx"/>
        </w:rPr>
        <w:t>KDF</w:t>
      </w:r>
      <w:r>
        <w:rPr>
          <w:b w:val="false"/>
          <w:sz w:val="28"/>
        </w:rPr>
        <w:t xml:space="preserve">; секреты не включаются в пакет доверия. Подготовленная запись не дает права управления. Сохранение </w:t>
      </w:r>
      <w:r>
        <w:rPr>
          <w:b w:val="false"/>
          <w:sz w:val="28"/>
          <w:lang w:val="zxx"/>
        </w:rPr>
        <w:t>Kpair</w:t>
      </w:r>
      <w:r>
        <w:rPr>
          <w:b w:val="false"/>
          <w:sz w:val="28"/>
        </w:rPr>
        <w:t xml:space="preserve"> и применение </w:t>
      </w:r>
      <w:r>
        <w:rPr>
          <w:b w:val="false"/>
          <w:sz w:val="28"/>
          <w:lang w:val="zxx"/>
        </w:rPr>
        <w:t>staged-</w:t>
      </w:r>
      <w:r>
        <w:rPr>
          <w:b w:val="false"/>
          <w:sz w:val="28"/>
        </w:rPr>
        <w:t>записи предшествуют пробному соединению; подтверждение завершенной установки выдается после этого соединения, как установлено для локального импортера.</w:t>
      </w:r>
    </w:p>
    <w:p>
      <w:pPr>
        <w:pStyle w:val="Normal"/>
        <w:jc w:val="start"/>
        <w:rPr/>
      </w:pPr>
      <w:r>
        <w:rPr>
          <w:b w:val="false"/>
          <w:sz w:val="28"/>
          <w:lang w:val="zxx"/>
        </w:rPr>
        <w:t>14.68</w:t>
      </w:r>
      <w:r>
        <w:rPr>
          <w:b w:val="false"/>
          <w:sz w:val="28"/>
        </w:rPr>
        <w:t xml:space="preserve"> Шаг </w:t>
      </w:r>
      <w:r>
        <w:rPr>
          <w:b w:val="false"/>
          <w:sz w:val="28"/>
          <w:lang w:val="zxx"/>
        </w:rPr>
        <w:t>5.</w:t>
      </w:r>
      <w:r>
        <w:rPr>
          <w:b w:val="false"/>
          <w:sz w:val="28"/>
        </w:rPr>
        <w:t xml:space="preserve"> Клиент явно выбирает </w:t>
      </w:r>
      <w:r>
        <w:rPr>
          <w:b w:val="false"/>
          <w:sz w:val="28"/>
          <w:lang w:val="zxx"/>
        </w:rPr>
        <w:t>tls</w:t>
      </w:r>
      <w:r>
        <w:rPr>
          <w:b w:val="false"/>
          <w:sz w:val="28"/>
        </w:rPr>
        <w:t xml:space="preserve"> и выполняет полный </w:t>
      </w:r>
      <w:r>
        <w:rPr>
          <w:b w:val="false"/>
          <w:sz w:val="28"/>
          <w:lang w:val="zxx"/>
        </w:rPr>
        <w:t>handshake</w:t>
      </w:r>
      <w:r>
        <w:rPr>
          <w:b w:val="false"/>
          <w:sz w:val="28"/>
        </w:rPr>
        <w:t xml:space="preserve"> с подготовленным </w:t>
      </w:r>
      <w:r>
        <w:rPr>
          <w:b w:val="false"/>
          <w:sz w:val="28"/>
          <w:lang w:val="zxx"/>
        </w:rPr>
        <w:t>keyId.</w:t>
      </w:r>
      <w:r>
        <w:rPr>
          <w:b w:val="false"/>
          <w:sz w:val="28"/>
        </w:rPr>
        <w:t xml:space="preserve"> Обе стороны проверяют </w:t>
      </w:r>
      <w:r>
        <w:rPr>
          <w:b w:val="false"/>
          <w:sz w:val="28"/>
          <w:lang w:val="zxx"/>
        </w:rPr>
        <w:t>Finished</w:t>
      </w:r>
      <w:r>
        <w:rPr>
          <w:b w:val="false"/>
          <w:sz w:val="28"/>
        </w:rPr>
        <w:t xml:space="preserve">; затем клиент передает </w:t>
      </w:r>
      <w:r>
        <w:rPr>
          <w:b w:val="false"/>
          <w:sz w:val="28"/>
          <w:lang w:val="zxx"/>
        </w:rPr>
        <w:t>protocol.hello</w:t>
      </w:r>
      <w:r>
        <w:rPr>
          <w:b w:val="false"/>
          <w:sz w:val="28"/>
        </w:rPr>
        <w:t xml:space="preserve"> профиля </w:t>
      </w:r>
      <w:r>
        <w:rPr>
          <w:b w:val="false"/>
          <w:sz w:val="28"/>
          <w:lang w:val="zxx"/>
        </w:rPr>
        <w:t>bootstrap/</w:t>
      </w:r>
      <w:r>
        <w:rPr>
          <w:b w:val="false"/>
          <w:sz w:val="28"/>
        </w:rPr>
        <w:t>⁠</w:t>
      </w:r>
      <w:r>
        <w:rPr>
          <w:b w:val="false"/>
          <w:sz w:val="28"/>
          <w:lang w:val="zxx"/>
        </w:rPr>
        <w:t>1</w:t>
      </w:r>
      <w:r>
        <w:rPr>
          <w:b w:val="false"/>
          <w:sz w:val="28"/>
        </w:rPr>
        <w:t xml:space="preserve"> и сверяет </w:t>
      </w:r>
      <w:r>
        <w:rPr>
          <w:b w:val="false"/>
          <w:sz w:val="28"/>
          <w:lang w:val="zxx"/>
        </w:rPr>
        <w:t>deviceId</w:t>
      </w:r>
      <w:r>
        <w:rPr>
          <w:b w:val="false"/>
          <w:sz w:val="28"/>
        </w:rPr>
        <w:t xml:space="preserve">, </w:t>
      </w:r>
      <w:r>
        <w:rPr>
          <w:b w:val="false"/>
          <w:sz w:val="28"/>
          <w:lang w:val="zxx"/>
        </w:rPr>
        <w:t>selectedProfile</w:t>
      </w:r>
      <w:r>
        <w:rPr>
          <w:b w:val="false"/>
          <w:sz w:val="28"/>
        </w:rPr>
        <w:t xml:space="preserve">, </w:t>
      </w:r>
      <w:r>
        <w:rPr>
          <w:b w:val="false"/>
          <w:sz w:val="28"/>
          <w:lang w:val="zxx"/>
        </w:rPr>
        <w:t>bootId</w:t>
      </w:r>
      <w:r>
        <w:rPr>
          <w:b w:val="false"/>
          <w:sz w:val="28"/>
        </w:rPr>
        <w:t xml:space="preserve"> и </w:t>
      </w:r>
      <w:r>
        <w:rPr>
          <w:b w:val="false"/>
          <w:sz w:val="28"/>
          <w:lang w:val="zxx"/>
        </w:rPr>
        <w:t>security=tls</w:t>
      </w:r>
      <w:r>
        <w:rPr>
          <w:b w:val="false"/>
          <w:sz w:val="28"/>
        </w:rPr>
        <w:t xml:space="preserve"> с выбранным устройством и фактическим каналом. Пробное соединение с </w:t>
      </w:r>
      <w:r>
        <w:rPr>
          <w:b w:val="false"/>
          <w:sz w:val="28"/>
          <w:lang w:val="zxx"/>
        </w:rPr>
        <w:t>staged-</w:t>
      </w:r>
      <w:r>
        <w:rPr>
          <w:b w:val="false"/>
          <w:sz w:val="28"/>
        </w:rPr>
        <w:t xml:space="preserve">ключом допускает только </w:t>
      </w:r>
      <w:r>
        <w:rPr>
          <w:b w:val="false"/>
          <w:sz w:val="28"/>
          <w:lang w:val="zxx"/>
        </w:rPr>
        <w:t>handshake</w:t>
      </w:r>
      <w:r>
        <w:rPr>
          <w:b w:val="false"/>
          <w:sz w:val="28"/>
        </w:rPr>
        <w:t xml:space="preserve"> и </w:t>
      </w:r>
      <w:r>
        <w:rPr>
          <w:b w:val="false"/>
          <w:sz w:val="28"/>
          <w:lang w:val="zxx"/>
        </w:rPr>
        <w:t>protocol.hello</w:t>
      </w:r>
      <w:r>
        <w:rPr>
          <w:b w:val="false"/>
          <w:sz w:val="28"/>
        </w:rPr>
        <w:t xml:space="preserve">; </w:t>
      </w:r>
      <w:r>
        <w:rPr>
          <w:b w:val="false"/>
          <w:sz w:val="28"/>
          <w:lang w:val="zxx"/>
        </w:rPr>
        <w:t>acquire</w:t>
      </w:r>
      <w:r>
        <w:rPr>
          <w:b w:val="false"/>
          <w:sz w:val="28"/>
        </w:rPr>
        <w:t xml:space="preserve">, </w:t>
      </w:r>
      <w:r>
        <w:rPr>
          <w:b w:val="false"/>
          <w:sz w:val="28"/>
          <w:lang w:val="zxx"/>
        </w:rPr>
        <w:t>session.start</w:t>
      </w:r>
      <w:r>
        <w:rPr>
          <w:b w:val="false"/>
          <w:sz w:val="28"/>
        </w:rPr>
        <w:t xml:space="preserve"> и сервисные команды не используются для проверки ключа. Подтверждение относится к конкретным </w:t>
      </w:r>
      <w:r>
        <w:rPr>
          <w:b w:val="false"/>
          <w:sz w:val="28"/>
          <w:lang w:val="zxx"/>
        </w:rPr>
        <w:t>deviceId</w:t>
      </w:r>
      <w:r>
        <w:rPr>
          <w:b w:val="false"/>
          <w:sz w:val="28"/>
        </w:rPr>
        <w:t xml:space="preserve">, </w:t>
      </w:r>
      <w:r>
        <w:rPr>
          <w:b w:val="false"/>
          <w:sz w:val="28"/>
          <w:lang w:val="zxx"/>
        </w:rPr>
        <w:t>principalId</w:t>
      </w:r>
      <w:r>
        <w:rPr>
          <w:b w:val="false"/>
          <w:sz w:val="28"/>
        </w:rPr>
        <w:t xml:space="preserve">, </w:t>
      </w:r>
      <w:r>
        <w:rPr>
          <w:b w:val="false"/>
          <w:sz w:val="28"/>
          <w:lang w:val="zxx"/>
        </w:rPr>
        <w:t>keyId</w:t>
      </w:r>
      <w:r>
        <w:rPr>
          <w:b w:val="false"/>
          <w:sz w:val="28"/>
        </w:rPr>
        <w:t xml:space="preserve">, </w:t>
      </w:r>
      <w:r>
        <w:rPr>
          <w:b w:val="false"/>
          <w:sz w:val="28"/>
          <w:lang w:val="zxx"/>
        </w:rPr>
        <w:t>rootId</w:t>
      </w:r>
      <w:r>
        <w:rPr>
          <w:b w:val="false"/>
          <w:sz w:val="28"/>
        </w:rPr>
        <w:t xml:space="preserve"> и </w:t>
      </w:r>
      <w:r>
        <w:rPr>
          <w:b w:val="false"/>
          <w:sz w:val="28"/>
          <w:lang w:val="zxx"/>
        </w:rPr>
        <w:t>salt.</w:t>
      </w:r>
      <w:r>
        <w:rPr>
          <w:b w:val="false"/>
          <w:sz w:val="28"/>
        </w:rPr>
        <w:t xml:space="preserve"> Неверная идентичность, несовместимый профиль или ошибка защиты прекращают процедуру без активации и без перехода на </w:t>
      </w:r>
      <w:r>
        <w:rPr>
          <w:b w:val="false"/>
          <w:sz w:val="28"/>
          <w:lang w:val="zxx"/>
        </w:rPr>
        <w:t>plain.</w:t>
      </w:r>
    </w:p>
    <w:p>
      <w:pPr>
        <w:pStyle w:val="Normal"/>
        <w:jc w:val="both"/>
        <w:rPr/>
      </w:pPr>
      <w:r>
        <w:rPr>
          <w:b w:val="false"/>
          <w:sz w:val="28"/>
          <w:lang w:val="zxx"/>
        </w:rPr>
        <w:t>14.69</w:t>
      </w:r>
      <w:r>
        <w:rPr>
          <w:b w:val="false"/>
          <w:sz w:val="28"/>
        </w:rPr>
        <w:t xml:space="preserve"> Шаг </w:t>
      </w:r>
      <w:r>
        <w:rPr>
          <w:b w:val="false"/>
          <w:sz w:val="28"/>
          <w:lang w:val="zxx"/>
        </w:rPr>
        <w:t>6.</w:t>
      </w:r>
      <w:r>
        <w:rPr>
          <w:b w:val="false"/>
          <w:sz w:val="28"/>
        </w:rPr>
        <w:t xml:space="preserve"> После успешного пробного соединения уполномоченный администратор оформляет переход </w:t>
      </w:r>
      <w:r>
        <w:rPr>
          <w:b w:val="false"/>
          <w:sz w:val="28"/>
          <w:lang w:val="zxx"/>
        </w:rPr>
        <w:t>staged</w:t>
      </w:r>
      <w:r>
        <w:rPr>
          <w:b w:val="false"/>
          <w:sz w:val="28"/>
        </w:rPr>
        <w:t xml:space="preserve"> в </w:t>
      </w:r>
      <w:r>
        <w:rPr>
          <w:b w:val="false"/>
          <w:sz w:val="28"/>
          <w:lang w:val="zxx"/>
        </w:rPr>
        <w:t>active</w:t>
      </w:r>
      <w:r>
        <w:rPr>
          <w:b w:val="false"/>
          <w:sz w:val="28"/>
        </w:rPr>
        <w:t xml:space="preserve"> новой подписанной редакцией пакета и увеличением поколения измененной записи. </w:t>
      </w:r>
      <w:r>
        <w:rPr>
          <w:b w:val="false"/>
          <w:sz w:val="28"/>
          <w:lang w:val="zxx"/>
        </w:rPr>
        <w:t>keyId</w:t>
      </w:r>
      <w:r>
        <w:rPr>
          <w:b w:val="false"/>
          <w:sz w:val="28"/>
        </w:rPr>
        <w:t xml:space="preserve">, </w:t>
      </w:r>
      <w:r>
        <w:rPr>
          <w:b w:val="false"/>
          <w:sz w:val="28"/>
          <w:lang w:val="zxx"/>
        </w:rPr>
        <w:t>rootId</w:t>
      </w:r>
      <w:r>
        <w:rPr>
          <w:b w:val="false"/>
          <w:sz w:val="28"/>
        </w:rPr>
        <w:t xml:space="preserve">, </w:t>
      </w:r>
      <w:r>
        <w:rPr>
          <w:b w:val="false"/>
          <w:sz w:val="28"/>
          <w:lang w:val="zxx"/>
        </w:rPr>
        <w:t>salt</w:t>
      </w:r>
      <w:r>
        <w:rPr>
          <w:b w:val="false"/>
          <w:sz w:val="28"/>
        </w:rPr>
        <w:t xml:space="preserve"> и </w:t>
      </w:r>
      <w:r>
        <w:rPr>
          <w:b w:val="false"/>
          <w:sz w:val="28"/>
          <w:lang w:val="zxx"/>
        </w:rPr>
        <w:t>principalId</w:t>
      </w:r>
      <w:r>
        <w:rPr>
          <w:b w:val="false"/>
          <w:sz w:val="28"/>
        </w:rPr>
        <w:t xml:space="preserve"> сохраняются; переход состояния не меняет выведенный </w:t>
      </w:r>
      <w:r>
        <w:rPr>
          <w:b w:val="false"/>
          <w:sz w:val="28"/>
          <w:lang w:val="zxx"/>
        </w:rPr>
        <w:t>PSK.</w:t>
      </w:r>
      <w:r>
        <w:rPr>
          <w:b w:val="false"/>
          <w:sz w:val="28"/>
        </w:rPr>
        <w:t xml:space="preserve"> Факт успешного </w:t>
      </w:r>
      <w:r>
        <w:rPr>
          <w:b w:val="false"/>
          <w:sz w:val="28"/>
          <w:lang w:val="zxx"/>
        </w:rPr>
        <w:t>handshake</w:t>
      </w:r>
      <w:r>
        <w:rPr>
          <w:b w:val="false"/>
          <w:sz w:val="28"/>
        </w:rPr>
        <w:t xml:space="preserve"> сам по себе не изменяет запись доверия. Клиент устанавливает новое полное </w:t>
      </w:r>
      <w:r>
        <w:rPr>
          <w:b w:val="false"/>
          <w:sz w:val="28"/>
          <w:lang w:val="zxx"/>
        </w:rPr>
        <w:t>TLS-</w:t>
      </w:r>
      <w:r>
        <w:rPr>
          <w:b w:val="false"/>
          <w:sz w:val="28"/>
        </w:rPr>
        <w:t xml:space="preserve">соединение действующим ключом и повторяет </w:t>
      </w:r>
      <w:r>
        <w:rPr>
          <w:b w:val="false"/>
          <w:sz w:val="28"/>
          <w:lang w:val="zxx"/>
        </w:rPr>
        <w:t>protocol.hello.</w:t>
      </w:r>
      <w:r>
        <w:rPr>
          <w:b w:val="false"/>
          <w:sz w:val="28"/>
        </w:rPr>
        <w:t xml:space="preserve"> Продолжение пробного соединения не заменяет проверку действующего допуска.</w:t>
      </w:r>
    </w:p>
    <w:p>
      <w:pPr>
        <w:pStyle w:val="Normal"/>
        <w:jc w:val="both"/>
        <w:rPr/>
      </w:pPr>
      <w:r>
        <w:rPr>
          <w:b w:val="false"/>
          <w:sz w:val="28"/>
          <w:lang w:val="zxx"/>
        </w:rPr>
        <w:t>14.70</w:t>
      </w:r>
      <w:r>
        <w:rPr>
          <w:b w:val="false"/>
          <w:sz w:val="28"/>
        </w:rPr>
        <w:t xml:space="preserve"> Шаг </w:t>
      </w:r>
      <w:r>
        <w:rPr>
          <w:b w:val="false"/>
          <w:sz w:val="28"/>
          <w:lang w:val="zxx"/>
        </w:rPr>
        <w:t>7.</w:t>
      </w:r>
      <w:r>
        <w:rPr>
          <w:b w:val="false"/>
          <w:sz w:val="28"/>
        </w:rPr>
        <w:t xml:space="preserve"> Через рабочее соединение АРМ читает </w:t>
      </w:r>
      <w:r>
        <w:rPr>
          <w:b w:val="false"/>
          <w:sz w:val="28"/>
          <w:lang w:val="zxx"/>
        </w:rPr>
        <w:t>device.describe</w:t>
      </w:r>
      <w:r>
        <w:rPr>
          <w:b w:val="false"/>
          <w:sz w:val="28"/>
        </w:rPr>
        <w:t xml:space="preserve">, </w:t>
      </w:r>
      <w:r>
        <w:rPr>
          <w:b w:val="false"/>
          <w:sz w:val="28"/>
          <w:lang w:val="zxx"/>
        </w:rPr>
        <w:t>device.capabilities</w:t>
      </w:r>
      <w:r>
        <w:rPr>
          <w:b w:val="false"/>
          <w:sz w:val="28"/>
        </w:rPr>
        <w:t xml:space="preserve"> и </w:t>
      </w:r>
      <w:r>
        <w:rPr>
          <w:b w:val="false"/>
          <w:sz w:val="28"/>
          <w:lang w:val="zxx"/>
        </w:rPr>
        <w:t>device.state</w:t>
      </w:r>
      <w:r>
        <w:rPr>
          <w:b w:val="false"/>
          <w:sz w:val="28"/>
        </w:rPr>
        <w:t xml:space="preserve"> в пределах назначенных прав, сверяет идентичность, тип, ресурсы, ревизии и ограничения. Регистрация связывает логическую цель с конкретным </w:t>
      </w:r>
      <w:r>
        <w:rPr>
          <w:b w:val="false"/>
          <w:sz w:val="28"/>
          <w:lang w:val="zxx"/>
        </w:rPr>
        <w:t>deviceId</w:t>
      </w:r>
      <w:r>
        <w:rPr>
          <w:b w:val="false"/>
          <w:sz w:val="28"/>
        </w:rPr>
        <w:t xml:space="preserve">, </w:t>
      </w:r>
      <w:r>
        <w:rPr>
          <w:b w:val="false"/>
          <w:sz w:val="28"/>
          <w:lang w:val="zxx"/>
        </w:rPr>
        <w:t>resourceId</w:t>
      </w:r>
      <w:r>
        <w:rPr>
          <w:b w:val="false"/>
          <w:sz w:val="28"/>
        </w:rPr>
        <w:t xml:space="preserve"> и </w:t>
      </w:r>
      <w:r>
        <w:rPr>
          <w:b w:val="false"/>
          <w:sz w:val="28"/>
          <w:lang w:val="zxx"/>
        </w:rPr>
        <w:t>bindingGeneration</w:t>
      </w:r>
      <w:r>
        <w:rPr>
          <w:b w:val="false"/>
          <w:sz w:val="28"/>
        </w:rPr>
        <w:t xml:space="preserve"> по правилам раздела регистрации. Успех подключения не запускает ОУ и не является подтверждением готовности всех его физических функций. Для управления отдельно выполняются проверки прав, ресурсов и </w:t>
      </w:r>
      <w:r>
        <w:rPr>
          <w:b w:val="false"/>
          <w:sz w:val="28"/>
          <w:lang w:val="zxx"/>
        </w:rPr>
        <w:t>acquire</w:t>
      </w:r>
      <w:r>
        <w:rPr>
          <w:b w:val="false"/>
          <w:sz w:val="28"/>
        </w:rPr>
        <w:t>; право прерывания сохраняет установленную связь с происхождением запуска.</w:t>
      </w:r>
    </w:p>
    <w:p>
      <w:pPr>
        <w:pStyle w:val="Normal"/>
        <w:jc w:val="both"/>
        <w:rPr/>
      </w:pPr>
      <w:r>
        <w:rPr>
          <w:b w:val="false"/>
          <w:sz w:val="28"/>
          <w:lang w:val="zxx"/>
        </w:rPr>
        <w:t>14.71</w:t>
      </w:r>
      <w:r>
        <w:rPr>
          <w:b w:val="false"/>
          <w:sz w:val="28"/>
        </w:rPr>
        <w:t xml:space="preserve"> Если выбран режим "Только защищенный канал", местная процедура устанавливает </w:t>
      </w:r>
      <w:r>
        <w:rPr>
          <w:b w:val="false"/>
          <w:sz w:val="28"/>
          <w:lang w:val="zxx"/>
        </w:rPr>
        <w:t>secureOnly</w:t>
      </w:r>
      <w:r>
        <w:rPr>
          <w:b w:val="false"/>
          <w:sz w:val="28"/>
        </w:rPr>
        <w:t xml:space="preserve"> после успешного пробного соединения с </w:t>
      </w:r>
      <w:r>
        <w:rPr>
          <w:b w:val="false"/>
          <w:sz w:val="28"/>
          <w:lang w:val="zxx"/>
        </w:rPr>
        <w:t>active-</w:t>
      </w:r>
      <w:r>
        <w:rPr>
          <w:b w:val="false"/>
          <w:sz w:val="28"/>
        </w:rPr>
        <w:t xml:space="preserve">ключом по правилам явного выбора транспорта. Наличие ключа само по себе не меняет </w:t>
      </w:r>
      <w:r>
        <w:rPr>
          <w:b w:val="false"/>
          <w:sz w:val="28"/>
          <w:lang w:val="zxx"/>
        </w:rPr>
        <w:t>optional</w:t>
      </w:r>
      <w:r>
        <w:rPr>
          <w:b w:val="false"/>
          <w:sz w:val="28"/>
        </w:rPr>
        <w:t xml:space="preserve"> на </w:t>
      </w:r>
      <w:r>
        <w:rPr>
          <w:b w:val="false"/>
          <w:sz w:val="28"/>
          <w:lang w:val="zxx"/>
        </w:rPr>
        <w:t>secureOnly.</w:t>
      </w:r>
      <w:r>
        <w:rPr>
          <w:b w:val="false"/>
          <w:sz w:val="28"/>
        </w:rPr>
        <w:t xml:space="preserve"> Применение </w:t>
      </w:r>
      <w:r>
        <w:rPr>
          <w:b w:val="false"/>
          <w:sz w:val="28"/>
          <w:lang w:val="zxx"/>
        </w:rPr>
        <w:t>secureOnly</w:t>
      </w:r>
      <w:r>
        <w:rPr>
          <w:b w:val="false"/>
          <w:sz w:val="28"/>
        </w:rPr>
        <w:t xml:space="preserve"> аннулирует открытые привязки и останавливает их активные исполнения независимо от </w:t>
      </w:r>
      <w:r>
        <w:rPr>
          <w:b w:val="false"/>
          <w:sz w:val="28"/>
          <w:lang w:val="zxx"/>
        </w:rPr>
        <w:t>onControlLoss=finish.</w:t>
      </w:r>
      <w:r>
        <w:rPr>
          <w:b w:val="false"/>
          <w:sz w:val="28"/>
        </w:rPr>
        <w:t xml:space="preserve"> Итог ввода различает записанный секрет, подготовленный ключ, активный ключ и установленное рабочее соединение; это результаты процедуры, а не новые состояния сетевого протокола.</w:t>
      </w:r>
    </w:p>
    <w:p>
      <w:pPr>
        <w:pStyle w:val="2"/>
        <w:rPr/>
      </w:pPr>
      <w:r>
        <w:rPr/>
        <w:t>Хранение и учет выдачи ключей</w:t>
      </w:r>
    </w:p>
    <w:p>
      <w:pPr>
        <w:pStyle w:val="Normal"/>
        <w:jc w:val="both"/>
        <w:rPr/>
      </w:pPr>
      <w:r>
        <w:rPr>
          <w:b w:val="false"/>
          <w:sz w:val="28"/>
          <w:lang w:val="zxx"/>
        </w:rPr>
        <w:t>14.72</w:t>
      </w:r>
      <w:r>
        <w:rPr>
          <w:b w:val="false"/>
          <w:sz w:val="28"/>
        </w:rPr>
        <w:t xml:space="preserve"> Для другого </w:t>
      </w:r>
      <w:r>
        <w:rPr>
          <w:b w:val="false"/>
          <w:sz w:val="28"/>
          <w:lang w:val="zxx"/>
        </w:rPr>
        <w:t>principalId</w:t>
      </w:r>
      <w:r>
        <w:rPr>
          <w:b w:val="false"/>
          <w:sz w:val="28"/>
        </w:rPr>
        <w:t xml:space="preserve"> на том же устройстве и для другого устройства у того же участника создаются независимые секреты пар. Общая учетная запись или резервный экземпляр АРМ не отменяют требования единственного активного экземпляра участника. Передача полномочий другому участнику выполняется новой регистрацией и назначением прав; копирование чужой записи </w:t>
      </w:r>
      <w:r>
        <w:rPr>
          <w:b w:val="false"/>
          <w:sz w:val="28"/>
          <w:lang w:val="zxx"/>
        </w:rPr>
        <w:t>Kpair</w:t>
      </w:r>
      <w:r>
        <w:rPr>
          <w:b w:val="false"/>
          <w:sz w:val="28"/>
        </w:rPr>
        <w:t xml:space="preserve"> не заменяет эту процедуру.</w:t>
      </w:r>
    </w:p>
    <w:p>
      <w:pPr>
        <w:pStyle w:val="Normal"/>
        <w:jc w:val="both"/>
        <w:rPr/>
      </w:pPr>
      <w:r>
        <w:rPr>
          <w:b w:val="false"/>
          <w:sz w:val="28"/>
          <w:lang w:val="zxx"/>
        </w:rPr>
        <w:t>14.73</w:t>
      </w:r>
      <w:r>
        <w:rPr>
          <w:b w:val="false"/>
          <w:sz w:val="28"/>
        </w:rPr>
        <w:t xml:space="preserve"> Хранение и перенос секретов выполняются средствами защиты, установленными разделом безопасности, включая защищенные резервные копии. </w:t>
      </w:r>
      <w:r>
        <w:rPr>
          <w:b w:val="false"/>
          <w:sz w:val="28"/>
          <w:lang w:val="zxx"/>
        </w:rPr>
        <w:t>OAK1</w:t>
      </w:r>
      <w:r>
        <w:rPr>
          <w:b w:val="false"/>
          <w:sz w:val="28"/>
        </w:rPr>
        <w:t xml:space="preserve"> является записью локального импортера и не становится форматом открытого переносимого файла. Секреты исключаются из общего образа прошивки, публичного пакета доверия, обычного экспорта конфигурации и журналов. Учет выдачи содержит идентификаторы участников и ключей, поколения, отпечатки открытых ключей, инициатора и результат; значения </w:t>
      </w:r>
      <w:r>
        <w:rPr>
          <w:b w:val="false"/>
          <w:sz w:val="28"/>
          <w:lang w:val="zxx"/>
        </w:rPr>
        <w:t>Kpair</w:t>
      </w:r>
      <w:r>
        <w:rPr>
          <w:b w:val="false"/>
          <w:sz w:val="28"/>
        </w:rPr>
        <w:t xml:space="preserve">, </w:t>
      </w:r>
      <w:r>
        <w:rPr>
          <w:b w:val="false"/>
          <w:sz w:val="28"/>
          <w:lang w:val="zxx"/>
        </w:rPr>
        <w:t>PSK</w:t>
      </w:r>
      <w:r>
        <w:rPr>
          <w:b w:val="false"/>
          <w:sz w:val="28"/>
        </w:rPr>
        <w:t xml:space="preserve"> и закрытых ключей в учет не включаются.</w:t>
      </w:r>
    </w:p>
    <w:p>
      <w:pPr>
        <w:pStyle w:val="2"/>
        <w:rPr/>
      </w:pPr>
      <w:r>
        <w:rPr/>
        <w:t>Продолжение процедуры после отказа</w:t>
      </w:r>
    </w:p>
    <w:p>
      <w:pPr>
        <w:pStyle w:val="Normal"/>
        <w:jc w:val="both"/>
        <w:rPr/>
      </w:pPr>
      <w:r>
        <w:rPr>
          <w:b w:val="false"/>
          <w:sz w:val="28"/>
          <w:lang w:val="zxx"/>
        </w:rPr>
        <w:t>14.74</w:t>
      </w:r>
      <w:r>
        <w:rPr>
          <w:b w:val="false"/>
          <w:sz w:val="28"/>
        </w:rPr>
        <w:t xml:space="preserve"> После обрыва связи или питания установщик сначала устанавливает фактически сохраненные идентичности, поколения и состояния через авторизованный местный интерфейс либо доступный действующий сервисный путь. Новое доверие не выводится из прежнего сообщения об успехе или из наличия файла на компьютере. В пределах одного хранилища сохраняется прежняя либо полная новая запись; атомарность двух раздельных участников не предполагается.</w:t>
      </w:r>
    </w:p>
    <w:p>
      <w:pPr>
        <w:pStyle w:val="Normal"/>
        <w:jc w:val="both"/>
        <w:rPr/>
      </w:pPr>
      <w:r>
        <w:rPr>
          <w:b w:val="false"/>
          <w:sz w:val="28"/>
          <w:lang w:val="zxx"/>
        </w:rPr>
        <w:t>14.75</w:t>
      </w:r>
      <w:r>
        <w:rPr>
          <w:b w:val="false"/>
          <w:sz w:val="28"/>
        </w:rPr>
        <w:t xml:space="preserve"> Если секрет записан только на одной стороне, завершается внесение той же пары на вторую сторону через защищенный путь. Уже сохраненный </w:t>
      </w:r>
      <w:r>
        <w:rPr>
          <w:b w:val="false"/>
          <w:sz w:val="28"/>
          <w:lang w:val="zxx"/>
        </w:rPr>
        <w:t>rootId</w:t>
      </w:r>
      <w:r>
        <w:rPr>
          <w:b w:val="false"/>
          <w:sz w:val="28"/>
        </w:rPr>
        <w:t xml:space="preserve"> не перезаписывается повторным импортом </w:t>
      </w:r>
      <w:r>
        <w:rPr>
          <w:b w:val="false"/>
          <w:sz w:val="28"/>
          <w:lang w:val="zxx"/>
        </w:rPr>
        <w:t>OAK1.</w:t>
      </w:r>
      <w:r>
        <w:rPr>
          <w:b w:val="false"/>
          <w:sz w:val="28"/>
        </w:rPr>
        <w:t xml:space="preserve"> Если соответствующий секрет недоступен либо его происхождение вызывает сомнение, применяются отзыв и местное восстановление с новым </w:t>
      </w:r>
      <w:r>
        <w:rPr>
          <w:b w:val="false"/>
          <w:sz w:val="28"/>
          <w:lang w:val="zxx"/>
        </w:rPr>
        <w:t>Kpair/</w:t>
      </w:r>
      <w:r>
        <w:rPr>
          <w:b w:val="false"/>
          <w:sz w:val="28"/>
        </w:rPr>
        <w:t>​</w:t>
      </w:r>
      <w:r>
        <w:rPr>
          <w:b w:val="false"/>
          <w:sz w:val="28"/>
          <w:lang w:val="zxx"/>
        </w:rPr>
        <w:t>rootId</w:t>
      </w:r>
      <w:r>
        <w:rPr>
          <w:b w:val="false"/>
          <w:sz w:val="28"/>
        </w:rPr>
        <w:t>; случайная замена секрета под прежними идентификаторами запрещена. Незавершенная выдача не дает готовности защищенного соединения.</w:t>
      </w:r>
    </w:p>
    <w:p>
      <w:pPr>
        <w:pStyle w:val="Normal"/>
        <w:jc w:val="both"/>
        <w:rPr/>
      </w:pPr>
      <w:r>
        <w:rPr>
          <w:b w:val="false"/>
          <w:sz w:val="28"/>
          <w:lang w:val="zxx"/>
        </w:rPr>
        <w:t>14.76</w:t>
      </w:r>
      <w:r>
        <w:rPr>
          <w:b w:val="false"/>
          <w:sz w:val="28"/>
        </w:rPr>
        <w:t xml:space="preserve"> Если сохранен </w:t>
      </w:r>
      <w:r>
        <w:rPr>
          <w:b w:val="false"/>
          <w:sz w:val="28"/>
          <w:lang w:val="zxx"/>
        </w:rPr>
        <w:t>staged</w:t>
      </w:r>
      <w:r>
        <w:rPr>
          <w:b w:val="false"/>
          <w:sz w:val="28"/>
        </w:rPr>
        <w:t xml:space="preserve">, повторяется пробное соединение с этой записью; ошибка или таймаут не переводят ее в </w:t>
      </w:r>
      <w:r>
        <w:rPr>
          <w:b w:val="false"/>
          <w:sz w:val="28"/>
          <w:lang w:val="zxx"/>
        </w:rPr>
        <w:t>active.</w:t>
      </w:r>
      <w:r>
        <w:rPr>
          <w:b w:val="false"/>
          <w:sz w:val="28"/>
        </w:rPr>
        <w:t xml:space="preserve"> Если подтверждение применения </w:t>
      </w:r>
      <w:r>
        <w:rPr>
          <w:b w:val="false"/>
          <w:sz w:val="28"/>
          <w:lang w:val="zxx"/>
        </w:rPr>
        <w:t>active</w:t>
      </w:r>
      <w:r>
        <w:rPr>
          <w:b w:val="false"/>
          <w:sz w:val="28"/>
        </w:rPr>
        <w:t xml:space="preserve"> потеряно, проверяется сохраненное состояние и устанавливается новое соединение с тем же ключом. Уже примененная редакция не выдается за новое изменение; пакет со старым поколением не обходит запрет отката. Отзыв остается действующим и при потере подтверждения. Отказ генератора случайных чисел прекращает создание ключа или нового защищенного соединения без подстановки предсказуемого материала.</w:t>
      </w:r>
    </w:p>
    <w:p>
      <w:pPr>
        <w:pStyle w:val="2"/>
        <w:rPr/>
      </w:pPr>
      <w:r>
        <w:rPr/>
        <w:t>Плановая замена ключа</w:t>
      </w:r>
    </w:p>
    <w:p>
      <w:pPr>
        <w:pStyle w:val="Normal"/>
        <w:jc w:val="both"/>
        <w:rPr/>
      </w:pPr>
      <w:r>
        <w:rPr>
          <w:b w:val="false"/>
          <w:sz w:val="28"/>
          <w:lang w:val="zxx"/>
        </w:rPr>
        <w:t>14.77</w:t>
      </w:r>
      <w:r>
        <w:rPr>
          <w:b w:val="false"/>
          <w:sz w:val="28"/>
        </w:rPr>
        <w:t xml:space="preserve"> При плановой замене без компрометации для той же пары </w:t>
      </w:r>
      <w:r>
        <w:rPr>
          <w:b w:val="false"/>
          <w:sz w:val="28"/>
          <w:lang w:val="zxx"/>
        </w:rPr>
        <w:t>ДОПУСКАЕТСЯ</w:t>
      </w:r>
      <w:r>
        <w:rPr>
          <w:b w:val="false"/>
          <w:sz w:val="28"/>
        </w:rPr>
        <w:t xml:space="preserve"> использовать действующий </w:t>
      </w:r>
      <w:r>
        <w:rPr>
          <w:b w:val="false"/>
          <w:sz w:val="28"/>
          <w:lang w:val="zxx"/>
        </w:rPr>
        <w:t>Kpair:</w:t>
      </w:r>
      <w:r>
        <w:rPr>
          <w:b w:val="false"/>
          <w:sz w:val="28"/>
        </w:rPr>
        <w:t xml:space="preserve"> назначаются новые </w:t>
      </w:r>
      <w:r>
        <w:rPr>
          <w:b w:val="false"/>
          <w:sz w:val="28"/>
          <w:lang w:val="zxx"/>
        </w:rPr>
        <w:t>keyId</w:t>
      </w:r>
      <w:r>
        <w:rPr>
          <w:b w:val="false"/>
          <w:sz w:val="28"/>
        </w:rPr>
        <w:t xml:space="preserve"> и </w:t>
      </w:r>
      <w:r>
        <w:rPr>
          <w:b w:val="false"/>
          <w:sz w:val="28"/>
          <w:lang w:val="zxx"/>
        </w:rPr>
        <w:t>salt</w:t>
      </w:r>
      <w:r>
        <w:rPr>
          <w:b w:val="false"/>
          <w:sz w:val="28"/>
        </w:rPr>
        <w:t xml:space="preserve">, затем выполняются подготовка </w:t>
      </w:r>
      <w:r>
        <w:rPr>
          <w:b w:val="false"/>
          <w:sz w:val="28"/>
          <w:lang w:val="zxx"/>
        </w:rPr>
        <w:t>staged</w:t>
      </w:r>
      <w:r>
        <w:rPr>
          <w:b w:val="false"/>
          <w:sz w:val="28"/>
        </w:rPr>
        <w:t xml:space="preserve">, пробное соединение и активация. Старый ключ остается действующим только в разрешенном интервале перекрытия. Изменение </w:t>
      </w:r>
      <w:r>
        <w:rPr>
          <w:b w:val="false"/>
          <w:sz w:val="28"/>
          <w:lang w:val="zxx"/>
        </w:rPr>
        <w:t>generation</w:t>
      </w:r>
      <w:r>
        <w:rPr>
          <w:b w:val="false"/>
          <w:sz w:val="28"/>
        </w:rPr>
        <w:t xml:space="preserve"> или </w:t>
      </w:r>
      <w:r>
        <w:rPr>
          <w:b w:val="false"/>
          <w:sz w:val="28"/>
          <w:lang w:val="zxx"/>
        </w:rPr>
        <w:t>TLS</w:t>
      </w:r>
      <w:r>
        <w:rPr>
          <w:b w:val="false"/>
          <w:sz w:val="28"/>
        </w:rPr>
        <w:t xml:space="preserve"> </w:t>
      </w:r>
      <w:r>
        <w:rPr>
          <w:b w:val="false"/>
          <w:sz w:val="28"/>
          <w:lang w:val="zxx"/>
        </w:rPr>
        <w:t>KeyUpdate</w:t>
      </w:r>
      <w:r>
        <w:rPr>
          <w:b w:val="false"/>
          <w:sz w:val="28"/>
        </w:rPr>
        <w:t xml:space="preserve"> само по себе не является заменой ключа участника.</w:t>
      </w:r>
    </w:p>
    <w:p>
      <w:pPr>
        <w:pStyle w:val="Normal"/>
        <w:jc w:val="both"/>
        <w:rPr/>
      </w:pPr>
      <w:r>
        <w:rPr>
          <w:b w:val="false"/>
          <w:sz w:val="28"/>
          <w:lang w:val="zxx"/>
        </w:rPr>
        <w:t>14.78</w:t>
      </w:r>
      <w:r>
        <w:rPr>
          <w:b w:val="false"/>
          <w:sz w:val="28"/>
        </w:rPr>
        <w:t xml:space="preserve"> При действующем владении новый </w:t>
      </w:r>
      <w:r>
        <w:rPr>
          <w:b w:val="false"/>
          <w:sz w:val="28"/>
          <w:lang w:val="zxx"/>
        </w:rPr>
        <w:t>active-</w:t>
      </w:r>
      <w:r>
        <w:rPr>
          <w:b w:val="false"/>
          <w:sz w:val="28"/>
        </w:rPr>
        <w:t xml:space="preserve">ключ того же </w:t>
      </w:r>
      <w:r>
        <w:rPr>
          <w:b w:val="false"/>
          <w:sz w:val="28"/>
          <w:lang w:val="zxx"/>
        </w:rPr>
        <w:t>principalId</w:t>
      </w:r>
      <w:r>
        <w:rPr>
          <w:b w:val="false"/>
          <w:sz w:val="28"/>
        </w:rPr>
        <w:t xml:space="preserve"> проходит </w:t>
      </w:r>
      <w:r>
        <w:rPr>
          <w:b w:val="false"/>
          <w:sz w:val="28"/>
          <w:lang w:val="zxx"/>
        </w:rPr>
        <w:t>handshake.</w:t>
      </w:r>
      <w:r>
        <w:rPr>
          <w:b w:val="false"/>
          <w:sz w:val="28"/>
        </w:rPr>
        <w:t xml:space="preserve"> Единственный активный экземпляр АРМ закрывает прежний управляющий канал, выполняет </w:t>
      </w:r>
      <w:r>
        <w:rPr>
          <w:b w:val="false"/>
          <w:sz w:val="28"/>
          <w:lang w:val="zxx"/>
        </w:rPr>
        <w:t>resume</w:t>
      </w:r>
      <w:r>
        <w:rPr>
          <w:b w:val="false"/>
          <w:sz w:val="28"/>
        </w:rPr>
        <w:t xml:space="preserve"> и подтверждает прикрепление к существующей эпохе до отзыва старого ключа. Новый </w:t>
      </w:r>
      <w:r>
        <w:rPr>
          <w:b w:val="false"/>
          <w:sz w:val="28"/>
          <w:lang w:val="zxx"/>
        </w:rPr>
        <w:t>session.start</w:t>
      </w:r>
      <w:r>
        <w:rPr>
          <w:b w:val="false"/>
          <w:sz w:val="28"/>
        </w:rPr>
        <w:t xml:space="preserve"> вместо </w:t>
      </w:r>
      <w:r>
        <w:rPr>
          <w:b w:val="false"/>
          <w:sz w:val="28"/>
          <w:lang w:val="zxx"/>
        </w:rPr>
        <w:t>resume</w:t>
      </w:r>
      <w:r>
        <w:rPr>
          <w:b w:val="false"/>
          <w:sz w:val="28"/>
        </w:rPr>
        <w:t xml:space="preserve"> запрещен. Отзыв только прежнего ключа после успешного прикрепления не отзывает владение, основанное на новом ключе. Если переход не завершен, применяются обычные сроки владения и политика потери управления; наличие нового ключа не продлевает их.</w:t>
      </w:r>
    </w:p>
    <w:p>
      <w:pPr>
        <w:pStyle w:val="2"/>
        <w:rPr/>
      </w:pPr>
      <w:r>
        <w:rPr/>
        <w:t>Отзыв, утрата ключей и замена устройства</w:t>
      </w:r>
    </w:p>
    <w:p>
      <w:pPr>
        <w:pStyle w:val="Normal"/>
        <w:jc w:val="both"/>
        <w:rPr/>
      </w:pPr>
      <w:r>
        <w:rPr>
          <w:b w:val="false"/>
          <w:sz w:val="28"/>
          <w:lang w:val="zxx"/>
        </w:rPr>
        <w:t>14.79</w:t>
      </w:r>
      <w:r>
        <w:rPr>
          <w:b w:val="false"/>
          <w:sz w:val="28"/>
        </w:rPr>
        <w:t xml:space="preserve"> При компрометации применяется отзыв затронутых ключей и полномочий по правилам безопасности. Отозванные ключи отвергаются, их соединения закрываются, а связанное активное исполнение останавливается независимо от настройки </w:t>
      </w:r>
      <w:r>
        <w:rPr>
          <w:b w:val="false"/>
          <w:sz w:val="28"/>
          <w:lang w:val="zxx"/>
        </w:rPr>
        <w:t>onControlLoss=finish.</w:t>
      </w:r>
      <w:r>
        <w:rPr>
          <w:b w:val="false"/>
          <w:sz w:val="28"/>
        </w:rPr>
        <w:t xml:space="preserve"> Плановая ротация сначала прикрепляет новый действующий ключ через </w:t>
      </w:r>
      <w:r>
        <w:rPr>
          <w:b w:val="false"/>
          <w:sz w:val="28"/>
          <w:lang w:val="zxx"/>
        </w:rPr>
        <w:t>resume</w:t>
      </w:r>
      <w:r>
        <w:rPr>
          <w:b w:val="false"/>
          <w:sz w:val="28"/>
        </w:rPr>
        <w:t xml:space="preserve"> и не является аварийным отзывом текущей привязки. Если раскрыт </w:t>
      </w:r>
      <w:r>
        <w:rPr>
          <w:b w:val="false"/>
          <w:sz w:val="28"/>
          <w:lang w:val="zxx"/>
        </w:rPr>
        <w:t>Kpair</w:t>
      </w:r>
      <w:r>
        <w:rPr>
          <w:b w:val="false"/>
          <w:sz w:val="28"/>
        </w:rPr>
        <w:t xml:space="preserve">, меняются </w:t>
      </w:r>
      <w:r>
        <w:rPr>
          <w:b w:val="false"/>
          <w:sz w:val="28"/>
          <w:lang w:val="zxx"/>
        </w:rPr>
        <w:t>Kpair/</w:t>
      </w:r>
      <w:r>
        <w:rPr>
          <w:b w:val="false"/>
          <w:sz w:val="28"/>
        </w:rPr>
        <w:t>​</w:t>
      </w:r>
      <w:r>
        <w:rPr>
          <w:b w:val="false"/>
          <w:sz w:val="28"/>
          <w:lang w:val="zxx"/>
        </w:rPr>
        <w:t>rootId</w:t>
      </w:r>
      <w:r>
        <w:rPr>
          <w:b w:val="false"/>
          <w:sz w:val="28"/>
        </w:rPr>
        <w:t xml:space="preserve"> и все производные </w:t>
      </w:r>
      <w:r>
        <w:rPr>
          <w:b w:val="false"/>
          <w:sz w:val="28"/>
          <w:lang w:val="zxx"/>
        </w:rPr>
        <w:t>keyId</w:t>
      </w:r>
      <w:r>
        <w:rPr>
          <w:b w:val="false"/>
          <w:sz w:val="28"/>
        </w:rPr>
        <w:t xml:space="preserve"> этой пары; новая соль при прежнем секрете не восстанавливает доверие. Новое доверие не подтверждается отозванным участником.</w:t>
      </w:r>
    </w:p>
    <w:p>
      <w:pPr>
        <w:pStyle w:val="Normal"/>
        <w:jc w:val="both"/>
        <w:rPr/>
      </w:pPr>
      <w:r>
        <w:rPr>
          <w:b w:val="false"/>
          <w:sz w:val="28"/>
          <w:lang w:val="zxx"/>
        </w:rPr>
        <w:t>14.80</w:t>
      </w:r>
      <w:r>
        <w:rPr>
          <w:b w:val="false"/>
          <w:sz w:val="28"/>
        </w:rPr>
        <w:t xml:space="preserve"> При утрате всех действующих ключей или замене корня администратора выполняется местная авторизованная процедура при подтвержденном </w:t>
      </w:r>
      <w:r>
        <w:rPr>
          <w:b w:val="false"/>
          <w:sz w:val="28"/>
          <w:lang w:val="zxx"/>
        </w:rPr>
        <w:t>off</w:t>
      </w:r>
      <w:r>
        <w:rPr>
          <w:b w:val="false"/>
          <w:sz w:val="28"/>
        </w:rPr>
        <w:t xml:space="preserve"> с независимой проверкой отпечатка и аудитом. Восстановление сохраняет </w:t>
      </w:r>
      <w:r>
        <w:rPr>
          <w:b w:val="false"/>
          <w:sz w:val="28"/>
          <w:lang w:val="zxx"/>
        </w:rPr>
        <w:t>deviceId</w:t>
      </w:r>
      <w:r>
        <w:rPr>
          <w:b w:val="false"/>
          <w:sz w:val="28"/>
        </w:rPr>
        <w:t xml:space="preserve">, старшие поколения, отозванные идентификаторы, минимальную разрешенную версию и </w:t>
      </w:r>
      <w:r>
        <w:rPr>
          <w:b w:val="false"/>
          <w:sz w:val="28"/>
          <w:lang w:val="zxx"/>
        </w:rPr>
        <w:t>securityPolicy.</w:t>
      </w:r>
      <w:r>
        <w:rPr>
          <w:b w:val="false"/>
          <w:sz w:val="28"/>
        </w:rPr>
        <w:t xml:space="preserve"> Восстановление резервной копии не отменяет более поздний отзыв; копия с утраченными сведениями о старших поколениях не становится основанием допуска. Сброс секретов не выключает </w:t>
      </w:r>
      <w:r>
        <w:rPr>
          <w:b w:val="false"/>
          <w:sz w:val="28"/>
          <w:lang w:val="zxx"/>
        </w:rPr>
        <w:t>secureOnly.</w:t>
      </w:r>
      <w:r>
        <w:rPr>
          <w:b w:val="false"/>
          <w:sz w:val="28"/>
        </w:rPr>
        <w:t xml:space="preserve"> При отсутствии действующего доверия в </w:t>
      </w:r>
      <w:r>
        <w:rPr>
          <w:b w:val="false"/>
          <w:sz w:val="28"/>
          <w:lang w:val="zxx"/>
        </w:rPr>
        <w:t>secureOnly</w:t>
      </w:r>
      <w:r>
        <w:rPr>
          <w:b w:val="false"/>
          <w:sz w:val="28"/>
        </w:rPr>
        <w:t xml:space="preserve"> сетевое управление остается недоступным до завершения местного восстановления.</w:t>
      </w:r>
    </w:p>
    <w:p>
      <w:pPr>
        <w:pStyle w:val="Normal"/>
        <w:jc w:val="both"/>
        <w:rPr/>
      </w:pPr>
      <w:r>
        <w:rPr>
          <w:b w:val="false"/>
          <w:sz w:val="28"/>
          <w:lang w:val="zxx"/>
        </w:rPr>
        <w:t>14.81</w:t>
      </w:r>
      <w:r>
        <w:rPr>
          <w:b w:val="false"/>
          <w:sz w:val="28"/>
        </w:rPr>
        <w:t xml:space="preserve"> Замена физического устройства использует его собственную идентичность и новую привязку ресурсов по разделу регистрации. Перенос совместимой конфигурации не переносит </w:t>
      </w:r>
      <w:r>
        <w:rPr>
          <w:b w:val="false"/>
          <w:sz w:val="28"/>
          <w:lang w:val="zxx"/>
        </w:rPr>
        <w:t>Kpair</w:t>
      </w:r>
      <w:r>
        <w:rPr>
          <w:b w:val="false"/>
          <w:sz w:val="28"/>
        </w:rPr>
        <w:t xml:space="preserve">, </w:t>
      </w:r>
      <w:r>
        <w:rPr>
          <w:b w:val="false"/>
          <w:sz w:val="28"/>
          <w:lang w:val="zxx"/>
        </w:rPr>
        <w:t>PSK</w:t>
      </w:r>
      <w:r>
        <w:rPr>
          <w:b w:val="false"/>
          <w:sz w:val="28"/>
        </w:rPr>
        <w:t xml:space="preserve">, активное владение или сеанс прежнего устройства. Совпадение </w:t>
      </w:r>
      <w:r>
        <w:rPr>
          <w:b w:val="false"/>
          <w:sz w:val="28"/>
          <w:lang w:val="zxx"/>
        </w:rPr>
        <w:t>IP-</w:t>
      </w:r>
      <w:r>
        <w:rPr>
          <w:b w:val="false"/>
          <w:sz w:val="28"/>
        </w:rPr>
        <w:t>адреса не подтверждает замену и не позволяет принять ответ нового устройства за результат прежнего запуска. Восстановленный либо новый экземпляр АРМ также соблюдает запрет вытеснения действующего владельца.</w:t>
      </w:r>
    </w:p>
    <w:p>
      <w:pPr>
        <w:pStyle w:val="2"/>
        <w:rPr/>
      </w:pPr>
      <w:r>
        <w:rPr/>
        <w:t>Параметры процедуры в паспорте изделия</w:t>
      </w:r>
    </w:p>
    <w:p>
      <w:pPr>
        <w:pStyle w:val="Normal"/>
        <w:jc w:val="both"/>
        <w:rPr/>
      </w:pPr>
      <w:r>
        <w:rPr>
          <w:b w:val="false"/>
          <w:sz w:val="28"/>
          <w:lang w:val="zxx"/>
        </w:rPr>
        <w:t>14.82</w:t>
      </w:r>
      <w:r>
        <w:rPr>
          <w:b w:val="false"/>
          <w:sz w:val="28"/>
        </w:rPr>
        <w:t xml:space="preserve"> Паспорт изделия </w:t>
      </w:r>
      <w:r>
        <w:rPr>
          <w:b w:val="false"/>
          <w:sz w:val="28"/>
          <w:lang w:val="zxx"/>
        </w:rPr>
        <w:t>ДОЛЖЕН</w:t>
      </w:r>
      <w:r>
        <w:rPr>
          <w:b w:val="false"/>
          <w:sz w:val="28"/>
        </w:rPr>
        <w:t xml:space="preserve"> конкретизировать способы выполнения установленной процедуры. Эти сведения определяют местный сервисный путь; они не вводят общие для всех изготовителей разъем, программатор, загрузчик или интерфейс приложения. Паспорт указывает:</w:t>
      </w:r>
    </w:p>
    <w:p>
      <w:pPr>
        <w:pStyle w:val="Normal"/>
        <w:jc w:val="both"/>
        <w:rPr/>
      </w:pPr>
      <w:r>
        <w:rPr>
          <w:b w:val="false"/>
          <w:sz w:val="28"/>
          <w:lang w:val="zxx"/>
        </w:rPr>
        <w:t>14.83</w:t>
      </w:r>
      <w:r>
        <w:rPr>
          <w:b w:val="false"/>
          <w:sz w:val="28"/>
        </w:rPr>
        <w:t xml:space="preserve"> способ первичного программирования, местного входа в сервисный режим, проверки полномочий установщика и подтверждения </w:t>
      </w:r>
      <w:r>
        <w:rPr>
          <w:b w:val="false"/>
          <w:sz w:val="28"/>
          <w:lang w:val="zxx"/>
        </w:rPr>
        <w:t>off</w:t>
      </w:r>
      <w:r>
        <w:rPr>
          <w:b w:val="false"/>
          <w:sz w:val="28"/>
        </w:rPr>
        <w:t>;</w:t>
      </w:r>
    </w:p>
    <w:p>
      <w:pPr>
        <w:pStyle w:val="Normal"/>
        <w:jc w:val="start"/>
        <w:rPr/>
      </w:pPr>
      <w:r>
        <w:rPr>
          <w:b w:val="false"/>
          <w:sz w:val="28"/>
          <w:lang w:val="zxx"/>
        </w:rPr>
        <w:t>14.84</w:t>
      </w:r>
      <w:r>
        <w:rPr>
          <w:b w:val="false"/>
          <w:sz w:val="28"/>
        </w:rPr>
        <w:t xml:space="preserve"> способ независимой проверки </w:t>
      </w:r>
      <w:r>
        <w:rPr>
          <w:b w:val="false"/>
          <w:sz w:val="28"/>
          <w:lang w:val="zxx"/>
        </w:rPr>
        <w:t>deviceId</w:t>
      </w:r>
      <w:r>
        <w:rPr>
          <w:b w:val="false"/>
          <w:sz w:val="28"/>
        </w:rPr>
        <w:t xml:space="preserve"> и отпечатка администратора, назначения </w:t>
      </w:r>
      <w:r>
        <w:rPr>
          <w:b w:val="false"/>
          <w:sz w:val="28"/>
          <w:lang w:val="zxx"/>
        </w:rPr>
        <w:t>principalId</w:t>
      </w:r>
      <w:r>
        <w:rPr>
          <w:b w:val="false"/>
          <w:sz w:val="28"/>
        </w:rPr>
        <w:t xml:space="preserve"> и области ресурсов;</w:t>
      </w:r>
    </w:p>
    <w:p>
      <w:pPr>
        <w:pStyle w:val="Normal"/>
        <w:jc w:val="both"/>
        <w:rPr/>
      </w:pPr>
      <w:r>
        <w:rPr>
          <w:b w:val="false"/>
          <w:sz w:val="28"/>
          <w:lang w:val="zxx"/>
        </w:rPr>
        <w:t>14.85</w:t>
      </w:r>
      <w:r>
        <w:rPr>
          <w:b w:val="false"/>
          <w:sz w:val="28"/>
        </w:rPr>
        <w:t xml:space="preserve"> защищенный путь импорта </w:t>
      </w:r>
      <w:r>
        <w:rPr>
          <w:b w:val="false"/>
          <w:sz w:val="28"/>
          <w:lang w:val="zxx"/>
        </w:rPr>
        <w:t>OAK1</w:t>
      </w:r>
      <w:r>
        <w:rPr>
          <w:b w:val="false"/>
          <w:sz w:val="28"/>
        </w:rPr>
        <w:t xml:space="preserve"> и подписанного пакета доверия, средства хранения и переноса секретов, источник случайности;</w:t>
      </w:r>
    </w:p>
    <w:p>
      <w:pPr>
        <w:pStyle w:val="Normal"/>
        <w:jc w:val="both"/>
        <w:rPr/>
      </w:pPr>
      <w:r>
        <w:rPr>
          <w:b w:val="false"/>
          <w:sz w:val="28"/>
          <w:lang w:val="zxx"/>
        </w:rPr>
        <w:t>14.86</w:t>
      </w:r>
      <w:r>
        <w:rPr>
          <w:b w:val="false"/>
          <w:sz w:val="28"/>
        </w:rPr>
        <w:t xml:space="preserve"> способ чтения сохраненных поколений и состояний без выдачи секретов, признаки завершения каждого шага и порядок продолжения после отказа;</w:t>
      </w:r>
    </w:p>
    <w:p>
      <w:pPr>
        <w:pStyle w:val="Normal"/>
        <w:jc w:val="both"/>
        <w:rPr/>
      </w:pPr>
      <w:r>
        <w:rPr>
          <w:b w:val="false"/>
          <w:sz w:val="28"/>
          <w:lang w:val="zxx"/>
        </w:rPr>
        <w:t>14.87</w:t>
      </w:r>
      <w:r>
        <w:rPr>
          <w:b w:val="false"/>
          <w:sz w:val="28"/>
        </w:rPr>
        <w:t xml:space="preserve"> порядок резервирования, плановой замены, отзыва и местного восстановления с сохранением запретов возврата;</w:t>
      </w:r>
    </w:p>
    <w:p>
      <w:pPr>
        <w:pStyle w:val="Normal"/>
        <w:jc w:val="both"/>
        <w:rPr/>
      </w:pPr>
      <w:r>
        <w:rPr>
          <w:b w:val="false"/>
          <w:sz w:val="28"/>
          <w:lang w:val="zxx"/>
        </w:rPr>
        <w:t>14.88</w:t>
      </w:r>
      <w:r>
        <w:rPr>
          <w:b w:val="false"/>
          <w:sz w:val="28"/>
        </w:rPr>
        <w:t xml:space="preserve"> место хранения аудита, состав доступных оператору результатов и способ явного выбора </w:t>
      </w:r>
      <w:r>
        <w:rPr>
          <w:b w:val="false"/>
          <w:sz w:val="28"/>
          <w:lang w:val="zxx"/>
        </w:rPr>
        <w:t>optional</w:t>
      </w:r>
      <w:r>
        <w:rPr>
          <w:b w:val="false"/>
          <w:sz w:val="28"/>
        </w:rPr>
        <w:t xml:space="preserve"> либо </w:t>
      </w:r>
      <w:r>
        <w:rPr>
          <w:b w:val="false"/>
          <w:sz w:val="28"/>
          <w:lang w:val="zxx"/>
        </w:rPr>
        <w:t>secureOnly.</w:t>
      </w:r>
    </w:p>
    <w:p>
      <w:pPr>
        <w:pStyle w:val="1"/>
        <w:rPr/>
      </w:pPr>
      <w:bookmarkStart w:id="15" w:name="__RefHeading___Toc43279_1766585215"/>
      <w:bookmarkEnd w:id="15"/>
      <w:r>
        <w:rPr/>
        <w:t>15 Речь, записи и время</w:t>
      </w:r>
    </w:p>
    <w:p>
      <w:pPr>
        <w:pStyle w:val="Normal"/>
        <w:jc w:val="both"/>
        <w:rPr/>
      </w:pPr>
      <w:r>
        <w:rPr>
          <w:b w:val="false"/>
          <w:sz w:val="24"/>
        </w:rPr>
        <w:t xml:space="preserve">Речь передается локальной записью, потоком записи либо микрофоном. Для сети применяется </w:t>
      </w:r>
      <w:r>
        <w:rPr>
          <w:b w:val="false"/>
          <w:sz w:val="24"/>
          <w:lang w:val="zxx"/>
        </w:rPr>
        <w:t>rtp-</w:t>
      </w:r>
      <w:r>
        <w:rPr>
          <w:b w:val="false"/>
          <w:sz w:val="24"/>
        </w:rPr>
        <w:t>⁠</w:t>
      </w:r>
      <w:r>
        <w:rPr>
          <w:b w:val="false"/>
          <w:sz w:val="24"/>
          <w:lang w:val="zxx"/>
        </w:rPr>
        <w:t>alert/</w:t>
      </w:r>
      <w:r>
        <w:rPr>
          <w:b w:val="false"/>
          <w:sz w:val="24"/>
        </w:rPr>
        <w:t>⁠</w:t>
      </w:r>
      <w:r>
        <w:rPr>
          <w:b w:val="false"/>
          <w:sz w:val="24"/>
          <w:lang w:val="zxx"/>
        </w:rPr>
        <w:t>5</w:t>
      </w:r>
      <w:r>
        <w:rPr>
          <w:b w:val="false"/>
          <w:sz w:val="24"/>
        </w:rPr>
        <w:t xml:space="preserve"> настоящего раздела; для автономного последовательного оповещения - </w:t>
      </w:r>
      <w:r>
        <w:rPr>
          <w:b w:val="false"/>
          <w:sz w:val="24"/>
          <w:lang w:val="zxx"/>
        </w:rPr>
        <w:t>mode=program</w:t>
      </w:r>
      <w:r>
        <w:rPr>
          <w:b w:val="false"/>
          <w:sz w:val="24"/>
        </w:rPr>
        <w:t xml:space="preserve"> раздела </w:t>
      </w:r>
      <w:r>
        <w:rPr>
          <w:b w:val="false"/>
          <w:sz w:val="24"/>
          <w:lang w:val="zxx"/>
        </w:rPr>
        <w:t>26.</w:t>
      </w:r>
      <w:r>
        <w:rPr>
          <w:b w:val="false"/>
          <w:sz w:val="24"/>
        </w:rPr>
        <w:t xml:space="preserve"> Управление всеми режимами использует явно выбранный </w:t>
      </w:r>
      <w:r>
        <w:rPr>
          <w:b w:val="false"/>
          <w:sz w:val="24"/>
          <w:lang w:val="zxx"/>
        </w:rPr>
        <w:t>tls</w:t>
      </w:r>
      <w:r>
        <w:rPr>
          <w:b w:val="false"/>
          <w:sz w:val="24"/>
        </w:rPr>
        <w:t xml:space="preserve"> либо </w:t>
      </w:r>
      <w:r>
        <w:rPr>
          <w:b w:val="false"/>
          <w:sz w:val="24"/>
          <w:lang w:val="zxx"/>
        </w:rPr>
        <w:t>plain</w:t>
      </w:r>
      <w:r>
        <w:rPr>
          <w:b w:val="false"/>
          <w:sz w:val="24"/>
        </w:rPr>
        <w:t>, точные ресурсы и общие критерии физического результата.</w:t>
      </w:r>
    </w:p>
    <w:p>
      <w:pPr>
        <w:pStyle w:val="2"/>
        <w:rPr/>
      </w:pPr>
      <w:r>
        <w:rPr/>
        <w:t>Три способа передачи речи</w:t>
      </w:r>
    </w:p>
    <w:p>
      <w:pPr>
        <w:pStyle w:val="Normal"/>
        <w:keepNext w:val="true"/>
        <w:jc w:val="start"/>
        <w:rPr/>
      </w:pPr>
      <w:r>
        <w:rPr>
          <w:b/>
          <w:sz w:val="28"/>
          <w:lang w:val="zxx"/>
        </w:rPr>
        <w:t>15.1</w:t>
      </w:r>
      <w:r>
        <w:rPr>
          <w:b/>
          <w:sz w:val="28"/>
        </w:rPr>
        <w:t xml:space="preserve"> Локальная запись</w:t>
      </w:r>
    </w:p>
    <w:p>
      <w:pPr>
        <w:pStyle w:val="Normal"/>
        <w:jc w:val="both"/>
        <w:rPr/>
      </w:pPr>
      <w:r>
        <w:rPr>
          <w:b w:val="false"/>
          <w:sz w:val="28"/>
        </w:rPr>
        <w:t xml:space="preserve">Где находится источник: Полное проверенное содержимое доступно на УУ/ОУ до </w:t>
      </w:r>
      <w:r>
        <w:rPr>
          <w:b w:val="false"/>
          <w:sz w:val="28"/>
          <w:lang w:val="zxx"/>
        </w:rPr>
        <w:t>session.start.</w:t>
      </w:r>
    </w:p>
    <w:p>
      <w:pPr>
        <w:pStyle w:val="Normal"/>
        <w:jc w:val="both"/>
        <w:rPr/>
      </w:pPr>
      <w:r>
        <w:rPr>
          <w:b w:val="false"/>
          <w:sz w:val="28"/>
        </w:rPr>
        <w:t>Необходимый контракт: Размещение и атомарная публикация содержимого, идентичность и хеш, готовность, запуск одного прохода, естественное окончание, отмена и физический результат. Передача аудио по сети во время исполнения не обязательна.</w:t>
      </w:r>
    </w:p>
    <w:p>
      <w:pPr>
        <w:pStyle w:val="Normal"/>
        <w:keepNext w:val="true"/>
        <w:jc w:val="start"/>
        <w:rPr/>
      </w:pPr>
      <w:r>
        <w:rPr>
          <w:b/>
          <w:sz w:val="28"/>
          <w:lang w:val="zxx"/>
        </w:rPr>
        <w:t>15.2</w:t>
      </w:r>
      <w:r>
        <w:rPr>
          <w:b/>
          <w:sz w:val="28"/>
        </w:rPr>
        <w:t xml:space="preserve"> Потоковая запись</w:t>
      </w:r>
    </w:p>
    <w:p>
      <w:pPr>
        <w:pStyle w:val="Normal"/>
        <w:jc w:val="both"/>
        <w:rPr/>
      </w:pPr>
      <w:r>
        <w:rPr>
          <w:b w:val="false"/>
          <w:sz w:val="28"/>
        </w:rPr>
        <w:t>Где находится источник: Файл хранится на АРМ и передается получателям во время исполнения.</w:t>
      </w:r>
    </w:p>
    <w:p>
      <w:pPr>
        <w:pStyle w:val="Normal"/>
        <w:jc w:val="both"/>
        <w:rPr/>
      </w:pPr>
      <w:r>
        <w:rPr>
          <w:b w:val="false"/>
          <w:sz w:val="28"/>
        </w:rPr>
        <w:t xml:space="preserve">Необходимый контракт: Кроме неизменного содержимого нужны доставка потока с явно выбранным режимом </w:t>
      </w:r>
      <w:r>
        <w:rPr>
          <w:b w:val="false"/>
          <w:sz w:val="28"/>
          <w:lang w:val="zxx"/>
        </w:rPr>
        <w:t>tls</w:t>
      </w:r>
      <w:r>
        <w:rPr>
          <w:b w:val="false"/>
          <w:sz w:val="28"/>
        </w:rPr>
        <w:t xml:space="preserve"> либо </w:t>
      </w:r>
      <w:r>
        <w:rPr>
          <w:b w:val="false"/>
          <w:sz w:val="28"/>
          <w:lang w:val="zxx"/>
        </w:rPr>
        <w:t>plain</w:t>
      </w:r>
      <w:r>
        <w:rPr>
          <w:b w:val="false"/>
          <w:sz w:val="28"/>
        </w:rPr>
        <w:t>, подготовка получателей, временная шкала, ограниченный буфер, учет потерь и точная граница окончания. Звук не шифруется. Наличие файла на АРМ не делает его локальной записью УУ.</w:t>
      </w:r>
    </w:p>
    <w:p>
      <w:pPr>
        <w:pStyle w:val="Normal"/>
        <w:keepNext w:val="true"/>
        <w:jc w:val="start"/>
        <w:rPr/>
      </w:pPr>
      <w:r>
        <w:rPr>
          <w:b/>
          <w:sz w:val="28"/>
          <w:lang w:val="zxx"/>
        </w:rPr>
        <w:t>15.3</w:t>
      </w:r>
      <w:r>
        <w:rPr>
          <w:b/>
          <w:sz w:val="28"/>
        </w:rPr>
        <w:t xml:space="preserve"> Микрофон</w:t>
      </w:r>
    </w:p>
    <w:p>
      <w:pPr>
        <w:pStyle w:val="Normal"/>
        <w:jc w:val="both"/>
        <w:rPr/>
      </w:pPr>
      <w:r>
        <w:rPr>
          <w:b w:val="false"/>
          <w:sz w:val="28"/>
        </w:rPr>
        <w:t>Где находится источник: Отсчеты создаются разрешенным источником в реальном времени.</w:t>
      </w:r>
    </w:p>
    <w:p>
      <w:pPr>
        <w:pStyle w:val="Normal"/>
        <w:jc w:val="both"/>
        <w:rPr/>
      </w:pPr>
      <w:r>
        <w:rPr>
          <w:b w:val="false"/>
          <w:sz w:val="28"/>
        </w:rPr>
        <w:t>Необходимый контракт: Нужны доставка потока и право говорить: выдача, удержание, отпускание и отзыв тангенты, смена источника, предел задержки и реакция на потерю аудио отдельно от потери управления. Полного файла и хеша будущей речи до начала нет.</w:t>
      </w:r>
    </w:p>
    <w:p>
      <w:pPr>
        <w:pStyle w:val="Normal"/>
        <w:jc w:val="start"/>
        <w:rPr/>
      </w:pPr>
      <w:r>
        <w:rPr>
          <w:b w:val="false"/>
          <w:sz w:val="28"/>
          <w:lang w:val="zxx"/>
        </w:rPr>
        <w:t>15.4</w:t>
      </w:r>
      <w:r>
        <w:rPr>
          <w:b w:val="false"/>
          <w:sz w:val="28"/>
        </w:rPr>
        <w:t xml:space="preserve"> Локальный режим </w:t>
      </w:r>
      <w:r>
        <w:rPr>
          <w:b w:val="false"/>
          <w:sz w:val="28"/>
          <w:lang w:val="zxx"/>
        </w:rPr>
        <w:t>mode=recording</w:t>
      </w:r>
      <w:r>
        <w:rPr>
          <w:b w:val="false"/>
          <w:sz w:val="28"/>
        </w:rPr>
        <w:t xml:space="preserve"> выбирает неизменяемый объект, доступный УУ или ОУ целиком до </w:t>
      </w:r>
      <w:r>
        <w:rPr>
          <w:b w:val="false"/>
          <w:sz w:val="28"/>
          <w:lang w:val="zxx"/>
        </w:rPr>
        <w:t>session.start:</w:t>
      </w:r>
      <w:r>
        <w:rPr>
          <w:b w:val="false"/>
          <w:sz w:val="28"/>
        </w:rPr>
        <w:t xml:space="preserve"> </w:t>
      </w:r>
      <w:r>
        <w:rPr>
          <w:b w:val="false"/>
          <w:sz w:val="28"/>
          <w:lang w:val="zxx"/>
        </w:rPr>
        <w:t>contentId/</w:t>
      </w:r>
      <w:r>
        <w:rPr>
          <w:b w:val="false"/>
          <w:sz w:val="28"/>
        </w:rPr>
        <w:t>​</w:t>
      </w:r>
      <w:r>
        <w:rPr>
          <w:b w:val="false"/>
          <w:sz w:val="28"/>
          <w:lang w:val="zxx"/>
        </w:rPr>
        <w:t>revision/</w:t>
      </w:r>
      <w:r>
        <w:rPr>
          <w:b w:val="false"/>
          <w:sz w:val="28"/>
        </w:rPr>
        <w:t>​</w:t>
      </w:r>
      <w:r>
        <w:rPr>
          <w:b w:val="false"/>
          <w:sz w:val="28"/>
          <w:lang w:val="zxx"/>
        </w:rPr>
        <w:t>hashAlgorithm/</w:t>
      </w:r>
      <w:r>
        <w:rPr>
          <w:b w:val="false"/>
          <w:sz w:val="28"/>
        </w:rPr>
        <w:t>​</w:t>
      </w:r>
      <w:r>
        <w:rPr>
          <w:b w:val="false"/>
          <w:sz w:val="28"/>
          <w:lang w:val="zxx"/>
        </w:rPr>
        <w:t>hash.</w:t>
      </w:r>
      <w:r>
        <w:rPr>
          <w:b w:val="false"/>
          <w:sz w:val="28"/>
        </w:rPr>
        <w:t xml:space="preserve"> Один </w:t>
      </w:r>
      <w:r>
        <w:rPr>
          <w:b w:val="false"/>
          <w:sz w:val="28"/>
          <w:lang w:val="zxx"/>
        </w:rPr>
        <w:t>session.start</w:t>
      </w:r>
      <w:r>
        <w:rPr>
          <w:b w:val="false"/>
          <w:sz w:val="28"/>
        </w:rPr>
        <w:t xml:space="preserve"> выполняет один проход. Файл с АРМ во время исполнения передается через </w:t>
      </w:r>
      <w:r>
        <w:rPr>
          <w:b w:val="false"/>
          <w:sz w:val="28"/>
          <w:lang w:val="zxx"/>
        </w:rPr>
        <w:t>mode=stream</w:t>
      </w:r>
      <w:r>
        <w:rPr>
          <w:b w:val="false"/>
          <w:sz w:val="28"/>
        </w:rPr>
        <w:t xml:space="preserve"> и </w:t>
      </w:r>
      <w:r>
        <w:rPr>
          <w:b w:val="false"/>
          <w:sz w:val="28"/>
          <w:lang w:val="zxx"/>
        </w:rPr>
        <w:t>audio.prepare.</w:t>
      </w:r>
      <w:r>
        <w:rPr>
          <w:b w:val="false"/>
          <w:sz w:val="28"/>
        </w:rPr>
        <w:t xml:space="preserve"> Подмена локальной записи </w:t>
      </w:r>
      <w:r>
        <w:rPr>
          <w:b w:val="false"/>
          <w:sz w:val="28"/>
          <w:lang w:val="zxx"/>
        </w:rPr>
        <w:t>URL</w:t>
      </w:r>
      <w:r>
        <w:rPr>
          <w:b w:val="false"/>
          <w:sz w:val="28"/>
        </w:rPr>
        <w:t xml:space="preserve"> или сетевым источником в поле </w:t>
      </w:r>
      <w:r>
        <w:rPr>
          <w:b w:val="false"/>
          <w:sz w:val="28"/>
          <w:lang w:val="zxx"/>
        </w:rPr>
        <w:t>contentId</w:t>
      </w:r>
      <w:r>
        <w:rPr>
          <w:b w:val="false"/>
          <w:sz w:val="28"/>
        </w:rPr>
        <w:t xml:space="preserve"> запрещена.</w:t>
      </w:r>
    </w:p>
    <w:p>
      <w:pPr>
        <w:pStyle w:val="2"/>
        <w:rPr/>
      </w:pPr>
      <w:r>
        <w:rPr/>
        <w:t>Запись на стороне исполнения</w:t>
      </w:r>
    </w:p>
    <w:p>
      <w:pPr>
        <w:pStyle w:val="Normal"/>
        <w:keepNext w:val="true"/>
        <w:jc w:val="start"/>
        <w:rPr/>
      </w:pPr>
      <w:r>
        <w:rPr>
          <w:b/>
          <w:sz w:val="28"/>
          <w:lang w:val="zxx"/>
        </w:rPr>
        <w:t>15.5</w:t>
      </w:r>
      <w:r>
        <w:rPr>
          <w:b/>
          <w:sz w:val="28"/>
        </w:rPr>
        <w:t xml:space="preserve"> Размещение</w:t>
      </w:r>
    </w:p>
    <w:p>
      <w:pPr>
        <w:pStyle w:val="Normal"/>
        <w:jc w:val="both"/>
        <w:rPr/>
      </w:pPr>
      <w:r>
        <w:rPr>
          <w:b w:val="false"/>
          <w:sz w:val="28"/>
        </w:rPr>
        <w:t xml:space="preserve">Производственная загрузка допустима без сетевого аудиоканала. Сетевое обновление контента использует команды раздела </w:t>
      </w:r>
      <w:r>
        <w:rPr>
          <w:b w:val="false"/>
          <w:sz w:val="28"/>
          <w:lang w:val="zxx"/>
        </w:rPr>
        <w:t>15:</w:t>
      </w:r>
      <w:r>
        <w:rPr>
          <w:b w:val="false"/>
          <w:sz w:val="28"/>
        </w:rPr>
        <w:t xml:space="preserve"> ограниченные блоки, повтор/продолжение, проверка полного объекта, атомарное применение и восстановление после обрыва питания. Сетевая доставка использует </w:t>
      </w:r>
      <w:r>
        <w:rPr>
          <w:b w:val="false"/>
          <w:sz w:val="28"/>
          <w:lang w:val="zxx"/>
        </w:rPr>
        <w:t>content.begin</w:t>
      </w:r>
      <w:r>
        <w:rPr>
          <w:b w:val="false"/>
          <w:sz w:val="28"/>
        </w:rPr>
        <w:t xml:space="preserve">, передачу байтов по </w:t>
      </w:r>
      <w:r>
        <w:rPr>
          <w:b w:val="false"/>
          <w:sz w:val="28"/>
          <w:lang w:val="zxx"/>
        </w:rPr>
        <w:t>bulk/</w:t>
      </w:r>
      <w:r>
        <w:rPr>
          <w:b w:val="false"/>
          <w:sz w:val="28"/>
        </w:rPr>
        <w:t>⁠</w:t>
      </w:r>
      <w:r>
        <w:rPr>
          <w:b w:val="false"/>
          <w:sz w:val="28"/>
          <w:lang w:val="zxx"/>
        </w:rPr>
        <w:t>1</w:t>
      </w:r>
      <w:r>
        <w:rPr>
          <w:b w:val="false"/>
          <w:sz w:val="28"/>
        </w:rPr>
        <w:t xml:space="preserve"> и </w:t>
      </w:r>
      <w:r>
        <w:rPr>
          <w:b w:val="false"/>
          <w:sz w:val="28"/>
          <w:lang w:val="zxx"/>
        </w:rPr>
        <w:t>content.commit</w:t>
      </w:r>
      <w:r>
        <w:rPr>
          <w:b w:val="false"/>
          <w:sz w:val="28"/>
        </w:rPr>
        <w:t xml:space="preserve">; до </w:t>
      </w:r>
      <w:r>
        <w:rPr>
          <w:b w:val="false"/>
          <w:sz w:val="28"/>
          <w:lang w:val="zxx"/>
        </w:rPr>
        <w:t>commit</w:t>
      </w:r>
      <w:r>
        <w:rPr>
          <w:b w:val="false"/>
          <w:sz w:val="28"/>
        </w:rPr>
        <w:t xml:space="preserve"> объект не доступен для запуска.</w:t>
      </w:r>
    </w:p>
    <w:p>
      <w:pPr>
        <w:pStyle w:val="Normal"/>
        <w:keepNext w:val="true"/>
        <w:jc w:val="start"/>
        <w:rPr/>
      </w:pPr>
      <w:r>
        <w:rPr>
          <w:b/>
          <w:sz w:val="28"/>
          <w:lang w:val="zxx"/>
        </w:rPr>
        <w:t>15.6</w:t>
      </w:r>
      <w:r>
        <w:rPr>
          <w:b/>
          <w:sz w:val="28"/>
        </w:rPr>
        <w:t xml:space="preserve"> Идентичность</w:t>
      </w:r>
    </w:p>
    <w:p>
      <w:pPr>
        <w:pStyle w:val="Normal"/>
        <w:jc w:val="both"/>
        <w:rPr/>
      </w:pPr>
      <w:r>
        <w:rPr>
          <w:b w:val="false"/>
          <w:sz w:val="28"/>
        </w:rPr>
        <w:t xml:space="preserve">Манифест фиксирует точные байты, размер, кодек и параметры декодирования, длительность либо число отсчетов, неизменные </w:t>
      </w:r>
      <w:r>
        <w:rPr>
          <w:b w:val="false"/>
          <w:sz w:val="28"/>
          <w:lang w:val="zxx"/>
        </w:rPr>
        <w:t>contentId/</w:t>
      </w:r>
      <w:r>
        <w:rPr>
          <w:b w:val="false"/>
          <w:sz w:val="28"/>
        </w:rPr>
        <w:t>​</w:t>
      </w:r>
      <w:r>
        <w:rPr>
          <w:b w:val="false"/>
          <w:sz w:val="28"/>
          <w:lang w:val="zxx"/>
        </w:rPr>
        <w:t>revision</w:t>
      </w:r>
      <w:r>
        <w:rPr>
          <w:b w:val="false"/>
          <w:sz w:val="28"/>
        </w:rPr>
        <w:t xml:space="preserve"> и Стрибог-</w:t>
      </w:r>
      <w:r>
        <w:rPr>
          <w:b w:val="false"/>
          <w:sz w:val="28"/>
          <w:lang w:val="zxx"/>
        </w:rPr>
        <w:t>256.</w:t>
      </w:r>
      <w:r>
        <w:rPr>
          <w:b w:val="false"/>
          <w:sz w:val="28"/>
        </w:rPr>
        <w:t xml:space="preserve"> Хеш контейнера и хеш декодированного звука не взаимозаменяемы; объект хеширования объявляется явно.</w:t>
      </w:r>
    </w:p>
    <w:p>
      <w:pPr>
        <w:pStyle w:val="Normal"/>
        <w:keepNext w:val="true"/>
        <w:jc w:val="start"/>
        <w:rPr/>
      </w:pPr>
      <w:r>
        <w:rPr>
          <w:b/>
          <w:sz w:val="28"/>
          <w:lang w:val="zxx"/>
        </w:rPr>
        <w:t>15.7</w:t>
      </w:r>
      <w:r>
        <w:rPr>
          <w:b/>
          <w:sz w:val="28"/>
        </w:rPr>
        <w:t xml:space="preserve"> Готовность</w:t>
      </w:r>
    </w:p>
    <w:p>
      <w:pPr>
        <w:pStyle w:val="Normal"/>
        <w:jc w:val="both"/>
        <w:rPr/>
      </w:pPr>
      <w:r>
        <w:rPr>
          <w:b w:val="false"/>
          <w:sz w:val="28"/>
        </w:rPr>
        <w:t xml:space="preserve">До воздействия проверены доступность всей записи, ее идентичность, целостность и возможность исполнения на выбранных ресурсах. Полный хеш может быть заранее вычислен при размещении; </w:t>
      </w:r>
      <w:r>
        <w:rPr>
          <w:b w:val="false"/>
          <w:sz w:val="28"/>
          <w:lang w:val="zxx"/>
        </w:rPr>
        <w:t>session.start</w:t>
      </w:r>
      <w:r>
        <w:rPr>
          <w:b w:val="false"/>
          <w:sz w:val="28"/>
        </w:rPr>
        <w:t xml:space="preserve"> проверяет актуальность сохраненного доказательства и неизменность объекта. Номер слота или общий режим ОУ не доказывает выбранное содержимое.</w:t>
      </w:r>
    </w:p>
    <w:p>
      <w:pPr>
        <w:pStyle w:val="Normal"/>
        <w:keepNext w:val="true"/>
        <w:jc w:val="start"/>
        <w:rPr/>
      </w:pPr>
      <w:r>
        <w:rPr>
          <w:b/>
          <w:sz w:val="28"/>
          <w:lang w:val="zxx"/>
        </w:rPr>
        <w:t>15.8</w:t>
      </w:r>
      <w:r>
        <w:rPr>
          <w:b/>
          <w:sz w:val="28"/>
        </w:rPr>
        <w:t xml:space="preserve"> Естественный конец</w:t>
      </w:r>
    </w:p>
    <w:p>
      <w:pPr>
        <w:pStyle w:val="Normal"/>
        <w:jc w:val="both"/>
        <w:rPr/>
      </w:pPr>
      <w:r>
        <w:rPr>
          <w:b w:val="false"/>
          <w:sz w:val="28"/>
        </w:rPr>
        <w:t xml:space="preserve">Один проход завершается только по объявленному критерию окончания именно этой записи. Истечение </w:t>
      </w:r>
      <w:r>
        <w:rPr>
          <w:b w:val="false"/>
          <w:sz w:val="28"/>
          <w:lang w:val="zxx"/>
        </w:rPr>
        <w:t>maxDurationMs</w:t>
      </w:r>
      <w:r>
        <w:rPr>
          <w:b w:val="false"/>
          <w:sz w:val="28"/>
        </w:rPr>
        <w:t xml:space="preserve">, возврат общего </w:t>
      </w:r>
      <w:r>
        <w:rPr>
          <w:b w:val="false"/>
          <w:sz w:val="28"/>
          <w:lang w:val="zxx"/>
        </w:rPr>
        <w:t>idle</w:t>
      </w:r>
      <w:r>
        <w:rPr>
          <w:b w:val="false"/>
          <w:sz w:val="28"/>
        </w:rPr>
        <w:t xml:space="preserve"> без достаточного контекста и отсутствие связи не являются доказательством полного воспроизведения.</w:t>
      </w:r>
    </w:p>
    <w:p>
      <w:pPr>
        <w:pStyle w:val="Normal"/>
        <w:keepNext w:val="true"/>
        <w:jc w:val="start"/>
        <w:rPr/>
      </w:pPr>
      <w:r>
        <w:rPr>
          <w:b/>
          <w:sz w:val="28"/>
          <w:lang w:val="zxx"/>
        </w:rPr>
        <w:t>15.9</w:t>
      </w:r>
      <w:r>
        <w:rPr>
          <w:b/>
          <w:sz w:val="28"/>
        </w:rPr>
        <w:t xml:space="preserve"> Замена и повтор</w:t>
      </w:r>
    </w:p>
    <w:p>
      <w:pPr>
        <w:pStyle w:val="Normal"/>
        <w:jc w:val="both"/>
        <w:rPr/>
      </w:pPr>
      <w:r>
        <w:rPr>
          <w:b w:val="false"/>
          <w:sz w:val="28"/>
        </w:rPr>
        <w:t>Принятый сеанс удерживает неизменную версию до конца. Замена слота не меняет исполняемый объект. Новый проход является новым действием; повтор сетевой команды не начинает воспроизведение сначала.</w:t>
      </w:r>
    </w:p>
    <w:p>
      <w:pPr>
        <w:pStyle w:val="2"/>
        <w:rPr/>
      </w:pPr>
      <w:r>
        <w:rPr/>
        <w:t>Контракт потока и параметры аудио</w:t>
      </w:r>
    </w:p>
    <w:p>
      <w:pPr>
        <w:pStyle w:val="Normal"/>
        <w:keepNext w:val="true"/>
        <w:jc w:val="start"/>
        <w:rPr/>
      </w:pPr>
      <w:r>
        <w:rPr>
          <w:b/>
          <w:sz w:val="28"/>
          <w:lang w:val="zxx"/>
        </w:rPr>
        <w:t>15.10</w:t>
      </w:r>
      <w:r>
        <w:rPr>
          <w:b/>
          <w:sz w:val="28"/>
        </w:rPr>
        <w:t xml:space="preserve"> Формат аудио</w:t>
      </w:r>
    </w:p>
    <w:p>
      <w:pPr>
        <w:pStyle w:val="Normal"/>
        <w:jc w:val="both"/>
        <w:rPr/>
      </w:pPr>
      <w:r>
        <w:rPr>
          <w:b w:val="false"/>
          <w:sz w:val="28"/>
        </w:rPr>
        <w:t>Точный кодек и вариант, частота, каналы, число отсчетов в пакете, разрешенный последний неполный пакет, порядок байтов и битов, эталонные байты кодирования. Изменение параметров посреди потока без нового согласования запрещено.</w:t>
      </w:r>
    </w:p>
    <w:p>
      <w:pPr>
        <w:pStyle w:val="Normal"/>
        <w:keepNext w:val="true"/>
        <w:jc w:val="start"/>
        <w:rPr/>
      </w:pPr>
      <w:r>
        <w:rPr>
          <w:b/>
          <w:sz w:val="28"/>
          <w:lang w:val="zxx"/>
        </w:rPr>
        <w:t>15.11</w:t>
      </w:r>
      <w:r>
        <w:rPr>
          <w:b/>
          <w:sz w:val="28"/>
        </w:rPr>
        <w:t xml:space="preserve"> Заголовок и шкала</w:t>
      </w:r>
    </w:p>
    <w:p>
      <w:pPr>
        <w:pStyle w:val="Normal"/>
        <w:jc w:val="both"/>
        <w:rPr/>
      </w:pPr>
      <w:r>
        <w:rPr>
          <w:b w:val="false"/>
          <w:sz w:val="28"/>
        </w:rPr>
        <w:t>Побайтовая схема заголовка, длины, номера пакетов и отсчетов, начальные значения, поведение при переполнении, поле полезной длины, границы сообщения и максимальный пакет с защитой. Позиция отсчета задает порядок воспроизведения, а не адрес записи в память устройства.</w:t>
      </w:r>
    </w:p>
    <w:p>
      <w:pPr>
        <w:pStyle w:val="Normal"/>
        <w:keepNext w:val="true"/>
        <w:jc w:val="start"/>
        <w:rPr/>
      </w:pPr>
      <w:r>
        <w:rPr>
          <w:b/>
          <w:sz w:val="28"/>
          <w:lang w:val="zxx"/>
        </w:rPr>
        <w:t>15.12</w:t>
      </w:r>
      <w:r>
        <w:rPr>
          <w:b/>
          <w:sz w:val="28"/>
        </w:rPr>
        <w:t xml:space="preserve"> Доставка</w:t>
      </w:r>
    </w:p>
    <w:p>
      <w:pPr>
        <w:pStyle w:val="Normal"/>
        <w:jc w:val="both"/>
        <w:rPr/>
      </w:pPr>
      <w:r>
        <w:rPr>
          <w:b w:val="false"/>
          <w:sz w:val="28"/>
        </w:rPr>
        <w:t xml:space="preserve">Один точный набор транспорта и защиты на </w:t>
      </w:r>
      <w:r>
        <w:rPr>
          <w:b w:val="false"/>
          <w:sz w:val="28"/>
          <w:lang w:val="zxx"/>
        </w:rPr>
        <w:t>profileId</w:t>
      </w:r>
      <w:r>
        <w:rPr>
          <w:b w:val="false"/>
          <w:sz w:val="28"/>
        </w:rPr>
        <w:t xml:space="preserve">; направление установления связи, адреса/порты, </w:t>
      </w:r>
      <w:r>
        <w:rPr>
          <w:b w:val="false"/>
          <w:sz w:val="28"/>
          <w:lang w:val="zxx"/>
        </w:rPr>
        <w:t>unicast</w:t>
      </w:r>
      <w:r>
        <w:rPr>
          <w:b w:val="false"/>
          <w:sz w:val="28"/>
        </w:rPr>
        <w:t xml:space="preserve"> либо </w:t>
      </w:r>
      <w:r>
        <w:rPr>
          <w:b w:val="false"/>
          <w:sz w:val="28"/>
          <w:lang w:val="zxx"/>
        </w:rPr>
        <w:t>multicast</w:t>
      </w:r>
      <w:r>
        <w:rPr>
          <w:b w:val="false"/>
          <w:sz w:val="28"/>
        </w:rPr>
        <w:t>, подготовка каждого получателя и правила маршрутизации. Формулировка "</w:t>
      </w:r>
      <w:r>
        <w:rPr>
          <w:b w:val="false"/>
          <w:sz w:val="28"/>
          <w:lang w:val="zxx"/>
        </w:rPr>
        <w:t>UDP/</w:t>
      </w:r>
      <w:r>
        <w:rPr>
          <w:b w:val="false"/>
          <w:sz w:val="28"/>
        </w:rPr>
        <w:t>​</w:t>
      </w:r>
      <w:r>
        <w:rPr>
          <w:b w:val="false"/>
          <w:sz w:val="28"/>
          <w:lang w:val="zxx"/>
        </w:rPr>
        <w:t>RTP</w:t>
      </w:r>
      <w:r>
        <w:rPr>
          <w:b w:val="false"/>
          <w:sz w:val="28"/>
        </w:rPr>
        <w:t>" не выбирает такой набор.</w:t>
      </w:r>
    </w:p>
    <w:p>
      <w:pPr>
        <w:pStyle w:val="Normal"/>
        <w:keepNext w:val="true"/>
        <w:jc w:val="start"/>
        <w:rPr/>
      </w:pPr>
      <w:r>
        <w:rPr>
          <w:b/>
          <w:sz w:val="28"/>
          <w:lang w:val="zxx"/>
        </w:rPr>
        <w:t>15.13</w:t>
      </w:r>
      <w:r>
        <w:rPr>
          <w:b/>
          <w:sz w:val="28"/>
        </w:rPr>
        <w:t xml:space="preserve"> Разрешение потока</w:t>
      </w:r>
    </w:p>
    <w:p>
      <w:pPr>
        <w:pStyle w:val="Normal"/>
        <w:jc w:val="both"/>
        <w:rPr/>
      </w:pPr>
      <w:r>
        <w:rPr>
          <w:b w:val="false"/>
          <w:sz w:val="28"/>
        </w:rPr>
        <w:t xml:space="preserve">Защищенное управление связывает поток с </w:t>
      </w:r>
      <w:r>
        <w:rPr>
          <w:b w:val="false"/>
          <w:sz w:val="28"/>
          <w:lang w:val="zxx"/>
        </w:rPr>
        <w:t>bootId</w:t>
      </w:r>
      <w:r>
        <w:rPr>
          <w:b w:val="false"/>
          <w:sz w:val="28"/>
        </w:rPr>
        <w:t xml:space="preserve">, </w:t>
      </w:r>
      <w:r>
        <w:rPr>
          <w:b w:val="false"/>
          <w:sz w:val="28"/>
          <w:lang w:val="zxx"/>
        </w:rPr>
        <w:t>controlEpoch</w:t>
      </w:r>
      <w:r>
        <w:rPr>
          <w:b w:val="false"/>
          <w:sz w:val="28"/>
        </w:rPr>
        <w:t xml:space="preserve">, </w:t>
      </w:r>
      <w:r>
        <w:rPr>
          <w:b w:val="false"/>
          <w:sz w:val="28"/>
          <w:lang w:val="zxx"/>
        </w:rPr>
        <w:t>sessionId</w:t>
      </w:r>
      <w:r>
        <w:rPr>
          <w:b w:val="false"/>
          <w:sz w:val="28"/>
        </w:rPr>
        <w:t xml:space="preserve">, ресурсами, разрешенным источником и </w:t>
      </w:r>
      <w:r>
        <w:rPr>
          <w:b w:val="false"/>
          <w:sz w:val="28"/>
          <w:lang w:val="zxx"/>
        </w:rPr>
        <w:t>mediaId.</w:t>
      </w:r>
      <w:r>
        <w:rPr>
          <w:b w:val="false"/>
          <w:sz w:val="28"/>
        </w:rPr>
        <w:t xml:space="preserve"> До помещения в воспроизводимый буфер проверяются разрешенный контекст, свежесть, окно повторов и условия допуска источника выбранного профиля. В режиме </w:t>
      </w:r>
      <w:r>
        <w:rPr>
          <w:b w:val="false"/>
          <w:sz w:val="28"/>
          <w:lang w:val="zxx"/>
        </w:rPr>
        <w:t>tls</w:t>
      </w:r>
      <w:r>
        <w:rPr>
          <w:b w:val="false"/>
          <w:sz w:val="28"/>
        </w:rPr>
        <w:t xml:space="preserve"> проверка метки обязательна до приема пакета. В явно выбранном </w:t>
      </w:r>
      <w:r>
        <w:rPr>
          <w:b w:val="false"/>
          <w:sz w:val="28"/>
          <w:lang w:val="zxx"/>
        </w:rPr>
        <w:t>plain</w:t>
      </w:r>
      <w:r>
        <w:rPr>
          <w:b w:val="false"/>
          <w:sz w:val="28"/>
        </w:rPr>
        <w:t xml:space="preserve"> источник криптографически не удостоверяется; этот режим не объявляется защищенным. </w:t>
      </w:r>
      <w:r>
        <w:rPr>
          <w:b w:val="false"/>
          <w:sz w:val="28"/>
          <w:lang w:val="zxx"/>
        </w:rPr>
        <w:t>IP</w:t>
      </w:r>
      <w:r>
        <w:rPr>
          <w:b w:val="false"/>
          <w:sz w:val="28"/>
        </w:rPr>
        <w:t xml:space="preserve">, порт и </w:t>
      </w:r>
      <w:r>
        <w:rPr>
          <w:b w:val="false"/>
          <w:sz w:val="28"/>
          <w:lang w:val="zxx"/>
        </w:rPr>
        <w:t>SSRC</w:t>
      </w:r>
      <w:r>
        <w:rPr>
          <w:b w:val="false"/>
          <w:sz w:val="28"/>
        </w:rPr>
        <w:t xml:space="preserve"> сами по себе не доказывают подлинность отправителя.</w:t>
      </w:r>
    </w:p>
    <w:p>
      <w:pPr>
        <w:pStyle w:val="Normal"/>
        <w:keepNext w:val="true"/>
        <w:jc w:val="start"/>
        <w:rPr/>
      </w:pPr>
      <w:r>
        <w:rPr>
          <w:b/>
          <w:sz w:val="28"/>
          <w:lang w:val="zxx"/>
        </w:rPr>
        <w:t>15.14</w:t>
      </w:r>
      <w:r>
        <w:rPr>
          <w:b/>
          <w:sz w:val="28"/>
        </w:rPr>
        <w:t xml:space="preserve"> Начало</w:t>
      </w:r>
    </w:p>
    <w:p>
      <w:pPr>
        <w:pStyle w:val="Normal"/>
        <w:jc w:val="both"/>
        <w:rPr/>
      </w:pPr>
      <w:r>
        <w:rPr>
          <w:b w:val="false"/>
          <w:sz w:val="28"/>
        </w:rPr>
        <w:t>Условия готовности тракта, срок первого пригодного пакета, порог стартового буфера, правило запуска воспроизведения и предельная задержка. Первое пришедшее сообщение не назначает источник, контекст или параметры потока. Готовность каждого получателя подтверждается отдельно.</w:t>
      </w:r>
    </w:p>
    <w:p>
      <w:pPr>
        <w:pStyle w:val="Normal"/>
        <w:keepNext w:val="true"/>
        <w:jc w:val="start"/>
        <w:rPr/>
      </w:pPr>
      <w:r>
        <w:rPr>
          <w:b/>
          <w:sz w:val="28"/>
          <w:lang w:val="zxx"/>
        </w:rPr>
        <w:t>15.15</w:t>
      </w:r>
      <w:r>
        <w:rPr>
          <w:b/>
          <w:sz w:val="28"/>
        </w:rPr>
        <w:t xml:space="preserve"> Буфер</w:t>
      </w:r>
    </w:p>
    <w:p>
      <w:pPr>
        <w:pStyle w:val="Normal"/>
        <w:jc w:val="both"/>
        <w:rPr/>
      </w:pPr>
      <w:r>
        <w:rPr>
          <w:b w:val="false"/>
          <w:sz w:val="28"/>
        </w:rPr>
        <w:t xml:space="preserve">Начальный и максимальный объем в отсчетах и миллисекундах, окно перестановки, срок опоздания, поведение при переполнении и </w:t>
      </w:r>
      <w:r>
        <w:rPr>
          <w:b w:val="false"/>
          <w:sz w:val="28"/>
          <w:lang w:val="zxx"/>
        </w:rPr>
        <w:t>underrun.</w:t>
      </w:r>
      <w:r>
        <w:rPr>
          <w:b w:val="false"/>
          <w:sz w:val="28"/>
        </w:rPr>
        <w:t xml:space="preserve"> Дубликаты не воспроизводятся повторно; поздний пакет не вставляется в уже выданный участок. Отставание не накапливается без предела.</w:t>
      </w:r>
    </w:p>
    <w:p>
      <w:pPr>
        <w:pStyle w:val="Normal"/>
        <w:keepNext w:val="true"/>
        <w:jc w:val="start"/>
        <w:rPr/>
      </w:pPr>
      <w:r>
        <w:rPr>
          <w:b/>
          <w:sz w:val="28"/>
          <w:lang w:val="zxx"/>
        </w:rPr>
        <w:t>15.16</w:t>
      </w:r>
      <w:r>
        <w:rPr>
          <w:b/>
          <w:sz w:val="28"/>
        </w:rPr>
        <w:t xml:space="preserve"> Потери</w:t>
      </w:r>
    </w:p>
    <w:p>
      <w:pPr>
        <w:pStyle w:val="Normal"/>
        <w:jc w:val="both"/>
        <w:rPr/>
      </w:pPr>
      <w:r>
        <w:rPr>
          <w:b w:val="false"/>
          <w:sz w:val="28"/>
        </w:rPr>
        <w:t>Политика восстановления до срока воспроизведения, допустимость повторной передачи/</w:t>
      </w:r>
      <w:r>
        <w:rPr>
          <w:b w:val="false"/>
          <w:sz w:val="28"/>
          <w:lang w:val="zxx"/>
        </w:rPr>
        <w:t>FEC</w:t>
      </w:r>
      <w:r>
        <w:rPr>
          <w:b w:val="false"/>
          <w:sz w:val="28"/>
        </w:rPr>
        <w:t>, замены пропуска тишиной или алгоритмом маскирования. Подмененные/пропущенные отсчеты учитываются в результате; восстановление прошлого участка не вызывает позднего повторного звучания.</w:t>
      </w:r>
    </w:p>
    <w:p>
      <w:pPr>
        <w:pStyle w:val="Normal"/>
        <w:keepNext w:val="true"/>
        <w:jc w:val="start"/>
        <w:rPr/>
      </w:pPr>
      <w:r>
        <w:rPr>
          <w:b/>
          <w:sz w:val="28"/>
          <w:lang w:val="zxx"/>
        </w:rPr>
        <w:t>15.17</w:t>
      </w:r>
      <w:r>
        <w:rPr>
          <w:b/>
          <w:sz w:val="28"/>
        </w:rPr>
        <w:t xml:space="preserve"> Окончание</w:t>
      </w:r>
    </w:p>
    <w:p>
      <w:pPr>
        <w:pStyle w:val="Normal"/>
        <w:jc w:val="both"/>
        <w:rPr/>
      </w:pPr>
      <w:r>
        <w:rPr>
          <w:b w:val="false"/>
          <w:sz w:val="28"/>
        </w:rPr>
        <w:t xml:space="preserve">Конечная граница в той же шкале отсчетов передается по управляющему и медиаканалу выбранного режима; в </w:t>
      </w:r>
      <w:r>
        <w:rPr>
          <w:b w:val="false"/>
          <w:sz w:val="28"/>
          <w:lang w:val="zxx"/>
        </w:rPr>
        <w:t>tls</w:t>
      </w:r>
      <w:r>
        <w:rPr>
          <w:b w:val="false"/>
          <w:sz w:val="28"/>
        </w:rPr>
        <w:t xml:space="preserve"> оба аутентифицированы, в </w:t>
      </w:r>
      <w:r>
        <w:rPr>
          <w:b w:val="false"/>
          <w:sz w:val="28"/>
          <w:lang w:val="zxx"/>
        </w:rPr>
        <w:t>plain</w:t>
      </w:r>
      <w:r>
        <w:rPr>
          <w:b w:val="false"/>
          <w:sz w:val="28"/>
        </w:rPr>
        <w:t xml:space="preserve"> криптографической проверки нет. Определяются подтверждение ее принятия, идемпотентный повтор, ограниченный срок дренирования и отсутствие новых данных после границы. Потеря источника или таймаут не подменяются штатным </w:t>
      </w:r>
      <w:r>
        <w:rPr>
          <w:b w:val="false"/>
          <w:sz w:val="28"/>
          <w:lang w:val="zxx"/>
        </w:rPr>
        <w:t>EOF.</w:t>
      </w:r>
    </w:p>
    <w:p>
      <w:pPr>
        <w:pStyle w:val="Normal"/>
        <w:keepNext w:val="true"/>
        <w:jc w:val="start"/>
        <w:rPr/>
      </w:pPr>
      <w:r>
        <w:rPr>
          <w:b/>
          <w:sz w:val="28"/>
          <w:lang w:val="zxx"/>
        </w:rPr>
        <w:t>15.18</w:t>
      </w:r>
      <w:r>
        <w:rPr>
          <w:b/>
          <w:sz w:val="28"/>
        </w:rPr>
        <w:t xml:space="preserve"> Остановка</w:t>
      </w:r>
    </w:p>
    <w:p>
      <w:pPr>
        <w:pStyle w:val="Normal"/>
        <w:jc w:val="both"/>
        <w:rPr/>
      </w:pPr>
      <w:r>
        <w:rPr>
          <w:b w:val="false"/>
          <w:sz w:val="28"/>
        </w:rPr>
        <w:t xml:space="preserve">Адресная отмена отзывает поток, запрещает новые пакеты и отменяет отложенные действия, очищает очереди до аппаратного вывода. Неотменяемый остаток аппаратного буфера входит в измеренный бюджет </w:t>
      </w:r>
      <w:r>
        <w:rPr>
          <w:b w:val="false"/>
          <w:sz w:val="28"/>
          <w:lang w:val="zxx"/>
        </w:rPr>
        <w:t>session.stop</w:t>
      </w:r>
      <w:r>
        <w:rPr>
          <w:b w:val="false"/>
          <w:sz w:val="28"/>
        </w:rPr>
        <w:t>; очистка одной сетевой очереди недостаточна.</w:t>
      </w:r>
    </w:p>
    <w:p>
      <w:pPr>
        <w:pStyle w:val="Normal"/>
        <w:keepNext w:val="true"/>
        <w:jc w:val="start"/>
        <w:rPr/>
      </w:pPr>
      <w:r>
        <w:rPr>
          <w:b/>
          <w:sz w:val="28"/>
          <w:lang w:val="zxx"/>
        </w:rPr>
        <w:t>15.19</w:t>
      </w:r>
      <w:r>
        <w:rPr>
          <w:b/>
          <w:sz w:val="28"/>
        </w:rPr>
        <w:t xml:space="preserve"> Результат</w:t>
      </w:r>
    </w:p>
    <w:p>
      <w:pPr>
        <w:pStyle w:val="Normal"/>
        <w:jc w:val="both"/>
        <w:rPr/>
      </w:pPr>
      <w:r>
        <w:rPr>
          <w:b w:val="false"/>
          <w:sz w:val="28"/>
        </w:rPr>
        <w:t>Состояние тракта, принятые и выданные в тракт отсчеты, пропуски/подстановки, принятая граница конца, причины отказа и физические наблюдения для каждого получателя. Счетчик отправленных АРМ байтов не является результатом воспроизведения.</w:t>
      </w:r>
    </w:p>
    <w:p>
      <w:pPr>
        <w:pStyle w:val="Normal"/>
        <w:jc w:val="start"/>
        <w:rPr/>
      </w:pPr>
      <w:r>
        <w:rPr>
          <w:b w:val="false"/>
          <w:sz w:val="28"/>
          <w:lang w:val="zxx"/>
        </w:rPr>
        <w:t>15.20</w:t>
      </w:r>
      <w:r>
        <w:rPr>
          <w:b w:val="false"/>
          <w:sz w:val="28"/>
        </w:rPr>
        <w:t xml:space="preserve"> Базовый вариант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 </w:t>
      </w:r>
      <w:r>
        <w:rPr>
          <w:b w:val="false"/>
          <w:sz w:val="28"/>
          <w:lang w:val="zxx"/>
        </w:rPr>
        <w:t>G.711</w:t>
      </w:r>
      <w:r>
        <w:rPr>
          <w:b w:val="false"/>
          <w:sz w:val="28"/>
        </w:rPr>
        <w:t xml:space="preserve"> </w:t>
      </w:r>
      <w:r>
        <w:rPr>
          <w:b w:val="false"/>
          <w:sz w:val="28"/>
          <w:lang w:val="zxx"/>
        </w:rPr>
        <w:t>A-</w:t>
      </w:r>
      <w:r>
        <w:rPr>
          <w:b w:val="false"/>
          <w:sz w:val="28"/>
        </w:rPr>
        <w:t>⁠</w:t>
      </w:r>
      <w:r>
        <w:rPr>
          <w:b w:val="false"/>
          <w:sz w:val="28"/>
          <w:lang w:val="zxx"/>
        </w:rPr>
        <w:t>law</w:t>
      </w:r>
      <w:r>
        <w:rPr>
          <w:b w:val="false"/>
          <w:sz w:val="28"/>
        </w:rPr>
        <w:t xml:space="preserve">, </w:t>
      </w:r>
      <w:r>
        <w:rPr>
          <w:b w:val="false"/>
          <w:sz w:val="28"/>
          <w:lang w:val="zxx"/>
        </w:rPr>
        <w:t>8000</w:t>
      </w:r>
      <w:r>
        <w:rPr>
          <w:b w:val="false"/>
          <w:sz w:val="28"/>
        </w:rPr>
        <w:t xml:space="preserve"> Гц, </w:t>
      </w:r>
      <w:r>
        <w:rPr>
          <w:b w:val="false"/>
          <w:sz w:val="28"/>
          <w:lang w:val="zxx"/>
        </w:rPr>
        <w:t>mono</w:t>
      </w:r>
      <w:r>
        <w:rPr>
          <w:b w:val="false"/>
          <w:sz w:val="28"/>
        </w:rPr>
        <w:t xml:space="preserve">, </w:t>
      </w:r>
      <w:r>
        <w:rPr>
          <w:b w:val="false"/>
          <w:sz w:val="28"/>
          <w:lang w:val="zxx"/>
        </w:rPr>
        <w:t>160</w:t>
      </w:r>
      <w:r>
        <w:rPr>
          <w:b w:val="false"/>
          <w:sz w:val="28"/>
        </w:rPr>
        <w:t xml:space="preserve"> отсчетов на пакет: </w:t>
      </w:r>
      <w:r>
        <w:rPr>
          <w:b w:val="false"/>
          <w:sz w:val="28"/>
          <w:lang w:val="zxx"/>
        </w:rPr>
        <w:t>20</w:t>
      </w:r>
      <w:r>
        <w:rPr>
          <w:b w:val="false"/>
          <w:sz w:val="28"/>
        </w:rPr>
        <w:t xml:space="preserve"> мс, </w:t>
      </w:r>
      <w:r>
        <w:rPr>
          <w:b w:val="false"/>
          <w:sz w:val="28"/>
          <w:lang w:val="zxx"/>
        </w:rPr>
        <w:t>50</w:t>
      </w:r>
      <w:r>
        <w:rPr>
          <w:b w:val="false"/>
          <w:sz w:val="28"/>
        </w:rPr>
        <w:t xml:space="preserve"> пакетов/с, </w:t>
      </w:r>
      <w:r>
        <w:rPr>
          <w:b w:val="false"/>
          <w:sz w:val="28"/>
          <w:lang w:val="zxx"/>
        </w:rPr>
        <w:t>64</w:t>
      </w:r>
      <w:r>
        <w:rPr>
          <w:b w:val="false"/>
          <w:sz w:val="28"/>
        </w:rPr>
        <w:t xml:space="preserve"> кбит/с полезного звука. Дополнительный вариант </w:t>
      </w:r>
      <w:r>
        <w:rPr>
          <w:b w:val="false"/>
          <w:sz w:val="28"/>
          <w:lang w:val="zxx"/>
        </w:rPr>
        <w:t>GSM</w:t>
      </w:r>
      <w:r>
        <w:rPr>
          <w:b w:val="false"/>
          <w:sz w:val="28"/>
        </w:rPr>
        <w:t xml:space="preserve"> использует пакетизацию </w:t>
      </w:r>
      <w:r>
        <w:rPr>
          <w:b w:val="false"/>
          <w:sz w:val="28"/>
          <w:lang w:val="zxx"/>
        </w:rPr>
        <w:t>20</w:t>
      </w:r>
      <w:r>
        <w:rPr>
          <w:b w:val="false"/>
          <w:sz w:val="28"/>
        </w:rPr>
        <w:t xml:space="preserve">, </w:t>
      </w:r>
      <w:r>
        <w:rPr>
          <w:b w:val="false"/>
          <w:sz w:val="28"/>
          <w:lang w:val="zxx"/>
        </w:rPr>
        <w:t>40</w:t>
      </w:r>
      <w:r>
        <w:rPr>
          <w:b w:val="false"/>
          <w:sz w:val="28"/>
        </w:rPr>
        <w:t xml:space="preserve"> или </w:t>
      </w:r>
      <w:r>
        <w:rPr>
          <w:b w:val="false"/>
          <w:sz w:val="28"/>
          <w:lang w:val="zxx"/>
        </w:rPr>
        <w:t>80</w:t>
      </w:r>
      <w:r>
        <w:rPr>
          <w:b w:val="false"/>
          <w:sz w:val="28"/>
        </w:rPr>
        <w:t xml:space="preserve"> мс. </w:t>
      </w:r>
      <w:r>
        <w:rPr>
          <w:b w:val="false"/>
          <w:sz w:val="28"/>
          <w:lang w:val="zxx"/>
        </w:rPr>
        <w:t>A-</w:t>
      </w:r>
      <w:r>
        <w:rPr>
          <w:b w:val="false"/>
          <w:sz w:val="28"/>
        </w:rPr>
        <w:t>⁠</w:t>
      </w:r>
      <w:r>
        <w:rPr>
          <w:b w:val="false"/>
          <w:sz w:val="28"/>
          <w:lang w:val="zxx"/>
        </w:rPr>
        <w:t>law</w:t>
      </w:r>
      <w:r>
        <w:rPr>
          <w:b w:val="false"/>
          <w:sz w:val="28"/>
        </w:rPr>
        <w:t xml:space="preserve"> и </w:t>
      </w:r>
      <w:r>
        <w:rPr>
          <w:b w:val="false"/>
          <w:sz w:val="28"/>
          <w:lang w:val="zxx"/>
        </w:rPr>
        <w:t>mu-</w:t>
      </w:r>
      <w:r>
        <w:rPr>
          <w:b w:val="false"/>
          <w:sz w:val="28"/>
        </w:rPr>
        <w:t>⁠</w:t>
      </w:r>
      <w:r>
        <w:rPr>
          <w:b w:val="false"/>
          <w:sz w:val="28"/>
          <w:lang w:val="zxx"/>
        </w:rPr>
        <w:t>law</w:t>
      </w:r>
      <w:r>
        <w:rPr>
          <w:b w:val="false"/>
          <w:sz w:val="28"/>
        </w:rPr>
        <w:t xml:space="preserve"> различаются; </w:t>
      </w:r>
      <w:r>
        <w:rPr>
          <w:b w:val="false"/>
          <w:sz w:val="28"/>
          <w:lang w:val="zxx"/>
        </w:rPr>
        <w:t>mu-</w:t>
      </w:r>
      <w:r>
        <w:rPr>
          <w:b w:val="false"/>
          <w:sz w:val="28"/>
        </w:rPr>
        <w:t>⁠</w:t>
      </w:r>
      <w:r>
        <w:rPr>
          <w:b w:val="false"/>
          <w:sz w:val="28"/>
          <w:lang w:val="zxx"/>
        </w:rPr>
        <w:t>law</w:t>
      </w:r>
      <w:r>
        <w:rPr>
          <w:b w:val="false"/>
          <w:sz w:val="28"/>
        </w:rPr>
        <w:t xml:space="preserve"> в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не применяется. Статические </w:t>
      </w:r>
      <w:r>
        <w:rPr>
          <w:b w:val="false"/>
          <w:sz w:val="28"/>
          <w:lang w:val="zxx"/>
        </w:rPr>
        <w:t>payload</w:t>
      </w:r>
      <w:r>
        <w:rPr>
          <w:b w:val="false"/>
          <w:sz w:val="28"/>
        </w:rPr>
        <w:t xml:space="preserve"> </w:t>
      </w:r>
      <w:r>
        <w:rPr>
          <w:b w:val="false"/>
          <w:sz w:val="28"/>
          <w:lang w:val="zxx"/>
        </w:rPr>
        <w:t>type</w:t>
      </w:r>
      <w:r>
        <w:rPr>
          <w:b w:val="false"/>
          <w:sz w:val="28"/>
        </w:rPr>
        <w:t xml:space="preserve"> и базовые форматы кодеков определены </w:t>
      </w:r>
      <w:r>
        <w:rPr>
          <w:b w:val="false"/>
          <w:sz w:val="28"/>
          <w:lang w:val="zxx"/>
        </w:rPr>
        <w:t>RFC</w:t>
      </w:r>
      <w:r>
        <w:rPr>
          <w:b w:val="false"/>
          <w:sz w:val="28"/>
        </w:rPr>
        <w:t xml:space="preserve"> </w:t>
      </w:r>
      <w:r>
        <w:rPr>
          <w:b w:val="false"/>
          <w:sz w:val="28"/>
          <w:lang w:val="zxx"/>
        </w:rPr>
        <w:t>3551</w:t>
      </w:r>
      <w:r>
        <w:rPr>
          <w:b w:val="false"/>
          <w:sz w:val="28"/>
        </w:rPr>
        <w:t xml:space="preserve">; дополнительные частоты </w:t>
      </w:r>
      <w:r>
        <w:rPr>
          <w:b w:val="false"/>
          <w:sz w:val="28"/>
          <w:lang w:val="zxx"/>
        </w:rPr>
        <w:t>PCMA</w:t>
      </w:r>
      <w:r>
        <w:rPr>
          <w:b w:val="false"/>
          <w:sz w:val="28"/>
        </w:rPr>
        <w:t xml:space="preserve"> согласуются по таблице ниже. Собственный четырехбайтовый счетчик перед звуком не является заголовком </w:t>
      </w:r>
      <w:r>
        <w:rPr>
          <w:b w:val="false"/>
          <w:sz w:val="28"/>
          <w:lang w:val="zxx"/>
        </w:rPr>
        <w:t>RTP.</w:t>
      </w:r>
    </w:p>
    <w:p>
      <w:pPr>
        <w:pStyle w:val="Normal"/>
        <w:jc w:val="both"/>
        <w:rPr/>
      </w:pPr>
      <w:r>
        <w:rPr>
          <w:b w:val="false"/>
          <w:sz w:val="28"/>
          <w:lang w:val="zxx"/>
        </w:rPr>
        <w:t>15.21</w:t>
      </w:r>
      <w:r>
        <w:rPr>
          <w:b w:val="false"/>
          <w:sz w:val="28"/>
        </w:rPr>
        <w:t xml:space="preserve"> При базовых </w:t>
      </w:r>
      <w:r>
        <w:rPr>
          <w:b w:val="false"/>
          <w:sz w:val="28"/>
          <w:lang w:val="zxx"/>
        </w:rPr>
        <w:t>8000</w:t>
      </w:r>
      <w:r>
        <w:rPr>
          <w:b w:val="false"/>
          <w:sz w:val="28"/>
        </w:rPr>
        <w:t xml:space="preserve"> Гц буфер </w:t>
      </w:r>
      <w:r>
        <w:rPr>
          <w:b w:val="false"/>
          <w:sz w:val="28"/>
          <w:lang w:val="zxx"/>
        </w:rPr>
        <w:t>120</w:t>
      </w:r>
      <w:r>
        <w:rPr>
          <w:b w:val="false"/>
          <w:sz w:val="28"/>
        </w:rPr>
        <w:t xml:space="preserve"> мс соответствует </w:t>
      </w:r>
      <w:r>
        <w:rPr>
          <w:b w:val="false"/>
          <w:sz w:val="28"/>
          <w:lang w:val="zxx"/>
        </w:rPr>
        <w:t>960</w:t>
      </w:r>
      <w:r>
        <w:rPr>
          <w:b w:val="false"/>
          <w:sz w:val="28"/>
        </w:rPr>
        <w:t xml:space="preserve"> отсчетам: </w:t>
      </w:r>
      <w:r>
        <w:rPr>
          <w:b w:val="false"/>
          <w:sz w:val="28"/>
          <w:lang w:val="zxx"/>
        </w:rPr>
        <w:t>960</w:t>
      </w:r>
      <w:r>
        <w:rPr>
          <w:b w:val="false"/>
          <w:sz w:val="28"/>
        </w:rPr>
        <w:t xml:space="preserve"> байтам </w:t>
      </w:r>
      <w:r>
        <w:rPr>
          <w:b w:val="false"/>
          <w:sz w:val="28"/>
          <w:lang w:val="zxx"/>
        </w:rPr>
        <w:t>G.711</w:t>
      </w:r>
      <w:r>
        <w:rPr>
          <w:b w:val="false"/>
          <w:sz w:val="28"/>
        </w:rPr>
        <w:t xml:space="preserve"> либо </w:t>
      </w:r>
      <w:r>
        <w:rPr>
          <w:b w:val="false"/>
          <w:sz w:val="28"/>
          <w:lang w:val="zxx"/>
        </w:rPr>
        <w:t>1920</w:t>
      </w:r>
      <w:r>
        <w:rPr>
          <w:b w:val="false"/>
          <w:sz w:val="28"/>
        </w:rPr>
        <w:t xml:space="preserve"> байтам после декодирования в </w:t>
      </w:r>
      <w:r>
        <w:rPr>
          <w:b w:val="false"/>
          <w:sz w:val="28"/>
          <w:lang w:val="zxx"/>
        </w:rPr>
        <w:t>16-</w:t>
      </w:r>
      <w:r>
        <w:rPr>
          <w:b w:val="false"/>
          <w:sz w:val="28"/>
        </w:rPr>
        <w:t xml:space="preserve">битный </w:t>
      </w:r>
      <w:r>
        <w:rPr>
          <w:b w:val="false"/>
          <w:sz w:val="28"/>
          <w:lang w:val="zxx"/>
        </w:rPr>
        <w:t>PCM.</w:t>
      </w:r>
      <w:r>
        <w:rPr>
          <w:b w:val="false"/>
          <w:sz w:val="28"/>
        </w:rPr>
        <w:t xml:space="preserve"> Это только звуковые данные; сетевые очереди, заголовки, защита, метаданные, стек и буфер аппаратного вывода считаются дополнительно.</w:t>
      </w:r>
    </w:p>
    <w:p>
      <w:pPr>
        <w:pStyle w:val="Normal"/>
        <w:jc w:val="both"/>
        <w:rPr/>
      </w:pPr>
      <w:r>
        <w:rPr>
          <w:b w:val="false"/>
          <w:sz w:val="28"/>
          <w:lang w:val="zxx"/>
        </w:rPr>
        <w:t>15.22</w:t>
      </w:r>
      <w:r>
        <w:rPr>
          <w:b w:val="false"/>
          <w:sz w:val="28"/>
        </w:rPr>
        <w:t xml:space="preserve"> Предел буфера микрофона в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равен </w:t>
      </w:r>
      <w:r>
        <w:rPr>
          <w:b w:val="false"/>
          <w:sz w:val="28"/>
          <w:lang w:val="zxx"/>
        </w:rPr>
        <w:t>1000</w:t>
      </w:r>
      <w:r>
        <w:rPr>
          <w:b w:val="false"/>
          <w:sz w:val="28"/>
        </w:rPr>
        <w:t xml:space="preserve"> мс, начальное накопление - </w:t>
      </w:r>
      <w:r>
        <w:rPr>
          <w:b w:val="false"/>
          <w:sz w:val="28"/>
          <w:lang w:val="zxx"/>
        </w:rPr>
        <w:t>400</w:t>
      </w:r>
      <w:r>
        <w:rPr>
          <w:b w:val="false"/>
          <w:sz w:val="28"/>
        </w:rPr>
        <w:t xml:space="preserve"> мс. Непрерывное отсутствие пригодного аудио </w:t>
      </w:r>
      <w:r>
        <w:rPr>
          <w:b w:val="false"/>
          <w:sz w:val="28"/>
          <w:lang w:val="zxx"/>
        </w:rPr>
        <w:t>5000</w:t>
      </w:r>
      <w:r>
        <w:rPr>
          <w:b w:val="false"/>
          <w:sz w:val="28"/>
        </w:rPr>
        <w:t xml:space="preserve"> мс вызывает остановку. Эти значения являются требованиями профиля; изменение чисел требует другого идентификатора медиапрофиля.</w:t>
      </w:r>
    </w:p>
    <w:p>
      <w:pPr>
        <w:pStyle w:val="2"/>
        <w:rPr/>
      </w:pPr>
      <w:r>
        <w:rPr/>
        <w:t>Транспорт и multicast</w:t>
      </w:r>
    </w:p>
    <w:p>
      <w:pPr>
        <w:pStyle w:val="Normal"/>
        <w:keepNext w:val="true"/>
        <w:jc w:val="start"/>
        <w:rPr/>
      </w:pPr>
      <w:r>
        <w:rPr>
          <w:b/>
          <w:sz w:val="28"/>
          <w:lang w:val="zxx"/>
        </w:rPr>
        <w:t>15.23</w:t>
      </w:r>
      <w:r>
        <w:rPr>
          <w:b/>
          <w:sz w:val="28"/>
        </w:rPr>
        <w:t xml:space="preserve"> Локальное воспроизведение</w:t>
      </w:r>
    </w:p>
    <w:p>
      <w:pPr>
        <w:pStyle w:val="Normal"/>
        <w:jc w:val="both"/>
        <w:rPr/>
      </w:pPr>
      <w:r>
        <w:rPr>
          <w:b w:val="false"/>
          <w:sz w:val="28"/>
        </w:rPr>
        <w:t xml:space="preserve">Запись доставляется и проверяется до </w:t>
      </w:r>
      <w:r>
        <w:rPr>
          <w:b w:val="false"/>
          <w:sz w:val="28"/>
          <w:lang w:val="zxx"/>
        </w:rPr>
        <w:t>session.start.</w:t>
      </w:r>
      <w:r>
        <w:rPr>
          <w:b w:val="false"/>
          <w:sz w:val="28"/>
        </w:rPr>
        <w:t xml:space="preserve"> Аудиотрафик во время исполнения </w:t>
      </w:r>
      <w:r>
        <w:rPr>
          <w:b w:val="false"/>
          <w:sz w:val="28"/>
          <w:lang w:val="zxx"/>
        </w:rPr>
        <w:t>НЕ ТРЕБУЕТСЯ</w:t>
      </w:r>
      <w:r>
        <w:rPr>
          <w:b w:val="false"/>
          <w:sz w:val="28"/>
        </w:rPr>
        <w:t>.</w:t>
      </w:r>
    </w:p>
    <w:p>
      <w:pPr>
        <w:pStyle w:val="Normal"/>
        <w:keepNext w:val="true"/>
        <w:jc w:val="start"/>
        <w:rPr/>
      </w:pPr>
      <w:r>
        <w:rPr>
          <w:b/>
          <w:sz w:val="28"/>
          <w:lang w:val="zxx"/>
        </w:rPr>
        <w:t>15.24</w:t>
      </w:r>
      <w:r>
        <w:rPr>
          <w:b/>
          <w:sz w:val="28"/>
        </w:rPr>
        <w:t xml:space="preserve"> Речевой </w:t>
      </w:r>
      <w:r>
        <w:rPr>
          <w:b/>
          <w:sz w:val="28"/>
          <w:lang w:val="zxx"/>
        </w:rPr>
        <w:t>UDP</w:t>
      </w:r>
      <w:r>
        <w:rPr>
          <w:b/>
          <w:sz w:val="28"/>
        </w:rPr>
        <w:t xml:space="preserve"> </w:t>
      </w:r>
      <w:r>
        <w:rPr>
          <w:b/>
          <w:sz w:val="28"/>
          <w:lang w:val="zxx"/>
        </w:rPr>
        <w:t>unicast</w:t>
      </w:r>
    </w:p>
    <w:p>
      <w:pPr>
        <w:pStyle w:val="Normal"/>
        <w:jc w:val="both"/>
        <w:rPr/>
      </w:pP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открытые звуковые байты по </w:t>
      </w:r>
      <w:r>
        <w:rPr>
          <w:b w:val="false"/>
          <w:sz w:val="28"/>
          <w:lang w:val="zxx"/>
        </w:rPr>
        <w:t>UDP</w:t>
      </w:r>
      <w:r>
        <w:rPr>
          <w:b w:val="false"/>
          <w:sz w:val="28"/>
        </w:rPr>
        <w:t xml:space="preserve">; при защищенном управлении обязательна метка подлинности. Ключ передается командой </w:t>
      </w:r>
      <w:r>
        <w:rPr>
          <w:b w:val="false"/>
          <w:sz w:val="28"/>
          <w:lang w:val="zxx"/>
        </w:rPr>
        <w:t>audio.prepare</w:t>
      </w:r>
      <w:r>
        <w:rPr>
          <w:b w:val="false"/>
          <w:sz w:val="28"/>
        </w:rPr>
        <w:t xml:space="preserve"> внутри </w:t>
      </w:r>
      <w:r>
        <w:rPr>
          <w:b w:val="false"/>
          <w:sz w:val="28"/>
          <w:lang w:val="zxx"/>
        </w:rPr>
        <w:t>TLS.</w:t>
      </w:r>
      <w:r>
        <w:rPr>
          <w:b w:val="false"/>
          <w:sz w:val="28"/>
        </w:rPr>
        <w:t xml:space="preserve"> В </w:t>
      </w:r>
      <w:r>
        <w:rPr>
          <w:b w:val="false"/>
          <w:sz w:val="28"/>
          <w:lang w:val="zxx"/>
        </w:rPr>
        <w:t>plain</w:t>
      </w:r>
      <w:r>
        <w:rPr>
          <w:b w:val="false"/>
          <w:sz w:val="28"/>
        </w:rPr>
        <w:t xml:space="preserve"> метки нет. Повторная передача звука и скрытая смена режима запрещены.</w:t>
      </w:r>
    </w:p>
    <w:p>
      <w:pPr>
        <w:pStyle w:val="Normal"/>
        <w:keepNext w:val="true"/>
        <w:jc w:val="start"/>
        <w:rPr/>
      </w:pPr>
      <w:r>
        <w:rPr>
          <w:b/>
          <w:sz w:val="28"/>
          <w:lang w:val="zxx"/>
        </w:rPr>
        <w:t>15.25</w:t>
      </w:r>
      <w:r>
        <w:rPr>
          <w:b/>
          <w:sz w:val="28"/>
        </w:rPr>
        <w:t xml:space="preserve"> Групповая доставка и </w:t>
      </w:r>
      <w:r>
        <w:rPr>
          <w:b/>
          <w:sz w:val="28"/>
          <w:lang w:val="zxx"/>
        </w:rPr>
        <w:t>UDP</w:t>
      </w:r>
    </w:p>
    <w:p>
      <w:pPr>
        <w:pStyle w:val="Normal"/>
        <w:jc w:val="both"/>
        <w:rPr/>
      </w:pPr>
      <w:r>
        <w:rPr>
          <w:b w:val="false"/>
          <w:sz w:val="28"/>
        </w:rPr>
        <w:t xml:space="preserve">Групповые профили </w:t>
      </w:r>
      <w:r>
        <w:rPr>
          <w:b w:val="false"/>
          <w:sz w:val="28"/>
          <w:lang w:val="zxx"/>
        </w:rPr>
        <w:t>group-</w:t>
      </w:r>
      <w:r>
        <w:rPr>
          <w:b w:val="false"/>
          <w:sz w:val="28"/>
        </w:rPr>
        <w:t>⁠</w:t>
      </w:r>
      <w:r>
        <w:rPr>
          <w:b w:val="false"/>
          <w:sz w:val="28"/>
          <w:lang w:val="zxx"/>
        </w:rPr>
        <w:t>audio/</w:t>
      </w:r>
      <w:r>
        <w:rPr>
          <w:b w:val="false"/>
          <w:sz w:val="28"/>
        </w:rPr>
        <w:t>⁠</w:t>
      </w:r>
      <w:r>
        <w:rPr>
          <w:b w:val="false"/>
          <w:sz w:val="28"/>
          <w:lang w:val="zxx"/>
        </w:rPr>
        <w:t>2</w:t>
      </w:r>
      <w:r>
        <w:rPr>
          <w:b w:val="false"/>
          <w:sz w:val="28"/>
        </w:rPr>
        <w:t xml:space="preserve"> и </w:t>
      </w:r>
      <w:r>
        <w:rPr>
          <w:b w:val="false"/>
          <w:sz w:val="28"/>
          <w:lang w:val="zxx"/>
        </w:rPr>
        <w:t>group-</w:t>
      </w:r>
      <w:r>
        <w:rPr>
          <w:b w:val="false"/>
          <w:sz w:val="28"/>
        </w:rPr>
        <w:t>⁠</w:t>
      </w:r>
      <w:r>
        <w:rPr>
          <w:b w:val="false"/>
          <w:sz w:val="28"/>
          <w:lang w:val="zxx"/>
        </w:rPr>
        <w:t>audio-</w:t>
      </w:r>
      <w:r>
        <w:rPr>
          <w:b w:val="false"/>
          <w:sz w:val="28"/>
        </w:rPr>
        <w:t>⁠</w:t>
      </w:r>
      <w:r>
        <w:rPr>
          <w:b w:val="false"/>
          <w:sz w:val="28"/>
          <w:lang w:val="zxx"/>
        </w:rPr>
        <w:t>open/</w:t>
      </w:r>
      <w:r>
        <w:rPr>
          <w:b w:val="false"/>
          <w:sz w:val="28"/>
        </w:rPr>
        <w:t>⁠</w:t>
      </w:r>
      <w:r>
        <w:rPr>
          <w:b w:val="false"/>
          <w:sz w:val="28"/>
          <w:lang w:val="zxx"/>
        </w:rPr>
        <w:t>1</w:t>
      </w:r>
      <w:r>
        <w:rPr>
          <w:b w:val="false"/>
          <w:sz w:val="28"/>
        </w:rPr>
        <w:t xml:space="preserve"> полностью определены в нормативном приложении Ж настоящего документа; в онлайн-версии — в разделе «Групповая передача речи». Они дополняют базовую одноадресную доставку и требуют поддержки групповой маршрутизации. Защищенный профиль проверяет подпись источника. Сам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остается одноадресным.</w:t>
      </w:r>
    </w:p>
    <w:p>
      <w:pPr>
        <w:pStyle w:val="Normal"/>
        <w:jc w:val="both"/>
        <w:rPr/>
      </w:pPr>
      <w:r>
        <w:rPr>
          <w:b w:val="false"/>
          <w:sz w:val="28"/>
          <w:lang w:val="zxx"/>
        </w:rPr>
        <w:t>15.26</w:t>
      </w:r>
      <w:r>
        <w:rPr>
          <w:b w:val="false"/>
          <w:sz w:val="28"/>
        </w:rPr>
        <w:t xml:space="preserve"> Общего ограничения числа УУ протокол не устанавливает. Каждая реализация объявляет проверенные квоты. Один поток для большой группы требует расчета числа соединений, ключей, пакетов и суммарной полосы источника; наличие сети </w:t>
      </w:r>
      <w:r>
        <w:rPr>
          <w:b w:val="false"/>
          <w:sz w:val="28"/>
          <w:lang w:val="zxx"/>
        </w:rPr>
        <w:t>Ethernet</w:t>
      </w:r>
      <w:r>
        <w:rPr>
          <w:b w:val="false"/>
          <w:sz w:val="28"/>
        </w:rPr>
        <w:t xml:space="preserve"> само по себе емкость не доказывает. Доверенный узел распределения является отдельной границей полномочий и учета результатов; он не превращает чужой поток в сквозное криптографическое доказательство источника.</w:t>
      </w:r>
    </w:p>
    <w:p>
      <w:pPr>
        <w:pStyle w:val="2"/>
        <w:rPr/>
      </w:pPr>
      <w:r>
        <w:rPr/>
        <w:t>Скорость сети и число получателей</w:t>
      </w:r>
    </w:p>
    <w:p>
      <w:pPr>
        <w:pStyle w:val="Normal"/>
        <w:jc w:val="both"/>
        <w:rPr/>
      </w:pPr>
      <w:r>
        <w:rPr>
          <w:b w:val="false"/>
          <w:sz w:val="28"/>
          <w:lang w:val="zxx"/>
        </w:rPr>
        <w:t>15.27</w:t>
      </w:r>
      <w:r>
        <w:rPr>
          <w:b w:val="false"/>
          <w:sz w:val="28"/>
        </w:rPr>
        <w:t xml:space="preserve"> Таблица ниже оценивает </w:t>
      </w:r>
      <w:r>
        <w:rPr>
          <w:b w:val="false"/>
          <w:sz w:val="28"/>
          <w:lang w:val="zxx"/>
        </w:rPr>
        <w:t>PCMA/</w:t>
      </w:r>
      <w:r>
        <w:rPr>
          <w:b w:val="false"/>
          <w:sz w:val="28"/>
        </w:rPr>
        <w:t>⁠</w:t>
      </w:r>
      <w:r>
        <w:rPr>
          <w:b w:val="false"/>
          <w:sz w:val="28"/>
          <w:lang w:val="zxx"/>
        </w:rPr>
        <w:t>8000/</w:t>
      </w:r>
      <w:r>
        <w:rPr>
          <w:b w:val="false"/>
          <w:sz w:val="28"/>
        </w:rPr>
        <w:t>​</w:t>
      </w:r>
      <w:r>
        <w:rPr>
          <w:b w:val="false"/>
          <w:sz w:val="28"/>
          <w:lang w:val="zxx"/>
        </w:rPr>
        <w:t>mono:</w:t>
      </w:r>
      <w:r>
        <w:rPr>
          <w:b w:val="false"/>
          <w:sz w:val="28"/>
        </w:rPr>
        <w:t xml:space="preserve"> </w:t>
      </w:r>
      <w:r>
        <w:rPr>
          <w:b w:val="false"/>
          <w:sz w:val="28"/>
          <w:lang w:val="zxx"/>
        </w:rPr>
        <w:t>160</w:t>
      </w:r>
      <w:r>
        <w:rPr>
          <w:b w:val="false"/>
          <w:sz w:val="28"/>
        </w:rPr>
        <w:t xml:space="preserve"> байт на </w:t>
      </w:r>
      <w:r>
        <w:rPr>
          <w:b w:val="false"/>
          <w:sz w:val="28"/>
          <w:lang w:val="zxx"/>
        </w:rPr>
        <w:t>20</w:t>
      </w:r>
      <w:r>
        <w:rPr>
          <w:b w:val="false"/>
          <w:sz w:val="28"/>
        </w:rPr>
        <w:t xml:space="preserve"> мс. К каждому звуковому пакету добавляются </w:t>
      </w:r>
      <w:r>
        <w:rPr>
          <w:b w:val="false"/>
          <w:sz w:val="28"/>
          <w:lang w:val="zxx"/>
        </w:rPr>
        <w:t>RTP</w:t>
      </w:r>
      <w:r>
        <w:rPr>
          <w:b w:val="false"/>
          <w:sz w:val="28"/>
        </w:rPr>
        <w:t xml:space="preserve"> </w:t>
      </w:r>
      <w:r>
        <w:rPr>
          <w:b w:val="false"/>
          <w:sz w:val="28"/>
          <w:lang w:val="zxx"/>
        </w:rPr>
        <w:t>32</w:t>
      </w:r>
      <w:r>
        <w:rPr>
          <w:b w:val="false"/>
          <w:sz w:val="28"/>
        </w:rPr>
        <w:t xml:space="preserve"> Б, заголовок </w:t>
      </w:r>
      <w:r>
        <w:rPr>
          <w:b w:val="false"/>
          <w:sz w:val="28"/>
          <w:lang w:val="zxx"/>
        </w:rPr>
        <w:t>OAU5</w:t>
      </w:r>
      <w:r>
        <w:rPr>
          <w:b w:val="false"/>
          <w:sz w:val="28"/>
        </w:rPr>
        <w:t xml:space="preserve"> </w:t>
      </w:r>
      <w:r>
        <w:rPr>
          <w:b w:val="false"/>
          <w:sz w:val="28"/>
          <w:lang w:val="zxx"/>
        </w:rPr>
        <w:t>32</w:t>
      </w:r>
      <w:r>
        <w:rPr>
          <w:b w:val="false"/>
          <w:sz w:val="28"/>
        </w:rPr>
        <w:t xml:space="preserve"> Б, метка </w:t>
      </w:r>
      <w:r>
        <w:rPr>
          <w:b w:val="false"/>
          <w:sz w:val="28"/>
          <w:lang w:val="zxx"/>
        </w:rPr>
        <w:t>16</w:t>
      </w:r>
      <w:r>
        <w:rPr>
          <w:b w:val="false"/>
          <w:sz w:val="28"/>
        </w:rPr>
        <w:t xml:space="preserve"> Б, </w:t>
      </w:r>
      <w:r>
        <w:rPr>
          <w:b w:val="false"/>
          <w:sz w:val="28"/>
          <w:lang w:val="zxx"/>
        </w:rPr>
        <w:t>UDP</w:t>
      </w:r>
      <w:r>
        <w:rPr>
          <w:b w:val="false"/>
          <w:sz w:val="28"/>
        </w:rPr>
        <w:t xml:space="preserve"> </w:t>
      </w:r>
      <w:r>
        <w:rPr>
          <w:b w:val="false"/>
          <w:sz w:val="28"/>
          <w:lang w:val="zxx"/>
        </w:rPr>
        <w:t>8</w:t>
      </w:r>
      <w:r>
        <w:rPr>
          <w:b w:val="false"/>
          <w:sz w:val="28"/>
        </w:rPr>
        <w:t xml:space="preserve"> Б, </w:t>
      </w:r>
      <w:r>
        <w:rPr>
          <w:b w:val="false"/>
          <w:sz w:val="28"/>
          <w:lang w:val="zxx"/>
        </w:rPr>
        <w:t>IPv4</w:t>
      </w:r>
      <w:r>
        <w:rPr>
          <w:b w:val="false"/>
          <w:sz w:val="28"/>
        </w:rPr>
        <w:t xml:space="preserve"> </w:t>
      </w:r>
      <w:r>
        <w:rPr>
          <w:b w:val="false"/>
          <w:sz w:val="28"/>
          <w:lang w:val="zxx"/>
        </w:rPr>
        <w:t>20</w:t>
      </w:r>
      <w:r>
        <w:rPr>
          <w:b w:val="false"/>
          <w:sz w:val="28"/>
        </w:rPr>
        <w:t xml:space="preserve"> Б и </w:t>
      </w:r>
      <w:r>
        <w:rPr>
          <w:b w:val="false"/>
          <w:sz w:val="28"/>
          <w:lang w:val="zxx"/>
        </w:rPr>
        <w:t>Ethernet</w:t>
      </w:r>
      <w:r>
        <w:rPr>
          <w:b w:val="false"/>
          <w:sz w:val="28"/>
        </w:rPr>
        <w:t xml:space="preserve"> </w:t>
      </w:r>
      <w:r>
        <w:rPr>
          <w:b w:val="false"/>
          <w:sz w:val="28"/>
          <w:lang w:val="zxx"/>
        </w:rPr>
        <w:t>38</w:t>
      </w:r>
      <w:r>
        <w:rPr>
          <w:b w:val="false"/>
          <w:sz w:val="28"/>
        </w:rPr>
        <w:t xml:space="preserve"> Б с преамбулой и межкадровым интервалом. </w:t>
      </w:r>
      <w:r>
        <w:rPr>
          <w:b w:val="false"/>
          <w:sz w:val="28"/>
          <w:lang w:val="zxx"/>
        </w:rPr>
        <w:t>ACK</w:t>
      </w:r>
      <w:r>
        <w:rPr>
          <w:b w:val="false"/>
          <w:sz w:val="28"/>
        </w:rPr>
        <w:t xml:space="preserve"> на звук отсутствует. Успешная оценка часов каждые </w:t>
      </w:r>
      <w:r>
        <w:rPr>
          <w:b w:val="false"/>
          <w:sz w:val="28"/>
          <w:lang w:val="zxx"/>
        </w:rPr>
        <w:t>2</w:t>
      </w:r>
      <w:r>
        <w:rPr>
          <w:b w:val="false"/>
          <w:sz w:val="28"/>
        </w:rPr>
        <w:t xml:space="preserve"> с требует трех датаграмм по </w:t>
      </w:r>
      <w:r>
        <w:rPr>
          <w:b w:val="false"/>
          <w:sz w:val="28"/>
          <w:lang w:val="zxx"/>
        </w:rPr>
        <w:t>122</w:t>
      </w:r>
      <w:r>
        <w:rPr>
          <w:b w:val="false"/>
          <w:sz w:val="28"/>
        </w:rPr>
        <w:t xml:space="preserve">, </w:t>
      </w:r>
      <w:r>
        <w:rPr>
          <w:b w:val="false"/>
          <w:sz w:val="28"/>
          <w:lang w:val="zxx"/>
        </w:rPr>
        <w:t>130</w:t>
      </w:r>
      <w:r>
        <w:rPr>
          <w:b w:val="false"/>
          <w:sz w:val="28"/>
        </w:rPr>
        <w:t xml:space="preserve"> и </w:t>
      </w:r>
      <w:r>
        <w:rPr>
          <w:b w:val="false"/>
          <w:sz w:val="28"/>
          <w:lang w:val="zxx"/>
        </w:rPr>
        <w:t>122</w:t>
      </w:r>
      <w:r>
        <w:rPr>
          <w:b w:val="false"/>
          <w:sz w:val="28"/>
        </w:rPr>
        <w:t xml:space="preserve"> Б, то есть </w:t>
      </w:r>
      <w:r>
        <w:rPr>
          <w:b w:val="false"/>
          <w:sz w:val="28"/>
          <w:lang w:val="zxx"/>
        </w:rPr>
        <w:t>1496</w:t>
      </w:r>
      <w:r>
        <w:rPr>
          <w:b w:val="false"/>
          <w:sz w:val="28"/>
        </w:rPr>
        <w:t xml:space="preserve"> бит/с суммы направлений. Повторы служебных пакетов и инкапсуляция учитываются дополнительно.</w:t>
      </w:r>
    </w:p>
    <w:p>
      <w:pPr>
        <w:pStyle w:val="Normal"/>
        <w:keepNext w:val="true"/>
        <w:ind w:hanging="0"/>
        <w:jc w:val="start"/>
        <w:rPr/>
      </w:pPr>
      <w:r>
        <w:rPr>
          <w:b w:val="false"/>
          <w:sz w:val="24"/>
        </w:rPr>
        <w:t xml:space="preserve">Таблица </w:t>
      </w:r>
      <w:r>
        <w:rPr>
          <w:b w:val="false"/>
          <w:sz w:val="24"/>
          <w:lang w:val="zxx"/>
        </w:rPr>
        <w:t>16</w:t>
      </w:r>
      <w:r>
        <w:rPr>
          <w:b w:val="false"/>
          <w:sz w:val="24"/>
        </w:rPr>
        <w:t xml:space="preserve"> - Скорость сети и число получателей</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493"/>
        <w:gridCol w:w="1623"/>
        <w:gridCol w:w="2366"/>
        <w:gridCol w:w="1987"/>
        <w:gridCol w:w="2169"/>
      </w:tblGrid>
      <w:tr>
        <w:trPr>
          <w:cantSplit w:val="true"/>
        </w:trPr>
        <w:tc>
          <w:tcPr>
            <w:tcW w:w="1493"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УУ</w:t>
            </w:r>
          </w:p>
        </w:tc>
        <w:tc>
          <w:tcPr>
            <w:tcW w:w="1623"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Только звук, Мбит/с</w:t>
            </w:r>
          </w:p>
        </w:tc>
        <w:tc>
          <w:tcPr>
            <w:tcW w:w="236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Защищенные данные, Мбит/с</w:t>
            </w:r>
          </w:p>
        </w:tc>
        <w:tc>
          <w:tcPr>
            <w:tcW w:w="198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Данные и часы, Мбит/с</w:t>
            </w:r>
          </w:p>
        </w:tc>
        <w:tc>
          <w:tcPr>
            <w:tcW w:w="2169"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 xml:space="preserve">С резервом </w:t>
            </w:r>
            <w:r>
              <w:rPr>
                <w:rFonts w:eastAsia="ＭＳ 明朝" w:cs=""/>
                <w:b/>
                <w:kern w:val="0"/>
                <w:sz w:val="28"/>
                <w:szCs w:val="22"/>
                <w:lang w:val="zxx" w:eastAsia="en-US" w:bidi="ar-SA"/>
              </w:rPr>
              <w:t>30</w:t>
            </w:r>
            <w:r>
              <w:rPr>
                <w:rFonts w:eastAsia="ＭＳ 明朝" w:cs=""/>
                <w:b/>
                <w:kern w:val="0"/>
                <w:sz w:val="28"/>
                <w:szCs w:val="22"/>
                <w:lang w:eastAsia="en-US" w:bidi="ar-SA"/>
              </w:rPr>
              <w:t>%, Мбит/с</w:t>
            </w:r>
          </w:p>
        </w:tc>
      </w:tr>
      <w:tr>
        <w:trPr>
          <w:cantSplit w:val="true"/>
        </w:trPr>
        <w:tc>
          <w:tcPr>
            <w:tcW w:w="149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w:t>
            </w:r>
          </w:p>
        </w:tc>
        <w:tc>
          <w:tcPr>
            <w:tcW w:w="162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064</w:t>
            </w:r>
          </w:p>
        </w:tc>
        <w:tc>
          <w:tcPr>
            <w:tcW w:w="236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1224</w:t>
            </w:r>
          </w:p>
        </w:tc>
        <w:tc>
          <w:tcPr>
            <w:tcW w:w="198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1239</w:t>
            </w:r>
          </w:p>
        </w:tc>
        <w:tc>
          <w:tcPr>
            <w:tcW w:w="216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1611</w:t>
            </w:r>
          </w:p>
        </w:tc>
      </w:tr>
      <w:tr>
        <w:trPr>
          <w:cantSplit w:val="true"/>
        </w:trPr>
        <w:tc>
          <w:tcPr>
            <w:tcW w:w="149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10</w:t>
            </w:r>
          </w:p>
        </w:tc>
        <w:tc>
          <w:tcPr>
            <w:tcW w:w="162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64</w:t>
            </w:r>
          </w:p>
        </w:tc>
        <w:tc>
          <w:tcPr>
            <w:tcW w:w="236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w:t>
            </w:r>
            <w:r>
              <w:rPr>
                <w:rFonts w:eastAsia="ＭＳ 明朝" w:cs=""/>
                <w:b w:val="false"/>
                <w:kern w:val="0"/>
                <w:sz w:val="28"/>
                <w:szCs w:val="22"/>
                <w:lang w:eastAsia="en-US" w:bidi="ar-SA"/>
              </w:rPr>
              <w:t>,</w:t>
            </w:r>
            <w:r>
              <w:rPr>
                <w:rFonts w:eastAsia="ＭＳ 明朝" w:cs=""/>
                <w:b w:val="false"/>
                <w:kern w:val="0"/>
                <w:sz w:val="28"/>
                <w:szCs w:val="22"/>
                <w:lang w:val="zxx" w:eastAsia="en-US" w:bidi="ar-SA"/>
              </w:rPr>
              <w:t>224</w:t>
            </w:r>
          </w:p>
        </w:tc>
        <w:tc>
          <w:tcPr>
            <w:tcW w:w="198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w:t>
            </w:r>
            <w:r>
              <w:rPr>
                <w:rFonts w:eastAsia="ＭＳ 明朝" w:cs=""/>
                <w:b w:val="false"/>
                <w:kern w:val="0"/>
                <w:sz w:val="28"/>
                <w:szCs w:val="22"/>
                <w:lang w:eastAsia="en-US" w:bidi="ar-SA"/>
              </w:rPr>
              <w:t>,</w:t>
            </w:r>
            <w:r>
              <w:rPr>
                <w:rFonts w:eastAsia="ＭＳ 明朝" w:cs=""/>
                <w:b w:val="false"/>
                <w:kern w:val="0"/>
                <w:sz w:val="28"/>
                <w:szCs w:val="22"/>
                <w:lang w:val="zxx" w:eastAsia="en-US" w:bidi="ar-SA"/>
              </w:rPr>
              <w:t>239</w:t>
            </w:r>
          </w:p>
        </w:tc>
        <w:tc>
          <w:tcPr>
            <w:tcW w:w="216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w:t>
            </w:r>
            <w:r>
              <w:rPr>
                <w:rFonts w:eastAsia="ＭＳ 明朝" w:cs=""/>
                <w:b w:val="false"/>
                <w:kern w:val="0"/>
                <w:sz w:val="28"/>
                <w:szCs w:val="22"/>
                <w:lang w:eastAsia="en-US" w:bidi="ar-SA"/>
              </w:rPr>
              <w:t>,</w:t>
            </w:r>
            <w:r>
              <w:rPr>
                <w:rFonts w:eastAsia="ＭＳ 明朝" w:cs=""/>
                <w:b w:val="false"/>
                <w:kern w:val="0"/>
                <w:sz w:val="28"/>
                <w:szCs w:val="22"/>
                <w:lang w:val="zxx" w:eastAsia="en-US" w:bidi="ar-SA"/>
              </w:rPr>
              <w:t>6106</w:t>
            </w:r>
          </w:p>
        </w:tc>
      </w:tr>
      <w:tr>
        <w:trPr>
          <w:cantSplit w:val="true"/>
        </w:trPr>
        <w:tc>
          <w:tcPr>
            <w:tcW w:w="149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100</w:t>
            </w:r>
          </w:p>
        </w:tc>
        <w:tc>
          <w:tcPr>
            <w:tcW w:w="162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6</w:t>
            </w:r>
            <w:r>
              <w:rPr>
                <w:rFonts w:eastAsia="ＭＳ 明朝" w:cs=""/>
                <w:b w:val="false"/>
                <w:kern w:val="0"/>
                <w:sz w:val="28"/>
                <w:szCs w:val="22"/>
                <w:lang w:eastAsia="en-US" w:bidi="ar-SA"/>
              </w:rPr>
              <w:t>,</w:t>
            </w:r>
            <w:r>
              <w:rPr>
                <w:rFonts w:eastAsia="ＭＳ 明朝" w:cs=""/>
                <w:b w:val="false"/>
                <w:kern w:val="0"/>
                <w:sz w:val="28"/>
                <w:szCs w:val="22"/>
                <w:lang w:val="zxx" w:eastAsia="en-US" w:bidi="ar-SA"/>
              </w:rPr>
              <w:t>4</w:t>
            </w:r>
          </w:p>
        </w:tc>
        <w:tc>
          <w:tcPr>
            <w:tcW w:w="236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12</w:t>
            </w:r>
            <w:r>
              <w:rPr>
                <w:rFonts w:eastAsia="ＭＳ 明朝" w:cs=""/>
                <w:b w:val="false"/>
                <w:kern w:val="0"/>
                <w:sz w:val="28"/>
                <w:szCs w:val="22"/>
                <w:lang w:eastAsia="en-US" w:bidi="ar-SA"/>
              </w:rPr>
              <w:t>,</w:t>
            </w:r>
            <w:r>
              <w:rPr>
                <w:rFonts w:eastAsia="ＭＳ 明朝" w:cs=""/>
                <w:b w:val="false"/>
                <w:kern w:val="0"/>
                <w:sz w:val="28"/>
                <w:szCs w:val="22"/>
                <w:lang w:val="zxx" w:eastAsia="en-US" w:bidi="ar-SA"/>
              </w:rPr>
              <w:t>24</w:t>
            </w:r>
          </w:p>
        </w:tc>
        <w:tc>
          <w:tcPr>
            <w:tcW w:w="198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12</w:t>
            </w:r>
            <w:r>
              <w:rPr>
                <w:rFonts w:eastAsia="ＭＳ 明朝" w:cs=""/>
                <w:b w:val="false"/>
                <w:kern w:val="0"/>
                <w:sz w:val="28"/>
                <w:szCs w:val="22"/>
                <w:lang w:eastAsia="en-US" w:bidi="ar-SA"/>
              </w:rPr>
              <w:t>,</w:t>
            </w:r>
            <w:r>
              <w:rPr>
                <w:rFonts w:eastAsia="ＭＳ 明朝" w:cs=""/>
                <w:b w:val="false"/>
                <w:kern w:val="0"/>
                <w:sz w:val="28"/>
                <w:szCs w:val="22"/>
                <w:lang w:val="zxx" w:eastAsia="en-US" w:bidi="ar-SA"/>
              </w:rPr>
              <w:t>3896</w:t>
            </w:r>
          </w:p>
        </w:tc>
        <w:tc>
          <w:tcPr>
            <w:tcW w:w="216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16</w:t>
            </w:r>
            <w:r>
              <w:rPr>
                <w:rFonts w:eastAsia="ＭＳ 明朝" w:cs=""/>
                <w:b w:val="false"/>
                <w:kern w:val="0"/>
                <w:sz w:val="28"/>
                <w:szCs w:val="22"/>
                <w:lang w:eastAsia="en-US" w:bidi="ar-SA"/>
              </w:rPr>
              <w:t>,</w:t>
            </w:r>
            <w:r>
              <w:rPr>
                <w:rFonts w:eastAsia="ＭＳ 明朝" w:cs=""/>
                <w:b w:val="false"/>
                <w:kern w:val="0"/>
                <w:sz w:val="28"/>
                <w:szCs w:val="22"/>
                <w:lang w:val="zxx" w:eastAsia="en-US" w:bidi="ar-SA"/>
              </w:rPr>
              <w:t>1065</w:t>
            </w:r>
          </w:p>
        </w:tc>
      </w:tr>
      <w:tr>
        <w:trPr>
          <w:cantSplit w:val="true"/>
        </w:trPr>
        <w:tc>
          <w:tcPr>
            <w:tcW w:w="149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w:t>
            </w:r>
            <w:r>
              <w:rPr>
                <w:rFonts w:eastAsia="ＭＳ 明朝" w:cs=""/>
                <w:b w:val="false"/>
                <w:kern w:val="0"/>
                <w:sz w:val="28"/>
                <w:szCs w:val="22"/>
                <w:lang w:eastAsia="en-US" w:bidi="ar-SA"/>
              </w:rPr>
              <w:t> </w:t>
            </w:r>
            <w:r>
              <w:rPr>
                <w:rFonts w:eastAsia="ＭＳ 明朝" w:cs=""/>
                <w:b w:val="false"/>
                <w:kern w:val="0"/>
                <w:sz w:val="28"/>
                <w:szCs w:val="22"/>
                <w:lang w:val="zxx" w:eastAsia="en-US" w:bidi="ar-SA"/>
              </w:rPr>
              <w:t>000</w:t>
            </w:r>
          </w:p>
        </w:tc>
        <w:tc>
          <w:tcPr>
            <w:tcW w:w="162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64</w:t>
            </w:r>
          </w:p>
        </w:tc>
        <w:tc>
          <w:tcPr>
            <w:tcW w:w="236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122</w:t>
            </w:r>
            <w:r>
              <w:rPr>
                <w:rFonts w:eastAsia="ＭＳ 明朝" w:cs=""/>
                <w:b w:val="false"/>
                <w:kern w:val="0"/>
                <w:sz w:val="28"/>
                <w:szCs w:val="22"/>
                <w:lang w:eastAsia="en-US" w:bidi="ar-SA"/>
              </w:rPr>
              <w:t>,</w:t>
            </w:r>
            <w:r>
              <w:rPr>
                <w:rFonts w:eastAsia="ＭＳ 明朝" w:cs=""/>
                <w:b w:val="false"/>
                <w:kern w:val="0"/>
                <w:sz w:val="28"/>
                <w:szCs w:val="22"/>
                <w:lang w:val="zxx" w:eastAsia="en-US" w:bidi="ar-SA"/>
              </w:rPr>
              <w:t>4</w:t>
            </w:r>
          </w:p>
        </w:tc>
        <w:tc>
          <w:tcPr>
            <w:tcW w:w="198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123</w:t>
            </w:r>
            <w:r>
              <w:rPr>
                <w:rFonts w:eastAsia="ＭＳ 明朝" w:cs=""/>
                <w:b w:val="false"/>
                <w:kern w:val="0"/>
                <w:sz w:val="28"/>
                <w:szCs w:val="22"/>
                <w:lang w:eastAsia="en-US" w:bidi="ar-SA"/>
              </w:rPr>
              <w:t>,</w:t>
            </w:r>
            <w:r>
              <w:rPr>
                <w:rFonts w:eastAsia="ＭＳ 明朝" w:cs=""/>
                <w:b w:val="false"/>
                <w:kern w:val="0"/>
                <w:sz w:val="28"/>
                <w:szCs w:val="22"/>
                <w:lang w:val="zxx" w:eastAsia="en-US" w:bidi="ar-SA"/>
              </w:rPr>
              <w:t>896</w:t>
            </w:r>
          </w:p>
        </w:tc>
        <w:tc>
          <w:tcPr>
            <w:tcW w:w="216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161</w:t>
            </w:r>
            <w:r>
              <w:rPr>
                <w:rFonts w:eastAsia="ＭＳ 明朝" w:cs=""/>
                <w:b w:val="false"/>
                <w:kern w:val="0"/>
                <w:sz w:val="28"/>
                <w:szCs w:val="22"/>
                <w:lang w:eastAsia="en-US" w:bidi="ar-SA"/>
              </w:rPr>
              <w:t>,</w:t>
            </w:r>
            <w:r>
              <w:rPr>
                <w:rFonts w:eastAsia="ＭＳ 明朝" w:cs=""/>
                <w:b w:val="false"/>
                <w:kern w:val="0"/>
                <w:sz w:val="28"/>
                <w:szCs w:val="22"/>
                <w:lang w:val="zxx" w:eastAsia="en-US" w:bidi="ar-SA"/>
              </w:rPr>
              <w:t>0648</w:t>
            </w:r>
          </w:p>
        </w:tc>
      </w:tr>
      <w:tr>
        <w:trPr>
          <w:cantSplit w:val="true"/>
        </w:trPr>
        <w:tc>
          <w:tcPr>
            <w:tcW w:w="149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4</w:t>
            </w:r>
            <w:r>
              <w:rPr>
                <w:rFonts w:eastAsia="ＭＳ 明朝" w:cs=""/>
                <w:b w:val="false"/>
                <w:kern w:val="0"/>
                <w:sz w:val="28"/>
                <w:szCs w:val="22"/>
                <w:lang w:eastAsia="en-US" w:bidi="ar-SA"/>
              </w:rPr>
              <w:t> </w:t>
            </w:r>
            <w:r>
              <w:rPr>
                <w:rFonts w:eastAsia="ＭＳ 明朝" w:cs=""/>
                <w:b w:val="false"/>
                <w:kern w:val="0"/>
                <w:sz w:val="28"/>
                <w:szCs w:val="22"/>
                <w:lang w:val="zxx" w:eastAsia="en-US" w:bidi="ar-SA"/>
              </w:rPr>
              <w:t>000</w:t>
            </w:r>
          </w:p>
        </w:tc>
        <w:tc>
          <w:tcPr>
            <w:tcW w:w="162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256</w:t>
            </w:r>
          </w:p>
        </w:tc>
        <w:tc>
          <w:tcPr>
            <w:tcW w:w="236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489</w:t>
            </w:r>
            <w:r>
              <w:rPr>
                <w:rFonts w:eastAsia="ＭＳ 明朝" w:cs=""/>
                <w:b w:val="false"/>
                <w:kern w:val="0"/>
                <w:sz w:val="28"/>
                <w:szCs w:val="22"/>
                <w:lang w:eastAsia="en-US" w:bidi="ar-SA"/>
              </w:rPr>
              <w:t>,</w:t>
            </w:r>
            <w:r>
              <w:rPr>
                <w:rFonts w:eastAsia="ＭＳ 明朝" w:cs=""/>
                <w:b w:val="false"/>
                <w:kern w:val="0"/>
                <w:sz w:val="28"/>
                <w:szCs w:val="22"/>
                <w:lang w:val="zxx" w:eastAsia="en-US" w:bidi="ar-SA"/>
              </w:rPr>
              <w:t>6</w:t>
            </w:r>
          </w:p>
        </w:tc>
        <w:tc>
          <w:tcPr>
            <w:tcW w:w="198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495</w:t>
            </w:r>
            <w:r>
              <w:rPr>
                <w:rFonts w:eastAsia="ＭＳ 明朝" w:cs=""/>
                <w:b w:val="false"/>
                <w:kern w:val="0"/>
                <w:sz w:val="28"/>
                <w:szCs w:val="22"/>
                <w:lang w:eastAsia="en-US" w:bidi="ar-SA"/>
              </w:rPr>
              <w:t>,</w:t>
            </w:r>
            <w:r>
              <w:rPr>
                <w:rFonts w:eastAsia="ＭＳ 明朝" w:cs=""/>
                <w:b w:val="false"/>
                <w:kern w:val="0"/>
                <w:sz w:val="28"/>
                <w:szCs w:val="22"/>
                <w:lang w:val="zxx" w:eastAsia="en-US" w:bidi="ar-SA"/>
              </w:rPr>
              <w:t>584</w:t>
            </w:r>
          </w:p>
        </w:tc>
        <w:tc>
          <w:tcPr>
            <w:tcW w:w="216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644</w:t>
            </w:r>
            <w:r>
              <w:rPr>
                <w:rFonts w:eastAsia="ＭＳ 明朝" w:cs=""/>
                <w:b w:val="false"/>
                <w:kern w:val="0"/>
                <w:sz w:val="28"/>
                <w:szCs w:val="22"/>
                <w:lang w:eastAsia="en-US" w:bidi="ar-SA"/>
              </w:rPr>
              <w:t>,</w:t>
            </w:r>
            <w:r>
              <w:rPr>
                <w:rFonts w:eastAsia="ＭＳ 明朝" w:cs=""/>
                <w:b w:val="false"/>
                <w:kern w:val="0"/>
                <w:sz w:val="28"/>
                <w:szCs w:val="22"/>
                <w:lang w:val="zxx" w:eastAsia="en-US" w:bidi="ar-SA"/>
              </w:rPr>
              <w:t>2592</w:t>
            </w:r>
          </w:p>
        </w:tc>
      </w:tr>
      <w:tr>
        <w:trPr>
          <w:cantSplit w:val="true"/>
        </w:trPr>
        <w:tc>
          <w:tcPr>
            <w:tcW w:w="1493"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10</w:t>
            </w:r>
            <w:r>
              <w:rPr>
                <w:rFonts w:eastAsia="ＭＳ 明朝" w:cs=""/>
                <w:b w:val="false"/>
                <w:kern w:val="0"/>
                <w:sz w:val="28"/>
                <w:szCs w:val="22"/>
                <w:lang w:eastAsia="en-US" w:bidi="ar-SA"/>
              </w:rPr>
              <w:t> </w:t>
            </w:r>
            <w:r>
              <w:rPr>
                <w:rFonts w:eastAsia="ＭＳ 明朝" w:cs=""/>
                <w:b w:val="false"/>
                <w:kern w:val="0"/>
                <w:sz w:val="28"/>
                <w:szCs w:val="22"/>
                <w:lang w:val="zxx" w:eastAsia="en-US" w:bidi="ar-SA"/>
              </w:rPr>
              <w:t>000</w:t>
            </w:r>
          </w:p>
        </w:tc>
        <w:tc>
          <w:tcPr>
            <w:tcW w:w="1623"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640</w:t>
            </w:r>
          </w:p>
        </w:tc>
        <w:tc>
          <w:tcPr>
            <w:tcW w:w="236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w:t>
            </w:r>
            <w:r>
              <w:rPr>
                <w:rFonts w:eastAsia="ＭＳ 明朝" w:cs=""/>
                <w:b w:val="false"/>
                <w:kern w:val="0"/>
                <w:sz w:val="28"/>
                <w:szCs w:val="22"/>
                <w:lang w:eastAsia="en-US" w:bidi="ar-SA"/>
              </w:rPr>
              <w:t> </w:t>
            </w:r>
            <w:r>
              <w:rPr>
                <w:rFonts w:eastAsia="ＭＳ 明朝" w:cs=""/>
                <w:b w:val="false"/>
                <w:kern w:val="0"/>
                <w:sz w:val="28"/>
                <w:szCs w:val="22"/>
                <w:lang w:val="zxx" w:eastAsia="en-US" w:bidi="ar-SA"/>
              </w:rPr>
              <w:t>224</w:t>
            </w:r>
          </w:p>
        </w:tc>
        <w:tc>
          <w:tcPr>
            <w:tcW w:w="1987"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w:t>
            </w:r>
            <w:r>
              <w:rPr>
                <w:rFonts w:eastAsia="ＭＳ 明朝" w:cs=""/>
                <w:b w:val="false"/>
                <w:kern w:val="0"/>
                <w:sz w:val="28"/>
                <w:szCs w:val="22"/>
                <w:lang w:eastAsia="en-US" w:bidi="ar-SA"/>
              </w:rPr>
              <w:t> </w:t>
            </w:r>
            <w:r>
              <w:rPr>
                <w:rFonts w:eastAsia="ＭＳ 明朝" w:cs=""/>
                <w:b w:val="false"/>
                <w:kern w:val="0"/>
                <w:sz w:val="28"/>
                <w:szCs w:val="22"/>
                <w:lang w:val="zxx" w:eastAsia="en-US" w:bidi="ar-SA"/>
              </w:rPr>
              <w:t>238</w:t>
            </w:r>
            <w:r>
              <w:rPr>
                <w:rFonts w:eastAsia="ＭＳ 明朝" w:cs=""/>
                <w:b w:val="false"/>
                <w:kern w:val="0"/>
                <w:sz w:val="28"/>
                <w:szCs w:val="22"/>
                <w:lang w:eastAsia="en-US" w:bidi="ar-SA"/>
              </w:rPr>
              <w:t>,</w:t>
            </w:r>
            <w:r>
              <w:rPr>
                <w:rFonts w:eastAsia="ＭＳ 明朝" w:cs=""/>
                <w:b w:val="false"/>
                <w:kern w:val="0"/>
                <w:sz w:val="28"/>
                <w:szCs w:val="22"/>
                <w:lang w:val="zxx" w:eastAsia="en-US" w:bidi="ar-SA"/>
              </w:rPr>
              <w:t>96</w:t>
            </w:r>
          </w:p>
        </w:tc>
        <w:tc>
          <w:tcPr>
            <w:tcW w:w="2169"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w:t>
            </w:r>
            <w:r>
              <w:rPr>
                <w:rFonts w:eastAsia="ＭＳ 明朝" w:cs=""/>
                <w:b w:val="false"/>
                <w:kern w:val="0"/>
                <w:sz w:val="28"/>
                <w:szCs w:val="22"/>
                <w:lang w:eastAsia="en-US" w:bidi="ar-SA"/>
              </w:rPr>
              <w:t> </w:t>
            </w:r>
            <w:r>
              <w:rPr>
                <w:rFonts w:eastAsia="ＭＳ 明朝" w:cs=""/>
                <w:b w:val="false"/>
                <w:kern w:val="0"/>
                <w:sz w:val="28"/>
                <w:szCs w:val="22"/>
                <w:lang w:val="zxx" w:eastAsia="en-US" w:bidi="ar-SA"/>
              </w:rPr>
              <w:t>610</w:t>
            </w:r>
            <w:r>
              <w:rPr>
                <w:rFonts w:eastAsia="ＭＳ 明朝" w:cs=""/>
                <w:b w:val="false"/>
                <w:kern w:val="0"/>
                <w:sz w:val="28"/>
                <w:szCs w:val="22"/>
                <w:lang w:eastAsia="en-US" w:bidi="ar-SA"/>
              </w:rPr>
              <w:t>,</w:t>
            </w:r>
            <w:r>
              <w:rPr>
                <w:rFonts w:eastAsia="ＭＳ 明朝" w:cs=""/>
                <w:b w:val="false"/>
                <w:kern w:val="0"/>
                <w:sz w:val="28"/>
                <w:szCs w:val="22"/>
                <w:lang w:val="zxx" w:eastAsia="en-US" w:bidi="ar-SA"/>
              </w:rPr>
              <w:t>648</w:t>
            </w:r>
          </w:p>
        </w:tc>
      </w:tr>
    </w:tbl>
    <w:p>
      <w:pPr>
        <w:pStyle w:val="Normal"/>
        <w:spacing w:before="0" w:after="0"/>
        <w:rPr/>
      </w:pPr>
      <w:r>
        <w:rPr/>
      </w:r>
    </w:p>
    <w:p>
      <w:pPr>
        <w:pStyle w:val="Normal"/>
        <w:jc w:val="both"/>
        <w:rPr/>
      </w:pPr>
      <w:r>
        <w:rPr>
          <w:b w:val="false"/>
          <w:sz w:val="28"/>
          <w:lang w:val="zxx"/>
        </w:rPr>
        <w:t>15.28</w:t>
      </w:r>
      <w:r>
        <w:rPr>
          <w:b w:val="false"/>
          <w:sz w:val="28"/>
        </w:rPr>
        <w:t xml:space="preserve"> Формула данных с меткой: </w:t>
      </w:r>
      <w:r>
        <w:rPr>
          <w:b w:val="false"/>
          <w:sz w:val="28"/>
          <w:lang w:val="zxx"/>
        </w:rPr>
        <w:t>R=</w:t>
      </w:r>
      <w:r>
        <w:rPr>
          <w:b w:val="false"/>
          <w:sz w:val="28"/>
        </w:rPr>
        <w:t>(</w:t>
      </w:r>
      <w:r>
        <w:rPr>
          <w:b w:val="false"/>
          <w:sz w:val="28"/>
          <w:lang w:val="zxx"/>
        </w:rPr>
        <w:t>P+32+32+16+8+20+38</w:t>
      </w:r>
      <w:r>
        <w:rPr>
          <w:b w:val="false"/>
          <w:sz w:val="28"/>
        </w:rPr>
        <w:t>)*</w:t>
      </w:r>
      <w:r>
        <w:rPr>
          <w:b w:val="false"/>
          <w:sz w:val="28"/>
          <w:lang w:val="zxx"/>
        </w:rPr>
        <w:t>8</w:t>
      </w:r>
      <w:r>
        <w:rPr>
          <w:b w:val="false"/>
          <w:sz w:val="28"/>
        </w:rPr>
        <w:t>*</w:t>
      </w:r>
      <w:r>
        <w:rPr>
          <w:b w:val="false"/>
          <w:sz w:val="28"/>
          <w:lang w:val="zxx"/>
        </w:rPr>
        <w:t>1000/</w:t>
      </w:r>
      <w:r>
        <w:rPr>
          <w:b w:val="false"/>
          <w:sz w:val="28"/>
        </w:rPr>
        <w:t>​</w:t>
      </w:r>
      <w:r>
        <w:rPr>
          <w:b w:val="false"/>
          <w:sz w:val="28"/>
          <w:lang w:val="zxx"/>
        </w:rPr>
        <w:t>T</w:t>
      </w:r>
      <w:r>
        <w:rPr>
          <w:b w:val="false"/>
          <w:sz w:val="28"/>
        </w:rPr>
        <w:t xml:space="preserve"> бит/с. С учетом часов сумма двух направлений </w:t>
      </w:r>
      <w:r>
        <w:rPr>
          <w:b w:val="false"/>
          <w:sz w:val="28"/>
          <w:lang w:val="zxx"/>
        </w:rPr>
        <w:t>R+1496.</w:t>
      </w:r>
      <w:r>
        <w:rPr>
          <w:b w:val="false"/>
          <w:sz w:val="28"/>
        </w:rPr>
        <w:t xml:space="preserve"> Один </w:t>
      </w:r>
      <w:r>
        <w:rPr>
          <w:b w:val="false"/>
          <w:sz w:val="28"/>
          <w:lang w:val="zxx"/>
        </w:rPr>
        <w:t>PCMA-</w:t>
      </w:r>
      <w:r>
        <w:rPr>
          <w:b w:val="false"/>
          <w:sz w:val="28"/>
        </w:rPr>
        <w:t xml:space="preserve">получатель требует </w:t>
      </w:r>
      <w:r>
        <w:rPr>
          <w:b w:val="false"/>
          <w:sz w:val="28"/>
          <w:lang w:val="zxx"/>
        </w:rPr>
        <w:t>122</w:t>
      </w:r>
      <w:r>
        <w:rPr>
          <w:b w:val="false"/>
          <w:sz w:val="28"/>
        </w:rPr>
        <w:t>,</w:t>
      </w:r>
      <w:r>
        <w:rPr>
          <w:b w:val="false"/>
          <w:sz w:val="28"/>
          <w:lang w:val="zxx"/>
        </w:rPr>
        <w:t>4</w:t>
      </w:r>
      <w:r>
        <w:rPr>
          <w:b w:val="false"/>
          <w:sz w:val="28"/>
        </w:rPr>
        <w:t xml:space="preserve"> кбит/с данных и </w:t>
      </w:r>
      <w:r>
        <w:rPr>
          <w:b w:val="false"/>
          <w:sz w:val="28"/>
          <w:lang w:val="zxx"/>
        </w:rPr>
        <w:t>123</w:t>
      </w:r>
      <w:r>
        <w:rPr>
          <w:b w:val="false"/>
          <w:sz w:val="28"/>
        </w:rPr>
        <w:t>,</w:t>
      </w:r>
      <w:r>
        <w:rPr>
          <w:b w:val="false"/>
          <w:sz w:val="28"/>
          <w:lang w:val="zxx"/>
        </w:rPr>
        <w:t>896</w:t>
      </w:r>
      <w:r>
        <w:rPr>
          <w:b w:val="false"/>
          <w:sz w:val="28"/>
        </w:rPr>
        <w:t xml:space="preserve"> кбит/с с часами; </w:t>
      </w:r>
      <w:r>
        <w:rPr>
          <w:b w:val="false"/>
          <w:sz w:val="28"/>
          <w:lang w:val="zxx"/>
        </w:rPr>
        <w:t>4000</w:t>
      </w:r>
      <w:r>
        <w:rPr>
          <w:b w:val="false"/>
          <w:sz w:val="28"/>
        </w:rPr>
        <w:t xml:space="preserve"> получателей - </w:t>
      </w:r>
      <w:r>
        <w:rPr>
          <w:b w:val="false"/>
          <w:sz w:val="28"/>
          <w:lang w:val="zxx"/>
        </w:rPr>
        <w:t>495</w:t>
      </w:r>
      <w:r>
        <w:rPr>
          <w:b w:val="false"/>
          <w:sz w:val="28"/>
        </w:rPr>
        <w:t>,</w:t>
      </w:r>
      <w:r>
        <w:rPr>
          <w:b w:val="false"/>
          <w:sz w:val="28"/>
          <w:lang w:val="zxx"/>
        </w:rPr>
        <w:t>584</w:t>
      </w:r>
      <w:r>
        <w:rPr>
          <w:b w:val="false"/>
          <w:sz w:val="28"/>
        </w:rPr>
        <w:t xml:space="preserve"> Мбит/с, с резервом </w:t>
      </w:r>
      <w:r>
        <w:rPr>
          <w:b w:val="false"/>
          <w:sz w:val="28"/>
          <w:lang w:val="zxx"/>
        </w:rPr>
        <w:t>30</w:t>
      </w:r>
      <w:r>
        <w:rPr>
          <w:b w:val="false"/>
          <w:sz w:val="28"/>
        </w:rPr>
        <w:t xml:space="preserve">% - </w:t>
      </w:r>
      <w:r>
        <w:rPr>
          <w:b w:val="false"/>
          <w:sz w:val="28"/>
          <w:lang w:val="zxx"/>
        </w:rPr>
        <w:t>644</w:t>
      </w:r>
      <w:r>
        <w:rPr>
          <w:b w:val="false"/>
          <w:sz w:val="28"/>
        </w:rPr>
        <w:t>,</w:t>
      </w:r>
      <w:r>
        <w:rPr>
          <w:b w:val="false"/>
          <w:sz w:val="28"/>
          <w:lang w:val="zxx"/>
        </w:rPr>
        <w:t>2592</w:t>
      </w:r>
      <w:r>
        <w:rPr>
          <w:b w:val="false"/>
          <w:sz w:val="28"/>
        </w:rPr>
        <w:t xml:space="preserve"> Мбит/с. Направления полнодуплексного интерфейса проверяются отдельно. В </w:t>
      </w:r>
      <w:r>
        <w:rPr>
          <w:b w:val="false"/>
          <w:sz w:val="28"/>
          <w:lang w:val="zxx"/>
        </w:rPr>
        <w:t>plain</w:t>
      </w:r>
      <w:r>
        <w:rPr>
          <w:b w:val="false"/>
          <w:sz w:val="28"/>
        </w:rPr>
        <w:t xml:space="preserve"> отсутствуют </w:t>
      </w:r>
      <w:r>
        <w:rPr>
          <w:b w:val="false"/>
          <w:sz w:val="28"/>
          <w:lang w:val="zxx"/>
        </w:rPr>
        <w:t>16</w:t>
      </w:r>
      <w:r>
        <w:rPr>
          <w:b w:val="false"/>
          <w:sz w:val="28"/>
        </w:rPr>
        <w:t xml:space="preserve"> байт метки. </w:t>
      </w:r>
      <w:r>
        <w:rPr>
          <w:b w:val="false"/>
          <w:sz w:val="28"/>
          <w:lang w:val="zxx"/>
        </w:rPr>
        <w:t>VLAN</w:t>
      </w:r>
      <w:r>
        <w:rPr>
          <w:b w:val="false"/>
          <w:sz w:val="28"/>
        </w:rPr>
        <w:t>, туннели и реальные потери учитываются по трассе.</w:t>
      </w:r>
    </w:p>
    <w:p>
      <w:pPr>
        <w:pStyle w:val="2"/>
        <w:rPr/>
      </w:pPr>
      <w:r>
        <w:rPr/>
        <w:t>Медленные каналы</w:t>
      </w:r>
    </w:p>
    <w:p>
      <w:pPr>
        <w:pStyle w:val="Normal"/>
        <w:keepNext w:val="true"/>
        <w:jc w:val="start"/>
        <w:rPr/>
      </w:pPr>
      <w:r>
        <w:rPr>
          <w:b/>
          <w:sz w:val="28"/>
          <w:lang w:val="zxx"/>
        </w:rPr>
        <w:t>15.29</w:t>
      </w:r>
      <w:r>
        <w:rPr>
          <w:b/>
          <w:sz w:val="28"/>
        </w:rPr>
        <w:t xml:space="preserve"> </w:t>
      </w:r>
      <w:r>
        <w:rPr>
          <w:b/>
          <w:sz w:val="28"/>
          <w:lang w:val="zxx"/>
        </w:rPr>
        <w:t>G.711</w:t>
      </w:r>
      <w:r>
        <w:rPr>
          <w:b/>
          <w:sz w:val="28"/>
        </w:rPr>
        <w:t xml:space="preserve"> </w:t>
      </w:r>
      <w:r>
        <w:rPr>
          <w:b/>
          <w:sz w:val="28"/>
          <w:lang w:val="zxx"/>
        </w:rPr>
        <w:t>A-</w:t>
      </w:r>
      <w:r>
        <w:rPr>
          <w:b/>
          <w:sz w:val="28"/>
        </w:rPr>
        <w:t>⁠</w:t>
      </w:r>
      <w:r>
        <w:rPr>
          <w:b/>
          <w:sz w:val="28"/>
          <w:lang w:val="zxx"/>
        </w:rPr>
        <w:t>law</w:t>
      </w:r>
    </w:p>
    <w:p>
      <w:pPr>
        <w:pStyle w:val="Normal"/>
        <w:jc w:val="both"/>
        <w:rPr/>
      </w:pPr>
      <w:r>
        <w:rPr>
          <w:b w:val="false"/>
          <w:sz w:val="28"/>
        </w:rPr>
        <w:t xml:space="preserve">Пакетизация: </w:t>
      </w:r>
      <w:r>
        <w:rPr>
          <w:b w:val="false"/>
          <w:sz w:val="28"/>
          <w:lang w:val="zxx"/>
        </w:rPr>
        <w:t>20</w:t>
      </w:r>
      <w:r>
        <w:rPr>
          <w:b w:val="false"/>
          <w:sz w:val="28"/>
        </w:rPr>
        <w:t xml:space="preserve"> мс / </w:t>
      </w:r>
      <w:r>
        <w:rPr>
          <w:b w:val="false"/>
          <w:sz w:val="28"/>
          <w:lang w:val="zxx"/>
        </w:rPr>
        <w:t>160</w:t>
      </w:r>
      <w:r>
        <w:rPr>
          <w:b w:val="false"/>
          <w:sz w:val="28"/>
        </w:rPr>
        <w:t xml:space="preserve"> Б</w:t>
      </w:r>
    </w:p>
    <w:p>
      <w:pPr>
        <w:pStyle w:val="Normal"/>
        <w:jc w:val="both"/>
        <w:rPr/>
      </w:pPr>
      <w:r>
        <w:rPr>
          <w:b w:val="false"/>
          <w:sz w:val="28"/>
        </w:rPr>
        <w:t xml:space="preserve">Звук, кбит/с: </w:t>
      </w:r>
      <w:r>
        <w:rPr>
          <w:b w:val="false"/>
          <w:sz w:val="28"/>
          <w:lang w:val="zxx"/>
        </w:rPr>
        <w:t>64</w:t>
      </w:r>
    </w:p>
    <w:p>
      <w:pPr>
        <w:pStyle w:val="Normal"/>
        <w:jc w:val="start"/>
        <w:rPr/>
      </w:pPr>
      <w:r>
        <w:rPr>
          <w:b w:val="false"/>
          <w:sz w:val="28"/>
        </w:rPr>
        <w:t>Метка/</w:t>
      </w:r>
      <w:r>
        <w:rPr>
          <w:b w:val="false"/>
          <w:sz w:val="28"/>
          <w:lang w:val="zxx"/>
        </w:rPr>
        <w:t>UDP/</w:t>
      </w:r>
      <w:r>
        <w:rPr>
          <w:b w:val="false"/>
          <w:sz w:val="28"/>
        </w:rPr>
        <w:t>​</w:t>
      </w:r>
      <w:r>
        <w:rPr>
          <w:b w:val="false"/>
          <w:sz w:val="28"/>
          <w:lang w:val="zxx"/>
        </w:rPr>
        <w:t>IP</w:t>
      </w:r>
      <w:r>
        <w:rPr>
          <w:b w:val="false"/>
          <w:sz w:val="28"/>
        </w:rPr>
        <w:t xml:space="preserve">, кбит/с: </w:t>
      </w:r>
      <w:r>
        <w:rPr>
          <w:b w:val="false"/>
          <w:sz w:val="28"/>
          <w:lang w:val="zxx"/>
        </w:rPr>
        <w:t>107</w:t>
      </w:r>
      <w:r>
        <w:rPr>
          <w:b w:val="false"/>
          <w:sz w:val="28"/>
        </w:rPr>
        <w:t>,</w:t>
      </w:r>
      <w:r>
        <w:rPr>
          <w:b w:val="false"/>
          <w:sz w:val="28"/>
          <w:lang w:val="zxx"/>
        </w:rPr>
        <w:t>2</w:t>
      </w:r>
    </w:p>
    <w:p>
      <w:pPr>
        <w:pStyle w:val="Normal"/>
        <w:jc w:val="start"/>
        <w:rPr/>
      </w:pPr>
      <w:r>
        <w:rPr>
          <w:b w:val="false"/>
          <w:sz w:val="28"/>
        </w:rPr>
        <w:t>Метка/</w:t>
      </w:r>
      <w:r>
        <w:rPr>
          <w:b w:val="false"/>
          <w:sz w:val="28"/>
          <w:lang w:val="zxx"/>
        </w:rPr>
        <w:t>UDP/</w:t>
      </w:r>
      <w:r>
        <w:rPr>
          <w:b w:val="false"/>
          <w:sz w:val="28"/>
        </w:rPr>
        <w:t>​</w:t>
      </w:r>
      <w:r>
        <w:rPr>
          <w:b w:val="false"/>
          <w:sz w:val="28"/>
          <w:lang w:val="zxx"/>
        </w:rPr>
        <w:t>Ethernet</w:t>
      </w:r>
      <w:r>
        <w:rPr>
          <w:b w:val="false"/>
          <w:sz w:val="28"/>
        </w:rPr>
        <w:t xml:space="preserve">, кбит/с: </w:t>
      </w:r>
      <w:r>
        <w:rPr>
          <w:b w:val="false"/>
          <w:sz w:val="28"/>
          <w:lang w:val="zxx"/>
        </w:rPr>
        <w:t>122</w:t>
      </w:r>
      <w:r>
        <w:rPr>
          <w:b w:val="false"/>
          <w:sz w:val="28"/>
        </w:rPr>
        <w:t>,</w:t>
      </w:r>
      <w:r>
        <w:rPr>
          <w:b w:val="false"/>
          <w:sz w:val="28"/>
          <w:lang w:val="zxx"/>
        </w:rPr>
        <w:t>4</w:t>
      </w:r>
    </w:p>
    <w:p>
      <w:pPr>
        <w:pStyle w:val="Normal"/>
        <w:keepNext w:val="true"/>
        <w:jc w:val="start"/>
        <w:rPr/>
      </w:pPr>
      <w:r>
        <w:rPr>
          <w:b/>
          <w:sz w:val="28"/>
          <w:lang w:val="zxx"/>
        </w:rPr>
        <w:t>15.30</w:t>
      </w:r>
      <w:r>
        <w:rPr>
          <w:b/>
          <w:sz w:val="28"/>
        </w:rPr>
        <w:t xml:space="preserve"> </w:t>
      </w:r>
      <w:r>
        <w:rPr>
          <w:b/>
          <w:sz w:val="28"/>
          <w:lang w:val="zxx"/>
        </w:rPr>
        <w:t>GSM</w:t>
      </w:r>
      <w:r>
        <w:rPr>
          <w:b/>
          <w:sz w:val="28"/>
        </w:rPr>
        <w:t xml:space="preserve"> </w:t>
      </w:r>
      <w:r>
        <w:rPr>
          <w:b/>
          <w:sz w:val="28"/>
          <w:lang w:val="zxx"/>
        </w:rPr>
        <w:t>06.10</w:t>
      </w:r>
    </w:p>
    <w:p>
      <w:pPr>
        <w:pStyle w:val="Normal"/>
        <w:jc w:val="both"/>
        <w:rPr/>
      </w:pPr>
      <w:r>
        <w:rPr>
          <w:b w:val="false"/>
          <w:sz w:val="28"/>
        </w:rPr>
        <w:t xml:space="preserve">Пакетизация: </w:t>
      </w:r>
      <w:r>
        <w:rPr>
          <w:b w:val="false"/>
          <w:sz w:val="28"/>
          <w:lang w:val="zxx"/>
        </w:rPr>
        <w:t>20</w:t>
      </w:r>
      <w:r>
        <w:rPr>
          <w:b w:val="false"/>
          <w:sz w:val="28"/>
        </w:rPr>
        <w:t xml:space="preserve"> мс / </w:t>
      </w:r>
      <w:r>
        <w:rPr>
          <w:b w:val="false"/>
          <w:sz w:val="28"/>
          <w:lang w:val="zxx"/>
        </w:rPr>
        <w:t>33</w:t>
      </w:r>
      <w:r>
        <w:rPr>
          <w:b w:val="false"/>
          <w:sz w:val="28"/>
        </w:rPr>
        <w:t xml:space="preserve"> Б</w:t>
      </w:r>
    </w:p>
    <w:p>
      <w:pPr>
        <w:pStyle w:val="Normal"/>
        <w:jc w:val="both"/>
        <w:rPr/>
      </w:pPr>
      <w:r>
        <w:rPr>
          <w:b w:val="false"/>
          <w:sz w:val="28"/>
        </w:rPr>
        <w:t xml:space="preserve">Звук, кбит/с: </w:t>
      </w:r>
      <w:r>
        <w:rPr>
          <w:b w:val="false"/>
          <w:sz w:val="28"/>
          <w:lang w:val="zxx"/>
        </w:rPr>
        <w:t>13</w:t>
      </w:r>
      <w:r>
        <w:rPr>
          <w:b w:val="false"/>
          <w:sz w:val="28"/>
        </w:rPr>
        <w:t>,</w:t>
      </w:r>
      <w:r>
        <w:rPr>
          <w:b w:val="false"/>
          <w:sz w:val="28"/>
          <w:lang w:val="zxx"/>
        </w:rPr>
        <w:t>2</w:t>
      </w:r>
    </w:p>
    <w:p>
      <w:pPr>
        <w:pStyle w:val="Normal"/>
        <w:jc w:val="start"/>
        <w:rPr/>
      </w:pPr>
      <w:r>
        <w:rPr>
          <w:b w:val="false"/>
          <w:sz w:val="28"/>
        </w:rPr>
        <w:t>Метка/</w:t>
      </w:r>
      <w:r>
        <w:rPr>
          <w:b w:val="false"/>
          <w:sz w:val="28"/>
          <w:lang w:val="zxx"/>
        </w:rPr>
        <w:t>UDP/</w:t>
      </w:r>
      <w:r>
        <w:rPr>
          <w:b w:val="false"/>
          <w:sz w:val="28"/>
        </w:rPr>
        <w:t>​</w:t>
      </w:r>
      <w:r>
        <w:rPr>
          <w:b w:val="false"/>
          <w:sz w:val="28"/>
          <w:lang w:val="zxx"/>
        </w:rPr>
        <w:t>IP</w:t>
      </w:r>
      <w:r>
        <w:rPr>
          <w:b w:val="false"/>
          <w:sz w:val="28"/>
        </w:rPr>
        <w:t xml:space="preserve">, кбит/с: </w:t>
      </w:r>
      <w:r>
        <w:rPr>
          <w:b w:val="false"/>
          <w:sz w:val="28"/>
          <w:lang w:val="zxx"/>
        </w:rPr>
        <w:t>56</w:t>
      </w:r>
      <w:r>
        <w:rPr>
          <w:b w:val="false"/>
          <w:sz w:val="28"/>
        </w:rPr>
        <w:t>,</w:t>
      </w:r>
      <w:r>
        <w:rPr>
          <w:b w:val="false"/>
          <w:sz w:val="28"/>
          <w:lang w:val="zxx"/>
        </w:rPr>
        <w:t>4</w:t>
      </w:r>
    </w:p>
    <w:p>
      <w:pPr>
        <w:pStyle w:val="Normal"/>
        <w:jc w:val="start"/>
        <w:rPr/>
      </w:pPr>
      <w:r>
        <w:rPr>
          <w:b w:val="false"/>
          <w:sz w:val="28"/>
        </w:rPr>
        <w:t>Метка/</w:t>
      </w:r>
      <w:r>
        <w:rPr>
          <w:b w:val="false"/>
          <w:sz w:val="28"/>
          <w:lang w:val="zxx"/>
        </w:rPr>
        <w:t>UDP/</w:t>
      </w:r>
      <w:r>
        <w:rPr>
          <w:b w:val="false"/>
          <w:sz w:val="28"/>
        </w:rPr>
        <w:t>​</w:t>
      </w:r>
      <w:r>
        <w:rPr>
          <w:b w:val="false"/>
          <w:sz w:val="28"/>
          <w:lang w:val="zxx"/>
        </w:rPr>
        <w:t>Ethernet</w:t>
      </w:r>
      <w:r>
        <w:rPr>
          <w:b w:val="false"/>
          <w:sz w:val="28"/>
        </w:rPr>
        <w:t xml:space="preserve">, кбит/с: </w:t>
      </w:r>
      <w:r>
        <w:rPr>
          <w:b w:val="false"/>
          <w:sz w:val="28"/>
          <w:lang w:val="zxx"/>
        </w:rPr>
        <w:t>71</w:t>
      </w:r>
      <w:r>
        <w:rPr>
          <w:b w:val="false"/>
          <w:sz w:val="28"/>
        </w:rPr>
        <w:t>,</w:t>
      </w:r>
      <w:r>
        <w:rPr>
          <w:b w:val="false"/>
          <w:sz w:val="28"/>
          <w:lang w:val="zxx"/>
        </w:rPr>
        <w:t>6</w:t>
      </w:r>
    </w:p>
    <w:p>
      <w:pPr>
        <w:pStyle w:val="Normal"/>
        <w:keepNext w:val="true"/>
        <w:jc w:val="start"/>
        <w:rPr/>
      </w:pPr>
      <w:r>
        <w:rPr>
          <w:b/>
          <w:sz w:val="28"/>
          <w:lang w:val="zxx"/>
        </w:rPr>
        <w:t>15.31</w:t>
      </w:r>
      <w:r>
        <w:rPr>
          <w:b/>
          <w:sz w:val="28"/>
        </w:rPr>
        <w:t xml:space="preserve"> </w:t>
      </w:r>
      <w:r>
        <w:rPr>
          <w:b/>
          <w:sz w:val="28"/>
          <w:lang w:val="zxx"/>
        </w:rPr>
        <w:t>GSM</w:t>
      </w:r>
      <w:r>
        <w:rPr>
          <w:b/>
          <w:sz w:val="28"/>
        </w:rPr>
        <w:t xml:space="preserve"> </w:t>
      </w:r>
      <w:r>
        <w:rPr>
          <w:b/>
          <w:sz w:val="28"/>
          <w:lang w:val="zxx"/>
        </w:rPr>
        <w:t>06.10</w:t>
      </w:r>
    </w:p>
    <w:p>
      <w:pPr>
        <w:pStyle w:val="Normal"/>
        <w:jc w:val="both"/>
        <w:rPr/>
      </w:pPr>
      <w:r>
        <w:rPr>
          <w:b w:val="false"/>
          <w:sz w:val="28"/>
        </w:rPr>
        <w:t xml:space="preserve">Пакетизация: </w:t>
      </w:r>
      <w:r>
        <w:rPr>
          <w:b w:val="false"/>
          <w:sz w:val="28"/>
          <w:lang w:val="zxx"/>
        </w:rPr>
        <w:t>40</w:t>
      </w:r>
      <w:r>
        <w:rPr>
          <w:b w:val="false"/>
          <w:sz w:val="28"/>
        </w:rPr>
        <w:t xml:space="preserve"> мс / </w:t>
      </w:r>
      <w:r>
        <w:rPr>
          <w:b w:val="false"/>
          <w:sz w:val="28"/>
          <w:lang w:val="zxx"/>
        </w:rPr>
        <w:t>66</w:t>
      </w:r>
      <w:r>
        <w:rPr>
          <w:b w:val="false"/>
          <w:sz w:val="28"/>
        </w:rPr>
        <w:t xml:space="preserve"> Б</w:t>
      </w:r>
    </w:p>
    <w:p>
      <w:pPr>
        <w:pStyle w:val="Normal"/>
        <w:jc w:val="both"/>
        <w:rPr/>
      </w:pPr>
      <w:r>
        <w:rPr>
          <w:b w:val="false"/>
          <w:sz w:val="28"/>
        </w:rPr>
        <w:t xml:space="preserve">Звук, кбит/с: </w:t>
      </w:r>
      <w:r>
        <w:rPr>
          <w:b w:val="false"/>
          <w:sz w:val="28"/>
          <w:lang w:val="zxx"/>
        </w:rPr>
        <w:t>13</w:t>
      </w:r>
      <w:r>
        <w:rPr>
          <w:b w:val="false"/>
          <w:sz w:val="28"/>
        </w:rPr>
        <w:t>,</w:t>
      </w:r>
      <w:r>
        <w:rPr>
          <w:b w:val="false"/>
          <w:sz w:val="28"/>
          <w:lang w:val="zxx"/>
        </w:rPr>
        <w:t>2</w:t>
      </w:r>
    </w:p>
    <w:p>
      <w:pPr>
        <w:pStyle w:val="Normal"/>
        <w:jc w:val="start"/>
        <w:rPr/>
      </w:pPr>
      <w:r>
        <w:rPr>
          <w:b w:val="false"/>
          <w:sz w:val="28"/>
        </w:rPr>
        <w:t>Метка/</w:t>
      </w:r>
      <w:r>
        <w:rPr>
          <w:b w:val="false"/>
          <w:sz w:val="28"/>
          <w:lang w:val="zxx"/>
        </w:rPr>
        <w:t>UDP/</w:t>
      </w:r>
      <w:r>
        <w:rPr>
          <w:b w:val="false"/>
          <w:sz w:val="28"/>
        </w:rPr>
        <w:t>​</w:t>
      </w:r>
      <w:r>
        <w:rPr>
          <w:b w:val="false"/>
          <w:sz w:val="28"/>
          <w:lang w:val="zxx"/>
        </w:rPr>
        <w:t>IP</w:t>
      </w:r>
      <w:r>
        <w:rPr>
          <w:b w:val="false"/>
          <w:sz w:val="28"/>
        </w:rPr>
        <w:t xml:space="preserve">, кбит/с: </w:t>
      </w:r>
      <w:r>
        <w:rPr>
          <w:b w:val="false"/>
          <w:sz w:val="28"/>
          <w:lang w:val="zxx"/>
        </w:rPr>
        <w:t>34</w:t>
      </w:r>
      <w:r>
        <w:rPr>
          <w:b w:val="false"/>
          <w:sz w:val="28"/>
        </w:rPr>
        <w:t>,</w:t>
      </w:r>
      <w:r>
        <w:rPr>
          <w:b w:val="false"/>
          <w:sz w:val="28"/>
          <w:lang w:val="zxx"/>
        </w:rPr>
        <w:t>8</w:t>
      </w:r>
    </w:p>
    <w:p>
      <w:pPr>
        <w:pStyle w:val="Normal"/>
        <w:jc w:val="start"/>
        <w:rPr/>
      </w:pPr>
      <w:r>
        <w:rPr>
          <w:b w:val="false"/>
          <w:sz w:val="28"/>
        </w:rPr>
        <w:t>Метка/</w:t>
      </w:r>
      <w:r>
        <w:rPr>
          <w:b w:val="false"/>
          <w:sz w:val="28"/>
          <w:lang w:val="zxx"/>
        </w:rPr>
        <w:t>UDP/</w:t>
      </w:r>
      <w:r>
        <w:rPr>
          <w:b w:val="false"/>
          <w:sz w:val="28"/>
        </w:rPr>
        <w:t>​</w:t>
      </w:r>
      <w:r>
        <w:rPr>
          <w:b w:val="false"/>
          <w:sz w:val="28"/>
          <w:lang w:val="zxx"/>
        </w:rPr>
        <w:t>Ethernet</w:t>
      </w:r>
      <w:r>
        <w:rPr>
          <w:b w:val="false"/>
          <w:sz w:val="28"/>
        </w:rPr>
        <w:t xml:space="preserve">, кбит/с: </w:t>
      </w:r>
      <w:r>
        <w:rPr>
          <w:b w:val="false"/>
          <w:sz w:val="28"/>
          <w:lang w:val="zxx"/>
        </w:rPr>
        <w:t>42</w:t>
      </w:r>
      <w:r>
        <w:rPr>
          <w:b w:val="false"/>
          <w:sz w:val="28"/>
        </w:rPr>
        <w:t>,</w:t>
      </w:r>
      <w:r>
        <w:rPr>
          <w:b w:val="false"/>
          <w:sz w:val="28"/>
          <w:lang w:val="zxx"/>
        </w:rPr>
        <w:t>4</w:t>
      </w:r>
    </w:p>
    <w:p>
      <w:pPr>
        <w:pStyle w:val="Normal"/>
        <w:keepNext w:val="true"/>
        <w:jc w:val="start"/>
        <w:rPr/>
      </w:pPr>
      <w:r>
        <w:rPr>
          <w:b/>
          <w:sz w:val="28"/>
          <w:lang w:val="zxx"/>
        </w:rPr>
        <w:t>15.32</w:t>
      </w:r>
      <w:r>
        <w:rPr>
          <w:b/>
          <w:sz w:val="28"/>
        </w:rPr>
        <w:t xml:space="preserve"> </w:t>
      </w:r>
      <w:r>
        <w:rPr>
          <w:b/>
          <w:sz w:val="28"/>
          <w:lang w:val="zxx"/>
        </w:rPr>
        <w:t>GSM</w:t>
      </w:r>
      <w:r>
        <w:rPr>
          <w:b/>
          <w:sz w:val="28"/>
        </w:rPr>
        <w:t xml:space="preserve"> </w:t>
      </w:r>
      <w:r>
        <w:rPr>
          <w:b/>
          <w:sz w:val="28"/>
          <w:lang w:val="zxx"/>
        </w:rPr>
        <w:t>06.10</w:t>
      </w:r>
    </w:p>
    <w:p>
      <w:pPr>
        <w:pStyle w:val="Normal"/>
        <w:jc w:val="both"/>
        <w:rPr/>
      </w:pPr>
      <w:r>
        <w:rPr>
          <w:b w:val="false"/>
          <w:sz w:val="28"/>
        </w:rPr>
        <w:t xml:space="preserve">Пакетизация: </w:t>
      </w:r>
      <w:r>
        <w:rPr>
          <w:b w:val="false"/>
          <w:sz w:val="28"/>
          <w:lang w:val="zxx"/>
        </w:rPr>
        <w:t>80</w:t>
      </w:r>
      <w:r>
        <w:rPr>
          <w:b w:val="false"/>
          <w:sz w:val="28"/>
        </w:rPr>
        <w:t xml:space="preserve"> мс / </w:t>
      </w:r>
      <w:r>
        <w:rPr>
          <w:b w:val="false"/>
          <w:sz w:val="28"/>
          <w:lang w:val="zxx"/>
        </w:rPr>
        <w:t>132</w:t>
      </w:r>
      <w:r>
        <w:rPr>
          <w:b w:val="false"/>
          <w:sz w:val="28"/>
        </w:rPr>
        <w:t xml:space="preserve"> Б</w:t>
      </w:r>
    </w:p>
    <w:p>
      <w:pPr>
        <w:pStyle w:val="Normal"/>
        <w:jc w:val="both"/>
        <w:rPr/>
      </w:pPr>
      <w:r>
        <w:rPr>
          <w:b w:val="false"/>
          <w:sz w:val="28"/>
        </w:rPr>
        <w:t xml:space="preserve">Звук, кбит/с: </w:t>
      </w:r>
      <w:r>
        <w:rPr>
          <w:b w:val="false"/>
          <w:sz w:val="28"/>
          <w:lang w:val="zxx"/>
        </w:rPr>
        <w:t>13</w:t>
      </w:r>
      <w:r>
        <w:rPr>
          <w:b w:val="false"/>
          <w:sz w:val="28"/>
        </w:rPr>
        <w:t>,</w:t>
      </w:r>
      <w:r>
        <w:rPr>
          <w:b w:val="false"/>
          <w:sz w:val="28"/>
          <w:lang w:val="zxx"/>
        </w:rPr>
        <w:t>2</w:t>
      </w:r>
    </w:p>
    <w:p>
      <w:pPr>
        <w:pStyle w:val="Normal"/>
        <w:jc w:val="start"/>
        <w:rPr/>
      </w:pPr>
      <w:r>
        <w:rPr>
          <w:b w:val="false"/>
          <w:sz w:val="28"/>
        </w:rPr>
        <w:t>Метка/</w:t>
      </w:r>
      <w:r>
        <w:rPr>
          <w:b w:val="false"/>
          <w:sz w:val="28"/>
          <w:lang w:val="zxx"/>
        </w:rPr>
        <w:t>UDP/</w:t>
      </w:r>
      <w:r>
        <w:rPr>
          <w:b w:val="false"/>
          <w:sz w:val="28"/>
        </w:rPr>
        <w:t>​</w:t>
      </w:r>
      <w:r>
        <w:rPr>
          <w:b w:val="false"/>
          <w:sz w:val="28"/>
          <w:lang w:val="zxx"/>
        </w:rPr>
        <w:t>IP</w:t>
      </w:r>
      <w:r>
        <w:rPr>
          <w:b w:val="false"/>
          <w:sz w:val="28"/>
        </w:rPr>
        <w:t xml:space="preserve">, кбит/с: </w:t>
      </w:r>
      <w:r>
        <w:rPr>
          <w:b w:val="false"/>
          <w:sz w:val="28"/>
          <w:lang w:val="zxx"/>
        </w:rPr>
        <w:t>24</w:t>
      </w:r>
    </w:p>
    <w:p>
      <w:pPr>
        <w:pStyle w:val="Normal"/>
        <w:jc w:val="start"/>
        <w:rPr/>
      </w:pPr>
      <w:r>
        <w:rPr>
          <w:b w:val="false"/>
          <w:sz w:val="28"/>
        </w:rPr>
        <w:t>Метка/</w:t>
      </w:r>
      <w:r>
        <w:rPr>
          <w:b w:val="false"/>
          <w:sz w:val="28"/>
          <w:lang w:val="zxx"/>
        </w:rPr>
        <w:t>UDP/</w:t>
      </w:r>
      <w:r>
        <w:rPr>
          <w:b w:val="false"/>
          <w:sz w:val="28"/>
        </w:rPr>
        <w:t>​</w:t>
      </w:r>
      <w:r>
        <w:rPr>
          <w:b w:val="false"/>
          <w:sz w:val="28"/>
          <w:lang w:val="zxx"/>
        </w:rPr>
        <w:t>Ethernet</w:t>
      </w:r>
      <w:r>
        <w:rPr>
          <w:b w:val="false"/>
          <w:sz w:val="28"/>
        </w:rPr>
        <w:t xml:space="preserve">, кбит/с: </w:t>
      </w:r>
      <w:r>
        <w:rPr>
          <w:b w:val="false"/>
          <w:sz w:val="28"/>
          <w:lang w:val="zxx"/>
        </w:rPr>
        <w:t>27</w:t>
      </w:r>
      <w:r>
        <w:rPr>
          <w:b w:val="false"/>
          <w:sz w:val="28"/>
        </w:rPr>
        <w:t>,</w:t>
      </w:r>
      <w:r>
        <w:rPr>
          <w:b w:val="false"/>
          <w:sz w:val="28"/>
          <w:lang w:val="zxx"/>
        </w:rPr>
        <w:t>8</w:t>
      </w:r>
    </w:p>
    <w:p>
      <w:pPr>
        <w:pStyle w:val="Normal"/>
        <w:jc w:val="both"/>
        <w:rPr/>
      </w:pPr>
      <w:r>
        <w:rPr>
          <w:b w:val="false"/>
          <w:sz w:val="28"/>
          <w:lang w:val="zxx"/>
        </w:rPr>
        <w:t>15.33</w:t>
      </w:r>
      <w:r>
        <w:rPr>
          <w:b w:val="false"/>
          <w:sz w:val="28"/>
        </w:rPr>
        <w:t xml:space="preserve"> Для суммарного канала </w:t>
      </w:r>
      <w:r>
        <w:rPr>
          <w:b w:val="false"/>
          <w:sz w:val="28"/>
          <w:lang w:val="zxx"/>
        </w:rPr>
        <w:t>64</w:t>
      </w:r>
      <w:r>
        <w:rPr>
          <w:b w:val="false"/>
          <w:sz w:val="28"/>
        </w:rPr>
        <w:t xml:space="preserve"> кбит/с расчетный вариант - </w:t>
      </w:r>
      <w:r>
        <w:rPr>
          <w:b w:val="false"/>
          <w:sz w:val="28"/>
          <w:lang w:val="zxx"/>
        </w:rPr>
        <w:t>GSM/</w:t>
      </w:r>
      <w:r>
        <w:rPr>
          <w:b w:val="false"/>
          <w:sz w:val="28"/>
        </w:rPr>
        <w:t>⁠</w:t>
      </w:r>
      <w:r>
        <w:rPr>
          <w:b w:val="false"/>
          <w:sz w:val="28"/>
          <w:lang w:val="zxx"/>
        </w:rPr>
        <w:t>80:</w:t>
      </w:r>
      <w:r>
        <w:rPr>
          <w:b w:val="false"/>
          <w:sz w:val="28"/>
        </w:rPr>
        <w:t xml:space="preserve"> данные </w:t>
      </w:r>
      <w:r>
        <w:rPr>
          <w:b w:val="false"/>
          <w:sz w:val="28"/>
          <w:lang w:val="zxx"/>
        </w:rPr>
        <w:t>27</w:t>
      </w:r>
      <w:r>
        <w:rPr>
          <w:b w:val="false"/>
          <w:sz w:val="28"/>
        </w:rPr>
        <w:t>,</w:t>
      </w:r>
      <w:r>
        <w:rPr>
          <w:b w:val="false"/>
          <w:sz w:val="28"/>
          <w:lang w:val="zxx"/>
        </w:rPr>
        <w:t>8</w:t>
      </w:r>
      <w:r>
        <w:rPr>
          <w:b w:val="false"/>
          <w:sz w:val="28"/>
        </w:rPr>
        <w:t xml:space="preserve"> кбит/с, часы </w:t>
      </w:r>
      <w:r>
        <w:rPr>
          <w:b w:val="false"/>
          <w:sz w:val="28"/>
          <w:lang w:val="zxx"/>
        </w:rPr>
        <w:t>1</w:t>
      </w:r>
      <w:r>
        <w:rPr>
          <w:b w:val="false"/>
          <w:sz w:val="28"/>
        </w:rPr>
        <w:t>,</w:t>
      </w:r>
      <w:r>
        <w:rPr>
          <w:b w:val="false"/>
          <w:sz w:val="28"/>
          <w:lang w:val="zxx"/>
        </w:rPr>
        <w:t>496</w:t>
      </w:r>
      <w:r>
        <w:rPr>
          <w:b w:val="false"/>
          <w:sz w:val="28"/>
        </w:rPr>
        <w:t xml:space="preserve">, сумма </w:t>
      </w:r>
      <w:r>
        <w:rPr>
          <w:b w:val="false"/>
          <w:sz w:val="28"/>
          <w:lang w:val="zxx"/>
        </w:rPr>
        <w:t>29</w:t>
      </w:r>
      <w:r>
        <w:rPr>
          <w:b w:val="false"/>
          <w:sz w:val="28"/>
        </w:rPr>
        <w:t>,</w:t>
      </w:r>
      <w:r>
        <w:rPr>
          <w:b w:val="false"/>
          <w:sz w:val="28"/>
          <w:lang w:val="zxx"/>
        </w:rPr>
        <w:t>296</w:t>
      </w:r>
      <w:r>
        <w:rPr>
          <w:b w:val="false"/>
          <w:sz w:val="28"/>
        </w:rPr>
        <w:t xml:space="preserve">; с резервом </w:t>
      </w:r>
      <w:r>
        <w:rPr>
          <w:b w:val="false"/>
          <w:sz w:val="28"/>
          <w:lang w:val="zxx"/>
        </w:rPr>
        <w:t>30</w:t>
      </w:r>
      <w:r>
        <w:rPr>
          <w:b w:val="false"/>
          <w:sz w:val="28"/>
        </w:rPr>
        <w:t xml:space="preserve">% - </w:t>
      </w:r>
      <w:r>
        <w:rPr>
          <w:b w:val="false"/>
          <w:sz w:val="28"/>
          <w:lang w:val="zxx"/>
        </w:rPr>
        <w:t>38</w:t>
      </w:r>
      <w:r>
        <w:rPr>
          <w:b w:val="false"/>
          <w:sz w:val="28"/>
        </w:rPr>
        <w:t>,</w:t>
      </w:r>
      <w:r>
        <w:rPr>
          <w:b w:val="false"/>
          <w:sz w:val="28"/>
          <w:lang w:val="zxx"/>
        </w:rPr>
        <w:t>0848.</w:t>
      </w:r>
      <w:r>
        <w:rPr>
          <w:b w:val="false"/>
          <w:sz w:val="28"/>
        </w:rPr>
        <w:t xml:space="preserve"> Управлению выделяется не менее </w:t>
      </w:r>
      <w:r>
        <w:rPr>
          <w:b w:val="false"/>
          <w:sz w:val="28"/>
          <w:lang w:val="zxx"/>
        </w:rPr>
        <w:t>12</w:t>
      </w:r>
      <w:r>
        <w:rPr>
          <w:b w:val="false"/>
          <w:sz w:val="28"/>
        </w:rPr>
        <w:t xml:space="preserve"> кбит/с; остается </w:t>
      </w:r>
      <w:r>
        <w:rPr>
          <w:b w:val="false"/>
          <w:sz w:val="28"/>
          <w:lang w:val="zxx"/>
        </w:rPr>
        <w:t>13</w:t>
      </w:r>
      <w:r>
        <w:rPr>
          <w:b w:val="false"/>
          <w:sz w:val="28"/>
        </w:rPr>
        <w:t>,</w:t>
      </w:r>
      <w:r>
        <w:rPr>
          <w:b w:val="false"/>
          <w:sz w:val="28"/>
          <w:lang w:val="zxx"/>
        </w:rPr>
        <w:t>9152</w:t>
      </w:r>
      <w:r>
        <w:rPr>
          <w:b w:val="false"/>
          <w:sz w:val="28"/>
        </w:rPr>
        <w:t xml:space="preserve"> кбит/с на дополнительные расходы. Фоновые загрузки приостанавливаются либо получают доказанно свободную полосу. Поддержка </w:t>
      </w:r>
      <w:r>
        <w:rPr>
          <w:b w:val="false"/>
          <w:sz w:val="28"/>
          <w:lang w:val="zxx"/>
        </w:rPr>
        <w:t>GSM/</w:t>
      </w:r>
      <w:r>
        <w:rPr>
          <w:b w:val="false"/>
          <w:sz w:val="28"/>
        </w:rPr>
        <w:t>⁠</w:t>
      </w:r>
      <w:r>
        <w:rPr>
          <w:b w:val="false"/>
          <w:sz w:val="28"/>
          <w:lang w:val="zxx"/>
        </w:rPr>
        <w:t>80</w:t>
      </w:r>
      <w:r>
        <w:rPr>
          <w:b w:val="false"/>
          <w:sz w:val="28"/>
        </w:rPr>
        <w:t xml:space="preserve"> обязательна при заявлении живой речи на </w:t>
      </w:r>
      <w:r>
        <w:rPr>
          <w:b w:val="false"/>
          <w:sz w:val="28"/>
          <w:lang w:val="zxx"/>
        </w:rPr>
        <w:t>64</w:t>
      </w:r>
      <w:r>
        <w:rPr>
          <w:b w:val="false"/>
          <w:sz w:val="28"/>
        </w:rPr>
        <w:t xml:space="preserve"> кбит/с; общая поддержка </w:t>
      </w:r>
      <w:r>
        <w:rPr>
          <w:b w:val="false"/>
          <w:sz w:val="28"/>
          <w:lang w:val="zxx"/>
        </w:rPr>
        <w:t>stream</w:t>
      </w:r>
      <w:r>
        <w:rPr>
          <w:b w:val="false"/>
          <w:sz w:val="28"/>
        </w:rPr>
        <w:t xml:space="preserve"> этого не обещает.</w:t>
      </w:r>
    </w:p>
    <w:p>
      <w:pPr>
        <w:pStyle w:val="Normal"/>
        <w:jc w:val="both"/>
        <w:rPr/>
      </w:pPr>
      <w:r>
        <w:rPr>
          <w:b w:val="false"/>
          <w:sz w:val="28"/>
          <w:lang w:val="zxx"/>
        </w:rPr>
        <w:t>15.34</w:t>
      </w:r>
      <w:r>
        <w:rPr>
          <w:b w:val="false"/>
          <w:sz w:val="28"/>
        </w:rPr>
        <w:t xml:space="preserve"> </w:t>
      </w:r>
      <w:r>
        <w:rPr>
          <w:b w:val="false"/>
          <w:sz w:val="28"/>
          <w:lang w:val="zxx"/>
        </w:rPr>
        <w:t>GSM</w:t>
      </w:r>
      <w:r>
        <w:rPr>
          <w:b w:val="false"/>
          <w:sz w:val="28"/>
        </w:rPr>
        <w:t xml:space="preserve"> </w:t>
      </w:r>
      <w:r>
        <w:rPr>
          <w:b w:val="false"/>
          <w:sz w:val="28"/>
          <w:lang w:val="zxx"/>
        </w:rPr>
        <w:t>06.10</w:t>
      </w:r>
      <w:r>
        <w:rPr>
          <w:b w:val="false"/>
          <w:sz w:val="28"/>
        </w:rPr>
        <w:t xml:space="preserve"> допускает </w:t>
      </w:r>
      <w:r>
        <w:rPr>
          <w:b w:val="false"/>
          <w:sz w:val="28"/>
          <w:lang w:val="zxx"/>
        </w:rPr>
        <w:t>20</w:t>
      </w:r>
      <w:r>
        <w:rPr>
          <w:b w:val="false"/>
          <w:sz w:val="28"/>
        </w:rPr>
        <w:t xml:space="preserve">, </w:t>
      </w:r>
      <w:r>
        <w:rPr>
          <w:b w:val="false"/>
          <w:sz w:val="28"/>
          <w:lang w:val="zxx"/>
        </w:rPr>
        <w:t>40</w:t>
      </w:r>
      <w:r>
        <w:rPr>
          <w:b w:val="false"/>
          <w:sz w:val="28"/>
        </w:rPr>
        <w:t xml:space="preserve"> либо </w:t>
      </w:r>
      <w:r>
        <w:rPr>
          <w:b w:val="false"/>
          <w:sz w:val="28"/>
          <w:lang w:val="zxx"/>
        </w:rPr>
        <w:t>80</w:t>
      </w:r>
      <w:r>
        <w:rPr>
          <w:b w:val="false"/>
          <w:sz w:val="28"/>
        </w:rPr>
        <w:t xml:space="preserve"> мс: один, два либо четыре последовательных </w:t>
      </w:r>
      <w:r>
        <w:rPr>
          <w:b w:val="false"/>
          <w:sz w:val="28"/>
          <w:lang w:val="zxx"/>
        </w:rPr>
        <w:t>33-</w:t>
      </w:r>
      <w:r>
        <w:rPr>
          <w:b w:val="false"/>
          <w:sz w:val="28"/>
        </w:rPr>
        <w:t xml:space="preserve">байтовых кадра </w:t>
      </w:r>
      <w:r>
        <w:rPr>
          <w:b w:val="false"/>
          <w:sz w:val="28"/>
          <w:lang w:val="zxx"/>
        </w:rPr>
        <w:t>RFC</w:t>
      </w:r>
      <w:r>
        <w:rPr>
          <w:b w:val="false"/>
          <w:sz w:val="28"/>
        </w:rPr>
        <w:t xml:space="preserve"> </w:t>
      </w:r>
      <w:r>
        <w:rPr>
          <w:b w:val="false"/>
          <w:sz w:val="28"/>
          <w:lang w:val="zxx"/>
        </w:rPr>
        <w:t>3551.</w:t>
      </w:r>
      <w:r>
        <w:rPr>
          <w:b w:val="false"/>
          <w:sz w:val="28"/>
        </w:rPr>
        <w:t xml:space="preserve"> </w:t>
      </w:r>
      <w:r>
        <w:rPr>
          <w:b w:val="false"/>
          <w:sz w:val="28"/>
          <w:lang w:val="zxx"/>
        </w:rPr>
        <w:t>PCMA</w:t>
      </w:r>
      <w:r>
        <w:rPr>
          <w:b w:val="false"/>
          <w:sz w:val="28"/>
        </w:rPr>
        <w:t xml:space="preserve"> допускает только </w:t>
      </w:r>
      <w:r>
        <w:rPr>
          <w:b w:val="false"/>
          <w:sz w:val="28"/>
          <w:lang w:val="zxx"/>
        </w:rPr>
        <w:t>20</w:t>
      </w:r>
      <w:r>
        <w:rPr>
          <w:b w:val="false"/>
          <w:sz w:val="28"/>
        </w:rPr>
        <w:t xml:space="preserve"> мс. Выбор фиксируется в </w:t>
      </w:r>
      <w:r>
        <w:rPr>
          <w:b w:val="false"/>
          <w:sz w:val="28"/>
          <w:lang w:val="zxx"/>
        </w:rPr>
        <w:t>audio.prepare</w:t>
      </w:r>
      <w:r>
        <w:rPr>
          <w:b w:val="false"/>
          <w:sz w:val="28"/>
        </w:rPr>
        <w:t xml:space="preserve"> до </w:t>
      </w:r>
      <w:r>
        <w:rPr>
          <w:b w:val="false"/>
          <w:sz w:val="28"/>
          <w:lang w:val="zxx"/>
        </w:rPr>
        <w:t>session.start</w:t>
      </w:r>
      <w:r>
        <w:rPr>
          <w:b w:val="false"/>
          <w:sz w:val="28"/>
        </w:rPr>
        <w:t xml:space="preserve">; неподдержанный вариант дает </w:t>
      </w:r>
      <w:r>
        <w:rPr>
          <w:b w:val="false"/>
          <w:sz w:val="28"/>
          <w:lang w:val="zxx"/>
        </w:rPr>
        <w:t>unsupported.</w:t>
      </w:r>
      <w:r>
        <w:rPr>
          <w:b w:val="false"/>
          <w:sz w:val="28"/>
        </w:rPr>
        <w:t xml:space="preserve"> При недостаточной полосе с учетом меток подлинности и служебного обмена поток не запускается. Известное сообщение можно доставить целиком и воспроизвести локально; увеличение буфера не исправляет постоянно недостаточную скорость канала.</w:t>
      </w:r>
    </w:p>
    <w:p>
      <w:pPr>
        <w:pStyle w:val="2"/>
        <w:rPr/>
      </w:pPr>
      <w:r>
        <w:rPr/>
        <w:t>Задержка микрофона и буфер</w:t>
      </w:r>
    </w:p>
    <w:p>
      <w:pPr>
        <w:pStyle w:val="Normal"/>
        <w:keepNext w:val="true"/>
        <w:jc w:val="start"/>
        <w:rPr/>
      </w:pPr>
      <w:r>
        <w:rPr>
          <w:b/>
          <w:sz w:val="28"/>
          <w:lang w:val="zxx"/>
        </w:rPr>
        <w:t>15.35</w:t>
      </w:r>
      <w:r>
        <w:rPr>
          <w:b/>
          <w:sz w:val="28"/>
        </w:rPr>
        <w:t xml:space="preserve"> Цель</w:t>
      </w:r>
    </w:p>
    <w:p>
      <w:pPr>
        <w:pStyle w:val="Normal"/>
        <w:jc w:val="both"/>
        <w:rPr/>
      </w:pPr>
      <w:r>
        <w:rPr>
          <w:b w:val="false"/>
          <w:sz w:val="28"/>
        </w:rPr>
        <w:t xml:space="preserve">Минимальная устойчивая задержка: накопление пакета + кодирование + доставка + проверка защиты + </w:t>
      </w:r>
      <w:r>
        <w:rPr>
          <w:b w:val="false"/>
          <w:sz w:val="28"/>
          <w:lang w:val="zxx"/>
        </w:rPr>
        <w:t>jitter-</w:t>
      </w:r>
      <w:r>
        <w:rPr>
          <w:b w:val="false"/>
          <w:sz w:val="28"/>
        </w:rPr>
        <w:t>буфер + аппаратный вывод. Каждая составляющая измеряется; размер буфера не равен всей сквозной задержке.</w:t>
      </w:r>
    </w:p>
    <w:p>
      <w:pPr>
        <w:pStyle w:val="Normal"/>
        <w:keepNext w:val="true"/>
        <w:jc w:val="start"/>
        <w:rPr/>
      </w:pPr>
      <w:r>
        <w:rPr>
          <w:b/>
          <w:sz w:val="28"/>
          <w:lang w:val="zxx"/>
        </w:rPr>
        <w:t>15.36</w:t>
      </w:r>
      <w:r>
        <w:rPr>
          <w:b/>
          <w:sz w:val="28"/>
        </w:rPr>
        <w:t xml:space="preserve"> Начальная инженерная оценка</w:t>
      </w:r>
    </w:p>
    <w:p>
      <w:pPr>
        <w:pStyle w:val="Normal"/>
        <w:jc w:val="both"/>
        <w:rPr/>
      </w:pPr>
      <w:r>
        <w:rPr>
          <w:b w:val="false"/>
          <w:sz w:val="28"/>
        </w:rPr>
        <w:t xml:space="preserve">Для потоковой записи выбираются разрешенные </w:t>
      </w:r>
      <w:r>
        <w:rPr>
          <w:b w:val="false"/>
          <w:sz w:val="28"/>
          <w:lang w:val="zxx"/>
        </w:rPr>
        <w:t>initialMs/</w:t>
      </w:r>
      <w:r>
        <w:rPr>
          <w:b w:val="false"/>
          <w:sz w:val="28"/>
        </w:rPr>
        <w:t>​</w:t>
      </w:r>
      <w:r>
        <w:rPr>
          <w:b w:val="false"/>
          <w:sz w:val="28"/>
          <w:lang w:val="zxx"/>
        </w:rPr>
        <w:t>maxMs</w:t>
      </w:r>
      <w:r>
        <w:rPr>
          <w:b w:val="false"/>
          <w:sz w:val="28"/>
        </w:rPr>
        <w:t xml:space="preserve"> по измеренному джиттеру. Для микрофона действуют фиксированные </w:t>
      </w:r>
      <w:r>
        <w:rPr>
          <w:b w:val="false"/>
          <w:sz w:val="28"/>
          <w:lang w:val="zxx"/>
        </w:rPr>
        <w:t>400/</w:t>
      </w:r>
      <w:r>
        <w:rPr>
          <w:b w:val="false"/>
          <w:sz w:val="28"/>
        </w:rPr>
        <w:t>⁠</w:t>
      </w:r>
      <w:r>
        <w:rPr>
          <w:b w:val="false"/>
          <w:sz w:val="28"/>
          <w:lang w:val="zxx"/>
        </w:rPr>
        <w:t>1000</w:t>
      </w:r>
      <w:r>
        <w:rPr>
          <w:b w:val="false"/>
          <w:sz w:val="28"/>
        </w:rPr>
        <w:t xml:space="preserve"> мс. Параметры согласуются до </w:t>
      </w:r>
      <w:r>
        <w:rPr>
          <w:b w:val="false"/>
          <w:sz w:val="28"/>
          <w:lang w:val="zxx"/>
        </w:rPr>
        <w:t>session.start</w:t>
      </w:r>
      <w:r>
        <w:rPr>
          <w:b w:val="false"/>
          <w:sz w:val="28"/>
        </w:rPr>
        <w:t xml:space="preserve"> и не меняются посреди потока; измеряются задержки на фактическом канале, включая </w:t>
      </w:r>
      <w:r>
        <w:rPr>
          <w:b w:val="false"/>
          <w:sz w:val="28"/>
          <w:lang w:val="zxx"/>
        </w:rPr>
        <w:t>64</w:t>
      </w:r>
      <w:r>
        <w:rPr>
          <w:b w:val="false"/>
          <w:sz w:val="28"/>
        </w:rPr>
        <w:t xml:space="preserve"> кбит/с.</w:t>
      </w:r>
    </w:p>
    <w:p>
      <w:pPr>
        <w:pStyle w:val="Normal"/>
        <w:keepNext w:val="true"/>
        <w:jc w:val="start"/>
        <w:rPr/>
      </w:pPr>
      <w:r>
        <w:rPr>
          <w:b/>
          <w:sz w:val="28"/>
          <w:lang w:val="zxx"/>
        </w:rPr>
        <w:t>15.37</w:t>
      </w:r>
      <w:r>
        <w:rPr>
          <w:b/>
          <w:sz w:val="28"/>
        </w:rPr>
        <w:t xml:space="preserve"> Адаптация</w:t>
      </w:r>
    </w:p>
    <w:p>
      <w:pPr>
        <w:pStyle w:val="Normal"/>
        <w:jc w:val="both"/>
        <w:rPr/>
      </w:pPr>
      <w:r>
        <w:rPr>
          <w:b w:val="false"/>
          <w:sz w:val="28"/>
        </w:rPr>
        <w:t xml:space="preserve">Буфер ограничен </w:t>
      </w:r>
      <w:r>
        <w:rPr>
          <w:b w:val="false"/>
          <w:sz w:val="28"/>
          <w:lang w:val="zxx"/>
        </w:rPr>
        <w:t>initialMs/</w:t>
      </w:r>
      <w:r>
        <w:rPr>
          <w:b w:val="false"/>
          <w:sz w:val="28"/>
        </w:rPr>
        <w:t>​</w:t>
      </w:r>
      <w:r>
        <w:rPr>
          <w:b w:val="false"/>
          <w:sz w:val="28"/>
          <w:lang w:val="zxx"/>
        </w:rPr>
        <w:t>maxMs</w:t>
      </w:r>
      <w:r>
        <w:rPr>
          <w:b w:val="false"/>
          <w:sz w:val="28"/>
        </w:rPr>
        <w:t xml:space="preserve"> выбранного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Рост задержки для компенсации потерь запрещен; просроченные отсчеты заменяются тишиной с учетом потерь, при достижении таймаута поток останавливается.</w:t>
      </w:r>
    </w:p>
    <w:p>
      <w:pPr>
        <w:pStyle w:val="Normal"/>
        <w:keepNext w:val="true"/>
        <w:jc w:val="start"/>
        <w:rPr/>
      </w:pPr>
      <w:r>
        <w:rPr>
          <w:b/>
          <w:sz w:val="28"/>
          <w:lang w:val="zxx"/>
        </w:rPr>
        <w:t>15.38</w:t>
      </w:r>
      <w:r>
        <w:rPr>
          <w:b/>
          <w:sz w:val="28"/>
        </w:rPr>
        <w:t xml:space="preserve"> Восстановление потерь</w:t>
      </w:r>
    </w:p>
    <w:p>
      <w:pPr>
        <w:pStyle w:val="Normal"/>
        <w:jc w:val="both"/>
        <w:rPr/>
      </w:pPr>
      <w:r>
        <w:rPr>
          <w:b w:val="false"/>
          <w:sz w:val="28"/>
        </w:rPr>
        <w:t xml:space="preserve">Буфер компенсирует джиттер и перестановку.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не повторяет потерянный звук и не имеет </w:t>
      </w:r>
      <w:r>
        <w:rPr>
          <w:b w:val="false"/>
          <w:sz w:val="28"/>
          <w:lang w:val="zxx"/>
        </w:rPr>
        <w:t>FEC:</w:t>
      </w:r>
      <w:r>
        <w:rPr>
          <w:b w:val="false"/>
          <w:sz w:val="28"/>
        </w:rPr>
        <w:t xml:space="preserve"> пропуски маскируются тишиной, отражаются в счетчиках и результате. Запоздалые пакеты отбрасываются. Групповой профиль имеет отдельную восстановительную часть.</w:t>
      </w:r>
    </w:p>
    <w:p>
      <w:pPr>
        <w:pStyle w:val="Normal"/>
        <w:keepNext w:val="true"/>
        <w:jc w:val="start"/>
        <w:rPr/>
      </w:pPr>
      <w:r>
        <w:rPr>
          <w:b/>
          <w:sz w:val="28"/>
          <w:lang w:val="zxx"/>
        </w:rPr>
        <w:t>15.39</w:t>
      </w:r>
      <w:r>
        <w:rPr>
          <w:b/>
          <w:sz w:val="28"/>
        </w:rPr>
        <w:t xml:space="preserve"> Предельное условие</w:t>
      </w:r>
    </w:p>
    <w:p>
      <w:pPr>
        <w:pStyle w:val="Normal"/>
        <w:jc w:val="both"/>
        <w:rPr/>
      </w:pPr>
      <w:r>
        <w:rPr>
          <w:b w:val="false"/>
          <w:sz w:val="28"/>
        </w:rPr>
        <w:t xml:space="preserve">Нулевые потери и минимальная задержка одновременно не гарантируются для произвольной сети. Приемка задает допустимые потери/джиттер и проверяет разборчивость, полноту, задержку и </w:t>
      </w:r>
      <w:r>
        <w:rPr>
          <w:b w:val="false"/>
          <w:sz w:val="28"/>
          <w:lang w:val="zxx"/>
        </w:rPr>
        <w:t>session.stop</w:t>
      </w:r>
      <w:r>
        <w:rPr>
          <w:b w:val="false"/>
          <w:sz w:val="28"/>
        </w:rPr>
        <w:t>; выход за эту область не скрывается успешным результатом.</w:t>
      </w:r>
    </w:p>
    <w:p>
      <w:pPr>
        <w:pStyle w:val="2"/>
        <w:rPr/>
      </w:pPr>
      <w:r>
        <w:rPr/>
        <w:t>Согласование частоты одноадресной речи</w:t>
      </w:r>
    </w:p>
    <w:p>
      <w:pPr>
        <w:pStyle w:val="Normal"/>
        <w:jc w:val="both"/>
        <w:rPr/>
      </w:pPr>
      <w:r>
        <w:rPr>
          <w:b w:val="false"/>
          <w:sz w:val="28"/>
          <w:lang w:val="zxx"/>
        </w:rPr>
        <w:t>15.40</w:t>
      </w:r>
      <w:r>
        <w:rPr>
          <w:b w:val="false"/>
          <w:sz w:val="28"/>
        </w:rPr>
        <w:t xml:space="preserve"> Базовая частота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остается </w:t>
      </w:r>
      <w:r>
        <w:rPr>
          <w:b w:val="false"/>
          <w:sz w:val="28"/>
          <w:lang w:val="zxx"/>
        </w:rPr>
        <w:t>8000</w:t>
      </w:r>
      <w:r>
        <w:rPr>
          <w:b w:val="false"/>
          <w:sz w:val="28"/>
        </w:rPr>
        <w:t xml:space="preserve"> Гц. Для </w:t>
      </w:r>
      <w:r>
        <w:rPr>
          <w:b w:val="false"/>
          <w:sz w:val="28"/>
          <w:lang w:val="zxx"/>
        </w:rPr>
        <w:t>PCMA</w:t>
      </w:r>
      <w:r>
        <w:rPr>
          <w:b w:val="false"/>
          <w:sz w:val="28"/>
        </w:rPr>
        <w:t xml:space="preserve"> дополнительно допускаются </w:t>
      </w:r>
      <w:r>
        <w:rPr>
          <w:b w:val="false"/>
          <w:sz w:val="28"/>
          <w:lang w:val="zxx"/>
        </w:rPr>
        <w:t>16000</w:t>
      </w:r>
      <w:r>
        <w:rPr>
          <w:b w:val="false"/>
          <w:sz w:val="28"/>
        </w:rPr>
        <w:t xml:space="preserve"> и </w:t>
      </w:r>
      <w:r>
        <w:rPr>
          <w:b w:val="false"/>
          <w:sz w:val="28"/>
          <w:lang w:val="zxx"/>
        </w:rPr>
        <w:t>32000</w:t>
      </w:r>
      <w:r>
        <w:rPr>
          <w:b w:val="false"/>
          <w:sz w:val="28"/>
        </w:rPr>
        <w:t xml:space="preserve"> Гц: тот же алгоритм </w:t>
      </w:r>
      <w:r>
        <w:rPr>
          <w:b w:val="false"/>
          <w:sz w:val="28"/>
          <w:lang w:val="zxx"/>
        </w:rPr>
        <w:t>A-</w:t>
      </w:r>
      <w:r>
        <w:rPr>
          <w:b w:val="false"/>
          <w:sz w:val="28"/>
        </w:rPr>
        <w:t>⁠</w:t>
      </w:r>
      <w:r>
        <w:rPr>
          <w:b w:val="false"/>
          <w:sz w:val="28"/>
          <w:lang w:val="zxx"/>
        </w:rPr>
        <w:t>law</w:t>
      </w:r>
      <w:r>
        <w:rPr>
          <w:b w:val="false"/>
          <w:sz w:val="28"/>
        </w:rPr>
        <w:t xml:space="preserve"> применяется отдельно к каждому отсчету. Это расширение частоты дискретизации, а не новый закон сжатия. Дополнительные варианты используют динамические </w:t>
      </w:r>
      <w:r>
        <w:rPr>
          <w:b w:val="false"/>
          <w:sz w:val="28"/>
          <w:lang w:val="zxx"/>
        </w:rPr>
        <w:t>RTP</w:t>
      </w:r>
      <w:r>
        <w:rPr>
          <w:b w:val="false"/>
          <w:sz w:val="28"/>
        </w:rPr>
        <w:t xml:space="preserve"> </w:t>
      </w:r>
      <w:r>
        <w:rPr>
          <w:b w:val="false"/>
          <w:sz w:val="28"/>
          <w:lang w:val="zxx"/>
        </w:rPr>
        <w:t>payload</w:t>
      </w:r>
      <w:r>
        <w:rPr>
          <w:b w:val="false"/>
          <w:sz w:val="28"/>
        </w:rPr>
        <w:t xml:space="preserve"> </w:t>
      </w:r>
      <w:r>
        <w:rPr>
          <w:b w:val="false"/>
          <w:sz w:val="28"/>
          <w:lang w:val="zxx"/>
        </w:rPr>
        <w:t>type</w:t>
      </w:r>
      <w:r>
        <w:rPr>
          <w:b w:val="false"/>
          <w:sz w:val="28"/>
        </w:rPr>
        <w:t xml:space="preserve"> </w:t>
      </w:r>
      <w:r>
        <w:rPr>
          <w:b w:val="false"/>
          <w:sz w:val="28"/>
          <w:lang w:val="zxx"/>
        </w:rPr>
        <w:t>96</w:t>
      </w:r>
      <w:r>
        <w:rPr>
          <w:b w:val="false"/>
          <w:sz w:val="28"/>
        </w:rPr>
        <w:t xml:space="preserve"> и </w:t>
      </w:r>
      <w:r>
        <w:rPr>
          <w:b w:val="false"/>
          <w:sz w:val="28"/>
          <w:lang w:val="zxx"/>
        </w:rPr>
        <w:t>97</w:t>
      </w:r>
      <w:r>
        <w:rPr>
          <w:b w:val="false"/>
          <w:sz w:val="28"/>
        </w:rPr>
        <w:t xml:space="preserve"> по таблице; статический </w:t>
      </w:r>
      <w:r>
        <w:rPr>
          <w:b w:val="false"/>
          <w:sz w:val="28"/>
          <w:lang w:val="zxx"/>
        </w:rPr>
        <w:t>PT=8</w:t>
      </w:r>
      <w:r>
        <w:rPr>
          <w:b w:val="false"/>
          <w:sz w:val="28"/>
        </w:rPr>
        <w:t xml:space="preserve"> сохраняет значение </w:t>
      </w:r>
      <w:r>
        <w:rPr>
          <w:b w:val="false"/>
          <w:sz w:val="28"/>
          <w:lang w:val="zxx"/>
        </w:rPr>
        <w:t>PCMA/</w:t>
      </w:r>
      <w:r>
        <w:rPr>
          <w:b w:val="false"/>
          <w:sz w:val="28"/>
        </w:rPr>
        <w:t>⁠</w:t>
      </w:r>
      <w:r>
        <w:rPr>
          <w:b w:val="false"/>
          <w:sz w:val="28"/>
          <w:lang w:val="zxx"/>
        </w:rPr>
        <w:t>8000.</w:t>
      </w:r>
      <w:r>
        <w:rPr>
          <w:b w:val="false"/>
          <w:sz w:val="28"/>
        </w:rPr>
        <w:t xml:space="preserve"> </w:t>
      </w:r>
      <w:r>
        <w:rPr>
          <w:b w:val="false"/>
          <w:sz w:val="28"/>
          <w:lang w:val="zxx"/>
        </w:rPr>
        <w:t>GSM</w:t>
      </w:r>
      <w:r>
        <w:rPr>
          <w:b w:val="false"/>
          <w:sz w:val="28"/>
        </w:rPr>
        <w:t xml:space="preserve"> остается только </w:t>
      </w:r>
      <w:r>
        <w:rPr>
          <w:b w:val="false"/>
          <w:sz w:val="28"/>
          <w:lang w:val="zxx"/>
        </w:rPr>
        <w:t>8000</w:t>
      </w:r>
      <w:r>
        <w:rPr>
          <w:b w:val="false"/>
          <w:sz w:val="28"/>
        </w:rPr>
        <w:t xml:space="preserve"> Гц. Все варианты монофонические.</w:t>
      </w:r>
    </w:p>
    <w:p>
      <w:pPr>
        <w:pStyle w:val="Normal"/>
        <w:keepNext w:val="true"/>
        <w:ind w:hanging="0"/>
        <w:jc w:val="start"/>
        <w:rPr/>
      </w:pPr>
      <w:r>
        <w:rPr>
          <w:b w:val="false"/>
          <w:sz w:val="24"/>
        </w:rPr>
        <w:t xml:space="preserve">Таблица </w:t>
      </w:r>
      <w:r>
        <w:rPr>
          <w:b w:val="false"/>
          <w:sz w:val="24"/>
          <w:lang w:val="zxx"/>
        </w:rPr>
        <w:t>17</w:t>
      </w:r>
      <w:r>
        <w:rPr>
          <w:b w:val="false"/>
          <w:sz w:val="24"/>
        </w:rPr>
        <w:t xml:space="preserve"> - Согласование частоты одноадресной речи</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2195"/>
        <w:gridCol w:w="884"/>
        <w:gridCol w:w="2586"/>
        <w:gridCol w:w="1874"/>
        <w:gridCol w:w="2098"/>
      </w:tblGrid>
      <w:tr>
        <w:trPr>
          <w:cantSplit w:val="true"/>
        </w:trPr>
        <w:tc>
          <w:tcPr>
            <w:tcW w:w="219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Кодек / частота</w:t>
            </w:r>
          </w:p>
        </w:tc>
        <w:tc>
          <w:tcPr>
            <w:tcW w:w="884"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val="zxx" w:eastAsia="en-US" w:bidi="ar-SA"/>
              </w:rPr>
              <w:t>PT</w:t>
            </w:r>
          </w:p>
        </w:tc>
        <w:tc>
          <w:tcPr>
            <w:tcW w:w="258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val="zxx" w:eastAsia="en-US" w:bidi="ar-SA"/>
              </w:rPr>
              <w:t>packetMs</w:t>
            </w:r>
            <w:r>
              <w:rPr>
                <w:rFonts w:eastAsia="ＭＳ 明朝" w:cs=""/>
                <w:b/>
                <w:kern w:val="0"/>
                <w:sz w:val="28"/>
                <w:szCs w:val="22"/>
                <w:lang w:eastAsia="en-US" w:bidi="ar-SA"/>
              </w:rPr>
              <w:t xml:space="preserve"> / </w:t>
            </w:r>
            <w:r>
              <w:rPr>
                <w:rFonts w:eastAsia="ＭＳ 明朝" w:cs=""/>
                <w:b/>
                <w:kern w:val="0"/>
                <w:sz w:val="28"/>
                <w:szCs w:val="22"/>
                <w:lang w:val="zxx" w:eastAsia="en-US" w:bidi="ar-SA"/>
              </w:rPr>
              <w:t>N</w:t>
            </w:r>
          </w:p>
        </w:tc>
        <w:tc>
          <w:tcPr>
            <w:tcW w:w="1874"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 xml:space="preserve">Звук / </w:t>
            </w:r>
            <w:r>
              <w:rPr>
                <w:rFonts w:eastAsia="ＭＳ 明朝" w:cs=""/>
                <w:b/>
                <w:kern w:val="0"/>
                <w:sz w:val="28"/>
                <w:szCs w:val="22"/>
                <w:lang w:val="zxx" w:eastAsia="en-US" w:bidi="ar-SA"/>
              </w:rPr>
              <w:t>RTP</w:t>
            </w:r>
            <w:r>
              <w:rPr>
                <w:rFonts w:eastAsia="ＭＳ 明朝" w:cs=""/>
                <w:b/>
                <w:kern w:val="0"/>
                <w:sz w:val="28"/>
                <w:szCs w:val="22"/>
                <w:lang w:eastAsia="en-US" w:bidi="ar-SA"/>
              </w:rPr>
              <w:t>, байт</w:t>
            </w:r>
          </w:p>
        </w:tc>
        <w:tc>
          <w:tcPr>
            <w:tcW w:w="2098"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val="zxx" w:eastAsia="en-US" w:bidi="ar-SA"/>
              </w:rPr>
              <w:t>OAU5</w:t>
            </w:r>
            <w:r>
              <w:rPr>
                <w:rFonts w:eastAsia="ＭＳ 明朝" w:cs=""/>
                <w:b/>
                <w:kern w:val="0"/>
                <w:sz w:val="28"/>
                <w:szCs w:val="22"/>
                <w:lang w:eastAsia="en-US" w:bidi="ar-SA"/>
              </w:rPr>
              <w:t xml:space="preserve"> </w:t>
            </w:r>
            <w:r>
              <w:rPr>
                <w:rFonts w:eastAsia="ＭＳ 明朝" w:cs=""/>
                <w:b/>
                <w:kern w:val="0"/>
                <w:sz w:val="28"/>
                <w:szCs w:val="22"/>
                <w:lang w:val="zxx" w:eastAsia="en-US" w:bidi="ar-SA"/>
              </w:rPr>
              <w:t>plain</w:t>
            </w:r>
            <w:r>
              <w:rPr>
                <w:rFonts w:eastAsia="ＭＳ 明朝" w:cs=""/>
                <w:b/>
                <w:kern w:val="0"/>
                <w:sz w:val="28"/>
                <w:szCs w:val="22"/>
                <w:lang w:eastAsia="en-US" w:bidi="ar-SA"/>
              </w:rPr>
              <w:t xml:space="preserve"> / </w:t>
            </w:r>
            <w:r>
              <w:rPr>
                <w:rFonts w:eastAsia="ＭＳ 明朝" w:cs=""/>
                <w:b/>
                <w:kern w:val="0"/>
                <w:sz w:val="28"/>
                <w:szCs w:val="22"/>
                <w:lang w:val="zxx" w:eastAsia="en-US" w:bidi="ar-SA"/>
              </w:rPr>
              <w:t>tls</w:t>
            </w:r>
            <w:r>
              <w:rPr>
                <w:rFonts w:eastAsia="ＭＳ 明朝" w:cs=""/>
                <w:b/>
                <w:kern w:val="0"/>
                <w:sz w:val="28"/>
                <w:szCs w:val="22"/>
                <w:lang w:eastAsia="en-US" w:bidi="ar-SA"/>
              </w:rPr>
              <w:t>, байт</w:t>
            </w:r>
          </w:p>
        </w:tc>
      </w:tr>
      <w:tr>
        <w:trPr>
          <w:cantSplit w:val="true"/>
        </w:trPr>
        <w:tc>
          <w:tcPr>
            <w:tcW w:w="219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PCMA</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8000</w:t>
            </w:r>
          </w:p>
        </w:tc>
        <w:tc>
          <w:tcPr>
            <w:tcW w:w="88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8</w:t>
            </w:r>
          </w:p>
        </w:tc>
        <w:tc>
          <w:tcPr>
            <w:tcW w:w="258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20</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160</w:t>
            </w:r>
          </w:p>
        </w:tc>
        <w:tc>
          <w:tcPr>
            <w:tcW w:w="187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160</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192</w:t>
            </w:r>
          </w:p>
        </w:tc>
        <w:tc>
          <w:tcPr>
            <w:tcW w:w="209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224</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240</w:t>
            </w:r>
          </w:p>
        </w:tc>
      </w:tr>
      <w:tr>
        <w:trPr>
          <w:cantSplit w:val="true"/>
        </w:trPr>
        <w:tc>
          <w:tcPr>
            <w:tcW w:w="219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PCMA</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16000</w:t>
            </w:r>
          </w:p>
        </w:tc>
        <w:tc>
          <w:tcPr>
            <w:tcW w:w="88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96</w:t>
            </w:r>
          </w:p>
        </w:tc>
        <w:tc>
          <w:tcPr>
            <w:tcW w:w="258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20</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320</w:t>
            </w:r>
          </w:p>
        </w:tc>
        <w:tc>
          <w:tcPr>
            <w:tcW w:w="187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320</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352</w:t>
            </w:r>
          </w:p>
        </w:tc>
        <w:tc>
          <w:tcPr>
            <w:tcW w:w="209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384</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400</w:t>
            </w:r>
          </w:p>
        </w:tc>
      </w:tr>
      <w:tr>
        <w:trPr>
          <w:cantSplit w:val="true"/>
        </w:trPr>
        <w:tc>
          <w:tcPr>
            <w:tcW w:w="219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PCMA</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32000</w:t>
            </w:r>
          </w:p>
        </w:tc>
        <w:tc>
          <w:tcPr>
            <w:tcW w:w="88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97</w:t>
            </w:r>
          </w:p>
        </w:tc>
        <w:tc>
          <w:tcPr>
            <w:tcW w:w="258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20</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640</w:t>
            </w:r>
          </w:p>
        </w:tc>
        <w:tc>
          <w:tcPr>
            <w:tcW w:w="187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640</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672</w:t>
            </w:r>
          </w:p>
        </w:tc>
        <w:tc>
          <w:tcPr>
            <w:tcW w:w="209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704</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720</w:t>
            </w:r>
          </w:p>
        </w:tc>
      </w:tr>
      <w:tr>
        <w:trPr>
          <w:cantSplit w:val="true"/>
        </w:trPr>
        <w:tc>
          <w:tcPr>
            <w:tcW w:w="219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GSM</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8000</w:t>
            </w:r>
          </w:p>
        </w:tc>
        <w:tc>
          <w:tcPr>
            <w:tcW w:w="884"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w:t>
            </w:r>
          </w:p>
        </w:tc>
        <w:tc>
          <w:tcPr>
            <w:tcW w:w="258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20</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40</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80</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160</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320</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640</w:t>
            </w:r>
          </w:p>
        </w:tc>
        <w:tc>
          <w:tcPr>
            <w:tcW w:w="1874"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33</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66</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65</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98</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164</w:t>
            </w:r>
          </w:p>
        </w:tc>
        <w:tc>
          <w:tcPr>
            <w:tcW w:w="2098"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97</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130</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196</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113</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146</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212</w:t>
            </w:r>
          </w:p>
        </w:tc>
      </w:tr>
    </w:tbl>
    <w:p>
      <w:pPr>
        <w:pStyle w:val="Normal"/>
        <w:spacing w:before="0" w:after="0"/>
        <w:rPr/>
      </w:pPr>
      <w:r>
        <w:rPr/>
      </w:r>
    </w:p>
    <w:p>
      <w:pPr>
        <w:pStyle w:val="Normal"/>
        <w:jc w:val="start"/>
        <w:rPr/>
      </w:pPr>
      <w:r>
        <w:rPr>
          <w:b w:val="false"/>
          <w:sz w:val="28"/>
          <w:lang w:val="zxx"/>
        </w:rPr>
        <w:t>15.41</w:t>
      </w:r>
      <w:r>
        <w:rPr>
          <w:b w:val="false"/>
          <w:sz w:val="28"/>
        </w:rPr>
        <w:t xml:space="preserve"> УУ объявляет необязательный атрибут </w:t>
      </w:r>
      <w:r>
        <w:rPr>
          <w:b w:val="false"/>
          <w:sz w:val="28"/>
          <w:lang w:val="zxx"/>
        </w:rPr>
        <w:t>sampleRates</w:t>
      </w:r>
      <w:r>
        <w:rPr>
          <w:b w:val="false"/>
          <w:sz w:val="28"/>
        </w:rPr>
        <w:t xml:space="preserve"> в записи </w:t>
      </w:r>
      <w:r>
        <w:rPr>
          <w:b w:val="false"/>
          <w:sz w:val="28"/>
          <w:lang w:val="zxx"/>
        </w:rPr>
        <w:t>mediaProfile</w:t>
      </w:r>
      <w:r>
        <w:rPr>
          <w:b w:val="false"/>
          <w:sz w:val="28"/>
        </w:rPr>
        <w:t xml:space="preserve"> с </w:t>
      </w:r>
      <w:r>
        <w:rPr>
          <w:b w:val="false"/>
          <w:sz w:val="28"/>
          <w:lang w:val="zxx"/>
        </w:rPr>
        <w:t>id=rtp-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и </w:t>
      </w:r>
      <w:r>
        <w:rPr>
          <w:b w:val="false"/>
          <w:sz w:val="28"/>
          <w:lang w:val="zxx"/>
        </w:rPr>
        <w:t>codec=PCMA.</w:t>
      </w:r>
      <w:r>
        <w:rPr>
          <w:b w:val="false"/>
          <w:sz w:val="28"/>
        </w:rPr>
        <w:t xml:space="preserve"> Значение является упорядоченным списком через одиночный пробел без повторов: </w:t>
      </w:r>
      <w:r>
        <w:rPr>
          <w:b w:val="false"/>
          <w:sz w:val="28"/>
          <w:lang w:val="zxx"/>
        </w:rPr>
        <w:t>8000</w:t>
      </w:r>
      <w:r>
        <w:rPr>
          <w:b w:val="false"/>
          <w:sz w:val="28"/>
        </w:rPr>
        <w:t xml:space="preserve">, </w:t>
      </w:r>
      <w:r>
        <w:rPr>
          <w:b w:val="false"/>
          <w:sz w:val="28"/>
          <w:lang w:val="zxx"/>
        </w:rPr>
        <w:t>8000</w:t>
      </w:r>
      <w:r>
        <w:rPr>
          <w:b w:val="false"/>
          <w:sz w:val="28"/>
        </w:rPr>
        <w:t xml:space="preserve"> </w:t>
      </w:r>
      <w:r>
        <w:rPr>
          <w:b w:val="false"/>
          <w:sz w:val="28"/>
          <w:lang w:val="zxx"/>
        </w:rPr>
        <w:t>16000</w:t>
      </w:r>
      <w:r>
        <w:rPr>
          <w:b w:val="false"/>
          <w:sz w:val="28"/>
        </w:rPr>
        <w:t xml:space="preserve">, </w:t>
      </w:r>
      <w:r>
        <w:rPr>
          <w:b w:val="false"/>
          <w:sz w:val="28"/>
          <w:lang w:val="zxx"/>
        </w:rPr>
        <w:t>8000</w:t>
      </w:r>
      <w:r>
        <w:rPr>
          <w:b w:val="false"/>
          <w:sz w:val="28"/>
        </w:rPr>
        <w:t xml:space="preserve"> </w:t>
      </w:r>
      <w:r>
        <w:rPr>
          <w:b w:val="false"/>
          <w:sz w:val="28"/>
          <w:lang w:val="zxx"/>
        </w:rPr>
        <w:t>32000</w:t>
      </w:r>
      <w:r>
        <w:rPr>
          <w:b w:val="false"/>
          <w:sz w:val="28"/>
        </w:rPr>
        <w:t xml:space="preserve"> либо </w:t>
      </w:r>
      <w:r>
        <w:rPr>
          <w:b w:val="false"/>
          <w:sz w:val="28"/>
          <w:lang w:val="zxx"/>
        </w:rPr>
        <w:t>8000</w:t>
      </w:r>
      <w:r>
        <w:rPr>
          <w:b w:val="false"/>
          <w:sz w:val="28"/>
        </w:rPr>
        <w:t xml:space="preserve"> </w:t>
      </w:r>
      <w:r>
        <w:rPr>
          <w:b w:val="false"/>
          <w:sz w:val="28"/>
          <w:lang w:val="zxx"/>
        </w:rPr>
        <w:t>16000</w:t>
      </w:r>
      <w:r>
        <w:rPr>
          <w:b w:val="false"/>
          <w:sz w:val="28"/>
        </w:rPr>
        <w:t xml:space="preserve"> </w:t>
      </w:r>
      <w:r>
        <w:rPr>
          <w:b w:val="false"/>
          <w:sz w:val="28"/>
          <w:lang w:val="zxx"/>
        </w:rPr>
        <w:t>32000.</w:t>
      </w:r>
      <w:r>
        <w:rPr>
          <w:b w:val="false"/>
          <w:sz w:val="28"/>
        </w:rPr>
        <w:t xml:space="preserve"> Отсутствие атрибута означает только </w:t>
      </w:r>
      <w:r>
        <w:rPr>
          <w:b w:val="false"/>
          <w:sz w:val="28"/>
          <w:lang w:val="zxx"/>
        </w:rPr>
        <w:t>8000.</w:t>
      </w:r>
      <w:r>
        <w:rPr>
          <w:b w:val="false"/>
          <w:sz w:val="28"/>
        </w:rPr>
        <w:t xml:space="preserve"> Это свойство существующего сочетания </w:t>
      </w:r>
      <w:r>
        <w:rPr>
          <w:b w:val="false"/>
          <w:sz w:val="28"/>
          <w:lang w:val="zxx"/>
        </w:rPr>
        <w:t>id/</w:t>
      </w:r>
      <w:r>
        <w:rPr>
          <w:b w:val="false"/>
          <w:sz w:val="28"/>
        </w:rPr>
        <w:t>​</w:t>
      </w:r>
      <w:r>
        <w:rPr>
          <w:b w:val="false"/>
          <w:sz w:val="28"/>
          <w:lang w:val="zxx"/>
        </w:rPr>
        <w:t>security/</w:t>
      </w:r>
      <w:r>
        <w:rPr>
          <w:b w:val="false"/>
          <w:sz w:val="28"/>
        </w:rPr>
        <w:t>​</w:t>
      </w:r>
      <w:r>
        <w:rPr>
          <w:b w:val="false"/>
          <w:sz w:val="28"/>
          <w:lang w:val="zxx"/>
        </w:rPr>
        <w:t>codec/</w:t>
      </w:r>
      <w:r>
        <w:rPr>
          <w:b w:val="false"/>
          <w:sz w:val="28"/>
        </w:rPr>
        <w:t>​</w:t>
      </w:r>
      <w:r>
        <w:rPr>
          <w:b w:val="false"/>
          <w:sz w:val="28"/>
          <w:lang w:val="zxx"/>
        </w:rPr>
        <w:t>packetMs</w:t>
      </w:r>
      <w:r>
        <w:rPr>
          <w:b w:val="false"/>
          <w:sz w:val="28"/>
        </w:rPr>
        <w:t xml:space="preserve">; отдельные дублирующие записи для частот не создаются. </w:t>
      </w:r>
      <w:r>
        <w:rPr>
          <w:b w:val="false"/>
          <w:sz w:val="28"/>
          <w:lang w:val="zxx"/>
        </w:rPr>
        <w:t>GSM</w:t>
      </w:r>
      <w:r>
        <w:rPr>
          <w:b w:val="false"/>
          <w:sz w:val="28"/>
        </w:rPr>
        <w:t xml:space="preserve"> и групповые профили этот атрибут не используют.</w:t>
      </w:r>
    </w:p>
    <w:p>
      <w:pPr>
        <w:pStyle w:val="Normal"/>
        <w:jc w:val="start"/>
        <w:rPr/>
      </w:pPr>
      <w:r>
        <w:rPr>
          <w:b w:val="false"/>
          <w:sz w:val="28"/>
          <w:lang w:val="zxx"/>
        </w:rPr>
        <w:t>15.42</w:t>
      </w:r>
      <w:r>
        <w:rPr>
          <w:b w:val="false"/>
          <w:sz w:val="28"/>
        </w:rPr>
        <w:t xml:space="preserve"> В </w:t>
      </w:r>
      <w:r>
        <w:rPr>
          <w:b w:val="false"/>
          <w:sz w:val="28"/>
          <w:lang w:val="zxx"/>
        </w:rPr>
        <w:t>audio.prepare</w:t>
      </w:r>
      <w:r>
        <w:rPr>
          <w:b w:val="false"/>
          <w:sz w:val="28"/>
        </w:rPr>
        <w:t xml:space="preserve"> атрибут </w:t>
      </w:r>
      <w:r>
        <w:rPr>
          <w:b w:val="false"/>
          <w:sz w:val="28"/>
          <w:lang w:val="zxx"/>
        </w:rPr>
        <w:t>stream.sampleRate</w:t>
      </w:r>
      <w:r>
        <w:rPr>
          <w:b w:val="false"/>
          <w:sz w:val="28"/>
        </w:rPr>
        <w:t xml:space="preserve"> необязателен; отсутствие означает </w:t>
      </w:r>
      <w:r>
        <w:rPr>
          <w:b w:val="false"/>
          <w:sz w:val="28"/>
          <w:lang w:val="zxx"/>
        </w:rPr>
        <w:t>8000.</w:t>
      </w:r>
      <w:r>
        <w:rPr>
          <w:b w:val="false"/>
          <w:sz w:val="28"/>
        </w:rPr>
        <w:t xml:space="preserve"> Значение </w:t>
      </w:r>
      <w:r>
        <w:rPr>
          <w:b w:val="false"/>
          <w:sz w:val="28"/>
          <w:lang w:val="zxx"/>
        </w:rPr>
        <w:t>16000</w:t>
      </w:r>
      <w:r>
        <w:rPr>
          <w:b w:val="false"/>
          <w:sz w:val="28"/>
        </w:rPr>
        <w:t xml:space="preserve"> либо </w:t>
      </w:r>
      <w:r>
        <w:rPr>
          <w:b w:val="false"/>
          <w:sz w:val="28"/>
          <w:lang w:val="zxx"/>
        </w:rPr>
        <w:t>32000</w:t>
      </w:r>
      <w:r>
        <w:rPr>
          <w:b w:val="false"/>
          <w:sz w:val="28"/>
        </w:rPr>
        <w:t xml:space="preserve"> допускается только для </w:t>
      </w:r>
      <w:r>
        <w:rPr>
          <w:b w:val="false"/>
          <w:sz w:val="28"/>
          <w:lang w:val="zxx"/>
        </w:rPr>
        <w:t>PCMA/</w:t>
      </w:r>
      <w:r>
        <w:rPr>
          <w:b w:val="false"/>
          <w:sz w:val="28"/>
        </w:rPr>
        <w:t>⁠</w:t>
      </w:r>
      <w:r>
        <w:rPr>
          <w:b w:val="false"/>
          <w:sz w:val="28"/>
          <w:lang w:val="zxx"/>
        </w:rPr>
        <w:t>20</w:t>
      </w:r>
      <w:r>
        <w:rPr>
          <w:b w:val="false"/>
          <w:sz w:val="28"/>
        </w:rPr>
        <w:t xml:space="preserve"> после объявления этой частоты выбранным </w:t>
      </w:r>
      <w:r>
        <w:rPr>
          <w:b w:val="false"/>
          <w:sz w:val="28"/>
          <w:lang w:val="zxx"/>
        </w:rPr>
        <w:t>mediaProfile.</w:t>
      </w:r>
      <w:r>
        <w:rPr>
          <w:b w:val="false"/>
          <w:sz w:val="28"/>
        </w:rPr>
        <w:t xml:space="preserve"> Значение вне </w:t>
      </w:r>
      <w:r>
        <w:rPr>
          <w:b w:val="false"/>
          <w:sz w:val="28"/>
          <w:lang w:val="zxx"/>
        </w:rPr>
        <w:t>8000/</w:t>
      </w:r>
      <w:r>
        <w:rPr>
          <w:b w:val="false"/>
          <w:sz w:val="28"/>
        </w:rPr>
        <w:t>⁠</w:t>
      </w:r>
      <w:r>
        <w:rPr>
          <w:b w:val="false"/>
          <w:sz w:val="28"/>
          <w:lang w:val="zxx"/>
        </w:rPr>
        <w:t>16000/</w:t>
      </w:r>
      <w:r>
        <w:rPr>
          <w:b w:val="false"/>
          <w:sz w:val="28"/>
        </w:rPr>
        <w:t>⁠</w:t>
      </w:r>
      <w:r>
        <w:rPr>
          <w:b w:val="false"/>
          <w:sz w:val="28"/>
          <w:lang w:val="zxx"/>
        </w:rPr>
        <w:t>32000</w:t>
      </w:r>
      <w:r>
        <w:rPr>
          <w:b w:val="false"/>
          <w:sz w:val="28"/>
        </w:rPr>
        <w:t xml:space="preserve"> дает </w:t>
      </w:r>
      <w:r>
        <w:rPr>
          <w:b w:val="false"/>
          <w:sz w:val="28"/>
          <w:lang w:val="zxx"/>
        </w:rPr>
        <w:t>invalidArgument</w:t>
      </w:r>
      <w:r>
        <w:rPr>
          <w:b w:val="false"/>
          <w:sz w:val="28"/>
        </w:rPr>
        <w:t xml:space="preserve">, неподдержанное сочетание - </w:t>
      </w:r>
      <w:r>
        <w:rPr>
          <w:b w:val="false"/>
          <w:sz w:val="28"/>
          <w:lang w:val="zxx"/>
        </w:rPr>
        <w:t>unsupported.</w:t>
      </w:r>
      <w:r>
        <w:rPr>
          <w:b w:val="false"/>
          <w:sz w:val="28"/>
        </w:rPr>
        <w:t xml:space="preserve"> Старому получателю АРМ отправляет прежний запрос без </w:t>
      </w:r>
      <w:r>
        <w:rPr>
          <w:b w:val="false"/>
          <w:sz w:val="28"/>
          <w:lang w:val="zxx"/>
        </w:rPr>
        <w:t>sampleRate</w:t>
      </w:r>
      <w:r>
        <w:rPr>
          <w:b w:val="false"/>
          <w:sz w:val="28"/>
        </w:rPr>
        <w:t xml:space="preserve"> и поток </w:t>
      </w:r>
      <w:r>
        <w:rPr>
          <w:b w:val="false"/>
          <w:sz w:val="28"/>
          <w:lang w:val="zxx"/>
        </w:rPr>
        <w:t>8000</w:t>
      </w:r>
      <w:r>
        <w:rPr>
          <w:b w:val="false"/>
          <w:sz w:val="28"/>
        </w:rPr>
        <w:t xml:space="preserve"> Гц. Понижение частоты исходного файла выполняется до подготовки отдельной копии; нельзя послать более частые отсчеты в пакетах старого варианта или сменить кодек посреди потока.</w:t>
      </w:r>
    </w:p>
    <w:p>
      <w:pPr>
        <w:pStyle w:val="Normal"/>
        <w:jc w:val="start"/>
        <w:rPr/>
      </w:pPr>
      <w:r>
        <w:rPr>
          <w:b w:val="false"/>
          <w:sz w:val="28"/>
          <w:lang w:val="zxx"/>
        </w:rPr>
        <w:t>15.43</w:t>
      </w:r>
      <w:r>
        <w:rPr>
          <w:b w:val="false"/>
          <w:sz w:val="28"/>
        </w:rPr>
        <w:t xml:space="preserve"> </w:t>
      </w:r>
      <w:r>
        <w:rPr>
          <w:b w:val="false"/>
          <w:sz w:val="28"/>
          <w:lang w:val="zxx"/>
        </w:rPr>
        <w:t>N=packetMs</w:t>
      </w:r>
      <w:r>
        <w:rPr>
          <w:b w:val="false"/>
          <w:sz w:val="28"/>
        </w:rPr>
        <w:t>*</w:t>
      </w:r>
      <w:r>
        <w:rPr>
          <w:b w:val="false"/>
          <w:sz w:val="28"/>
          <w:lang w:val="zxx"/>
        </w:rPr>
        <w:t>sampleRate/</w:t>
      </w:r>
      <w:r>
        <w:rPr>
          <w:b w:val="false"/>
          <w:sz w:val="28"/>
        </w:rPr>
        <w:t>⁠</w:t>
      </w:r>
      <w:r>
        <w:rPr>
          <w:b w:val="false"/>
          <w:sz w:val="28"/>
          <w:lang w:val="zxx"/>
        </w:rPr>
        <w:t>1000.</w:t>
      </w:r>
      <w:r>
        <w:rPr>
          <w:b w:val="false"/>
          <w:sz w:val="28"/>
        </w:rPr>
        <w:t xml:space="preserve"> Все </w:t>
      </w:r>
      <w:r>
        <w:rPr>
          <w:b w:val="false"/>
          <w:sz w:val="28"/>
          <w:lang w:val="zxx"/>
        </w:rPr>
        <w:t>totalSamples</w:t>
      </w:r>
      <w:r>
        <w:rPr>
          <w:b w:val="false"/>
          <w:sz w:val="28"/>
        </w:rPr>
        <w:t xml:space="preserve">, </w:t>
      </w:r>
      <w:r>
        <w:rPr>
          <w:b w:val="false"/>
          <w:sz w:val="28"/>
          <w:lang w:val="zxx"/>
        </w:rPr>
        <w:t>sampleCount</w:t>
      </w:r>
      <w:r>
        <w:rPr>
          <w:b w:val="false"/>
          <w:sz w:val="28"/>
        </w:rPr>
        <w:t xml:space="preserve">, </w:t>
      </w:r>
      <w:r>
        <w:rPr>
          <w:b w:val="false"/>
          <w:sz w:val="28"/>
          <w:lang w:val="zxx"/>
        </w:rPr>
        <w:t>validSamples</w:t>
      </w:r>
      <w:r>
        <w:rPr>
          <w:b w:val="false"/>
          <w:sz w:val="28"/>
        </w:rPr>
        <w:t xml:space="preserve">, </w:t>
      </w:r>
      <w:r>
        <w:rPr>
          <w:b w:val="false"/>
          <w:sz w:val="28"/>
          <w:lang w:val="zxx"/>
        </w:rPr>
        <w:t>sourceSamples</w:t>
      </w:r>
      <w:r>
        <w:rPr>
          <w:b w:val="false"/>
          <w:sz w:val="28"/>
        </w:rPr>
        <w:t xml:space="preserve">, </w:t>
      </w:r>
      <w:r>
        <w:rPr>
          <w:b w:val="false"/>
          <w:sz w:val="28"/>
          <w:lang w:val="zxx"/>
        </w:rPr>
        <w:t>concealedSamples</w:t>
      </w:r>
      <w:r>
        <w:rPr>
          <w:b w:val="false"/>
          <w:sz w:val="28"/>
        </w:rPr>
        <w:t xml:space="preserve">, </w:t>
      </w:r>
      <w:r>
        <w:rPr>
          <w:b w:val="false"/>
          <w:sz w:val="28"/>
          <w:lang w:val="zxx"/>
        </w:rPr>
        <w:t>emittedSamples</w:t>
      </w:r>
      <w:r>
        <w:rPr>
          <w:b w:val="false"/>
          <w:sz w:val="28"/>
        </w:rPr>
        <w:t xml:space="preserve"> и </w:t>
      </w:r>
      <w:r>
        <w:rPr>
          <w:b w:val="false"/>
          <w:sz w:val="28"/>
          <w:lang w:val="zxx"/>
        </w:rPr>
        <w:t>RTP</w:t>
      </w:r>
      <w:r>
        <w:rPr>
          <w:b w:val="false"/>
          <w:sz w:val="28"/>
        </w:rPr>
        <w:t xml:space="preserve"> </w:t>
      </w:r>
      <w:r>
        <w:rPr>
          <w:b w:val="false"/>
          <w:sz w:val="28"/>
          <w:lang w:val="zxx"/>
        </w:rPr>
        <w:t>timestamp</w:t>
      </w:r>
      <w:r>
        <w:rPr>
          <w:b w:val="false"/>
          <w:sz w:val="28"/>
        </w:rPr>
        <w:t xml:space="preserve"> относятся к выбранной частоте. Миллисекунды определяются как </w:t>
      </w:r>
      <w:r>
        <w:rPr>
          <w:b w:val="false"/>
          <w:sz w:val="28"/>
          <w:lang w:val="zxx"/>
        </w:rPr>
        <w:t>samples</w:t>
      </w:r>
      <w:r>
        <w:rPr>
          <w:b w:val="false"/>
          <w:sz w:val="28"/>
        </w:rPr>
        <w:t>*</w:t>
      </w:r>
      <w:r>
        <w:rPr>
          <w:b w:val="false"/>
          <w:sz w:val="28"/>
          <w:lang w:val="zxx"/>
        </w:rPr>
        <w:t>1000/</w:t>
      </w:r>
      <w:r>
        <w:rPr>
          <w:b w:val="false"/>
          <w:sz w:val="28"/>
        </w:rPr>
        <w:t>​</w:t>
      </w:r>
      <w:r>
        <w:rPr>
          <w:b w:val="false"/>
          <w:sz w:val="28"/>
          <w:lang w:val="zxx"/>
        </w:rPr>
        <w:t>sampleRate.</w:t>
      </w:r>
      <w:r>
        <w:rPr>
          <w:b w:val="false"/>
          <w:sz w:val="28"/>
        </w:rPr>
        <w:t xml:space="preserve"> </w:t>
      </w:r>
      <w:r>
        <w:rPr>
          <w:b w:val="false"/>
          <w:sz w:val="28"/>
          <w:lang w:val="zxx"/>
        </w:rPr>
        <w:t>firstTimestamp</w:t>
      </w:r>
      <w:r>
        <w:rPr>
          <w:b w:val="false"/>
          <w:sz w:val="28"/>
        </w:rPr>
        <w:t xml:space="preserve"> и </w:t>
      </w:r>
      <w:r>
        <w:rPr>
          <w:b w:val="false"/>
          <w:sz w:val="28"/>
          <w:lang w:val="zxx"/>
        </w:rPr>
        <w:t>timestamp</w:t>
      </w:r>
      <w:r>
        <w:rPr>
          <w:b w:val="false"/>
          <w:sz w:val="28"/>
        </w:rPr>
        <w:t xml:space="preserve"> остаются </w:t>
      </w:r>
      <w:r>
        <w:rPr>
          <w:b w:val="false"/>
          <w:sz w:val="28"/>
          <w:lang w:val="zxx"/>
        </w:rPr>
        <w:t>uint32</w:t>
      </w:r>
      <w:r>
        <w:rPr>
          <w:b w:val="false"/>
          <w:sz w:val="28"/>
        </w:rPr>
        <w:t xml:space="preserve"> с прежним правилом переполнения; </w:t>
      </w:r>
      <w:r>
        <w:rPr>
          <w:b w:val="false"/>
          <w:sz w:val="28"/>
          <w:lang w:val="zxx"/>
        </w:rPr>
        <w:t>packetIndex</w:t>
      </w:r>
      <w:r>
        <w:rPr>
          <w:b w:val="false"/>
          <w:sz w:val="28"/>
        </w:rPr>
        <w:t xml:space="preserve"> и </w:t>
      </w:r>
      <w:r>
        <w:rPr>
          <w:b w:val="false"/>
          <w:sz w:val="28"/>
          <w:lang w:val="zxx"/>
        </w:rPr>
        <w:t>sequence</w:t>
      </w:r>
      <w:r>
        <w:rPr>
          <w:b w:val="false"/>
          <w:sz w:val="28"/>
        </w:rPr>
        <w:t xml:space="preserve"> сохраняются. </w:t>
      </w:r>
      <w:r>
        <w:rPr>
          <w:b w:val="false"/>
          <w:sz w:val="28"/>
          <w:lang w:val="zxx"/>
        </w:rPr>
        <w:t>capturedAtMs</w:t>
      </w:r>
      <w:r>
        <w:rPr>
          <w:b w:val="false"/>
          <w:sz w:val="28"/>
        </w:rPr>
        <w:t xml:space="preserve">, сроки свежести, </w:t>
      </w:r>
      <w:r>
        <w:rPr>
          <w:b w:val="false"/>
          <w:sz w:val="28"/>
          <w:lang w:val="zxx"/>
        </w:rPr>
        <w:t>START/</w:t>
      </w:r>
      <w:r>
        <w:rPr>
          <w:b w:val="false"/>
          <w:sz w:val="28"/>
        </w:rPr>
        <w:t>​</w:t>
      </w:r>
      <w:r>
        <w:rPr>
          <w:b w:val="false"/>
          <w:sz w:val="28"/>
          <w:lang w:val="zxx"/>
        </w:rPr>
        <w:t>STOP</w:t>
      </w:r>
      <w:r>
        <w:rPr>
          <w:b w:val="false"/>
          <w:sz w:val="28"/>
        </w:rPr>
        <w:t xml:space="preserve">, часы и размеры буфера в миллисекундах не меняются. Полезный хвост </w:t>
      </w:r>
      <w:r>
        <w:rPr>
          <w:b w:val="false"/>
          <w:sz w:val="28"/>
          <w:lang w:val="zxx"/>
        </w:rPr>
        <w:t>END</w:t>
      </w:r>
      <w:r>
        <w:rPr>
          <w:b w:val="false"/>
          <w:sz w:val="28"/>
        </w:rPr>
        <w:t xml:space="preserve"> отделен от кодекового дополнения до </w:t>
      </w:r>
      <w:r>
        <w:rPr>
          <w:b w:val="false"/>
          <w:sz w:val="28"/>
          <w:lang w:val="zxx"/>
        </w:rPr>
        <w:t>N</w:t>
      </w:r>
      <w:r>
        <w:rPr>
          <w:b w:val="false"/>
          <w:sz w:val="28"/>
        </w:rPr>
        <w:t xml:space="preserve">; после </w:t>
      </w:r>
      <w:r>
        <w:rPr>
          <w:b w:val="false"/>
          <w:sz w:val="28"/>
          <w:lang w:val="zxx"/>
        </w:rPr>
        <w:t>EOF</w:t>
      </w:r>
      <w:r>
        <w:rPr>
          <w:b w:val="false"/>
          <w:sz w:val="28"/>
        </w:rPr>
        <w:t xml:space="preserve"> выводится ровно подтвержденная граница.</w:t>
      </w:r>
    </w:p>
    <w:p>
      <w:pPr>
        <w:pStyle w:val="Normal"/>
        <w:jc w:val="both"/>
        <w:rPr/>
      </w:pPr>
      <w:r>
        <w:rPr>
          <w:b w:val="false"/>
          <w:sz w:val="28"/>
          <w:lang w:val="zxx"/>
        </w:rPr>
        <w:t>15.44</w:t>
      </w:r>
      <w:r>
        <w:rPr>
          <w:b w:val="false"/>
          <w:sz w:val="28"/>
        </w:rPr>
        <w:t xml:space="preserve"> Объем звука в памяти и полоса растут пропорционально частоте. При </w:t>
      </w:r>
      <w:r>
        <w:rPr>
          <w:b w:val="false"/>
          <w:sz w:val="28"/>
          <w:lang w:val="zxx"/>
        </w:rPr>
        <w:t>120</w:t>
      </w:r>
      <w:r>
        <w:rPr>
          <w:b w:val="false"/>
          <w:sz w:val="28"/>
        </w:rPr>
        <w:t xml:space="preserve"> мс </w:t>
      </w:r>
      <w:r>
        <w:rPr>
          <w:b w:val="false"/>
          <w:sz w:val="28"/>
          <w:lang w:val="zxx"/>
        </w:rPr>
        <w:t>PCMA</w:t>
      </w:r>
      <w:r>
        <w:rPr>
          <w:b w:val="false"/>
          <w:sz w:val="28"/>
        </w:rPr>
        <w:t xml:space="preserve"> требуется </w:t>
      </w:r>
      <w:r>
        <w:rPr>
          <w:b w:val="false"/>
          <w:sz w:val="28"/>
          <w:lang w:val="zxx"/>
        </w:rPr>
        <w:t>960</w:t>
      </w:r>
      <w:r>
        <w:rPr>
          <w:b w:val="false"/>
          <w:sz w:val="28"/>
        </w:rPr>
        <w:t xml:space="preserve">, </w:t>
      </w:r>
      <w:r>
        <w:rPr>
          <w:b w:val="false"/>
          <w:sz w:val="28"/>
          <w:lang w:val="zxx"/>
        </w:rPr>
        <w:t>1920</w:t>
      </w:r>
      <w:r>
        <w:rPr>
          <w:b w:val="false"/>
          <w:sz w:val="28"/>
        </w:rPr>
        <w:t xml:space="preserve"> либо </w:t>
      </w:r>
      <w:r>
        <w:rPr>
          <w:b w:val="false"/>
          <w:sz w:val="28"/>
          <w:lang w:val="zxx"/>
        </w:rPr>
        <w:t>3840</w:t>
      </w:r>
      <w:r>
        <w:rPr>
          <w:b w:val="false"/>
          <w:sz w:val="28"/>
        </w:rPr>
        <w:t xml:space="preserve"> байт кодированных отсчетов; </w:t>
      </w:r>
      <w:r>
        <w:rPr>
          <w:b w:val="false"/>
          <w:sz w:val="28"/>
          <w:lang w:val="zxx"/>
        </w:rPr>
        <w:t>PCM16</w:t>
      </w:r>
      <w:r>
        <w:rPr>
          <w:b w:val="false"/>
          <w:sz w:val="28"/>
        </w:rPr>
        <w:t xml:space="preserve"> занимает вдвое больше. Для </w:t>
      </w:r>
      <w:r>
        <w:rPr>
          <w:b w:val="false"/>
          <w:sz w:val="28"/>
          <w:lang w:val="zxx"/>
        </w:rPr>
        <w:t>PCMA/</w:t>
      </w:r>
      <w:r>
        <w:rPr>
          <w:b w:val="false"/>
          <w:sz w:val="28"/>
        </w:rPr>
        <w:t>⁠</w:t>
      </w:r>
      <w:r>
        <w:rPr>
          <w:b w:val="false"/>
          <w:sz w:val="28"/>
          <w:lang w:val="zxx"/>
        </w:rPr>
        <w:t>16000</w:t>
      </w:r>
      <w:r>
        <w:rPr>
          <w:b w:val="false"/>
          <w:sz w:val="28"/>
        </w:rPr>
        <w:t xml:space="preserve"> и </w:t>
      </w:r>
      <w:r>
        <w:rPr>
          <w:b w:val="false"/>
          <w:sz w:val="28"/>
          <w:lang w:val="zxx"/>
        </w:rPr>
        <w:t>PCMA/</w:t>
      </w:r>
      <w:r>
        <w:rPr>
          <w:b w:val="false"/>
          <w:sz w:val="28"/>
        </w:rPr>
        <w:t>⁠</w:t>
      </w:r>
      <w:r>
        <w:rPr>
          <w:b w:val="false"/>
          <w:sz w:val="28"/>
          <w:lang w:val="zxx"/>
        </w:rPr>
        <w:t>32000</w:t>
      </w:r>
      <w:r>
        <w:rPr>
          <w:b w:val="false"/>
          <w:sz w:val="28"/>
        </w:rPr>
        <w:t xml:space="preserve"> защищенные данные с </w:t>
      </w:r>
      <w:r>
        <w:rPr>
          <w:b w:val="false"/>
          <w:sz w:val="28"/>
          <w:lang w:val="zxx"/>
        </w:rPr>
        <w:t>Ethernet</w:t>
      </w:r>
      <w:r>
        <w:rPr>
          <w:b w:val="false"/>
          <w:sz w:val="28"/>
        </w:rPr>
        <w:t xml:space="preserve"> занимают соответственно </w:t>
      </w:r>
      <w:r>
        <w:rPr>
          <w:b w:val="false"/>
          <w:sz w:val="28"/>
          <w:lang w:val="zxx"/>
        </w:rPr>
        <w:t>186</w:t>
      </w:r>
      <w:r>
        <w:rPr>
          <w:b w:val="false"/>
          <w:sz w:val="28"/>
        </w:rPr>
        <w:t>,</w:t>
      </w:r>
      <w:r>
        <w:rPr>
          <w:b w:val="false"/>
          <w:sz w:val="28"/>
          <w:lang w:val="zxx"/>
        </w:rPr>
        <w:t>4</w:t>
      </w:r>
      <w:r>
        <w:rPr>
          <w:b w:val="false"/>
          <w:sz w:val="28"/>
        </w:rPr>
        <w:t xml:space="preserve"> и </w:t>
      </w:r>
      <w:r>
        <w:rPr>
          <w:b w:val="false"/>
          <w:sz w:val="28"/>
          <w:lang w:val="zxx"/>
        </w:rPr>
        <w:t>314</w:t>
      </w:r>
      <w:r>
        <w:rPr>
          <w:b w:val="false"/>
          <w:sz w:val="28"/>
        </w:rPr>
        <w:t>,</w:t>
      </w:r>
      <w:r>
        <w:rPr>
          <w:b w:val="false"/>
          <w:sz w:val="28"/>
          <w:lang w:val="zxx"/>
        </w:rPr>
        <w:t>4</w:t>
      </w:r>
      <w:r>
        <w:rPr>
          <w:b w:val="false"/>
          <w:sz w:val="28"/>
        </w:rPr>
        <w:t xml:space="preserve"> кбит/с, без часов, управления и резерва. Предел пакета не разрешает </w:t>
      </w:r>
      <w:r>
        <w:rPr>
          <w:b w:val="false"/>
          <w:sz w:val="28"/>
          <w:lang w:val="zxx"/>
        </w:rPr>
        <w:t>IP-</w:t>
      </w:r>
      <w:r>
        <w:rPr>
          <w:b w:val="false"/>
          <w:sz w:val="28"/>
        </w:rPr>
        <w:t xml:space="preserve">фрагментацию; </w:t>
      </w:r>
      <w:r>
        <w:rPr>
          <w:b w:val="false"/>
          <w:sz w:val="28"/>
          <w:lang w:val="zxx"/>
        </w:rPr>
        <w:t>MTU</w:t>
      </w:r>
      <w:r>
        <w:rPr>
          <w:b w:val="false"/>
          <w:sz w:val="28"/>
        </w:rPr>
        <w:t xml:space="preserve"> проверяется до запуска. Повышение частоты не разрешает увеличивать задержку или сроки остановки.</w:t>
      </w:r>
    </w:p>
    <w:p>
      <w:pPr>
        <w:pStyle w:val="Normal"/>
        <w:jc w:val="both"/>
        <w:rPr/>
      </w:pPr>
      <w:r>
        <w:rPr>
          <w:b w:val="false"/>
          <w:sz w:val="28"/>
          <w:lang w:val="zxx"/>
        </w:rPr>
        <w:t>15.45</w:t>
      </w:r>
      <w:r>
        <w:rPr>
          <w:b w:val="false"/>
          <w:sz w:val="28"/>
        </w:rPr>
        <w:t xml:space="preserve"> Частота согласуется для каждого одноадресного получателя отдельно. Групповые </w:t>
      </w:r>
      <w:r>
        <w:rPr>
          <w:b w:val="false"/>
          <w:sz w:val="28"/>
          <w:lang w:val="zxx"/>
        </w:rPr>
        <w:t>group-</w:t>
      </w:r>
      <w:r>
        <w:rPr>
          <w:b w:val="false"/>
          <w:sz w:val="28"/>
        </w:rPr>
        <w:t>⁠</w:t>
      </w:r>
      <w:r>
        <w:rPr>
          <w:b w:val="false"/>
          <w:sz w:val="28"/>
          <w:lang w:val="zxx"/>
        </w:rPr>
        <w:t>audio/</w:t>
      </w:r>
      <w:r>
        <w:rPr>
          <w:b w:val="false"/>
          <w:sz w:val="28"/>
        </w:rPr>
        <w:t>⁠</w:t>
      </w:r>
      <w:r>
        <w:rPr>
          <w:b w:val="false"/>
          <w:sz w:val="28"/>
          <w:lang w:val="zxx"/>
        </w:rPr>
        <w:t>2</w:t>
      </w:r>
      <w:r>
        <w:rPr>
          <w:b w:val="false"/>
          <w:sz w:val="28"/>
        </w:rPr>
        <w:t xml:space="preserve"> и </w:t>
      </w:r>
      <w:r>
        <w:rPr>
          <w:b w:val="false"/>
          <w:sz w:val="28"/>
          <w:lang w:val="zxx"/>
        </w:rPr>
        <w:t>group-</w:t>
      </w:r>
      <w:r>
        <w:rPr>
          <w:b w:val="false"/>
          <w:sz w:val="28"/>
        </w:rPr>
        <w:t>⁠</w:t>
      </w:r>
      <w:r>
        <w:rPr>
          <w:b w:val="false"/>
          <w:sz w:val="28"/>
          <w:lang w:val="zxx"/>
        </w:rPr>
        <w:t>audio-</w:t>
      </w:r>
      <w:r>
        <w:rPr>
          <w:b w:val="false"/>
          <w:sz w:val="28"/>
        </w:rPr>
        <w:t>⁠</w:t>
      </w:r>
      <w:r>
        <w:rPr>
          <w:b w:val="false"/>
          <w:sz w:val="28"/>
          <w:lang w:val="zxx"/>
        </w:rPr>
        <w:t>open/</w:t>
      </w:r>
      <w:r>
        <w:rPr>
          <w:b w:val="false"/>
          <w:sz w:val="28"/>
        </w:rPr>
        <w:t>⁠</w:t>
      </w:r>
      <w:r>
        <w:rPr>
          <w:b w:val="false"/>
          <w:sz w:val="28"/>
          <w:lang w:val="zxx"/>
        </w:rPr>
        <w:t>1</w:t>
      </w:r>
      <w:r>
        <w:rPr>
          <w:b w:val="false"/>
          <w:sz w:val="28"/>
        </w:rPr>
        <w:t xml:space="preserve"> и локальные объекты </w:t>
      </w:r>
      <w:r>
        <w:rPr>
          <w:b w:val="false"/>
          <w:sz w:val="28"/>
          <w:lang w:val="zxx"/>
        </w:rPr>
        <w:t>content</w:t>
      </w:r>
      <w:r>
        <w:rPr>
          <w:b w:val="false"/>
          <w:sz w:val="28"/>
        </w:rPr>
        <w:t xml:space="preserve"> сохраняют прежние форматы </w:t>
      </w:r>
      <w:r>
        <w:rPr>
          <w:b w:val="false"/>
          <w:sz w:val="28"/>
          <w:lang w:val="zxx"/>
        </w:rPr>
        <w:t>8000</w:t>
      </w:r>
      <w:r>
        <w:rPr>
          <w:b w:val="false"/>
          <w:sz w:val="28"/>
        </w:rPr>
        <w:t xml:space="preserve"> Гц. Расширение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не добавляет им частоты </w:t>
      </w:r>
      <w:r>
        <w:rPr>
          <w:b w:val="false"/>
          <w:sz w:val="28"/>
          <w:lang w:val="zxx"/>
        </w:rPr>
        <w:t>16000/</w:t>
      </w:r>
      <w:r>
        <w:rPr>
          <w:b w:val="false"/>
          <w:sz w:val="28"/>
        </w:rPr>
        <w:t>⁠</w:t>
      </w:r>
      <w:r>
        <w:rPr>
          <w:b w:val="false"/>
          <w:sz w:val="28"/>
          <w:lang w:val="zxx"/>
        </w:rPr>
        <w:t>32000.</w:t>
      </w:r>
      <w:r>
        <w:rPr>
          <w:b w:val="false"/>
          <w:sz w:val="28"/>
        </w:rPr>
        <w:t xml:space="preserve"> Аппаратная поддержка дополнительной частоты включает настройку ЦАП, проверку аналогового тракта, своевременное обслуживание </w:t>
      </w:r>
      <w:r>
        <w:rPr>
          <w:b w:val="false"/>
          <w:sz w:val="28"/>
          <w:lang w:val="zxx"/>
        </w:rPr>
        <w:t>UDP</w:t>
      </w:r>
      <w:r>
        <w:rPr>
          <w:b w:val="false"/>
          <w:sz w:val="28"/>
        </w:rPr>
        <w:t xml:space="preserve"> и криптографии и измерение </w:t>
      </w:r>
      <w:r>
        <w:rPr>
          <w:b w:val="false"/>
          <w:sz w:val="28"/>
          <w:lang w:val="zxx"/>
        </w:rPr>
        <w:t>START/</w:t>
      </w:r>
      <w:r>
        <w:rPr>
          <w:b w:val="false"/>
          <w:sz w:val="28"/>
        </w:rPr>
        <w:t>​</w:t>
      </w:r>
      <w:r>
        <w:rPr>
          <w:b w:val="false"/>
          <w:sz w:val="28"/>
          <w:lang w:val="zxx"/>
        </w:rPr>
        <w:t>STOP.</w:t>
      </w:r>
      <w:r>
        <w:rPr>
          <w:b w:val="false"/>
          <w:sz w:val="28"/>
        </w:rPr>
        <w:t xml:space="preserve"> Одно объявление </w:t>
      </w:r>
      <w:r>
        <w:rPr>
          <w:b w:val="false"/>
          <w:sz w:val="28"/>
          <w:lang w:val="zxx"/>
        </w:rPr>
        <w:t>sampleRates</w:t>
      </w:r>
      <w:r>
        <w:rPr>
          <w:b w:val="false"/>
          <w:sz w:val="28"/>
        </w:rPr>
        <w:t xml:space="preserve"> не является доказательством акустического качества.</w:t>
      </w:r>
    </w:p>
    <w:p>
      <w:pPr>
        <w:pStyle w:val="Normal"/>
        <w:jc w:val="both"/>
        <w:rPr/>
      </w:pPr>
      <w:r>
        <w:rPr>
          <w:b w:val="false"/>
          <w:sz w:val="28"/>
          <w:lang w:val="zxx"/>
        </w:rPr>
        <w:t>15.46</w:t>
      </w:r>
      <w:r>
        <w:rPr>
          <w:b w:val="false"/>
          <w:sz w:val="28"/>
        </w:rPr>
        <w:t xml:space="preserve"> Приемка каждой объявленной частоты включает точные байты </w:t>
      </w:r>
      <w:r>
        <w:rPr>
          <w:b w:val="false"/>
          <w:sz w:val="28"/>
          <w:lang w:val="zxx"/>
        </w:rPr>
        <w:t>A-</w:t>
      </w:r>
      <w:r>
        <w:rPr>
          <w:b w:val="false"/>
          <w:sz w:val="28"/>
        </w:rPr>
        <w:t>⁠</w:t>
      </w:r>
      <w:r>
        <w:rPr>
          <w:b w:val="false"/>
          <w:sz w:val="28"/>
          <w:lang w:val="zxx"/>
        </w:rPr>
        <w:t>law</w:t>
      </w:r>
      <w:r>
        <w:rPr>
          <w:b w:val="false"/>
          <w:sz w:val="28"/>
        </w:rPr>
        <w:t xml:space="preserve">, число и длительность отсчетов, неполный хвост, потерю и перестановку пакетов, </w:t>
      </w:r>
      <w:r>
        <w:rPr>
          <w:b w:val="false"/>
          <w:sz w:val="28"/>
          <w:lang w:val="zxx"/>
        </w:rPr>
        <w:t>plain</w:t>
      </w:r>
      <w:r>
        <w:rPr>
          <w:b w:val="false"/>
          <w:sz w:val="28"/>
        </w:rPr>
        <w:t xml:space="preserve"> и </w:t>
      </w:r>
      <w:r>
        <w:rPr>
          <w:b w:val="false"/>
          <w:sz w:val="28"/>
          <w:lang w:val="zxx"/>
        </w:rPr>
        <w:t>tls</w:t>
      </w:r>
      <w:r>
        <w:rPr>
          <w:b w:val="false"/>
          <w:sz w:val="28"/>
        </w:rPr>
        <w:t xml:space="preserve">, </w:t>
      </w:r>
      <w:r>
        <w:rPr>
          <w:b w:val="false"/>
          <w:sz w:val="28"/>
          <w:lang w:val="zxx"/>
        </w:rPr>
        <w:t>STOP</w:t>
      </w:r>
      <w:r>
        <w:rPr>
          <w:b w:val="false"/>
          <w:sz w:val="28"/>
        </w:rPr>
        <w:t xml:space="preserve"> при поступающем звуке и новый поток </w:t>
      </w:r>
      <w:r>
        <w:rPr>
          <w:b w:val="false"/>
          <w:sz w:val="28"/>
          <w:lang w:val="zxx"/>
        </w:rPr>
        <w:t>8000</w:t>
      </w:r>
      <w:r>
        <w:rPr>
          <w:b w:val="false"/>
          <w:sz w:val="28"/>
        </w:rPr>
        <w:t xml:space="preserve"> после завершения. Неверный </w:t>
      </w:r>
      <w:r>
        <w:rPr>
          <w:b w:val="false"/>
          <w:sz w:val="28"/>
          <w:lang w:val="zxx"/>
        </w:rPr>
        <w:t>PT</w:t>
      </w:r>
      <w:r>
        <w:rPr>
          <w:b w:val="false"/>
          <w:sz w:val="28"/>
        </w:rPr>
        <w:t xml:space="preserve"> и несогласованная частота отбрасываются. Прежний АРМ без </w:t>
      </w:r>
      <w:r>
        <w:rPr>
          <w:b w:val="false"/>
          <w:sz w:val="28"/>
          <w:lang w:val="zxx"/>
        </w:rPr>
        <w:t>sampleRate</w:t>
      </w:r>
      <w:r>
        <w:rPr>
          <w:b w:val="false"/>
          <w:sz w:val="28"/>
        </w:rPr>
        <w:t xml:space="preserve"> и прежнее УУ без </w:t>
      </w:r>
      <w:r>
        <w:rPr>
          <w:b w:val="false"/>
          <w:sz w:val="28"/>
          <w:lang w:val="zxx"/>
        </w:rPr>
        <w:t>sampleRates</w:t>
      </w:r>
      <w:r>
        <w:rPr>
          <w:b w:val="false"/>
          <w:sz w:val="28"/>
        </w:rPr>
        <w:t xml:space="preserve"> проверяются отдельно; базовые пакеты </w:t>
      </w:r>
      <w:r>
        <w:rPr>
          <w:b w:val="false"/>
          <w:sz w:val="28"/>
          <w:lang w:val="zxx"/>
        </w:rPr>
        <w:t>PCMA/</w:t>
      </w:r>
      <w:r>
        <w:rPr>
          <w:b w:val="false"/>
          <w:sz w:val="28"/>
        </w:rPr>
        <w:t>⁠</w:t>
      </w:r>
      <w:r>
        <w:rPr>
          <w:b w:val="false"/>
          <w:sz w:val="28"/>
          <w:lang w:val="zxx"/>
        </w:rPr>
        <w:t>8000</w:t>
      </w:r>
      <w:r>
        <w:rPr>
          <w:b w:val="false"/>
          <w:sz w:val="28"/>
        </w:rPr>
        <w:t xml:space="preserve"> и </w:t>
      </w:r>
      <w:r>
        <w:rPr>
          <w:b w:val="false"/>
          <w:sz w:val="28"/>
          <w:lang w:val="zxx"/>
        </w:rPr>
        <w:t>GSM</w:t>
      </w:r>
      <w:r>
        <w:rPr>
          <w:b w:val="false"/>
          <w:sz w:val="28"/>
        </w:rPr>
        <w:t xml:space="preserve"> остаются побайтно прежними.</w:t>
      </w:r>
    </w:p>
    <w:p>
      <w:pPr>
        <w:pStyle w:val="2"/>
        <w:rPr/>
      </w:pPr>
      <w:r>
        <w:rPr/>
        <w:t>Подлинность, возраст и очереди речевых пакетов</w:t>
      </w:r>
    </w:p>
    <w:p>
      <w:pPr>
        <w:pStyle w:val="Normal"/>
        <w:jc w:val="both"/>
        <w:rPr/>
      </w:pPr>
      <w:r>
        <w:rPr>
          <w:b w:val="false"/>
          <w:sz w:val="28"/>
          <w:lang w:val="zxx"/>
        </w:rPr>
        <w:t>15.47</w:t>
      </w:r>
      <w:r>
        <w:rPr>
          <w:b w:val="false"/>
          <w:sz w:val="28"/>
        </w:rPr>
        <w:t xml:space="preserve"> Отсоединение управляющего </w:t>
      </w:r>
      <w:r>
        <w:rPr>
          <w:b w:val="false"/>
          <w:sz w:val="28"/>
          <w:lang w:val="zxx"/>
        </w:rPr>
        <w:t>TCP</w:t>
      </w:r>
      <w:r>
        <w:rPr>
          <w:b w:val="false"/>
          <w:sz w:val="28"/>
        </w:rPr>
        <w:t xml:space="preserve"> само по себе не отзывает действующий </w:t>
      </w:r>
      <w:r>
        <w:rPr>
          <w:b w:val="false"/>
          <w:sz w:val="28"/>
          <w:lang w:val="zxx"/>
        </w:rPr>
        <w:t>lease.</w:t>
      </w:r>
      <w:r>
        <w:rPr>
          <w:b w:val="false"/>
          <w:sz w:val="28"/>
        </w:rPr>
        <w:t xml:space="preserve"> Уже связанный через </w:t>
      </w:r>
      <w:r>
        <w:rPr>
          <w:b w:val="false"/>
          <w:sz w:val="28"/>
          <w:lang w:val="zxx"/>
        </w:rPr>
        <w:t>BIND</w:t>
      </w:r>
      <w:r>
        <w:rPr>
          <w:b w:val="false"/>
          <w:sz w:val="28"/>
        </w:rPr>
        <w:t xml:space="preserve"> поток принятого сеанса продолжает прием до восстановления управления либо истечения </w:t>
      </w:r>
      <w:r>
        <w:rPr>
          <w:b w:val="false"/>
          <w:sz w:val="28"/>
          <w:lang w:val="zxx"/>
        </w:rPr>
        <w:t>lease</w:t>
      </w:r>
      <w:r>
        <w:rPr>
          <w:b w:val="false"/>
          <w:sz w:val="28"/>
        </w:rPr>
        <w:t xml:space="preserve">, если сохраняются остальные условия допуска и свежести. В состоянии </w:t>
      </w:r>
      <w:r>
        <w:rPr>
          <w:b w:val="false"/>
          <w:sz w:val="28"/>
          <w:lang w:val="zxx"/>
        </w:rPr>
        <w:t>detached</w:t>
      </w:r>
      <w:r>
        <w:rPr>
          <w:b w:val="false"/>
          <w:sz w:val="28"/>
        </w:rPr>
        <w:t xml:space="preserve"> запрещено связывать новый поток или запускать подготовленный. Источник восстанавливает привязку </w:t>
      </w:r>
      <w:r>
        <w:rPr>
          <w:b w:val="false"/>
          <w:sz w:val="28"/>
          <w:lang w:val="zxx"/>
        </w:rPr>
        <w:t>control.resume</w:t>
      </w:r>
      <w:r>
        <w:rPr>
          <w:b w:val="false"/>
          <w:sz w:val="28"/>
        </w:rPr>
        <w:t xml:space="preserve"> к прежним </w:t>
      </w:r>
      <w:r>
        <w:rPr>
          <w:b w:val="false"/>
          <w:sz w:val="28"/>
          <w:lang w:val="zxx"/>
        </w:rPr>
        <w:t>bootId/</w:t>
      </w:r>
      <w:r>
        <w:rPr>
          <w:b w:val="false"/>
          <w:sz w:val="28"/>
        </w:rPr>
        <w:t>​</w:t>
      </w:r>
      <w:r>
        <w:rPr>
          <w:b w:val="false"/>
          <w:sz w:val="28"/>
          <w:lang w:val="zxx"/>
        </w:rPr>
        <w:t>controlEpoch</w:t>
      </w:r>
      <w:r>
        <w:rPr>
          <w:b w:val="false"/>
          <w:sz w:val="28"/>
        </w:rPr>
        <w:t xml:space="preserve"> и читает прежний </w:t>
      </w:r>
      <w:r>
        <w:rPr>
          <w:b w:val="false"/>
          <w:sz w:val="28"/>
          <w:lang w:val="zxx"/>
        </w:rPr>
        <w:t>sessionId</w:t>
      </w:r>
      <w:r>
        <w:rPr>
          <w:b w:val="false"/>
          <w:sz w:val="28"/>
        </w:rPr>
        <w:t xml:space="preserve">; повтор </w:t>
      </w:r>
      <w:r>
        <w:rPr>
          <w:b w:val="false"/>
          <w:sz w:val="28"/>
          <w:lang w:val="zxx"/>
        </w:rPr>
        <w:t>session.start</w:t>
      </w:r>
      <w:r>
        <w:rPr>
          <w:b w:val="false"/>
          <w:sz w:val="28"/>
        </w:rPr>
        <w:t xml:space="preserve">, новая выдача владения и перезапуск шкалы звука не допускаются как способ повторить чтение. </w:t>
      </w:r>
      <w:r>
        <w:rPr>
          <w:b w:val="false"/>
          <w:sz w:val="28"/>
          <w:lang w:val="zxx"/>
        </w:rPr>
        <w:t>UDP</w:t>
      </w:r>
      <w:r>
        <w:rPr>
          <w:b w:val="false"/>
          <w:sz w:val="28"/>
        </w:rPr>
        <w:t xml:space="preserve"> и чтение результата не продлевают </w:t>
      </w:r>
      <w:r>
        <w:rPr>
          <w:b w:val="false"/>
          <w:sz w:val="28"/>
          <w:lang w:val="zxx"/>
        </w:rPr>
        <w:t>lease.</w:t>
      </w:r>
      <w:r>
        <w:rPr>
          <w:b w:val="false"/>
          <w:sz w:val="28"/>
        </w:rPr>
        <w:t xml:space="preserve"> Отзыв, </w:t>
      </w:r>
      <w:r>
        <w:rPr>
          <w:b w:val="false"/>
          <w:sz w:val="28"/>
          <w:lang w:val="zxx"/>
        </w:rPr>
        <w:t>STOP</w:t>
      </w:r>
      <w:r>
        <w:rPr>
          <w:b w:val="false"/>
          <w:sz w:val="28"/>
        </w:rPr>
        <w:t xml:space="preserve"> и истечение </w:t>
      </w:r>
      <w:r>
        <w:rPr>
          <w:b w:val="false"/>
          <w:sz w:val="28"/>
          <w:lang w:val="zxx"/>
        </w:rPr>
        <w:t>lease</w:t>
      </w:r>
      <w:r>
        <w:rPr>
          <w:b w:val="false"/>
          <w:sz w:val="28"/>
        </w:rPr>
        <w:t xml:space="preserve"> действуют независимо от переподключения. Неустановленный результат остается неизвестным, а не успешным.</w:t>
      </w:r>
    </w:p>
    <w:p>
      <w:pPr>
        <w:pStyle w:val="Normal"/>
        <w:jc w:val="start"/>
        <w:rPr/>
      </w:pPr>
      <w:r>
        <w:rPr>
          <w:b w:val="false"/>
          <w:sz w:val="28"/>
          <w:lang w:val="zxx"/>
        </w:rPr>
        <w:t>15.48</w:t>
      </w:r>
      <w:r>
        <w:rPr>
          <w:b w:val="false"/>
          <w:sz w:val="28"/>
        </w:rPr>
        <w:t xml:space="preserve">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передает одноадресную речь по </w:t>
      </w:r>
      <w:r>
        <w:rPr>
          <w:b w:val="false"/>
          <w:sz w:val="28"/>
          <w:lang w:val="zxx"/>
        </w:rPr>
        <w:t>UDP.</w:t>
      </w:r>
      <w:r>
        <w:rPr>
          <w:b w:val="false"/>
          <w:sz w:val="28"/>
        </w:rPr>
        <w:t xml:space="preserve"> Команды </w:t>
      </w:r>
      <w:r>
        <w:rPr>
          <w:b w:val="false"/>
          <w:sz w:val="28"/>
          <w:lang w:val="zxx"/>
        </w:rPr>
        <w:t>audio.prepare</w:t>
      </w:r>
      <w:r>
        <w:rPr>
          <w:b w:val="false"/>
          <w:sz w:val="28"/>
        </w:rPr>
        <w:t xml:space="preserve"> и </w:t>
      </w:r>
      <w:r>
        <w:rPr>
          <w:b w:val="false"/>
          <w:sz w:val="28"/>
          <w:lang w:val="zxx"/>
        </w:rPr>
        <w:t>session.start</w:t>
      </w:r>
      <w:r>
        <w:rPr>
          <w:b w:val="false"/>
          <w:sz w:val="28"/>
        </w:rPr>
        <w:t xml:space="preserve"> используют выбранный управляющий канал: </w:t>
      </w:r>
      <w:r>
        <w:rPr>
          <w:b w:val="false"/>
          <w:sz w:val="28"/>
          <w:lang w:val="zxx"/>
        </w:rPr>
        <w:t>TLS</w:t>
      </w:r>
      <w:r>
        <w:rPr>
          <w:b w:val="false"/>
          <w:sz w:val="28"/>
        </w:rPr>
        <w:t xml:space="preserve"> при </w:t>
      </w:r>
      <w:r>
        <w:rPr>
          <w:b w:val="false"/>
          <w:sz w:val="28"/>
          <w:lang w:val="zxx"/>
        </w:rPr>
        <w:t>tls</w:t>
      </w:r>
      <w:r>
        <w:rPr>
          <w:b w:val="false"/>
          <w:sz w:val="28"/>
        </w:rPr>
        <w:t xml:space="preserve">, явно открытый </w:t>
      </w:r>
      <w:r>
        <w:rPr>
          <w:b w:val="false"/>
          <w:sz w:val="28"/>
          <w:lang w:val="zxx"/>
        </w:rPr>
        <w:t>TCP</w:t>
      </w:r>
      <w:r>
        <w:rPr>
          <w:b w:val="false"/>
          <w:sz w:val="28"/>
        </w:rPr>
        <w:t xml:space="preserve"> при </w:t>
      </w:r>
      <w:r>
        <w:rPr>
          <w:b w:val="false"/>
          <w:sz w:val="28"/>
          <w:lang w:val="zxx"/>
        </w:rPr>
        <w:t>plain.</w:t>
      </w:r>
      <w:r>
        <w:rPr>
          <w:b w:val="false"/>
          <w:sz w:val="28"/>
        </w:rPr>
        <w:t xml:space="preserve"> Звуковые байты не шифруются. При </w:t>
      </w:r>
      <w:r>
        <w:rPr>
          <w:b w:val="false"/>
          <w:sz w:val="28"/>
          <w:lang w:val="zxx"/>
        </w:rPr>
        <w:t>tls</w:t>
      </w:r>
      <w:r>
        <w:rPr>
          <w:b w:val="false"/>
          <w:sz w:val="28"/>
        </w:rPr>
        <w:t xml:space="preserve"> каждая датаграмма имеет метку </w:t>
      </w:r>
      <w:r>
        <w:rPr>
          <w:b w:val="false"/>
          <w:sz w:val="28"/>
          <w:lang w:val="zxx"/>
        </w:rPr>
        <w:t>HMAC-</w:t>
      </w:r>
      <w:r>
        <w:rPr>
          <w:b w:val="false"/>
          <w:sz w:val="28"/>
        </w:rPr>
        <w:t>Стрибог-</w:t>
      </w:r>
      <w:r>
        <w:rPr>
          <w:b w:val="false"/>
          <w:sz w:val="28"/>
          <w:lang w:val="zxx"/>
        </w:rPr>
        <w:t>256</w:t>
      </w:r>
      <w:r>
        <w:rPr>
          <w:b w:val="false"/>
          <w:sz w:val="28"/>
        </w:rPr>
        <w:t xml:space="preserve">, при </w:t>
      </w:r>
      <w:r>
        <w:rPr>
          <w:b w:val="false"/>
          <w:sz w:val="28"/>
          <w:lang w:val="zxx"/>
        </w:rPr>
        <w:t>plain</w:t>
      </w:r>
      <w:r>
        <w:rPr>
          <w:b w:val="false"/>
          <w:sz w:val="28"/>
        </w:rPr>
        <w:t xml:space="preserve"> метки нет; автоматическое переключение запрещено. Поле </w:t>
      </w:r>
      <w:r>
        <w:rPr>
          <w:b w:val="false"/>
          <w:sz w:val="28"/>
          <w:lang w:val="zxx"/>
        </w:rPr>
        <w:t>security</w:t>
      </w:r>
      <w:r>
        <w:rPr>
          <w:b w:val="false"/>
          <w:sz w:val="28"/>
        </w:rPr>
        <w:t xml:space="preserve"> в </w:t>
      </w:r>
      <w:r>
        <w:rPr>
          <w:b w:val="false"/>
          <w:sz w:val="28"/>
          <w:lang w:val="zxx"/>
        </w:rPr>
        <w:t>mediaProfile</w:t>
      </w:r>
      <w:r>
        <w:rPr>
          <w:b w:val="false"/>
          <w:sz w:val="28"/>
        </w:rPr>
        <w:t xml:space="preserve"> обозначает режим управления, а не шифрование </w:t>
      </w:r>
      <w:r>
        <w:rPr>
          <w:b w:val="false"/>
          <w:sz w:val="28"/>
          <w:lang w:val="zxx"/>
        </w:rPr>
        <w:t>UDP.</w:t>
      </w:r>
      <w:r>
        <w:rPr>
          <w:b w:val="false"/>
          <w:sz w:val="28"/>
        </w:rPr>
        <w:t xml:space="preserve"> Групповая речь использует </w:t>
      </w:r>
      <w:r>
        <w:rPr>
          <w:b w:val="false"/>
          <w:sz w:val="28"/>
          <w:lang w:val="zxx"/>
        </w:rPr>
        <w:t>group-</w:t>
      </w:r>
      <w:r>
        <w:rPr>
          <w:b w:val="false"/>
          <w:sz w:val="28"/>
        </w:rPr>
        <w:t>⁠</w:t>
      </w:r>
      <w:r>
        <w:rPr>
          <w:b w:val="false"/>
          <w:sz w:val="28"/>
          <w:lang w:val="zxx"/>
        </w:rPr>
        <w:t>audio/</w:t>
      </w:r>
      <w:r>
        <w:rPr>
          <w:b w:val="false"/>
          <w:sz w:val="28"/>
        </w:rPr>
        <w:t>⁠</w:t>
      </w:r>
      <w:r>
        <w:rPr>
          <w:b w:val="false"/>
          <w:sz w:val="28"/>
          <w:lang w:val="zxx"/>
        </w:rPr>
        <w:t>2</w:t>
      </w:r>
      <w:r>
        <w:rPr>
          <w:b w:val="false"/>
          <w:sz w:val="28"/>
        </w:rPr>
        <w:t xml:space="preserve"> либо </w:t>
      </w:r>
      <w:r>
        <w:rPr>
          <w:b w:val="false"/>
          <w:sz w:val="28"/>
          <w:lang w:val="zxx"/>
        </w:rPr>
        <w:t>group-</w:t>
      </w:r>
      <w:r>
        <w:rPr>
          <w:b w:val="false"/>
          <w:sz w:val="28"/>
        </w:rPr>
        <w:t>⁠</w:t>
      </w:r>
      <w:r>
        <w:rPr>
          <w:b w:val="false"/>
          <w:sz w:val="28"/>
          <w:lang w:val="zxx"/>
        </w:rPr>
        <w:t>audio-</w:t>
      </w:r>
      <w:r>
        <w:rPr>
          <w:b w:val="false"/>
          <w:sz w:val="28"/>
        </w:rPr>
        <w:t>⁠</w:t>
      </w:r>
      <w:r>
        <w:rPr>
          <w:b w:val="false"/>
          <w:sz w:val="28"/>
          <w:lang w:val="zxx"/>
        </w:rPr>
        <w:t>open/</w:t>
      </w:r>
      <w:r>
        <w:rPr>
          <w:b w:val="false"/>
          <w:sz w:val="28"/>
        </w:rPr>
        <w:t>⁠</w:t>
      </w:r>
      <w:r>
        <w:rPr>
          <w:b w:val="false"/>
          <w:sz w:val="28"/>
          <w:lang w:val="zxx"/>
        </w:rPr>
        <w:t>1</w:t>
      </w:r>
      <w:r>
        <w:rPr>
          <w:b w:val="false"/>
          <w:sz w:val="28"/>
        </w:rPr>
        <w:t xml:space="preserve"> и отдельные правила приложения Ж.</w:t>
      </w:r>
    </w:p>
    <w:p>
      <w:pPr>
        <w:pStyle w:val="Normal"/>
        <w:jc w:val="both"/>
        <w:rPr/>
      </w:pPr>
      <w:r>
        <w:rPr>
          <w:b w:val="false"/>
          <w:sz w:val="28"/>
          <w:lang w:val="zxx"/>
        </w:rPr>
        <w:t>15.49</w:t>
      </w:r>
      <w:r>
        <w:rPr>
          <w:b w:val="false"/>
          <w:sz w:val="28"/>
        </w:rPr>
        <w:t xml:space="preserve"> При </w:t>
      </w:r>
      <w:r>
        <w:rPr>
          <w:b w:val="false"/>
          <w:sz w:val="28"/>
          <w:lang w:val="zxx"/>
        </w:rPr>
        <w:t>tls</w:t>
      </w:r>
      <w:r>
        <w:rPr>
          <w:b w:val="false"/>
          <w:sz w:val="28"/>
        </w:rPr>
        <w:t xml:space="preserve"> источник создает новый случайный ключ </w:t>
      </w:r>
      <w:r>
        <w:rPr>
          <w:b w:val="false"/>
          <w:sz w:val="28"/>
          <w:lang w:val="zxx"/>
        </w:rPr>
        <w:t>key</w:t>
      </w:r>
      <w:r>
        <w:rPr>
          <w:b w:val="false"/>
          <w:sz w:val="28"/>
        </w:rPr>
        <w:t xml:space="preserve"> из </w:t>
      </w:r>
      <w:r>
        <w:rPr>
          <w:b w:val="false"/>
          <w:sz w:val="28"/>
          <w:lang w:val="zxx"/>
        </w:rPr>
        <w:t>32</w:t>
      </w:r>
      <w:r>
        <w:rPr>
          <w:b w:val="false"/>
          <w:sz w:val="28"/>
        </w:rPr>
        <w:t xml:space="preserve"> байт и передает его как </w:t>
      </w:r>
      <w:r>
        <w:rPr>
          <w:b w:val="false"/>
          <w:sz w:val="28"/>
          <w:lang w:val="zxx"/>
        </w:rPr>
        <w:t>64</w:t>
      </w:r>
      <w:r>
        <w:rPr>
          <w:b w:val="false"/>
          <w:sz w:val="28"/>
        </w:rPr>
        <w:t xml:space="preserve"> строчных </w:t>
      </w:r>
      <w:r>
        <w:rPr>
          <w:b w:val="false"/>
          <w:sz w:val="28"/>
          <w:lang w:val="zxx"/>
        </w:rPr>
        <w:t>hex</w:t>
      </w:r>
      <w:r>
        <w:rPr>
          <w:b w:val="false"/>
          <w:sz w:val="28"/>
        </w:rPr>
        <w:t xml:space="preserve"> в </w:t>
      </w:r>
      <w:r>
        <w:rPr>
          <w:b w:val="false"/>
          <w:sz w:val="28"/>
          <w:lang w:val="zxx"/>
        </w:rPr>
        <w:t>stream</w:t>
      </w:r>
      <w:r>
        <w:rPr>
          <w:b w:val="false"/>
          <w:sz w:val="28"/>
        </w:rPr>
        <w:t xml:space="preserve"> команды </w:t>
      </w:r>
      <w:r>
        <w:rPr>
          <w:b w:val="false"/>
          <w:sz w:val="28"/>
          <w:lang w:val="zxx"/>
        </w:rPr>
        <w:t>audio.prepare.</w:t>
      </w:r>
      <w:r>
        <w:rPr>
          <w:b w:val="false"/>
          <w:sz w:val="28"/>
        </w:rPr>
        <w:t xml:space="preserve"> При </w:t>
      </w:r>
      <w:r>
        <w:rPr>
          <w:b w:val="false"/>
          <w:sz w:val="28"/>
          <w:lang w:val="zxx"/>
        </w:rPr>
        <w:t>plain</w:t>
      </w:r>
      <w:r>
        <w:rPr>
          <w:b w:val="false"/>
          <w:sz w:val="28"/>
        </w:rPr>
        <w:t xml:space="preserve"> </w:t>
      </w:r>
      <w:r>
        <w:rPr>
          <w:b w:val="false"/>
          <w:sz w:val="28"/>
          <w:lang w:val="zxx"/>
        </w:rPr>
        <w:t>key</w:t>
      </w:r>
      <w:r>
        <w:rPr>
          <w:b w:val="false"/>
          <w:sz w:val="28"/>
        </w:rPr>
        <w:t xml:space="preserve"> запрещен. Ключ не включается в конфигурацию, журналы, диагностику и долговременное состояние; дедупликация хранит хеш нормализованного запроса. Ключ уничтожается при отмене, завершении, отзыве, истечении подготовки и </w:t>
      </w:r>
      <w:r>
        <w:rPr>
          <w:b w:val="false"/>
          <w:sz w:val="28"/>
          <w:lang w:val="zxx"/>
        </w:rPr>
        <w:t>reboot.</w:t>
      </w:r>
      <w:r>
        <w:rPr>
          <w:b w:val="false"/>
          <w:sz w:val="28"/>
        </w:rPr>
        <w:t xml:space="preserve"> Он не применяется для другого </w:t>
      </w:r>
      <w:r>
        <w:rPr>
          <w:b w:val="false"/>
          <w:sz w:val="28"/>
          <w:lang w:val="zxx"/>
        </w:rPr>
        <w:t>mediaId</w:t>
      </w:r>
      <w:r>
        <w:rPr>
          <w:b w:val="false"/>
          <w:sz w:val="28"/>
        </w:rPr>
        <w:t xml:space="preserve"> или команд управления. УУ связывает </w:t>
      </w:r>
      <w:r>
        <w:rPr>
          <w:b w:val="false"/>
          <w:sz w:val="28"/>
          <w:lang w:val="zxx"/>
        </w:rPr>
        <w:t>mediaId</w:t>
      </w:r>
      <w:r>
        <w:rPr>
          <w:b w:val="false"/>
          <w:sz w:val="28"/>
        </w:rPr>
        <w:t xml:space="preserve"> с </w:t>
      </w:r>
      <w:r>
        <w:rPr>
          <w:b w:val="false"/>
          <w:sz w:val="28"/>
          <w:lang w:val="zxx"/>
        </w:rPr>
        <w:t>bootId</w:t>
      </w:r>
      <w:r>
        <w:rPr>
          <w:b w:val="false"/>
          <w:sz w:val="28"/>
        </w:rPr>
        <w:t xml:space="preserve">, </w:t>
      </w:r>
      <w:r>
        <w:rPr>
          <w:b w:val="false"/>
          <w:sz w:val="28"/>
          <w:lang w:val="zxx"/>
        </w:rPr>
        <w:t>controlEpoch</w:t>
      </w:r>
      <w:r>
        <w:rPr>
          <w:b w:val="false"/>
          <w:sz w:val="28"/>
        </w:rPr>
        <w:t>, владельцем, ресурсами и точным маршрутом подготовки.</w:t>
      </w:r>
    </w:p>
    <w:p>
      <w:pPr>
        <w:pStyle w:val="Normal"/>
        <w:keepNext w:val="true"/>
        <w:ind w:hanging="0"/>
        <w:jc w:val="start"/>
        <w:rPr/>
      </w:pPr>
      <w:r>
        <w:rPr>
          <w:b w:val="false"/>
          <w:sz w:val="24"/>
        </w:rPr>
        <w:t xml:space="preserve">Таблица </w:t>
      </w:r>
      <w:r>
        <w:rPr>
          <w:b w:val="false"/>
          <w:sz w:val="24"/>
          <w:lang w:val="zxx"/>
        </w:rPr>
        <w:t>18</w:t>
      </w:r>
      <w:r>
        <w:rPr>
          <w:b w:val="false"/>
          <w:sz w:val="24"/>
        </w:rPr>
        <w:t xml:space="preserve"> - Подлинность, возраст и очереди речевых пакетов</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882"/>
        <w:gridCol w:w="5754"/>
      </w:tblGrid>
      <w:tr>
        <w:trPr>
          <w:cantSplit w:val="true"/>
        </w:trPr>
        <w:tc>
          <w:tcPr>
            <w:tcW w:w="388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Смещение / длина</w:t>
            </w:r>
          </w:p>
        </w:tc>
        <w:tc>
          <w:tcPr>
            <w:tcW w:w="5754"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 xml:space="preserve">Заголовок </w:t>
            </w:r>
            <w:r>
              <w:rPr>
                <w:rFonts w:eastAsia="ＭＳ 明朝" w:cs=""/>
                <w:b/>
                <w:kern w:val="0"/>
                <w:sz w:val="28"/>
                <w:szCs w:val="22"/>
                <w:lang w:val="zxx" w:eastAsia="en-US" w:bidi="ar-SA"/>
              </w:rPr>
              <w:t>UDP</w:t>
            </w:r>
            <w:r>
              <w:rPr>
                <w:rFonts w:eastAsia="ＭＳ 明朝" w:cs=""/>
                <w:b/>
                <w:kern w:val="0"/>
                <w:sz w:val="28"/>
                <w:szCs w:val="22"/>
                <w:lang w:eastAsia="en-US" w:bidi="ar-SA"/>
              </w:rPr>
              <w:t xml:space="preserve"> </w:t>
            </w:r>
            <w:r>
              <w:rPr>
                <w:rFonts w:eastAsia="ＭＳ 明朝" w:cs=""/>
                <w:b/>
                <w:kern w:val="0"/>
                <w:sz w:val="28"/>
                <w:szCs w:val="22"/>
                <w:lang w:val="zxx" w:eastAsia="en-US" w:bidi="ar-SA"/>
              </w:rPr>
              <w:t>rtp-alert/5</w:t>
            </w:r>
          </w:p>
        </w:tc>
      </w:tr>
      <w:tr>
        <w:trPr>
          <w:cantSplit w:val="true"/>
        </w:trPr>
        <w:tc>
          <w:tcPr>
            <w:tcW w:w="388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0</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4</w:t>
            </w:r>
          </w:p>
        </w:tc>
        <w:tc>
          <w:tcPr>
            <w:tcW w:w="575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ASCII</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OAU5.</w:t>
            </w:r>
          </w:p>
        </w:tc>
      </w:tr>
      <w:tr>
        <w:trPr>
          <w:cantSplit w:val="true"/>
        </w:trPr>
        <w:tc>
          <w:tcPr>
            <w:tcW w:w="388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4</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w:t>
            </w:r>
          </w:p>
        </w:tc>
        <w:tc>
          <w:tcPr>
            <w:tcW w:w="575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flags:</w:t>
            </w:r>
            <w:r>
              <w:rPr>
                <w:rFonts w:eastAsia="ＭＳ 明朝" w:cs=""/>
                <w:b w:val="false"/>
                <w:kern w:val="0"/>
                <w:sz w:val="28"/>
                <w:szCs w:val="22"/>
                <w:lang w:eastAsia="en-US" w:bidi="ar-SA"/>
              </w:rPr>
              <w:t xml:space="preserve"> бит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 xml:space="preserve"> равен </w:t>
            </w:r>
            <w:r>
              <w:rPr>
                <w:rFonts w:eastAsia="ＭＳ 明朝" w:cs=""/>
                <w:b w:val="false"/>
                <w:kern w:val="0"/>
                <w:sz w:val="28"/>
                <w:szCs w:val="22"/>
                <w:lang w:val="zxx" w:eastAsia="en-US" w:bidi="ar-SA"/>
              </w:rPr>
              <w:t>1</w:t>
            </w:r>
            <w:r>
              <w:rPr>
                <w:rFonts w:eastAsia="ＭＳ 明朝" w:cs=""/>
                <w:b w:val="false"/>
                <w:kern w:val="0"/>
                <w:sz w:val="28"/>
                <w:szCs w:val="22"/>
                <w:lang w:eastAsia="en-US" w:bidi="ar-SA"/>
              </w:rPr>
              <w:t xml:space="preserve"> только при </w:t>
            </w:r>
            <w:r>
              <w:rPr>
                <w:rFonts w:eastAsia="ＭＳ 明朝" w:cs=""/>
                <w:b w:val="false"/>
                <w:kern w:val="0"/>
                <w:sz w:val="28"/>
                <w:szCs w:val="22"/>
                <w:lang w:val="zxx" w:eastAsia="en-US" w:bidi="ar-SA"/>
              </w:rPr>
              <w:t>tls</w:t>
            </w:r>
            <w:r>
              <w:rPr>
                <w:rFonts w:eastAsia="ＭＳ 明朝" w:cs=""/>
                <w:b w:val="false"/>
                <w:kern w:val="0"/>
                <w:sz w:val="28"/>
                <w:szCs w:val="22"/>
                <w:lang w:eastAsia="en-US" w:bidi="ar-SA"/>
              </w:rPr>
              <w:t xml:space="preserve">; бит </w:t>
            </w:r>
            <w:r>
              <w:rPr>
                <w:rFonts w:eastAsia="ＭＳ 明朝" w:cs=""/>
                <w:b w:val="false"/>
                <w:kern w:val="0"/>
                <w:sz w:val="28"/>
                <w:szCs w:val="22"/>
                <w:lang w:val="zxx" w:eastAsia="en-US" w:bidi="ar-SA"/>
              </w:rPr>
              <w:t>1</w:t>
            </w:r>
            <w:r>
              <w:rPr>
                <w:rFonts w:eastAsia="ＭＳ 明朝" w:cs=""/>
                <w:b w:val="false"/>
                <w:kern w:val="0"/>
                <w:sz w:val="28"/>
                <w:szCs w:val="22"/>
                <w:lang w:eastAsia="en-US" w:bidi="ar-SA"/>
              </w:rPr>
              <w:t xml:space="preserve"> задает направление: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 xml:space="preserve"> от источника, </w:t>
            </w:r>
            <w:r>
              <w:rPr>
                <w:rFonts w:eastAsia="ＭＳ 明朝" w:cs=""/>
                <w:b w:val="false"/>
                <w:kern w:val="0"/>
                <w:sz w:val="28"/>
                <w:szCs w:val="22"/>
                <w:lang w:val="zxx" w:eastAsia="en-US" w:bidi="ar-SA"/>
              </w:rPr>
              <w:t>1</w:t>
            </w:r>
            <w:r>
              <w:rPr>
                <w:rFonts w:eastAsia="ＭＳ 明朝" w:cs=""/>
                <w:b w:val="false"/>
                <w:kern w:val="0"/>
                <w:sz w:val="28"/>
                <w:szCs w:val="22"/>
                <w:lang w:eastAsia="en-US" w:bidi="ar-SA"/>
              </w:rPr>
              <w:t xml:space="preserve"> от УУ. Остальные биты нулевые. Режим обязан совпадать с подготовкой.</w:t>
            </w:r>
          </w:p>
        </w:tc>
      </w:tr>
      <w:tr>
        <w:trPr>
          <w:cantSplit w:val="true"/>
        </w:trPr>
        <w:tc>
          <w:tcPr>
            <w:tcW w:w="388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5</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w:t>
            </w:r>
          </w:p>
        </w:tc>
        <w:tc>
          <w:tcPr>
            <w:tcW w:w="575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kind: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1</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BIND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2</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READY</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3</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CLOCK_REQUEST</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4</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CLOCK_RESPONSE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5</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AUDIO</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6</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CLOCK_ACK.</w:t>
            </w:r>
          </w:p>
        </w:tc>
      </w:tr>
      <w:tr>
        <w:trPr>
          <w:cantSplit w:val="true"/>
        </w:trPr>
        <w:tc>
          <w:tcPr>
            <w:tcW w:w="388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6</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2</w:t>
            </w:r>
          </w:p>
        </w:tc>
        <w:tc>
          <w:tcPr>
            <w:tcW w:w="5754"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payloadBytes:</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uint16</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BE</w:t>
            </w:r>
            <w:r>
              <w:rPr>
                <w:rFonts w:eastAsia="ＭＳ 明朝" w:cs=""/>
                <w:b w:val="false"/>
                <w:kern w:val="0"/>
                <w:sz w:val="28"/>
                <w:szCs w:val="22"/>
                <w:lang w:eastAsia="en-US" w:bidi="ar-SA"/>
              </w:rPr>
              <w:t xml:space="preserve">, точная длина следующего тела, </w:t>
            </w:r>
            <w:r>
              <w:rPr>
                <w:rFonts w:eastAsia="ＭＳ 明朝" w:cs=""/>
                <w:b w:val="false"/>
                <w:kern w:val="0"/>
                <w:sz w:val="28"/>
                <w:szCs w:val="22"/>
                <w:lang w:val="zxx" w:eastAsia="en-US" w:bidi="ar-SA"/>
              </w:rPr>
              <w:t>0..672</w:t>
            </w:r>
            <w:r>
              <w:rPr>
                <w:rFonts w:eastAsia="ＭＳ 明朝" w:cs=""/>
                <w:b w:val="false"/>
                <w:kern w:val="0"/>
                <w:sz w:val="28"/>
                <w:szCs w:val="22"/>
                <w:lang w:eastAsia="en-US" w:bidi="ar-SA"/>
              </w:rPr>
              <w:t xml:space="preserve">; предел </w:t>
            </w:r>
            <w:r>
              <w:rPr>
                <w:rFonts w:eastAsia="ＭＳ 明朝" w:cs=""/>
                <w:b w:val="false"/>
                <w:kern w:val="0"/>
                <w:sz w:val="28"/>
                <w:szCs w:val="22"/>
                <w:lang w:val="zxx" w:eastAsia="en-US" w:bidi="ar-SA"/>
              </w:rPr>
              <w:t>AUDIO</w:t>
            </w:r>
            <w:r>
              <w:rPr>
                <w:rFonts w:eastAsia="ＭＳ 明朝" w:cs=""/>
                <w:b w:val="false"/>
                <w:kern w:val="0"/>
                <w:sz w:val="28"/>
                <w:szCs w:val="22"/>
                <w:lang w:eastAsia="en-US" w:bidi="ar-SA"/>
              </w:rPr>
              <w:t xml:space="preserve"> определяется согласованной частотой.</w:t>
            </w:r>
          </w:p>
        </w:tc>
      </w:tr>
    </w:tbl>
    <w:p>
      <w:pPr>
        <w:pStyle w:val="Normal"/>
        <w:keepNext w:val="true"/>
        <w:ind w:hanging="0"/>
        <w:jc w:val="start"/>
        <w:rPr/>
      </w:pPr>
      <w:r>
        <w:br w:type="page"/>
      </w:r>
      <w:r>
        <w:rPr>
          <w:b w:val="false"/>
          <w:i/>
          <w:sz w:val="24"/>
        </w:rPr>
        <w:t xml:space="preserve">Окончание таблицы </w:t>
      </w:r>
      <w:r>
        <w:rPr>
          <w:b w:val="false"/>
          <w:i/>
          <w:sz w:val="24"/>
          <w:lang w:val="zxx"/>
        </w:rPr>
        <w:t>18</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882"/>
        <w:gridCol w:w="5754"/>
      </w:tblGrid>
      <w:tr>
        <w:trPr>
          <w:cantSplit w:val="true"/>
        </w:trPr>
        <w:tc>
          <w:tcPr>
            <w:tcW w:w="388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Смещение / длина</w:t>
            </w:r>
          </w:p>
        </w:tc>
        <w:tc>
          <w:tcPr>
            <w:tcW w:w="5754"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 xml:space="preserve">Заголовок </w:t>
            </w:r>
            <w:r>
              <w:rPr>
                <w:rFonts w:eastAsia="ＭＳ 明朝" w:cs=""/>
                <w:b/>
                <w:kern w:val="0"/>
                <w:sz w:val="28"/>
                <w:szCs w:val="22"/>
                <w:lang w:val="zxx" w:eastAsia="en-US" w:bidi="ar-SA"/>
              </w:rPr>
              <w:t>UDP</w:t>
            </w:r>
            <w:r>
              <w:rPr>
                <w:rFonts w:eastAsia="ＭＳ 明朝" w:cs=""/>
                <w:b/>
                <w:kern w:val="0"/>
                <w:sz w:val="28"/>
                <w:szCs w:val="22"/>
                <w:lang w:eastAsia="en-US" w:bidi="ar-SA"/>
              </w:rPr>
              <w:t xml:space="preserve"> </w:t>
            </w:r>
            <w:r>
              <w:rPr>
                <w:rFonts w:eastAsia="ＭＳ 明朝" w:cs=""/>
                <w:b/>
                <w:kern w:val="0"/>
                <w:sz w:val="28"/>
                <w:szCs w:val="22"/>
                <w:lang w:val="zxx" w:eastAsia="en-US" w:bidi="ar-SA"/>
              </w:rPr>
              <w:t>rtp-alert/5</w:t>
            </w:r>
          </w:p>
        </w:tc>
      </w:tr>
      <w:tr>
        <w:trPr>
          <w:cantSplit w:val="true"/>
        </w:trPr>
        <w:tc>
          <w:tcPr>
            <w:tcW w:w="388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8</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16</w:t>
            </w:r>
          </w:p>
        </w:tc>
        <w:tc>
          <w:tcPr>
            <w:tcW w:w="575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mediaId: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16</w:t>
            </w:r>
            <w:r>
              <w:rPr>
                <w:rFonts w:eastAsia="ＭＳ 明朝" w:cs=""/>
                <w:b w:val="false"/>
                <w:kern w:val="0"/>
                <w:sz w:val="28"/>
                <w:szCs w:val="22"/>
                <w:lang w:eastAsia="en-US" w:bidi="ar-SA"/>
              </w:rPr>
              <w:t xml:space="preserve"> байт из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hex</w:t>
            </w:r>
            <w:r>
              <w:rPr>
                <w:rFonts w:eastAsia="ＭＳ 明朝" w:cs=""/>
                <w:b w:val="false"/>
                <w:kern w:val="0"/>
                <w:sz w:val="28"/>
                <w:szCs w:val="22"/>
                <w:lang w:eastAsia="en-US" w:bidi="ar-SA"/>
              </w:rPr>
              <w:t xml:space="preserve">, выданных </w:t>
            </w:r>
            <w:r>
              <w:rPr>
                <w:rFonts w:eastAsia="ＭＳ 明朝" w:cs=""/>
                <w:b w:val="false"/>
                <w:kern w:val="0"/>
                <w:sz w:val="28"/>
                <w:szCs w:val="22"/>
                <w:lang w:val="zxx" w:eastAsia="en-US" w:bidi="ar-SA"/>
              </w:rPr>
              <w:t>audio.prepare.</w:t>
            </w:r>
          </w:p>
        </w:tc>
      </w:tr>
      <w:tr>
        <w:trPr>
          <w:cantSplit w:val="true"/>
        </w:trPr>
        <w:tc>
          <w:tcPr>
            <w:tcW w:w="388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24</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8</w:t>
            </w:r>
          </w:p>
        </w:tc>
        <w:tc>
          <w:tcPr>
            <w:tcW w:w="575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sequence: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uint64</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BE</w:t>
            </w:r>
            <w:r>
              <w:rPr>
                <w:rFonts w:eastAsia="ＭＳ 明朝" w:cs=""/>
                <w:b w:val="false"/>
                <w:kern w:val="0"/>
                <w:sz w:val="28"/>
                <w:szCs w:val="22"/>
                <w:lang w:eastAsia="en-US" w:bidi="ar-SA"/>
              </w:rPr>
              <w:t xml:space="preserve">, отдельный счетчик каждого направления. Первый пакет </w:t>
            </w:r>
            <w:r>
              <w:rPr>
                <w:rFonts w:eastAsia="ＭＳ 明朝" w:cs=""/>
                <w:b w:val="false"/>
                <w:kern w:val="0"/>
                <w:sz w:val="28"/>
                <w:szCs w:val="22"/>
                <w:lang w:val="zxx" w:eastAsia="en-US" w:bidi="ar-SA"/>
              </w:rPr>
              <w:t>1</w:t>
            </w:r>
            <w:r>
              <w:rPr>
                <w:rFonts w:eastAsia="ＭＳ 明朝" w:cs=""/>
                <w:b w:val="false"/>
                <w:kern w:val="0"/>
                <w:sz w:val="28"/>
                <w:szCs w:val="22"/>
                <w:lang w:eastAsia="en-US" w:bidi="ar-SA"/>
              </w:rPr>
              <w:t>; каждый новый пакет увеличивает счетчик, переполнение запрещено.</w:t>
            </w:r>
          </w:p>
        </w:tc>
      </w:tr>
      <w:tr>
        <w:trPr>
          <w:cantSplit w:val="true"/>
        </w:trPr>
        <w:tc>
          <w:tcPr>
            <w:tcW w:w="388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payloadBytes</w:t>
            </w:r>
          </w:p>
        </w:tc>
        <w:tc>
          <w:tcPr>
            <w:tcW w:w="575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Открытое тело. </w:t>
            </w:r>
            <w:r>
              <w:rPr>
                <w:rFonts w:eastAsia="ＭＳ 明朝" w:cs=""/>
                <w:b w:val="false"/>
                <w:kern w:val="0"/>
                <w:sz w:val="28"/>
                <w:szCs w:val="22"/>
                <w:lang w:val="zxx" w:eastAsia="en-US" w:bidi="ar-SA"/>
              </w:rPr>
              <w:t>AUDIO</w:t>
            </w:r>
            <w:r>
              <w:rPr>
                <w:rFonts w:eastAsia="ＭＳ 明朝" w:cs=""/>
                <w:b w:val="false"/>
                <w:kern w:val="0"/>
                <w:sz w:val="28"/>
                <w:szCs w:val="22"/>
                <w:lang w:eastAsia="en-US" w:bidi="ar-SA"/>
              </w:rPr>
              <w:t xml:space="preserve"> содержит один </w:t>
            </w:r>
            <w:r>
              <w:rPr>
                <w:rFonts w:eastAsia="ＭＳ 明朝" w:cs=""/>
                <w:b w:val="false"/>
                <w:kern w:val="0"/>
                <w:sz w:val="28"/>
                <w:szCs w:val="22"/>
                <w:lang w:val="zxx" w:eastAsia="en-US" w:bidi="ar-SA"/>
              </w:rPr>
              <w:t>RTP-</w:t>
            </w:r>
            <w:r>
              <w:rPr>
                <w:rFonts w:eastAsia="ＭＳ 明朝" w:cs=""/>
                <w:b w:val="false"/>
                <w:kern w:val="0"/>
                <w:sz w:val="28"/>
                <w:szCs w:val="22"/>
                <w:lang w:eastAsia="en-US" w:bidi="ar-SA"/>
              </w:rPr>
              <w:t>пакет; другие виды имеют фиксированные тела ниже.</w:t>
            </w:r>
          </w:p>
        </w:tc>
      </w:tr>
      <w:tr>
        <w:trPr>
          <w:cantSplit w:val="true"/>
        </w:trPr>
        <w:tc>
          <w:tcPr>
            <w:tcW w:w="3882"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32+payloadBytes</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16</w:t>
            </w:r>
          </w:p>
        </w:tc>
        <w:tc>
          <w:tcPr>
            <w:tcW w:w="5754"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Только при </w:t>
            </w:r>
            <w:r>
              <w:rPr>
                <w:rFonts w:eastAsia="ＭＳ 明朝" w:cs=""/>
                <w:b w:val="false"/>
                <w:kern w:val="0"/>
                <w:sz w:val="28"/>
                <w:szCs w:val="22"/>
                <w:lang w:val="zxx" w:eastAsia="en-US" w:bidi="ar-SA"/>
              </w:rPr>
              <w:t>tls:</w:t>
            </w:r>
            <w:r>
              <w:rPr>
                <w:rFonts w:eastAsia="ＭＳ 明朝" w:cs=""/>
                <w:b w:val="false"/>
                <w:kern w:val="0"/>
                <w:sz w:val="28"/>
                <w:szCs w:val="22"/>
                <w:lang w:eastAsia="en-US" w:bidi="ar-SA"/>
              </w:rPr>
              <w:t xml:space="preserve"> первые </w:t>
            </w:r>
            <w:r>
              <w:rPr>
                <w:rFonts w:eastAsia="ＭＳ 明朝" w:cs=""/>
                <w:b w:val="false"/>
                <w:kern w:val="0"/>
                <w:sz w:val="28"/>
                <w:szCs w:val="22"/>
                <w:lang w:val="zxx" w:eastAsia="en-US" w:bidi="ar-SA"/>
              </w:rPr>
              <w:t>16</w:t>
            </w:r>
            <w:r>
              <w:rPr>
                <w:rFonts w:eastAsia="ＭＳ 明朝" w:cs=""/>
                <w:b w:val="false"/>
                <w:kern w:val="0"/>
                <w:sz w:val="28"/>
                <w:szCs w:val="22"/>
                <w:lang w:eastAsia="en-US" w:bidi="ar-SA"/>
              </w:rPr>
              <w:t xml:space="preserve"> байт </w:t>
            </w:r>
            <w:r>
              <w:rPr>
                <w:rFonts w:eastAsia="ＭＳ 明朝" w:cs=""/>
                <w:b w:val="false"/>
                <w:kern w:val="0"/>
                <w:sz w:val="28"/>
                <w:szCs w:val="22"/>
                <w:lang w:val="zxx" w:eastAsia="en-US" w:bidi="ar-SA"/>
              </w:rPr>
              <w:t>HMAC-</w:t>
            </w:r>
            <w:r>
              <w:rPr>
                <w:rFonts w:eastAsia="ＭＳ 明朝" w:cs=""/>
                <w:b w:val="false"/>
                <w:kern w:val="0"/>
                <w:sz w:val="28"/>
                <w:szCs w:val="22"/>
                <w:lang w:eastAsia="en-US" w:bidi="ar-SA"/>
              </w:rPr>
              <w:t>Стрибог-</w:t>
            </w:r>
            <w:r>
              <w:rPr>
                <w:rFonts w:eastAsia="ＭＳ 明朝" w:cs=""/>
                <w:b w:val="false"/>
                <w:kern w:val="0"/>
                <w:sz w:val="28"/>
                <w:szCs w:val="22"/>
                <w:lang w:val="zxx" w:eastAsia="en-US" w:bidi="ar-SA"/>
              </w:rPr>
              <w:t>256</w:t>
            </w:r>
            <w:r>
              <w:rPr>
                <w:rFonts w:eastAsia="ＭＳ 明朝" w:cs=""/>
                <w:b w:val="false"/>
                <w:kern w:val="0"/>
                <w:sz w:val="28"/>
                <w:szCs w:val="22"/>
                <w:lang w:eastAsia="en-US" w:bidi="ar-SA"/>
              </w:rPr>
              <w:t xml:space="preserve"> над заголовком и открытым телом. При </w:t>
            </w:r>
            <w:r>
              <w:rPr>
                <w:rFonts w:eastAsia="ＭＳ 明朝" w:cs=""/>
                <w:b w:val="false"/>
                <w:kern w:val="0"/>
                <w:sz w:val="28"/>
                <w:szCs w:val="22"/>
                <w:lang w:val="zxx" w:eastAsia="en-US" w:bidi="ar-SA"/>
              </w:rPr>
              <w:t>plain</w:t>
            </w:r>
            <w:r>
              <w:rPr>
                <w:rFonts w:eastAsia="ＭＳ 明朝" w:cs=""/>
                <w:b w:val="false"/>
                <w:kern w:val="0"/>
                <w:sz w:val="28"/>
                <w:szCs w:val="22"/>
                <w:lang w:eastAsia="en-US" w:bidi="ar-SA"/>
              </w:rPr>
              <w:t xml:space="preserve"> поле отсутствует.</w:t>
            </w:r>
          </w:p>
        </w:tc>
      </w:tr>
    </w:tbl>
    <w:p>
      <w:pPr>
        <w:pStyle w:val="Normal"/>
        <w:spacing w:before="0" w:after="0"/>
        <w:rPr/>
      </w:pPr>
      <w:r>
        <w:rPr/>
      </w:r>
    </w:p>
    <w:p>
      <w:pPr>
        <w:pStyle w:val="Normal"/>
        <w:jc w:val="start"/>
        <w:rPr/>
      </w:pPr>
      <w:r>
        <w:rPr>
          <w:b w:val="false"/>
          <w:sz w:val="28"/>
          <w:lang w:val="zxx"/>
        </w:rPr>
        <w:t>15.50</w:t>
      </w:r>
      <w:r>
        <w:rPr>
          <w:b w:val="false"/>
          <w:sz w:val="28"/>
        </w:rPr>
        <w:t xml:space="preserve"> Ключ метки </w:t>
      </w:r>
      <w:r>
        <w:rPr>
          <w:b w:val="false"/>
          <w:sz w:val="28"/>
          <w:lang w:val="zxx"/>
        </w:rPr>
        <w:t>K=HMAC-</w:t>
      </w:r>
      <w:r>
        <w:rPr>
          <w:b w:val="false"/>
          <w:sz w:val="28"/>
        </w:rPr>
        <w:t>Стрибог-</w:t>
      </w:r>
      <w:r>
        <w:rPr>
          <w:b w:val="false"/>
          <w:sz w:val="28"/>
          <w:lang w:val="zxx"/>
        </w:rPr>
        <w:t>256</w:t>
      </w:r>
      <w:r>
        <w:rPr>
          <w:b w:val="false"/>
          <w:sz w:val="28"/>
        </w:rPr>
        <w:t>(</w:t>
      </w:r>
      <w:r>
        <w:rPr>
          <w:b w:val="false"/>
          <w:sz w:val="28"/>
          <w:lang w:val="zxx"/>
        </w:rPr>
        <w:t>key</w:t>
      </w:r>
      <w:r>
        <w:rPr>
          <w:b w:val="false"/>
          <w:sz w:val="28"/>
        </w:rPr>
        <w:t xml:space="preserve">, </w:t>
      </w:r>
      <w:r>
        <w:rPr>
          <w:b w:val="false"/>
          <w:sz w:val="28"/>
          <w:lang w:val="zxx"/>
        </w:rPr>
        <w:t>ASCII</w:t>
      </w:r>
      <w:r>
        <w:rPr>
          <w:b w:val="false"/>
          <w:sz w:val="28"/>
        </w:rPr>
        <w:t xml:space="preserve"> "</w:t>
      </w:r>
      <w:r>
        <w:rPr>
          <w:b w:val="false"/>
          <w:sz w:val="28"/>
          <w:lang w:val="zxx"/>
        </w:rPr>
        <w:t>OpenAlert</w:t>
      </w:r>
      <w:r>
        <w:rPr>
          <w:b w:val="false"/>
          <w:sz w:val="28"/>
        </w:rPr>
        <w:t xml:space="preserve">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w:t>
      </w:r>
      <w:r>
        <w:rPr>
          <w:b w:val="false"/>
          <w:sz w:val="28"/>
          <w:lang w:val="zxx"/>
        </w:rPr>
        <w:t>auth</w:t>
      </w:r>
      <w:r>
        <w:rPr>
          <w:b w:val="false"/>
          <w:sz w:val="28"/>
        </w:rPr>
        <w:t xml:space="preserve">" || </w:t>
      </w:r>
      <w:r>
        <w:rPr>
          <w:b w:val="false"/>
          <w:sz w:val="28"/>
          <w:lang w:val="zxx"/>
        </w:rPr>
        <w:t>mediaId</w:t>
      </w:r>
      <w:r>
        <w:rPr>
          <w:b w:val="false"/>
          <w:sz w:val="28"/>
        </w:rPr>
        <w:t>[</w:t>
      </w:r>
      <w:r>
        <w:rPr>
          <w:b w:val="false"/>
          <w:sz w:val="28"/>
          <w:lang w:val="zxx"/>
        </w:rPr>
        <w:t>16</w:t>
      </w:r>
      <w:r>
        <w:rPr>
          <w:b w:val="false"/>
          <w:sz w:val="28"/>
        </w:rPr>
        <w:t xml:space="preserve">]); нулевой завершающий байт к строке не добавляется. Оба направления используют </w:t>
      </w:r>
      <w:r>
        <w:rPr>
          <w:b w:val="false"/>
          <w:sz w:val="28"/>
          <w:lang w:val="zxx"/>
        </w:rPr>
        <w:t>K</w:t>
      </w:r>
      <w:r>
        <w:rPr>
          <w:b w:val="false"/>
          <w:sz w:val="28"/>
        </w:rPr>
        <w:t xml:space="preserve">, направление включено в проверяемый заголовок. Полная датаграмма содержит ровно </w:t>
      </w:r>
      <w:r>
        <w:rPr>
          <w:b w:val="false"/>
          <w:sz w:val="28"/>
          <w:lang w:val="zxx"/>
        </w:rPr>
        <w:t>32+payloadBytes+16</w:t>
      </w:r>
      <w:r>
        <w:rPr>
          <w:b w:val="false"/>
          <w:sz w:val="28"/>
        </w:rPr>
        <w:t xml:space="preserve"> байт при </w:t>
      </w:r>
      <w:r>
        <w:rPr>
          <w:b w:val="false"/>
          <w:sz w:val="28"/>
          <w:lang w:val="zxx"/>
        </w:rPr>
        <w:t>tls</w:t>
      </w:r>
      <w:r>
        <w:rPr>
          <w:b w:val="false"/>
          <w:sz w:val="28"/>
        </w:rPr>
        <w:t xml:space="preserve"> либо </w:t>
      </w:r>
      <w:r>
        <w:rPr>
          <w:b w:val="false"/>
          <w:sz w:val="28"/>
          <w:lang w:val="zxx"/>
        </w:rPr>
        <w:t>32+payloadBytes</w:t>
      </w:r>
      <w:r>
        <w:rPr>
          <w:b w:val="false"/>
          <w:sz w:val="28"/>
        </w:rPr>
        <w:t xml:space="preserve"> при </w:t>
      </w:r>
      <w:r>
        <w:rPr>
          <w:b w:val="false"/>
          <w:sz w:val="28"/>
          <w:lang w:val="zxx"/>
        </w:rPr>
        <w:t>plain</w:t>
      </w:r>
      <w:r>
        <w:rPr>
          <w:b w:val="false"/>
          <w:sz w:val="28"/>
        </w:rPr>
        <w:t xml:space="preserve">; максимум </w:t>
      </w:r>
      <w:r>
        <w:rPr>
          <w:b w:val="false"/>
          <w:sz w:val="28"/>
          <w:lang w:val="zxx"/>
        </w:rPr>
        <w:t>720</w:t>
      </w:r>
      <w:r>
        <w:rPr>
          <w:b w:val="false"/>
          <w:sz w:val="28"/>
        </w:rPr>
        <w:t xml:space="preserve"> либо </w:t>
      </w:r>
      <w:r>
        <w:rPr>
          <w:b w:val="false"/>
          <w:sz w:val="28"/>
          <w:lang w:val="zxx"/>
        </w:rPr>
        <w:t>704</w:t>
      </w:r>
      <w:r>
        <w:rPr>
          <w:b w:val="false"/>
          <w:sz w:val="28"/>
        </w:rPr>
        <w:t xml:space="preserve"> байта для </w:t>
      </w:r>
      <w:r>
        <w:rPr>
          <w:b w:val="false"/>
          <w:sz w:val="28"/>
          <w:lang w:val="zxx"/>
        </w:rPr>
        <w:t>PCMA/</w:t>
      </w:r>
      <w:r>
        <w:rPr>
          <w:b w:val="false"/>
          <w:sz w:val="28"/>
        </w:rPr>
        <w:t>⁠</w:t>
      </w:r>
      <w:r>
        <w:rPr>
          <w:b w:val="false"/>
          <w:sz w:val="28"/>
          <w:lang w:val="zxx"/>
        </w:rPr>
        <w:t>32000.</w:t>
      </w:r>
      <w:r>
        <w:rPr>
          <w:b w:val="false"/>
          <w:sz w:val="28"/>
        </w:rPr>
        <w:t xml:space="preserve"> Для </w:t>
      </w:r>
      <w:r>
        <w:rPr>
          <w:b w:val="false"/>
          <w:sz w:val="28"/>
          <w:lang w:val="zxx"/>
        </w:rPr>
        <w:t>PCMA/</w:t>
      </w:r>
      <w:r>
        <w:rPr>
          <w:b w:val="false"/>
          <w:sz w:val="28"/>
        </w:rPr>
        <w:t>⁠</w:t>
      </w:r>
      <w:r>
        <w:rPr>
          <w:b w:val="false"/>
          <w:sz w:val="28"/>
          <w:lang w:val="zxx"/>
        </w:rPr>
        <w:t>8000</w:t>
      </w:r>
      <w:r>
        <w:rPr>
          <w:b w:val="false"/>
          <w:sz w:val="28"/>
        </w:rPr>
        <w:t xml:space="preserve"> сохраняются </w:t>
      </w:r>
      <w:r>
        <w:rPr>
          <w:b w:val="false"/>
          <w:sz w:val="28"/>
          <w:lang w:val="zxx"/>
        </w:rPr>
        <w:t>240</w:t>
      </w:r>
      <w:r>
        <w:rPr>
          <w:b w:val="false"/>
          <w:sz w:val="28"/>
        </w:rPr>
        <w:t xml:space="preserve"> либо </w:t>
      </w:r>
      <w:r>
        <w:rPr>
          <w:b w:val="false"/>
          <w:sz w:val="28"/>
          <w:lang w:val="zxx"/>
        </w:rPr>
        <w:t>224</w:t>
      </w:r>
      <w:r>
        <w:rPr>
          <w:b w:val="false"/>
          <w:sz w:val="28"/>
        </w:rPr>
        <w:t xml:space="preserve"> байта. </w:t>
      </w:r>
      <w:r>
        <w:rPr>
          <w:b w:val="false"/>
          <w:sz w:val="28"/>
          <w:lang w:val="zxx"/>
        </w:rPr>
        <w:t>IP-</w:t>
      </w:r>
      <w:r>
        <w:rPr>
          <w:b w:val="false"/>
          <w:sz w:val="28"/>
        </w:rPr>
        <w:t xml:space="preserve">фрагментация, составные пакеты, </w:t>
      </w:r>
      <w:r>
        <w:rPr>
          <w:b w:val="false"/>
          <w:sz w:val="28"/>
          <w:lang w:val="zxx"/>
        </w:rPr>
        <w:t>XML</w:t>
      </w:r>
      <w:r>
        <w:rPr>
          <w:b w:val="false"/>
          <w:sz w:val="28"/>
        </w:rPr>
        <w:t xml:space="preserve"> и </w:t>
      </w:r>
      <w:r>
        <w:rPr>
          <w:b w:val="false"/>
          <w:sz w:val="28"/>
          <w:lang w:val="zxx"/>
        </w:rPr>
        <w:t>TCP-</w:t>
      </w:r>
      <w:r>
        <w:rPr>
          <w:b w:val="false"/>
          <w:sz w:val="28"/>
        </w:rPr>
        <w:t xml:space="preserve">обрамление запрещены. </w:t>
      </w:r>
      <w:r>
        <w:rPr>
          <w:b w:val="false"/>
          <w:sz w:val="28"/>
          <w:lang w:val="zxx"/>
        </w:rPr>
        <w:t>MTU</w:t>
      </w:r>
      <w:r>
        <w:rPr>
          <w:b w:val="false"/>
          <w:sz w:val="28"/>
        </w:rPr>
        <w:t xml:space="preserve"> тракта обязан вмещать пакет с </w:t>
      </w:r>
      <w:r>
        <w:rPr>
          <w:b w:val="false"/>
          <w:sz w:val="28"/>
          <w:lang w:val="zxx"/>
        </w:rPr>
        <w:t>UDP/</w:t>
      </w:r>
      <w:r>
        <w:rPr>
          <w:b w:val="false"/>
          <w:sz w:val="28"/>
        </w:rPr>
        <w:t>​</w:t>
      </w:r>
      <w:r>
        <w:rPr>
          <w:b w:val="false"/>
          <w:sz w:val="28"/>
          <w:lang w:val="zxx"/>
        </w:rPr>
        <w:t>IP</w:t>
      </w:r>
      <w:r>
        <w:rPr>
          <w:b w:val="false"/>
          <w:sz w:val="28"/>
        </w:rPr>
        <w:t xml:space="preserve"> и применяемой инкапсуляцией.</w:t>
      </w:r>
    </w:p>
    <w:p>
      <w:pPr>
        <w:pStyle w:val="Normal"/>
        <w:jc w:val="both"/>
        <w:rPr/>
      </w:pPr>
      <w:r>
        <w:rPr>
          <w:b w:val="false"/>
          <w:sz w:val="28"/>
          <w:lang w:val="zxx"/>
        </w:rPr>
        <w:t>15.51</w:t>
      </w:r>
      <w:r>
        <w:rPr>
          <w:b w:val="false"/>
          <w:sz w:val="28"/>
        </w:rPr>
        <w:t xml:space="preserve"> Получатель сначала проверяет существование разрешенного </w:t>
      </w:r>
      <w:r>
        <w:rPr>
          <w:b w:val="false"/>
          <w:sz w:val="28"/>
          <w:lang w:val="zxx"/>
        </w:rPr>
        <w:t>mediaId</w:t>
      </w:r>
      <w:r>
        <w:rPr>
          <w:b w:val="false"/>
          <w:sz w:val="28"/>
        </w:rPr>
        <w:t xml:space="preserve">, состояние подготовки, маршрут, длину, направление и метку; затем окно </w:t>
      </w:r>
      <w:r>
        <w:rPr>
          <w:b w:val="false"/>
          <w:sz w:val="28"/>
          <w:lang w:val="zxx"/>
        </w:rPr>
        <w:t>sequence</w:t>
      </w:r>
      <w:r>
        <w:rPr>
          <w:b w:val="false"/>
          <w:sz w:val="28"/>
        </w:rPr>
        <w:t xml:space="preserve"> из </w:t>
      </w:r>
      <w:r>
        <w:rPr>
          <w:b w:val="false"/>
          <w:sz w:val="28"/>
          <w:lang w:val="zxx"/>
        </w:rPr>
        <w:t>64</w:t>
      </w:r>
      <w:r>
        <w:rPr>
          <w:b w:val="false"/>
          <w:sz w:val="28"/>
        </w:rPr>
        <w:t xml:space="preserve"> пакетов относительно старшего принятого номера. Неверная метка не сдвигает окно и не закрывает действующий поток. Дальний корректный номер сдвигает окно; старые номера ниже окна отбрасываются. Повтор </w:t>
      </w:r>
      <w:r>
        <w:rPr>
          <w:b w:val="false"/>
          <w:sz w:val="28"/>
          <w:lang w:val="zxx"/>
        </w:rPr>
        <w:t>AUDIO</w:t>
      </w:r>
      <w:r>
        <w:rPr>
          <w:b w:val="false"/>
          <w:sz w:val="28"/>
        </w:rPr>
        <w:t xml:space="preserve"> не воспроизводится. Повтор </w:t>
      </w:r>
      <w:r>
        <w:rPr>
          <w:b w:val="false"/>
          <w:sz w:val="28"/>
          <w:lang w:val="zxx"/>
        </w:rPr>
        <w:t>BIND</w:t>
      </w:r>
      <w:r>
        <w:rPr>
          <w:b w:val="false"/>
          <w:sz w:val="28"/>
        </w:rPr>
        <w:t xml:space="preserve"> или ответа часов может вызвать повтор служебного ответа, но не освежает часы, </w:t>
      </w:r>
      <w:r>
        <w:rPr>
          <w:b w:val="false"/>
          <w:sz w:val="28"/>
          <w:lang w:val="zxx"/>
        </w:rPr>
        <w:t>lease</w:t>
      </w:r>
      <w:r>
        <w:rPr>
          <w:b w:val="false"/>
          <w:sz w:val="28"/>
        </w:rPr>
        <w:t xml:space="preserve"> или срок подготовки. Изменение режима и ключа в пакете запрещено.</w:t>
      </w:r>
    </w:p>
    <w:p>
      <w:pPr>
        <w:pStyle w:val="Normal"/>
        <w:keepNext w:val="true"/>
        <w:jc w:val="start"/>
        <w:rPr/>
      </w:pPr>
      <w:r>
        <w:rPr>
          <w:b/>
          <w:sz w:val="28"/>
          <w:lang w:val="zxx"/>
        </w:rPr>
        <w:t>15.52</w:t>
      </w:r>
      <w:r>
        <w:rPr>
          <w:b/>
          <w:sz w:val="28"/>
        </w:rPr>
        <w:t xml:space="preserve"> </w:t>
      </w:r>
      <w:r>
        <w:rPr>
          <w:b/>
          <w:sz w:val="28"/>
          <w:lang w:val="zxx"/>
        </w:rPr>
        <w:t>BIND:</w:t>
      </w:r>
      <w:r>
        <w:rPr>
          <w:b/>
          <w:sz w:val="28"/>
        </w:rPr>
        <w:t xml:space="preserve"> источник к УУ</w:t>
      </w:r>
    </w:p>
    <w:p>
      <w:pPr>
        <w:pStyle w:val="Normal"/>
        <w:jc w:val="both"/>
        <w:rPr/>
      </w:pPr>
      <w:r>
        <w:rPr>
          <w:b w:val="false"/>
          <w:sz w:val="28"/>
        </w:rPr>
        <w:t xml:space="preserve">Пустое тело. Первый допустимый пакет связывает </w:t>
      </w:r>
      <w:r>
        <w:rPr>
          <w:b w:val="false"/>
          <w:sz w:val="28"/>
          <w:lang w:val="zxx"/>
        </w:rPr>
        <w:t>UDP</w:t>
      </w:r>
      <w:r>
        <w:rPr>
          <w:b w:val="false"/>
          <w:sz w:val="28"/>
        </w:rPr>
        <w:t xml:space="preserve"> с живой подготовкой. УУ отвечает </w:t>
      </w:r>
      <w:r>
        <w:rPr>
          <w:b w:val="false"/>
          <w:sz w:val="28"/>
          <w:lang w:val="zxx"/>
        </w:rPr>
        <w:t>READY.</w:t>
      </w:r>
      <w:r>
        <w:rPr>
          <w:b w:val="false"/>
          <w:sz w:val="28"/>
        </w:rPr>
        <w:t xml:space="preserve"> Источник повторяет ту же датаграмму не чаще одного раза в </w:t>
      </w:r>
      <w:r>
        <w:rPr>
          <w:b w:val="false"/>
          <w:sz w:val="28"/>
          <w:lang w:val="zxx"/>
        </w:rPr>
        <w:t>250</w:t>
      </w:r>
      <w:r>
        <w:rPr>
          <w:b w:val="false"/>
          <w:sz w:val="28"/>
        </w:rPr>
        <w:t xml:space="preserve"> мс, не более </w:t>
      </w:r>
      <w:r>
        <w:rPr>
          <w:b w:val="false"/>
          <w:sz w:val="28"/>
          <w:lang w:val="zxx"/>
        </w:rPr>
        <w:t>10000</w:t>
      </w:r>
      <w:r>
        <w:rPr>
          <w:b w:val="false"/>
          <w:sz w:val="28"/>
        </w:rPr>
        <w:t xml:space="preserve"> мс. Повтор не создает нового разрешения и не вытесняет поток.</w:t>
      </w:r>
    </w:p>
    <w:p>
      <w:pPr>
        <w:pStyle w:val="Normal"/>
        <w:keepNext w:val="true"/>
        <w:jc w:val="start"/>
        <w:rPr/>
      </w:pPr>
      <w:r>
        <w:rPr>
          <w:b/>
          <w:sz w:val="28"/>
          <w:lang w:val="zxx"/>
        </w:rPr>
        <w:t>15.53</w:t>
      </w:r>
      <w:r>
        <w:rPr>
          <w:b/>
          <w:sz w:val="28"/>
        </w:rPr>
        <w:t xml:space="preserve"> </w:t>
      </w:r>
      <w:r>
        <w:rPr>
          <w:b/>
          <w:sz w:val="28"/>
          <w:lang w:val="zxx"/>
        </w:rPr>
        <w:t>READY:</w:t>
      </w:r>
      <w:r>
        <w:rPr>
          <w:b/>
          <w:sz w:val="28"/>
        </w:rPr>
        <w:t xml:space="preserve"> УУ к источнику</w:t>
      </w:r>
    </w:p>
    <w:p>
      <w:pPr>
        <w:pStyle w:val="Normal"/>
        <w:jc w:val="both"/>
        <w:rPr/>
      </w:pPr>
      <w:r>
        <w:rPr>
          <w:b w:val="false"/>
          <w:sz w:val="28"/>
        </w:rPr>
        <w:t xml:space="preserve">Пустое тело; </w:t>
      </w:r>
      <w:r>
        <w:rPr>
          <w:b w:val="false"/>
          <w:sz w:val="28"/>
          <w:lang w:val="zxx"/>
        </w:rPr>
        <w:t>mediaId</w:t>
      </w:r>
      <w:r>
        <w:rPr>
          <w:b w:val="false"/>
          <w:sz w:val="28"/>
        </w:rPr>
        <w:t xml:space="preserve"> находится в заголовке. Ответ на повтор </w:t>
      </w:r>
      <w:r>
        <w:rPr>
          <w:b w:val="false"/>
          <w:sz w:val="28"/>
          <w:lang w:val="zxx"/>
        </w:rPr>
        <w:t>BIND</w:t>
      </w:r>
      <w:r>
        <w:rPr>
          <w:b w:val="false"/>
          <w:sz w:val="28"/>
        </w:rPr>
        <w:t xml:space="preserve"> ограничен одним в </w:t>
      </w:r>
      <w:r>
        <w:rPr>
          <w:b w:val="false"/>
          <w:sz w:val="28"/>
          <w:lang w:val="zxx"/>
        </w:rPr>
        <w:t>200</w:t>
      </w:r>
      <w:r>
        <w:rPr>
          <w:b w:val="false"/>
          <w:sz w:val="28"/>
        </w:rPr>
        <w:t xml:space="preserve"> мс. </w:t>
      </w:r>
      <w:r>
        <w:rPr>
          <w:b w:val="false"/>
          <w:sz w:val="28"/>
          <w:lang w:val="zxx"/>
        </w:rPr>
        <w:t>session.start</w:t>
      </w:r>
      <w:r>
        <w:rPr>
          <w:b w:val="false"/>
          <w:sz w:val="28"/>
        </w:rPr>
        <w:t xml:space="preserve"> остается отдельной командой владельца.</w:t>
      </w:r>
    </w:p>
    <w:p>
      <w:pPr>
        <w:pStyle w:val="Normal"/>
        <w:keepNext w:val="true"/>
        <w:jc w:val="start"/>
        <w:rPr/>
      </w:pPr>
      <w:r>
        <w:rPr>
          <w:b/>
          <w:sz w:val="28"/>
          <w:lang w:val="zxx"/>
        </w:rPr>
        <w:t>15.54</w:t>
      </w:r>
      <w:r>
        <w:rPr>
          <w:b/>
          <w:sz w:val="28"/>
        </w:rPr>
        <w:t xml:space="preserve"> </w:t>
      </w:r>
      <w:r>
        <w:rPr>
          <w:b/>
          <w:sz w:val="28"/>
          <w:lang w:val="zxx"/>
        </w:rPr>
        <w:t>CLOCK_REQUEST:</w:t>
      </w:r>
      <w:r>
        <w:rPr>
          <w:b/>
          <w:sz w:val="28"/>
        </w:rPr>
        <w:t xml:space="preserve"> УУ к источнику</w:t>
      </w:r>
    </w:p>
    <w:p>
      <w:pPr>
        <w:pStyle w:val="Normal"/>
        <w:jc w:val="both"/>
        <w:rPr/>
      </w:pPr>
      <w:r>
        <w:rPr>
          <w:b w:val="false"/>
          <w:sz w:val="28"/>
          <w:lang w:val="zxx"/>
        </w:rPr>
        <w:t>challenge:uint64</w:t>
      </w:r>
      <w:r>
        <w:rPr>
          <w:b w:val="false"/>
          <w:sz w:val="28"/>
        </w:rPr>
        <w:t xml:space="preserve"> </w:t>
      </w:r>
      <w:r>
        <w:rPr>
          <w:b w:val="false"/>
          <w:sz w:val="28"/>
          <w:lang w:val="zxx"/>
        </w:rPr>
        <w:t>BE</w:t>
      </w:r>
      <w:r>
        <w:rPr>
          <w:b w:val="false"/>
          <w:sz w:val="28"/>
        </w:rPr>
        <w:t xml:space="preserve">, </w:t>
      </w:r>
      <w:r>
        <w:rPr>
          <w:b w:val="false"/>
          <w:sz w:val="28"/>
          <w:lang w:val="zxx"/>
        </w:rPr>
        <w:t>8</w:t>
      </w:r>
      <w:r>
        <w:rPr>
          <w:b w:val="false"/>
          <w:sz w:val="28"/>
        </w:rPr>
        <w:t xml:space="preserve"> байт. Первый </w:t>
      </w:r>
      <w:r>
        <w:rPr>
          <w:b w:val="false"/>
          <w:sz w:val="28"/>
          <w:lang w:val="zxx"/>
        </w:rPr>
        <w:t>challenge</w:t>
      </w:r>
      <w:r>
        <w:rPr>
          <w:b w:val="false"/>
          <w:sz w:val="28"/>
        </w:rPr>
        <w:t xml:space="preserve"> равен </w:t>
      </w:r>
      <w:r>
        <w:rPr>
          <w:b w:val="false"/>
          <w:sz w:val="28"/>
          <w:lang w:val="zxx"/>
        </w:rPr>
        <w:t>1</w:t>
      </w:r>
      <w:r>
        <w:rPr>
          <w:b w:val="false"/>
          <w:sz w:val="28"/>
        </w:rPr>
        <w:t>; новые оценки используют возрастающие номера без переполнения. Одновременно ожидается один ответ.</w:t>
      </w:r>
    </w:p>
    <w:p>
      <w:pPr>
        <w:pStyle w:val="Normal"/>
        <w:keepNext w:val="true"/>
        <w:jc w:val="start"/>
        <w:rPr/>
      </w:pPr>
      <w:r>
        <w:rPr>
          <w:b/>
          <w:sz w:val="28"/>
          <w:lang w:val="zxx"/>
        </w:rPr>
        <w:t>15.55</w:t>
      </w:r>
      <w:r>
        <w:rPr>
          <w:b/>
          <w:sz w:val="28"/>
        </w:rPr>
        <w:t xml:space="preserve"> </w:t>
      </w:r>
      <w:r>
        <w:rPr>
          <w:b/>
          <w:sz w:val="28"/>
          <w:lang w:val="zxx"/>
        </w:rPr>
        <w:t>CLOCK_RESPONSE:</w:t>
      </w:r>
      <w:r>
        <w:rPr>
          <w:b/>
          <w:sz w:val="28"/>
        </w:rPr>
        <w:t xml:space="preserve"> источник к УУ</w:t>
      </w:r>
    </w:p>
    <w:p>
      <w:pPr>
        <w:pStyle w:val="Normal"/>
        <w:jc w:val="start"/>
        <w:rPr/>
      </w:pPr>
      <w:r>
        <w:rPr>
          <w:b w:val="false"/>
          <w:sz w:val="28"/>
          <w:lang w:val="zxx"/>
        </w:rPr>
        <w:t>challenge:uint64</w:t>
      </w:r>
      <w:r>
        <w:rPr>
          <w:b w:val="false"/>
          <w:sz w:val="28"/>
        </w:rPr>
        <w:t xml:space="preserve"> </w:t>
      </w:r>
      <w:r>
        <w:rPr>
          <w:b w:val="false"/>
          <w:sz w:val="28"/>
          <w:lang w:val="zxx"/>
        </w:rPr>
        <w:t>BE</w:t>
      </w:r>
      <w:r>
        <w:rPr>
          <w:b w:val="false"/>
          <w:sz w:val="28"/>
        </w:rPr>
        <w:t xml:space="preserve"> || </w:t>
      </w:r>
      <w:r>
        <w:rPr>
          <w:b w:val="false"/>
          <w:sz w:val="28"/>
          <w:lang w:val="zxx"/>
        </w:rPr>
        <w:t>sourceMs:uint64</w:t>
      </w:r>
      <w:r>
        <w:rPr>
          <w:b w:val="false"/>
          <w:sz w:val="28"/>
        </w:rPr>
        <w:t xml:space="preserve"> </w:t>
      </w:r>
      <w:r>
        <w:rPr>
          <w:b w:val="false"/>
          <w:sz w:val="28"/>
          <w:lang w:val="zxx"/>
        </w:rPr>
        <w:t>BE</w:t>
      </w:r>
      <w:r>
        <w:rPr>
          <w:b w:val="false"/>
          <w:sz w:val="28"/>
        </w:rPr>
        <w:t xml:space="preserve">, </w:t>
      </w:r>
      <w:r>
        <w:rPr>
          <w:b w:val="false"/>
          <w:sz w:val="28"/>
          <w:lang w:val="zxx"/>
        </w:rPr>
        <w:t>16</w:t>
      </w:r>
      <w:r>
        <w:rPr>
          <w:b w:val="false"/>
          <w:sz w:val="28"/>
        </w:rPr>
        <w:t xml:space="preserve"> байт. </w:t>
      </w:r>
      <w:r>
        <w:rPr>
          <w:b w:val="false"/>
          <w:sz w:val="28"/>
          <w:lang w:val="zxx"/>
        </w:rPr>
        <w:t>sourceMs</w:t>
      </w:r>
      <w:r>
        <w:rPr>
          <w:b w:val="false"/>
          <w:sz w:val="28"/>
        </w:rPr>
        <w:t xml:space="preserve"> снимается перед первой отправкой ответа в монотонной шкале источника. Повтор сохраняет исходные байты и отметку.</w:t>
      </w:r>
    </w:p>
    <w:p>
      <w:pPr>
        <w:pStyle w:val="Normal"/>
        <w:keepNext w:val="true"/>
        <w:jc w:val="start"/>
        <w:rPr/>
      </w:pPr>
      <w:r>
        <w:rPr>
          <w:b/>
          <w:sz w:val="28"/>
          <w:lang w:val="zxx"/>
        </w:rPr>
        <w:t>15.56</w:t>
      </w:r>
      <w:r>
        <w:rPr>
          <w:b/>
          <w:sz w:val="28"/>
        </w:rPr>
        <w:t xml:space="preserve"> </w:t>
      </w:r>
      <w:r>
        <w:rPr>
          <w:b/>
          <w:sz w:val="28"/>
          <w:lang w:val="zxx"/>
        </w:rPr>
        <w:t>CLOCK_ACK:</w:t>
      </w:r>
      <w:r>
        <w:rPr>
          <w:b/>
          <w:sz w:val="28"/>
        </w:rPr>
        <w:t xml:space="preserve"> УУ к источнику</w:t>
      </w:r>
    </w:p>
    <w:p>
      <w:pPr>
        <w:pStyle w:val="Normal"/>
        <w:jc w:val="both"/>
        <w:rPr/>
      </w:pPr>
      <w:r>
        <w:rPr>
          <w:b w:val="false"/>
          <w:sz w:val="28"/>
          <w:lang w:val="zxx"/>
        </w:rPr>
        <w:t>challenge:uint64</w:t>
      </w:r>
      <w:r>
        <w:rPr>
          <w:b w:val="false"/>
          <w:sz w:val="28"/>
        </w:rPr>
        <w:t xml:space="preserve"> </w:t>
      </w:r>
      <w:r>
        <w:rPr>
          <w:b w:val="false"/>
          <w:sz w:val="28"/>
          <w:lang w:val="zxx"/>
        </w:rPr>
        <w:t>BE</w:t>
      </w:r>
      <w:r>
        <w:rPr>
          <w:b w:val="false"/>
          <w:sz w:val="28"/>
        </w:rPr>
        <w:t xml:space="preserve">, </w:t>
      </w:r>
      <w:r>
        <w:rPr>
          <w:b w:val="false"/>
          <w:sz w:val="28"/>
          <w:lang w:val="zxx"/>
        </w:rPr>
        <w:t>8</w:t>
      </w:r>
      <w:r>
        <w:rPr>
          <w:b w:val="false"/>
          <w:sz w:val="28"/>
        </w:rPr>
        <w:t xml:space="preserve"> байт. УУ подтвердило допустимую оценку часов. До первого </w:t>
      </w:r>
      <w:r>
        <w:rPr>
          <w:b w:val="false"/>
          <w:sz w:val="28"/>
          <w:lang w:val="zxx"/>
        </w:rPr>
        <w:t>ACK</w:t>
      </w:r>
      <w:r>
        <w:rPr>
          <w:b w:val="false"/>
          <w:sz w:val="28"/>
        </w:rPr>
        <w:t xml:space="preserve"> источник не отправляет </w:t>
      </w:r>
      <w:r>
        <w:rPr>
          <w:b w:val="false"/>
          <w:sz w:val="28"/>
          <w:lang w:val="zxx"/>
        </w:rPr>
        <w:t>AUDIO</w:t>
      </w:r>
      <w:r>
        <w:rPr>
          <w:b w:val="false"/>
          <w:sz w:val="28"/>
        </w:rPr>
        <w:t xml:space="preserve">; потерянный </w:t>
      </w:r>
      <w:r>
        <w:rPr>
          <w:b w:val="false"/>
          <w:sz w:val="28"/>
          <w:lang w:val="zxx"/>
        </w:rPr>
        <w:t>ACK</w:t>
      </w:r>
      <w:r>
        <w:rPr>
          <w:b w:val="false"/>
          <w:sz w:val="28"/>
        </w:rPr>
        <w:t xml:space="preserve"> восстанавливается повтором ответа часов.</w:t>
      </w:r>
    </w:p>
    <w:p>
      <w:pPr>
        <w:pStyle w:val="Normal"/>
        <w:keepNext w:val="true"/>
        <w:jc w:val="start"/>
        <w:rPr/>
      </w:pPr>
      <w:r>
        <w:rPr>
          <w:b/>
          <w:sz w:val="28"/>
          <w:lang w:val="zxx"/>
        </w:rPr>
        <w:t>15.57</w:t>
      </w:r>
      <w:r>
        <w:rPr>
          <w:b/>
          <w:sz w:val="28"/>
        </w:rPr>
        <w:t xml:space="preserve"> </w:t>
      </w:r>
      <w:r>
        <w:rPr>
          <w:b/>
          <w:sz w:val="28"/>
          <w:lang w:val="zxx"/>
        </w:rPr>
        <w:t>AUDIO:</w:t>
      </w:r>
      <w:r>
        <w:rPr>
          <w:b/>
          <w:sz w:val="28"/>
        </w:rPr>
        <w:t xml:space="preserve"> источник к УУ</w:t>
      </w:r>
    </w:p>
    <w:p>
      <w:pPr>
        <w:pStyle w:val="Normal"/>
        <w:jc w:val="both"/>
        <w:rPr/>
      </w:pPr>
      <w:r>
        <w:rPr>
          <w:b w:val="false"/>
          <w:sz w:val="28"/>
        </w:rPr>
        <w:t xml:space="preserve">Ровно один </w:t>
      </w:r>
      <w:r>
        <w:rPr>
          <w:b w:val="false"/>
          <w:sz w:val="28"/>
          <w:lang w:val="zxx"/>
        </w:rPr>
        <w:t>RTP-</w:t>
      </w:r>
      <w:r>
        <w:rPr>
          <w:b w:val="false"/>
          <w:sz w:val="28"/>
        </w:rPr>
        <w:t xml:space="preserve">пакет </w:t>
      </w:r>
      <w:r>
        <w:rPr>
          <w:b w:val="false"/>
          <w:sz w:val="28"/>
          <w:lang w:val="zxx"/>
        </w:rPr>
        <w:t>32..672</w:t>
      </w:r>
      <w:r>
        <w:rPr>
          <w:b w:val="false"/>
          <w:sz w:val="28"/>
        </w:rPr>
        <w:t xml:space="preserve"> байта по настоящему разделу. Нет подтверждений и повторных передач звука; </w:t>
      </w:r>
      <w:r>
        <w:rPr>
          <w:b w:val="false"/>
          <w:sz w:val="28"/>
          <w:lang w:val="zxx"/>
        </w:rPr>
        <w:t>END</w:t>
      </w:r>
      <w:r>
        <w:rPr>
          <w:b w:val="false"/>
          <w:sz w:val="28"/>
        </w:rPr>
        <w:t xml:space="preserve"> согласуется с надежной командой </w:t>
      </w:r>
      <w:r>
        <w:rPr>
          <w:b w:val="false"/>
          <w:sz w:val="28"/>
          <w:lang w:val="zxx"/>
        </w:rPr>
        <w:t>audio.finish.</w:t>
      </w:r>
    </w:p>
    <w:p>
      <w:pPr>
        <w:pStyle w:val="Normal"/>
        <w:jc w:val="both"/>
        <w:rPr/>
      </w:pPr>
      <w:r>
        <w:rPr>
          <w:b w:val="false"/>
          <w:sz w:val="28"/>
          <w:lang w:val="zxx"/>
        </w:rPr>
        <w:t>15.58</w:t>
      </w:r>
      <w:r>
        <w:rPr>
          <w:b w:val="false"/>
          <w:sz w:val="28"/>
        </w:rPr>
        <w:t xml:space="preserve"> После </w:t>
      </w:r>
      <w:r>
        <w:rPr>
          <w:b w:val="false"/>
          <w:sz w:val="28"/>
          <w:lang w:val="zxx"/>
        </w:rPr>
        <w:t>BIND</w:t>
      </w:r>
      <w:r>
        <w:rPr>
          <w:b w:val="false"/>
          <w:sz w:val="28"/>
        </w:rPr>
        <w:t xml:space="preserve"> УУ немедленно запрашивает часы. Пока нет ответа, запрос повторяется не чаще одного раза в </w:t>
      </w:r>
      <w:r>
        <w:rPr>
          <w:b w:val="false"/>
          <w:sz w:val="28"/>
          <w:lang w:val="zxx"/>
        </w:rPr>
        <w:t>250</w:t>
      </w:r>
      <w:r>
        <w:rPr>
          <w:b w:val="false"/>
          <w:sz w:val="28"/>
        </w:rPr>
        <w:t xml:space="preserve"> мс с тем же </w:t>
      </w:r>
      <w:r>
        <w:rPr>
          <w:b w:val="false"/>
          <w:sz w:val="28"/>
          <w:lang w:val="zxx"/>
        </w:rPr>
        <w:t>challenge</w:t>
      </w:r>
      <w:r>
        <w:rPr>
          <w:b w:val="false"/>
          <w:sz w:val="28"/>
        </w:rPr>
        <w:t xml:space="preserve"> и исходным </w:t>
      </w:r>
      <w:r>
        <w:rPr>
          <w:b w:val="false"/>
          <w:sz w:val="28"/>
          <w:lang w:val="zxx"/>
        </w:rPr>
        <w:t>u0</w:t>
      </w:r>
      <w:r>
        <w:rPr>
          <w:b w:val="false"/>
          <w:sz w:val="28"/>
        </w:rPr>
        <w:t xml:space="preserve">; после превышения </w:t>
      </w:r>
      <w:r>
        <w:rPr>
          <w:b w:val="false"/>
          <w:sz w:val="28"/>
          <w:lang w:val="zxx"/>
        </w:rPr>
        <w:t>1000</w:t>
      </w:r>
      <w:r>
        <w:rPr>
          <w:b w:val="false"/>
          <w:sz w:val="28"/>
        </w:rPr>
        <w:t xml:space="preserve"> мс начинается новая попытка с новым </w:t>
      </w:r>
      <w:r>
        <w:rPr>
          <w:b w:val="false"/>
          <w:sz w:val="28"/>
          <w:lang w:val="zxx"/>
        </w:rPr>
        <w:t>challenge.</w:t>
      </w:r>
      <w:r>
        <w:rPr>
          <w:b w:val="false"/>
          <w:sz w:val="28"/>
        </w:rPr>
        <w:t xml:space="preserve"> При действующей оценке новая попытка начинается через </w:t>
      </w:r>
      <w:r>
        <w:rPr>
          <w:b w:val="false"/>
          <w:sz w:val="28"/>
          <w:lang w:val="zxx"/>
        </w:rPr>
        <w:t>2000</w:t>
      </w:r>
      <w:r>
        <w:rPr>
          <w:b w:val="false"/>
          <w:sz w:val="28"/>
        </w:rPr>
        <w:t xml:space="preserve"> мс. Источник повторяет неизменный </w:t>
      </w:r>
      <w:r>
        <w:rPr>
          <w:b w:val="false"/>
          <w:sz w:val="28"/>
          <w:lang w:val="zxx"/>
        </w:rPr>
        <w:t>CLOCK_RESPONSE</w:t>
      </w:r>
      <w:r>
        <w:rPr>
          <w:b w:val="false"/>
          <w:sz w:val="28"/>
        </w:rPr>
        <w:t xml:space="preserve"> каждые </w:t>
      </w:r>
      <w:r>
        <w:rPr>
          <w:b w:val="false"/>
          <w:sz w:val="28"/>
          <w:lang w:val="zxx"/>
        </w:rPr>
        <w:t>250</w:t>
      </w:r>
      <w:r>
        <w:rPr>
          <w:b w:val="false"/>
          <w:sz w:val="28"/>
        </w:rPr>
        <w:t xml:space="preserve"> мс до </w:t>
      </w:r>
      <w:r>
        <w:rPr>
          <w:b w:val="false"/>
          <w:sz w:val="28"/>
          <w:lang w:val="zxx"/>
        </w:rPr>
        <w:t>ACK</w:t>
      </w:r>
      <w:r>
        <w:rPr>
          <w:b w:val="false"/>
          <w:sz w:val="28"/>
        </w:rPr>
        <w:t xml:space="preserve"> или нового </w:t>
      </w:r>
      <w:r>
        <w:rPr>
          <w:b w:val="false"/>
          <w:sz w:val="28"/>
          <w:lang w:val="zxx"/>
        </w:rPr>
        <w:t>challenge.</w:t>
      </w:r>
      <w:r>
        <w:rPr>
          <w:b w:val="false"/>
          <w:sz w:val="28"/>
        </w:rPr>
        <w:t xml:space="preserve"> Старые и непрошенные ответы не обновляют оценку. Потеря служебной датаграммы не вызывает повторной передачи аудио.</w:t>
      </w:r>
    </w:p>
    <w:p>
      <w:pPr>
        <w:pStyle w:val="Normal"/>
        <w:jc w:val="both"/>
        <w:rPr/>
      </w:pPr>
      <w:r>
        <w:rPr>
          <w:b w:val="false"/>
          <w:sz w:val="28"/>
          <w:lang w:val="zxx"/>
        </w:rPr>
        <w:t>15.59</w:t>
      </w:r>
      <w:r>
        <w:rPr>
          <w:b w:val="false"/>
          <w:sz w:val="28"/>
        </w:rPr>
        <w:t xml:space="preserve"> Часы имеют дискретность не хуже </w:t>
      </w:r>
      <w:r>
        <w:rPr>
          <w:b w:val="false"/>
          <w:sz w:val="28"/>
          <w:lang w:val="zxx"/>
        </w:rPr>
        <w:t>1</w:t>
      </w:r>
      <w:r>
        <w:rPr>
          <w:b w:val="false"/>
          <w:sz w:val="28"/>
        </w:rPr>
        <w:t xml:space="preserve"> мс и относительное расхождение не более </w:t>
      </w:r>
      <w:r>
        <w:rPr>
          <w:b w:val="false"/>
          <w:sz w:val="28"/>
          <w:lang w:val="zxx"/>
        </w:rPr>
        <w:t>500</w:t>
      </w:r>
      <w:r>
        <w:rPr>
          <w:b w:val="false"/>
          <w:sz w:val="28"/>
        </w:rPr>
        <w:t xml:space="preserve"> </w:t>
      </w:r>
      <w:r>
        <w:rPr>
          <w:b w:val="false"/>
          <w:sz w:val="28"/>
          <w:lang w:val="zxx"/>
        </w:rPr>
        <w:t>ppm.</w:t>
      </w:r>
      <w:r>
        <w:rPr>
          <w:b w:val="false"/>
          <w:sz w:val="28"/>
        </w:rPr>
        <w:t xml:space="preserve"> </w:t>
      </w:r>
      <w:r>
        <w:rPr>
          <w:b w:val="false"/>
          <w:sz w:val="28"/>
          <w:lang w:val="zxx"/>
        </w:rPr>
        <w:t>u0</w:t>
      </w:r>
      <w:r>
        <w:rPr>
          <w:b w:val="false"/>
          <w:sz w:val="28"/>
        </w:rPr>
        <w:t xml:space="preserve"> - монотонное время УУ перед первой отправкой запроса; </w:t>
      </w:r>
      <w:r>
        <w:rPr>
          <w:b w:val="false"/>
          <w:sz w:val="28"/>
          <w:lang w:val="zxx"/>
        </w:rPr>
        <w:t>u2</w:t>
      </w:r>
      <w:r>
        <w:rPr>
          <w:b w:val="false"/>
          <w:sz w:val="28"/>
        </w:rPr>
        <w:t xml:space="preserve"> - время после получения и проверки ответа; </w:t>
      </w:r>
      <w:r>
        <w:rPr>
          <w:b w:val="false"/>
          <w:sz w:val="28"/>
          <w:lang w:val="zxx"/>
        </w:rPr>
        <w:t>s1</w:t>
      </w:r>
      <w:r>
        <w:rPr>
          <w:b w:val="false"/>
          <w:sz w:val="28"/>
        </w:rPr>
        <w:t xml:space="preserve"> - </w:t>
      </w:r>
      <w:r>
        <w:rPr>
          <w:b w:val="false"/>
          <w:sz w:val="28"/>
          <w:lang w:val="zxx"/>
        </w:rPr>
        <w:t>sourceMs.</w:t>
      </w:r>
      <w:r>
        <w:rPr>
          <w:b w:val="false"/>
          <w:sz w:val="28"/>
        </w:rPr>
        <w:t xml:space="preserve"> При </w:t>
      </w:r>
      <w:r>
        <w:rPr>
          <w:b w:val="false"/>
          <w:sz w:val="28"/>
          <w:lang w:val="zxx"/>
        </w:rPr>
        <w:t>0</w:t>
      </w:r>
      <w:r>
        <w:rPr>
          <w:b w:val="false"/>
          <w:sz w:val="28"/>
        </w:rPr>
        <w:t xml:space="preserve"> &lt;= </w:t>
      </w:r>
      <w:r>
        <w:rPr>
          <w:b w:val="false"/>
          <w:sz w:val="28"/>
          <w:lang w:val="zxx"/>
        </w:rPr>
        <w:t>u2-</w:t>
      </w:r>
      <w:r>
        <w:rPr>
          <w:b w:val="false"/>
          <w:sz w:val="28"/>
        </w:rPr>
        <w:t>⁠</w:t>
      </w:r>
      <w:r>
        <w:rPr>
          <w:b w:val="false"/>
          <w:sz w:val="28"/>
          <w:lang w:val="zxx"/>
        </w:rPr>
        <w:t>u0</w:t>
      </w:r>
      <w:r>
        <w:rPr>
          <w:b w:val="false"/>
          <w:sz w:val="28"/>
        </w:rPr>
        <w:t xml:space="preserve"> &lt;= </w:t>
      </w:r>
      <w:r>
        <w:rPr>
          <w:b w:val="false"/>
          <w:sz w:val="28"/>
          <w:lang w:val="zxx"/>
        </w:rPr>
        <w:t>1000</w:t>
      </w:r>
      <w:r>
        <w:rPr>
          <w:b w:val="false"/>
          <w:sz w:val="28"/>
        </w:rPr>
        <w:t xml:space="preserve"> мс смещение часов УУ относительно источника находится в [</w:t>
      </w:r>
      <w:r>
        <w:rPr>
          <w:b w:val="false"/>
          <w:sz w:val="28"/>
          <w:lang w:val="zxx"/>
        </w:rPr>
        <w:t>u0-</w:t>
      </w:r>
      <w:r>
        <w:rPr>
          <w:b w:val="false"/>
          <w:sz w:val="28"/>
        </w:rPr>
        <w:t>⁠</w:t>
      </w:r>
      <w:r>
        <w:rPr>
          <w:b w:val="false"/>
          <w:sz w:val="28"/>
          <w:lang w:val="zxx"/>
        </w:rPr>
        <w:t>s1</w:t>
      </w:r>
      <w:r>
        <w:rPr>
          <w:b w:val="false"/>
          <w:sz w:val="28"/>
        </w:rPr>
        <w:t xml:space="preserve">, </w:t>
      </w:r>
      <w:r>
        <w:rPr>
          <w:b w:val="false"/>
          <w:sz w:val="28"/>
          <w:lang w:val="zxx"/>
        </w:rPr>
        <w:t>u2-</w:t>
      </w:r>
      <w:r>
        <w:rPr>
          <w:b w:val="false"/>
          <w:sz w:val="28"/>
        </w:rPr>
        <w:t>⁠</w:t>
      </w:r>
      <w:r>
        <w:rPr>
          <w:b w:val="false"/>
          <w:sz w:val="28"/>
          <w:lang w:val="zxx"/>
        </w:rPr>
        <w:t>s1</w:t>
      </w:r>
      <w:r>
        <w:rPr>
          <w:b w:val="false"/>
          <w:sz w:val="28"/>
        </w:rPr>
        <w:t xml:space="preserve">]. Интервал расширяется с каждой стороны на </w:t>
      </w:r>
      <w:r>
        <w:rPr>
          <w:b w:val="false"/>
          <w:sz w:val="28"/>
          <w:lang w:val="zxx"/>
        </w:rPr>
        <w:t>D=1+ceil</w:t>
      </w:r>
      <w:r>
        <w:rPr>
          <w:b w:val="false"/>
          <w:sz w:val="28"/>
        </w:rPr>
        <w:t>(</w:t>
      </w:r>
      <w:r>
        <w:rPr>
          <w:b w:val="false"/>
          <w:sz w:val="28"/>
          <w:lang w:val="zxx"/>
        </w:rPr>
        <w:t>500</w:t>
      </w:r>
      <w:r>
        <w:rPr>
          <w:b w:val="false"/>
          <w:sz w:val="28"/>
        </w:rPr>
        <w:t>*(</w:t>
      </w:r>
      <w:r>
        <w:rPr>
          <w:b w:val="false"/>
          <w:sz w:val="28"/>
          <w:lang w:val="zxx"/>
        </w:rPr>
        <w:t>now-</w:t>
      </w:r>
      <w:r>
        <w:rPr>
          <w:b w:val="false"/>
          <w:sz w:val="28"/>
        </w:rPr>
        <w:t>⁠</w:t>
      </w:r>
      <w:r>
        <w:rPr>
          <w:b w:val="false"/>
          <w:sz w:val="28"/>
          <w:lang w:val="zxx"/>
        </w:rPr>
        <w:t>u0</w:t>
      </w:r>
      <w:r>
        <w:rPr>
          <w:b w:val="false"/>
          <w:sz w:val="28"/>
        </w:rPr>
        <w:t>)/</w:t>
      </w:r>
      <w:r>
        <w:rPr>
          <w:b w:val="false"/>
          <w:sz w:val="28"/>
          <w:lang w:val="zxx"/>
        </w:rPr>
        <w:t>1000000</w:t>
      </w:r>
      <w:r>
        <w:rPr>
          <w:b w:val="false"/>
          <w:sz w:val="28"/>
        </w:rPr>
        <w:t xml:space="preserve">) мс. Все разности вычисляются знаковым расширенным типом, без </w:t>
      </w:r>
      <w:r>
        <w:rPr>
          <w:b w:val="false"/>
          <w:sz w:val="28"/>
          <w:lang w:val="zxx"/>
        </w:rPr>
        <w:t>uint64</w:t>
      </w:r>
      <w:r>
        <w:rPr>
          <w:b w:val="false"/>
          <w:sz w:val="28"/>
        </w:rPr>
        <w:t xml:space="preserve"> </w:t>
      </w:r>
      <w:r>
        <w:rPr>
          <w:b w:val="false"/>
          <w:sz w:val="28"/>
          <w:lang w:val="zxx"/>
        </w:rPr>
        <w:t>wrap.</w:t>
      </w:r>
      <w:r>
        <w:rPr>
          <w:b w:val="false"/>
          <w:sz w:val="28"/>
        </w:rPr>
        <w:t xml:space="preserve"> Оценка действует до </w:t>
      </w:r>
      <w:r>
        <w:rPr>
          <w:b w:val="false"/>
          <w:sz w:val="28"/>
          <w:lang w:val="zxx"/>
        </w:rPr>
        <w:t>u0+10000</w:t>
      </w:r>
      <w:r>
        <w:rPr>
          <w:b w:val="false"/>
          <w:sz w:val="28"/>
        </w:rPr>
        <w:t xml:space="preserve"> мс; новый допустимый ответ заменяет ее. До первой оценки </w:t>
      </w:r>
      <w:r>
        <w:rPr>
          <w:b w:val="false"/>
          <w:sz w:val="28"/>
          <w:lang w:val="zxx"/>
        </w:rPr>
        <w:t>RTP</w:t>
      </w:r>
      <w:r>
        <w:rPr>
          <w:b w:val="false"/>
          <w:sz w:val="28"/>
        </w:rPr>
        <w:t xml:space="preserve"> не принимается; истечение </w:t>
      </w:r>
      <w:r>
        <w:rPr>
          <w:b w:val="false"/>
          <w:sz w:val="28"/>
          <w:lang w:val="zxx"/>
        </w:rPr>
        <w:t>prepareDeadlineMs</w:t>
      </w:r>
      <w:r>
        <w:rPr>
          <w:b w:val="false"/>
          <w:sz w:val="28"/>
        </w:rPr>
        <w:t xml:space="preserve"> дает </w:t>
      </w:r>
      <w:r>
        <w:rPr>
          <w:b w:val="false"/>
          <w:sz w:val="28"/>
          <w:lang w:val="zxx"/>
        </w:rPr>
        <w:t>prepareTimeout.</w:t>
      </w:r>
    </w:p>
    <w:p>
      <w:pPr>
        <w:pStyle w:val="Normal"/>
        <w:jc w:val="both"/>
        <w:rPr/>
      </w:pPr>
      <w:r>
        <w:rPr>
          <w:b w:val="false"/>
          <w:sz w:val="28"/>
          <w:lang w:val="zxx"/>
        </w:rPr>
        <w:t>15.60</w:t>
      </w:r>
      <w:r>
        <w:rPr>
          <w:b w:val="false"/>
          <w:sz w:val="28"/>
        </w:rPr>
        <w:t xml:space="preserve"> </w:t>
      </w:r>
      <w:r>
        <w:rPr>
          <w:b w:val="false"/>
          <w:sz w:val="28"/>
          <w:lang w:val="zxx"/>
        </w:rPr>
        <w:t>capturedAtMs</w:t>
      </w:r>
      <w:r>
        <w:rPr>
          <w:b w:val="false"/>
          <w:sz w:val="28"/>
        </w:rPr>
        <w:t xml:space="preserve"> в </w:t>
      </w:r>
      <w:r>
        <w:rPr>
          <w:b w:val="false"/>
          <w:sz w:val="28"/>
          <w:lang w:val="zxx"/>
        </w:rPr>
        <w:t>RTP</w:t>
      </w:r>
      <w:r>
        <w:rPr>
          <w:b w:val="false"/>
          <w:sz w:val="28"/>
        </w:rPr>
        <w:t xml:space="preserve"> - монотонное время первого отсчета в шкале </w:t>
      </w:r>
      <w:r>
        <w:rPr>
          <w:b w:val="false"/>
          <w:sz w:val="28"/>
          <w:lang w:val="zxx"/>
        </w:rPr>
        <w:t>sourceMs.</w:t>
      </w:r>
      <w:r>
        <w:rPr>
          <w:b w:val="false"/>
          <w:sz w:val="28"/>
        </w:rPr>
        <w:t xml:space="preserve"> Микрофон учитывает аппаратный буфер захвата; запись формируется в реальном темпе. Подменять отметку временем отправки задержанного пакета запрещено. Отметки не убывают; нарушение связи отсчетов и времени дает </w:t>
      </w:r>
      <w:r>
        <w:rPr>
          <w:b w:val="false"/>
          <w:sz w:val="28"/>
          <w:lang w:val="zxx"/>
        </w:rPr>
        <w:t>mediaClockFault.</w:t>
      </w:r>
      <w:r>
        <w:rPr>
          <w:b w:val="false"/>
          <w:sz w:val="28"/>
        </w:rPr>
        <w:t xml:space="preserve"> Верхняя оценка возраста </w:t>
      </w:r>
      <w:r>
        <w:rPr>
          <w:b w:val="false"/>
          <w:sz w:val="28"/>
          <w:lang w:val="zxx"/>
        </w:rPr>
        <w:t>A=now-</w:t>
      </w:r>
      <w:r>
        <w:rPr>
          <w:b w:val="false"/>
          <w:sz w:val="28"/>
        </w:rPr>
        <w:t>⁠</w:t>
      </w:r>
      <w:r>
        <w:rPr>
          <w:b w:val="false"/>
          <w:sz w:val="28"/>
          <w:lang w:val="zxx"/>
        </w:rPr>
        <w:t>capturedAtMs-</w:t>
      </w:r>
      <w:r>
        <w:rPr>
          <w:b w:val="false"/>
          <w:sz w:val="28"/>
        </w:rPr>
        <w:t>(</w:t>
      </w:r>
      <w:r>
        <w:rPr>
          <w:b w:val="false"/>
          <w:sz w:val="28"/>
          <w:lang w:val="zxx"/>
        </w:rPr>
        <w:t>u0-</w:t>
      </w:r>
      <w:r>
        <w:rPr>
          <w:b w:val="false"/>
          <w:sz w:val="28"/>
        </w:rPr>
        <w:t>⁠</w:t>
      </w:r>
      <w:r>
        <w:rPr>
          <w:b w:val="false"/>
          <w:sz w:val="28"/>
          <w:lang w:val="zxx"/>
        </w:rPr>
        <w:t>s1-</w:t>
      </w:r>
      <w:r>
        <w:rPr>
          <w:b w:val="false"/>
          <w:sz w:val="28"/>
        </w:rPr>
        <w:t>⁠</w:t>
      </w:r>
      <w:r>
        <w:rPr>
          <w:b w:val="false"/>
          <w:sz w:val="28"/>
          <w:lang w:val="zxx"/>
        </w:rPr>
        <w:t>D</w:t>
      </w:r>
      <w:r>
        <w:rPr>
          <w:b w:val="false"/>
          <w:sz w:val="28"/>
        </w:rPr>
        <w:t xml:space="preserve">), нижняя </w:t>
      </w:r>
      <w:r>
        <w:rPr>
          <w:b w:val="false"/>
          <w:sz w:val="28"/>
          <w:lang w:val="zxx"/>
        </w:rPr>
        <w:t>B=now-</w:t>
      </w:r>
      <w:r>
        <w:rPr>
          <w:b w:val="false"/>
          <w:sz w:val="28"/>
        </w:rPr>
        <w:t>⁠</w:t>
      </w:r>
      <w:r>
        <w:rPr>
          <w:b w:val="false"/>
          <w:sz w:val="28"/>
          <w:lang w:val="zxx"/>
        </w:rPr>
        <w:t>capturedAtMs-</w:t>
      </w:r>
      <w:r>
        <w:rPr>
          <w:b w:val="false"/>
          <w:sz w:val="28"/>
        </w:rPr>
        <w:t>(</w:t>
      </w:r>
      <w:r>
        <w:rPr>
          <w:b w:val="false"/>
          <w:sz w:val="28"/>
          <w:lang w:val="zxx"/>
        </w:rPr>
        <w:t>u2-</w:t>
      </w:r>
      <w:r>
        <w:rPr>
          <w:b w:val="false"/>
          <w:sz w:val="28"/>
        </w:rPr>
        <w:t>⁠</w:t>
      </w:r>
      <w:r>
        <w:rPr>
          <w:b w:val="false"/>
          <w:sz w:val="28"/>
          <w:lang w:val="zxx"/>
        </w:rPr>
        <w:t>s1+D</w:t>
      </w:r>
      <w:r>
        <w:rPr>
          <w:b w:val="false"/>
          <w:sz w:val="28"/>
        </w:rPr>
        <w:t>). Требуется -</w:t>
      </w:r>
      <w:r>
        <w:rPr>
          <w:b w:val="false"/>
          <w:sz w:val="28"/>
          <w:lang w:val="zxx"/>
        </w:rPr>
        <w:t>2</w:t>
      </w:r>
      <w:r>
        <w:rPr>
          <w:b w:val="false"/>
          <w:sz w:val="28"/>
        </w:rPr>
        <w:t xml:space="preserve"> &lt;= </w:t>
      </w:r>
      <w:r>
        <w:rPr>
          <w:b w:val="false"/>
          <w:sz w:val="28"/>
          <w:lang w:val="zxx"/>
        </w:rPr>
        <w:t>A</w:t>
      </w:r>
      <w:r>
        <w:rPr>
          <w:b w:val="false"/>
          <w:sz w:val="28"/>
        </w:rPr>
        <w:t xml:space="preserve"> &lt;= </w:t>
      </w:r>
      <w:r>
        <w:rPr>
          <w:b w:val="false"/>
          <w:sz w:val="28"/>
          <w:lang w:val="zxx"/>
        </w:rPr>
        <w:t>3000</w:t>
      </w:r>
      <w:r>
        <w:rPr>
          <w:b w:val="false"/>
          <w:sz w:val="28"/>
        </w:rPr>
        <w:t xml:space="preserve"> мс; отрицательное </w:t>
      </w:r>
      <w:r>
        <w:rPr>
          <w:b w:val="false"/>
          <w:sz w:val="28"/>
          <w:lang w:val="zxx"/>
        </w:rPr>
        <w:t>B</w:t>
      </w:r>
      <w:r>
        <w:rPr>
          <w:b w:val="false"/>
          <w:sz w:val="28"/>
        </w:rPr>
        <w:t xml:space="preserve"> при допустимом </w:t>
      </w:r>
      <w:r>
        <w:rPr>
          <w:b w:val="false"/>
          <w:sz w:val="28"/>
          <w:lang w:val="zxx"/>
        </w:rPr>
        <w:t>A</w:t>
      </w:r>
      <w:r>
        <w:rPr>
          <w:b w:val="false"/>
          <w:sz w:val="28"/>
        </w:rPr>
        <w:t xml:space="preserve"> само по себе не является отказом. Проверка выполняется после метки и повторно для выдачи отсчетов с учетом очереди ЦАП. Устаревший звук не воспроизводится.</w:t>
      </w:r>
    </w:p>
    <w:p>
      <w:pPr>
        <w:pStyle w:val="Normal"/>
        <w:jc w:val="both"/>
        <w:rPr/>
      </w:pPr>
      <w:r>
        <w:rPr>
          <w:b w:val="false"/>
          <w:sz w:val="28"/>
          <w:lang w:val="zxx"/>
        </w:rPr>
        <w:t>15.61</w:t>
      </w:r>
      <w:r>
        <w:rPr>
          <w:b w:val="false"/>
          <w:sz w:val="28"/>
        </w:rPr>
        <w:t xml:space="preserve"> Просроченный пакет учитывается как </w:t>
      </w:r>
      <w:r>
        <w:rPr>
          <w:b w:val="false"/>
          <w:sz w:val="28"/>
          <w:lang w:val="zxx"/>
        </w:rPr>
        <w:t>latePackets</w:t>
      </w:r>
      <w:r>
        <w:rPr>
          <w:b w:val="false"/>
          <w:sz w:val="28"/>
        </w:rPr>
        <w:t xml:space="preserve">; доказанный пропуск отражается как потеря и маскирование. Потеря допустимой оценки часов прекращает сеанс с </w:t>
      </w:r>
      <w:r>
        <w:rPr>
          <w:b w:val="false"/>
          <w:sz w:val="28"/>
          <w:lang w:val="zxx"/>
        </w:rPr>
        <w:t>mediaClockFault.</w:t>
      </w:r>
      <w:r>
        <w:rPr>
          <w:b w:val="false"/>
          <w:sz w:val="28"/>
        </w:rPr>
        <w:t xml:space="preserve"> Отсутствие пригодного аудио </w:t>
      </w:r>
      <w:r>
        <w:rPr>
          <w:b w:val="false"/>
          <w:sz w:val="28"/>
          <w:lang w:val="zxx"/>
        </w:rPr>
        <w:t>5000</w:t>
      </w:r>
      <w:r>
        <w:rPr>
          <w:b w:val="false"/>
          <w:sz w:val="28"/>
        </w:rPr>
        <w:t xml:space="preserve"> мс дает </w:t>
      </w:r>
      <w:r>
        <w:rPr>
          <w:b w:val="false"/>
          <w:sz w:val="28"/>
          <w:lang w:val="zxx"/>
        </w:rPr>
        <w:t>sourceUnavailable</w:t>
      </w:r>
      <w:r>
        <w:rPr>
          <w:b w:val="false"/>
          <w:sz w:val="28"/>
        </w:rPr>
        <w:t xml:space="preserve"> для микрофона либо </w:t>
      </w:r>
      <w:r>
        <w:rPr>
          <w:b w:val="false"/>
          <w:sz w:val="28"/>
          <w:lang w:val="zxx"/>
        </w:rPr>
        <w:t>mediaIncomplete</w:t>
      </w:r>
      <w:r>
        <w:rPr>
          <w:b w:val="false"/>
          <w:sz w:val="28"/>
        </w:rPr>
        <w:t xml:space="preserve"> для записи. После </w:t>
      </w:r>
      <w:r>
        <w:rPr>
          <w:b w:val="false"/>
          <w:sz w:val="28"/>
          <w:lang w:val="zxx"/>
        </w:rPr>
        <w:t>END</w:t>
      </w:r>
      <w:r>
        <w:rPr>
          <w:b w:val="false"/>
          <w:sz w:val="28"/>
        </w:rPr>
        <w:t xml:space="preserve"> оценка часов остается обязательной для хвоста, а новые ответы часов не продлевают срок его выдачи. </w:t>
      </w:r>
      <w:r>
        <w:rPr>
          <w:b w:val="false"/>
          <w:sz w:val="28"/>
          <w:lang w:val="zxx"/>
        </w:rPr>
        <w:t>session.stop</w:t>
      </w:r>
      <w:r>
        <w:rPr>
          <w:b w:val="false"/>
          <w:sz w:val="28"/>
        </w:rPr>
        <w:t xml:space="preserve"> немедленно отзывает прием и очищает еще не выданный звук, включая корректный </w:t>
      </w:r>
      <w:r>
        <w:rPr>
          <w:b w:val="false"/>
          <w:sz w:val="28"/>
          <w:lang w:val="zxx"/>
        </w:rPr>
        <w:t>END.</w:t>
      </w:r>
    </w:p>
    <w:p>
      <w:pPr>
        <w:pStyle w:val="Normal"/>
        <w:jc w:val="both"/>
        <w:rPr/>
      </w:pPr>
      <w:r>
        <w:rPr>
          <w:b w:val="false"/>
          <w:sz w:val="28"/>
          <w:lang w:val="zxx"/>
        </w:rPr>
        <w:t>15.62</w:t>
      </w:r>
      <w:r>
        <w:rPr>
          <w:b w:val="false"/>
          <w:sz w:val="28"/>
        </w:rPr>
        <w:t xml:space="preserve"> Предел свежести </w:t>
      </w:r>
      <w:r>
        <w:rPr>
          <w:b w:val="false"/>
          <w:sz w:val="28"/>
          <w:lang w:val="zxx"/>
        </w:rPr>
        <w:t>3000</w:t>
      </w:r>
      <w:r>
        <w:rPr>
          <w:b w:val="false"/>
          <w:sz w:val="28"/>
        </w:rPr>
        <w:t xml:space="preserve"> мс, срок оценки часов </w:t>
      </w:r>
      <w:r>
        <w:rPr>
          <w:b w:val="false"/>
          <w:sz w:val="28"/>
          <w:lang w:val="zxx"/>
        </w:rPr>
        <w:t>10000</w:t>
      </w:r>
      <w:r>
        <w:rPr>
          <w:b w:val="false"/>
          <w:sz w:val="28"/>
        </w:rPr>
        <w:t xml:space="preserve"> мс, отсутствие пригодного аудио </w:t>
      </w:r>
      <w:r>
        <w:rPr>
          <w:b w:val="false"/>
          <w:sz w:val="28"/>
          <w:lang w:val="zxx"/>
        </w:rPr>
        <w:t>5000</w:t>
      </w:r>
      <w:r>
        <w:rPr>
          <w:b w:val="false"/>
          <w:sz w:val="28"/>
        </w:rPr>
        <w:t xml:space="preserve"> мс, сроки подготовки, владения и предельной длительности имеют разные назначения. Ни один из них не является таймером остановки из-за уровня аудиоочереди. Успешный </w:t>
      </w:r>
      <w:r>
        <w:rPr>
          <w:b w:val="false"/>
          <w:sz w:val="28"/>
          <w:lang w:val="zxx"/>
        </w:rPr>
        <w:t>TCP/</w:t>
      </w:r>
      <w:r>
        <w:rPr>
          <w:b w:val="false"/>
          <w:sz w:val="28"/>
        </w:rPr>
        <w:t>​</w:t>
      </w:r>
      <w:r>
        <w:rPr>
          <w:b w:val="false"/>
          <w:sz w:val="28"/>
          <w:lang w:val="zxx"/>
        </w:rPr>
        <w:t>TLS</w:t>
      </w:r>
      <w:r>
        <w:rPr>
          <w:b w:val="false"/>
          <w:sz w:val="28"/>
        </w:rPr>
        <w:t xml:space="preserve"> </w:t>
      </w:r>
      <w:r>
        <w:rPr>
          <w:b w:val="false"/>
          <w:sz w:val="28"/>
          <w:lang w:val="zxx"/>
        </w:rPr>
        <w:t>handshake</w:t>
      </w:r>
      <w:r>
        <w:rPr>
          <w:b w:val="false"/>
          <w:sz w:val="28"/>
        </w:rPr>
        <w:t xml:space="preserve">, </w:t>
      </w:r>
      <w:r>
        <w:rPr>
          <w:b w:val="false"/>
          <w:sz w:val="28"/>
          <w:lang w:val="zxx"/>
        </w:rPr>
        <w:t>heartbeat</w:t>
      </w:r>
      <w:r>
        <w:rPr>
          <w:b w:val="false"/>
          <w:sz w:val="28"/>
        </w:rPr>
        <w:t xml:space="preserve"> и ответы часов не заменяют поток звука, не продлевают </w:t>
      </w:r>
      <w:r>
        <w:rPr>
          <w:b w:val="false"/>
          <w:sz w:val="28"/>
          <w:lang w:val="zxx"/>
        </w:rPr>
        <w:t>lease</w:t>
      </w:r>
      <w:r>
        <w:rPr>
          <w:b w:val="false"/>
          <w:sz w:val="28"/>
        </w:rPr>
        <w:t xml:space="preserve"> и не подтверждают работу или выключение ОУ.</w:t>
      </w:r>
    </w:p>
    <w:p>
      <w:pPr>
        <w:pStyle w:val="Normal"/>
        <w:jc w:val="both"/>
        <w:rPr/>
      </w:pPr>
      <w:r>
        <w:rPr>
          <w:b w:val="false"/>
          <w:sz w:val="28"/>
          <w:lang w:val="zxx"/>
        </w:rPr>
        <w:t>15.63</w:t>
      </w:r>
      <w:r>
        <w:rPr>
          <w:b w:val="false"/>
          <w:sz w:val="28"/>
        </w:rPr>
        <w:t xml:space="preserve"> Источник ограничивает очередь пятьюдесятью звуковыми пакетами и возрастом первого отсчета </w:t>
      </w:r>
      <w:r>
        <w:rPr>
          <w:b w:val="false"/>
          <w:sz w:val="28"/>
          <w:lang w:val="zxx"/>
        </w:rPr>
        <w:t>1000</w:t>
      </w:r>
      <w:r>
        <w:rPr>
          <w:b w:val="false"/>
          <w:sz w:val="28"/>
        </w:rPr>
        <w:t xml:space="preserve"> мс, включая кодирование и сетевой стек. Датаграмма передается атомарно; при невозможности ограничить очередь источник прекращает поток и запрашивает </w:t>
      </w:r>
      <w:r>
        <w:rPr>
          <w:b w:val="false"/>
          <w:sz w:val="28"/>
          <w:lang w:val="zxx"/>
        </w:rPr>
        <w:t>session.stop</w:t>
      </w:r>
      <w:r>
        <w:rPr>
          <w:b w:val="false"/>
          <w:sz w:val="28"/>
        </w:rPr>
        <w:t xml:space="preserve"> через управление. Приемник хранит звук только в пределах </w:t>
      </w:r>
      <w:r>
        <w:rPr>
          <w:b w:val="false"/>
          <w:sz w:val="28"/>
          <w:lang w:val="zxx"/>
        </w:rPr>
        <w:t>initialMs/</w:t>
      </w:r>
      <w:r>
        <w:rPr>
          <w:b w:val="false"/>
          <w:sz w:val="28"/>
        </w:rPr>
        <w:t>​</w:t>
      </w:r>
      <w:r>
        <w:rPr>
          <w:b w:val="false"/>
          <w:sz w:val="28"/>
          <w:lang w:val="zxx"/>
        </w:rPr>
        <w:t>maxMs</w:t>
      </w:r>
      <w:r>
        <w:rPr>
          <w:b w:val="false"/>
          <w:sz w:val="28"/>
        </w:rPr>
        <w:t xml:space="preserve">, обслуживает </w:t>
      </w:r>
      <w:r>
        <w:rPr>
          <w:b w:val="false"/>
          <w:sz w:val="28"/>
          <w:lang w:val="zxx"/>
        </w:rPr>
        <w:t>UDP</w:t>
      </w:r>
      <w:r>
        <w:rPr>
          <w:b w:val="false"/>
          <w:sz w:val="28"/>
        </w:rPr>
        <w:t xml:space="preserve"> ограниченными порциями и сохраняет сроки управления. Переподключение или поздний </w:t>
      </w:r>
      <w:r>
        <w:rPr>
          <w:b w:val="false"/>
          <w:sz w:val="28"/>
          <w:lang w:val="zxx"/>
        </w:rPr>
        <w:t>BIND</w:t>
      </w:r>
      <w:r>
        <w:rPr>
          <w:b w:val="false"/>
          <w:sz w:val="28"/>
        </w:rPr>
        <w:t xml:space="preserve"> не возобновляет завершенный либо отозванный </w:t>
      </w:r>
      <w:r>
        <w:rPr>
          <w:b w:val="false"/>
          <w:sz w:val="28"/>
          <w:lang w:val="zxx"/>
        </w:rPr>
        <w:t>mediaId.</w:t>
      </w:r>
      <w:r>
        <w:rPr>
          <w:b w:val="false"/>
          <w:sz w:val="28"/>
        </w:rPr>
        <w:t xml:space="preserve"> Новый сеанс требует новых </w:t>
      </w:r>
      <w:r>
        <w:rPr>
          <w:b w:val="false"/>
          <w:sz w:val="28"/>
          <w:lang w:val="zxx"/>
        </w:rPr>
        <w:t>key/</w:t>
      </w:r>
      <w:r>
        <w:rPr>
          <w:b w:val="false"/>
          <w:sz w:val="28"/>
        </w:rPr>
        <w:t>​</w:t>
      </w:r>
      <w:r>
        <w:rPr>
          <w:b w:val="false"/>
          <w:sz w:val="28"/>
          <w:lang w:val="zxx"/>
        </w:rPr>
        <w:t>mediaId</w:t>
      </w:r>
      <w:r>
        <w:rPr>
          <w:b w:val="false"/>
          <w:sz w:val="28"/>
        </w:rPr>
        <w:t xml:space="preserve">, подготовки и </w:t>
      </w:r>
      <w:r>
        <w:rPr>
          <w:b w:val="false"/>
          <w:sz w:val="28"/>
          <w:lang w:val="zxx"/>
        </w:rPr>
        <w:t>session.start.</w:t>
      </w:r>
      <w:r>
        <w:rPr>
          <w:b w:val="false"/>
          <w:sz w:val="28"/>
        </w:rPr>
        <w:t xml:space="preserve"> Согласованный </w:t>
      </w:r>
      <w:r>
        <w:rPr>
          <w:b w:val="false"/>
          <w:sz w:val="28"/>
          <w:lang w:val="zxx"/>
        </w:rPr>
        <w:t>sourceSwitch</w:t>
      </w:r>
      <w:r>
        <w:rPr>
          <w:b w:val="false"/>
          <w:sz w:val="28"/>
        </w:rPr>
        <w:t xml:space="preserve"> вместо нового </w:t>
      </w:r>
      <w:r>
        <w:rPr>
          <w:b w:val="false"/>
          <w:sz w:val="28"/>
          <w:lang w:val="zxx"/>
        </w:rPr>
        <w:t>session.start</w:t>
      </w:r>
      <w:r>
        <w:rPr>
          <w:b w:val="false"/>
          <w:sz w:val="28"/>
        </w:rPr>
        <w:t xml:space="preserve"> использует </w:t>
      </w:r>
      <w:r>
        <w:rPr>
          <w:b w:val="false"/>
          <w:sz w:val="28"/>
          <w:lang w:val="zxx"/>
        </w:rPr>
        <w:t>audio.start</w:t>
      </w:r>
      <w:r>
        <w:rPr>
          <w:b w:val="false"/>
          <w:sz w:val="28"/>
        </w:rPr>
        <w:t xml:space="preserve"> в том же сеансе.</w:t>
      </w:r>
    </w:p>
    <w:p>
      <w:pPr>
        <w:pStyle w:val="Normal"/>
        <w:jc w:val="both"/>
        <w:rPr/>
      </w:pPr>
      <w:r>
        <w:rPr>
          <w:b w:val="false"/>
          <w:sz w:val="28"/>
          <w:lang w:val="zxx"/>
        </w:rPr>
        <w:t>15.64</w:t>
      </w:r>
      <w:r>
        <w:rPr>
          <w:b w:val="false"/>
          <w:sz w:val="28"/>
        </w:rPr>
        <w:t xml:space="preserve"> Потеря первого либо другого пакета начального накопления не блокирует весь поток. При наличии пригодного звука окно от позиции </w:t>
      </w:r>
      <w:r>
        <w:rPr>
          <w:b w:val="false"/>
          <w:sz w:val="28"/>
          <w:lang w:val="zxx"/>
        </w:rPr>
        <w:t>0</w:t>
      </w:r>
      <w:r>
        <w:rPr>
          <w:b w:val="false"/>
          <w:sz w:val="28"/>
        </w:rPr>
        <w:t xml:space="preserve"> до последнего принятого отсчета размером </w:t>
      </w:r>
      <w:r>
        <w:rPr>
          <w:b w:val="false"/>
          <w:sz w:val="28"/>
          <w:lang w:val="zxx"/>
        </w:rPr>
        <w:t>initialMs</w:t>
      </w:r>
      <w:r>
        <w:rPr>
          <w:b w:val="false"/>
          <w:sz w:val="28"/>
        </w:rPr>
        <w:t xml:space="preserve"> разрешает начать выдачу с маскированием дыр. Полный короткий поток начинает выдачу сразу; неполный короткий поток с известным концом ожидает </w:t>
      </w:r>
      <w:r>
        <w:rPr>
          <w:b w:val="false"/>
          <w:sz w:val="28"/>
          <w:lang w:val="zxx"/>
        </w:rPr>
        <w:t>initialMs</w:t>
      </w:r>
      <w:r>
        <w:rPr>
          <w:b w:val="false"/>
          <w:sz w:val="28"/>
        </w:rPr>
        <w:t xml:space="preserve"> от первого пригодного пакета, затем выдает доступные отсчеты с учетом потерь. Отсутствие пригодного звука не разрешает запуск. Потеря отражается в </w:t>
      </w:r>
      <w:r>
        <w:rPr>
          <w:b w:val="false"/>
          <w:sz w:val="28"/>
          <w:lang w:val="zxx"/>
        </w:rPr>
        <w:t>concealedSamples</w:t>
      </w:r>
      <w:r>
        <w:rPr>
          <w:b w:val="false"/>
          <w:sz w:val="28"/>
        </w:rPr>
        <w:t xml:space="preserve"> и предупреждении </w:t>
      </w:r>
      <w:r>
        <w:rPr>
          <w:b w:val="false"/>
          <w:sz w:val="28"/>
          <w:lang w:val="zxx"/>
        </w:rPr>
        <w:t>mediaPacketLoss</w:t>
      </w:r>
      <w:r>
        <w:rPr>
          <w:b w:val="false"/>
          <w:sz w:val="28"/>
        </w:rPr>
        <w:t xml:space="preserve">, но сама по себе не запрещает завершение с </w:t>
      </w:r>
      <w:r>
        <w:rPr>
          <w:b w:val="false"/>
          <w:sz w:val="28"/>
          <w:lang w:val="zxx"/>
        </w:rPr>
        <w:t>succeeded/</w:t>
      </w:r>
      <w:r>
        <w:rPr>
          <w:b w:val="false"/>
          <w:sz w:val="28"/>
        </w:rPr>
        <w:t>​</w:t>
      </w:r>
      <w:r>
        <w:rPr>
          <w:b w:val="false"/>
          <w:sz w:val="28"/>
          <w:lang w:val="zxx"/>
        </w:rPr>
        <w:t>completed</w:t>
      </w:r>
      <w:r>
        <w:rPr>
          <w:b w:val="false"/>
          <w:sz w:val="28"/>
        </w:rPr>
        <w:t xml:space="preserve"> при полном проходе известной границы и подтвержденном </w:t>
      </w:r>
      <w:r>
        <w:rPr>
          <w:b w:val="false"/>
          <w:sz w:val="28"/>
          <w:lang w:val="zxx"/>
        </w:rPr>
        <w:t>off.</w:t>
      </w:r>
    </w:p>
    <w:p>
      <w:pPr>
        <w:pStyle w:val="Normal"/>
        <w:jc w:val="both"/>
        <w:rPr/>
      </w:pPr>
      <w:r>
        <w:rPr>
          <w:b w:val="false"/>
          <w:sz w:val="28"/>
          <w:lang w:val="zxx"/>
        </w:rPr>
        <w:t>15.65</w:t>
      </w:r>
      <w:r>
        <w:rPr>
          <w:b w:val="false"/>
          <w:sz w:val="28"/>
        </w:rPr>
        <w:t xml:space="preserve"> При предварительном декодировании приемник сохраняет ограниченное окно перестановки. Пропуск позади принятой границы после расходования этого окна маскируется без ожидания полного опустошения </w:t>
      </w:r>
      <w:r>
        <w:rPr>
          <w:b w:val="false"/>
          <w:sz w:val="28"/>
          <w:lang w:val="zxx"/>
        </w:rPr>
        <w:t>PCM.</w:t>
      </w:r>
      <w:r>
        <w:rPr>
          <w:b w:val="false"/>
          <w:sz w:val="28"/>
        </w:rPr>
        <w:t xml:space="preserve"> К каждому пропуску не добавляется пауза следующего обслуживания основным циклом; выдача продолжается по часам ЦАП. Еще неизвестный хвост не объявляется потерянным заранее. Маскированные позиции учитываются однократно, а поздние байты не воспроизводятся задним числом.</w:t>
      </w:r>
    </w:p>
    <w:p>
      <w:pPr>
        <w:pStyle w:val="Normal"/>
        <w:jc w:val="both"/>
        <w:rPr/>
      </w:pPr>
      <w:r>
        <w:rPr>
          <w:b w:val="false"/>
          <w:sz w:val="28"/>
          <w:lang w:val="zxx"/>
        </w:rPr>
        <w:t>15.66</w:t>
      </w:r>
      <w:r>
        <w:rPr>
          <w:b w:val="false"/>
          <w:sz w:val="28"/>
        </w:rPr>
        <w:t xml:space="preserve"> Микрофон непрерывно передает пакеты с согласованным </w:t>
      </w:r>
      <w:r>
        <w:rPr>
          <w:b w:val="false"/>
          <w:sz w:val="28"/>
          <w:lang w:val="zxx"/>
        </w:rPr>
        <w:t>packetMs</w:t>
      </w:r>
      <w:r>
        <w:rPr>
          <w:b w:val="false"/>
          <w:sz w:val="28"/>
        </w:rPr>
        <w:t xml:space="preserve">, включая кодированную тишину. </w:t>
      </w:r>
      <w:r>
        <w:rPr>
          <w:b w:val="false"/>
          <w:sz w:val="28"/>
          <w:lang w:val="zxx"/>
        </w:rPr>
        <w:t>VAD/</w:t>
      </w:r>
      <w:r>
        <w:rPr>
          <w:b w:val="false"/>
          <w:sz w:val="28"/>
        </w:rPr>
        <w:t>​</w:t>
      </w:r>
      <w:r>
        <w:rPr>
          <w:b w:val="false"/>
          <w:sz w:val="28"/>
          <w:lang w:val="zxx"/>
        </w:rPr>
        <w:t>DTX</w:t>
      </w:r>
      <w:r>
        <w:rPr>
          <w:b w:val="false"/>
          <w:sz w:val="28"/>
        </w:rPr>
        <w:t xml:space="preserve"> запрещены. Таймаут </w:t>
      </w:r>
      <w:r>
        <w:rPr>
          <w:b w:val="false"/>
          <w:sz w:val="28"/>
          <w:lang w:val="zxx"/>
        </w:rPr>
        <w:t>5000</w:t>
      </w:r>
      <w:r>
        <w:rPr>
          <w:b w:val="false"/>
          <w:sz w:val="28"/>
        </w:rPr>
        <w:t xml:space="preserve"> мс относится к отсутствию пригодных пакетов, а не к амплитуде; ответ часов не заменяет звук.</w:t>
      </w:r>
    </w:p>
    <w:p>
      <w:pPr>
        <w:pStyle w:val="Normal"/>
        <w:jc w:val="both"/>
        <w:rPr/>
      </w:pPr>
      <w:r>
        <w:rPr>
          <w:b w:val="false"/>
          <w:sz w:val="28"/>
          <w:lang w:val="zxx"/>
        </w:rPr>
        <w:t>15.67</w:t>
      </w:r>
      <w:r>
        <w:rPr>
          <w:b w:val="false"/>
          <w:sz w:val="28"/>
        </w:rPr>
        <w:t xml:space="preserve"> Приемка проверяет открытые звуковые байты, изменение метки и тела, чужой ключ, </w:t>
      </w:r>
      <w:r>
        <w:rPr>
          <w:b w:val="false"/>
          <w:sz w:val="28"/>
          <w:lang w:val="zxx"/>
        </w:rPr>
        <w:t>mediaId</w:t>
      </w:r>
      <w:r>
        <w:rPr>
          <w:b w:val="false"/>
          <w:sz w:val="28"/>
        </w:rPr>
        <w:t xml:space="preserve">, маршрут и направление, попытку смены режима, повторы, перестановку и потерю датаграмм. Отдельно проверяются потеря </w:t>
      </w:r>
      <w:r>
        <w:rPr>
          <w:b w:val="false"/>
          <w:sz w:val="28"/>
          <w:lang w:val="zxx"/>
        </w:rPr>
        <w:t>BIND/</w:t>
      </w:r>
      <w:r>
        <w:rPr>
          <w:b w:val="false"/>
          <w:sz w:val="28"/>
        </w:rPr>
        <w:t>​</w:t>
      </w:r>
      <w:r>
        <w:rPr>
          <w:b w:val="false"/>
          <w:sz w:val="28"/>
          <w:lang w:val="zxx"/>
        </w:rPr>
        <w:t>READY/</w:t>
      </w:r>
      <w:r>
        <w:rPr>
          <w:b w:val="false"/>
          <w:sz w:val="28"/>
        </w:rPr>
        <w:t>ответа часов/</w:t>
      </w:r>
      <w:r>
        <w:rPr>
          <w:b w:val="false"/>
          <w:sz w:val="28"/>
          <w:lang w:val="zxx"/>
        </w:rPr>
        <w:t>ACK</w:t>
      </w:r>
      <w:r>
        <w:rPr>
          <w:b w:val="false"/>
          <w:sz w:val="28"/>
        </w:rPr>
        <w:t xml:space="preserve">, </w:t>
      </w:r>
      <w:r>
        <w:rPr>
          <w:b w:val="false"/>
          <w:sz w:val="28"/>
          <w:lang w:val="zxx"/>
        </w:rPr>
        <w:t>RTT</w:t>
      </w:r>
      <w:r>
        <w:rPr>
          <w:b w:val="false"/>
          <w:sz w:val="28"/>
        </w:rPr>
        <w:t xml:space="preserve"> до </w:t>
      </w:r>
      <w:r>
        <w:rPr>
          <w:b w:val="false"/>
          <w:sz w:val="28"/>
          <w:lang w:val="zxx"/>
        </w:rPr>
        <w:t>1000</w:t>
      </w:r>
      <w:r>
        <w:rPr>
          <w:b w:val="false"/>
          <w:sz w:val="28"/>
        </w:rPr>
        <w:t xml:space="preserve"> мс, задержка звука и часов, предельный дрейф, отзыв, </w:t>
      </w:r>
      <w:r>
        <w:rPr>
          <w:b w:val="false"/>
          <w:sz w:val="28"/>
          <w:lang w:val="zxx"/>
        </w:rPr>
        <w:t>STOP</w:t>
      </w:r>
      <w:r>
        <w:rPr>
          <w:b w:val="false"/>
          <w:sz w:val="28"/>
        </w:rPr>
        <w:t xml:space="preserve"> и </w:t>
      </w:r>
      <w:r>
        <w:rPr>
          <w:b w:val="false"/>
          <w:sz w:val="28"/>
          <w:lang w:val="zxx"/>
        </w:rPr>
        <w:t>10</w:t>
      </w:r>
      <w:r>
        <w:rPr>
          <w:b w:val="false"/>
          <w:sz w:val="28"/>
        </w:rPr>
        <w:t xml:space="preserve"> секунд кодированной тишины. Подлинность, возраст, полнота воспроизведения и физическое выключение проверяются раздельно при заявленной нагрузке.</w:t>
      </w:r>
    </w:p>
    <w:p>
      <w:pPr>
        <w:pStyle w:val="Normal"/>
        <w:jc w:val="both"/>
        <w:rPr/>
      </w:pPr>
      <w:r>
        <w:rPr>
          <w:b w:val="false"/>
          <w:sz w:val="28"/>
          <w:lang w:val="zxx"/>
        </w:rPr>
        <w:t>15.68</w:t>
      </w:r>
      <w:r>
        <w:rPr>
          <w:b w:val="false"/>
          <w:sz w:val="28"/>
        </w:rPr>
        <w:t xml:space="preserve"> В режиме </w:t>
      </w:r>
      <w:r>
        <w:rPr>
          <w:b w:val="false"/>
          <w:sz w:val="28"/>
          <w:lang w:val="zxx"/>
        </w:rPr>
        <w:t>tls</w:t>
      </w:r>
      <w:r>
        <w:rPr>
          <w:b w:val="false"/>
          <w:sz w:val="28"/>
        </w:rPr>
        <w:t xml:space="preserve"> команды управления зашифрованы. </w:t>
      </w:r>
      <w:r>
        <w:rPr>
          <w:b w:val="false"/>
          <w:sz w:val="28"/>
          <w:lang w:val="zxx"/>
        </w:rPr>
        <w:t>UDP-</w:t>
      </w:r>
      <w:r>
        <w:rPr>
          <w:b w:val="false"/>
          <w:sz w:val="28"/>
        </w:rPr>
        <w:t xml:space="preserve">звук остается открытым; метка каждого пакета защищает его подлинность и целостность, а номер и время ограничивают повторы и задержку. Один защищенный </w:t>
      </w:r>
      <w:r>
        <w:rPr>
          <w:b w:val="false"/>
          <w:sz w:val="28"/>
          <w:lang w:val="zxx"/>
        </w:rPr>
        <w:t>session.start</w:t>
      </w:r>
      <w:r>
        <w:rPr>
          <w:b w:val="false"/>
          <w:sz w:val="28"/>
        </w:rPr>
        <w:t xml:space="preserve"> без проверки медиапакетов этих гарантий не дает. В </w:t>
      </w:r>
      <w:r>
        <w:rPr>
          <w:b w:val="false"/>
          <w:sz w:val="28"/>
          <w:lang w:val="zxx"/>
        </w:rPr>
        <w:t>plain</w:t>
      </w:r>
      <w:r>
        <w:rPr>
          <w:b w:val="false"/>
          <w:sz w:val="28"/>
        </w:rPr>
        <w:t xml:space="preserve"> криптографической защиты нет; </w:t>
      </w:r>
      <w:r>
        <w:rPr>
          <w:b w:val="false"/>
          <w:sz w:val="28"/>
          <w:lang w:val="zxx"/>
        </w:rPr>
        <w:t>IP</w:t>
      </w:r>
      <w:r>
        <w:rPr>
          <w:b w:val="false"/>
          <w:sz w:val="28"/>
        </w:rPr>
        <w:t xml:space="preserve">, порт, </w:t>
      </w:r>
      <w:r>
        <w:rPr>
          <w:b w:val="false"/>
          <w:sz w:val="28"/>
          <w:lang w:val="zxx"/>
        </w:rPr>
        <w:t>SSRC</w:t>
      </w:r>
      <w:r>
        <w:rPr>
          <w:b w:val="false"/>
          <w:sz w:val="28"/>
        </w:rPr>
        <w:t xml:space="preserve"> или </w:t>
      </w:r>
      <w:r>
        <w:rPr>
          <w:b w:val="false"/>
          <w:sz w:val="28"/>
          <w:lang w:val="zxx"/>
        </w:rPr>
        <w:t>mediaId</w:t>
      </w:r>
      <w:r>
        <w:rPr>
          <w:b w:val="false"/>
          <w:sz w:val="28"/>
        </w:rPr>
        <w:t xml:space="preserve"> ее не заменяют. Для заранее проверенной локальной записи сетевого аудио во время исполнения нет, однако доверие к загрузке, неизменность хранения и достоверность физической обратной связи остаются самостоятельными условиями.</w:t>
      </w:r>
    </w:p>
    <w:p>
      <w:pPr>
        <w:pStyle w:val="2"/>
        <w:rPr/>
      </w:pPr>
      <w:r>
        <w:rPr/>
        <w:t>Воспроизведение, тангента и остановка</w:t>
      </w:r>
    </w:p>
    <w:p>
      <w:pPr>
        <w:pStyle w:val="Normal"/>
        <w:keepNext w:val="true"/>
        <w:jc w:val="start"/>
        <w:rPr/>
      </w:pPr>
      <w:r>
        <w:rPr>
          <w:b/>
          <w:sz w:val="28"/>
          <w:lang w:val="zxx"/>
        </w:rPr>
        <w:t>15.69</w:t>
      </w:r>
      <w:r>
        <w:rPr>
          <w:b/>
          <w:sz w:val="28"/>
        </w:rPr>
        <w:t xml:space="preserve"> Подготовка принята</w:t>
      </w:r>
    </w:p>
    <w:p>
      <w:pPr>
        <w:pStyle w:val="Normal"/>
        <w:jc w:val="both"/>
        <w:rPr/>
      </w:pPr>
      <w:r>
        <w:rPr>
          <w:b w:val="false"/>
          <w:sz w:val="28"/>
        </w:rPr>
        <w:t xml:space="preserve">Ресурсы, параметры и контекст зафиксированы; выход еще не считается воспроизводящим. Подготовка имеет конечный срок, а </w:t>
      </w:r>
      <w:r>
        <w:rPr>
          <w:b w:val="false"/>
          <w:sz w:val="28"/>
          <w:lang w:val="zxx"/>
        </w:rPr>
        <w:t>ready</w:t>
      </w:r>
      <w:r>
        <w:rPr>
          <w:b w:val="false"/>
          <w:sz w:val="28"/>
        </w:rPr>
        <w:t xml:space="preserve"> - конечный срок применимости.</w:t>
      </w:r>
    </w:p>
    <w:p>
      <w:pPr>
        <w:pStyle w:val="Normal"/>
        <w:keepNext w:val="true"/>
        <w:jc w:val="start"/>
        <w:rPr/>
      </w:pPr>
      <w:r>
        <w:rPr>
          <w:b/>
          <w:sz w:val="28"/>
          <w:lang w:val="zxx"/>
        </w:rPr>
        <w:t>15.70</w:t>
      </w:r>
      <w:r>
        <w:rPr>
          <w:b/>
          <w:sz w:val="28"/>
        </w:rPr>
        <w:t xml:space="preserve"> Первый пригодный пакет</w:t>
      </w:r>
    </w:p>
    <w:p>
      <w:pPr>
        <w:pStyle w:val="Normal"/>
        <w:jc w:val="both"/>
        <w:rPr/>
      </w:pPr>
      <w:r>
        <w:rPr>
          <w:b w:val="false"/>
          <w:sz w:val="28"/>
        </w:rPr>
        <w:t xml:space="preserve">Учитывается только после проверки разрешения потока, привязки </w:t>
      </w:r>
      <w:r>
        <w:rPr>
          <w:b w:val="false"/>
          <w:sz w:val="28"/>
          <w:lang w:val="zxx"/>
        </w:rPr>
        <w:t>UDP-</w:t>
      </w:r>
      <w:r>
        <w:rPr>
          <w:b w:val="false"/>
          <w:sz w:val="28"/>
        </w:rPr>
        <w:t xml:space="preserve">источника, номера и допустимого возраста пакета, а в режиме </w:t>
      </w:r>
      <w:r>
        <w:rPr>
          <w:b w:val="false"/>
          <w:sz w:val="28"/>
          <w:lang w:val="zxx"/>
        </w:rPr>
        <w:t>tls</w:t>
      </w:r>
      <w:r>
        <w:rPr>
          <w:b w:val="false"/>
          <w:sz w:val="28"/>
        </w:rPr>
        <w:t xml:space="preserve"> также его метки подлинности. Подтверждает прием данных, но не готовность всего буфера и не акустическое воспроизведение.</w:t>
      </w:r>
    </w:p>
    <w:p>
      <w:pPr>
        <w:pStyle w:val="Normal"/>
        <w:keepNext w:val="true"/>
        <w:jc w:val="start"/>
        <w:rPr/>
      </w:pPr>
      <w:r>
        <w:rPr>
          <w:b/>
          <w:sz w:val="28"/>
          <w:lang w:val="zxx"/>
        </w:rPr>
        <w:t>15.71</w:t>
      </w:r>
      <w:r>
        <w:rPr>
          <w:b/>
          <w:sz w:val="28"/>
        </w:rPr>
        <w:t xml:space="preserve"> Буфер готов</w:t>
      </w:r>
    </w:p>
    <w:p>
      <w:pPr>
        <w:pStyle w:val="Normal"/>
        <w:jc w:val="both"/>
        <w:rPr/>
      </w:pPr>
      <w:r>
        <w:rPr>
          <w:b w:val="false"/>
          <w:sz w:val="28"/>
        </w:rPr>
        <w:t>Воспроизведение начинается по согласованному правилу. Его наблюдение отделено от факта выдачи отсчетов программой; отсутствующая обратная связь явно ограничивает доказательство.</w:t>
      </w:r>
    </w:p>
    <w:p>
      <w:pPr>
        <w:pStyle w:val="Normal"/>
        <w:keepNext w:val="true"/>
        <w:jc w:val="start"/>
        <w:rPr/>
      </w:pPr>
      <w:r>
        <w:rPr>
          <w:b/>
          <w:sz w:val="28"/>
          <w:lang w:val="zxx"/>
        </w:rPr>
        <w:t>15.72</w:t>
      </w:r>
      <w:r>
        <w:rPr>
          <w:b/>
          <w:sz w:val="28"/>
        </w:rPr>
        <w:t xml:space="preserve"> Потеря или </w:t>
      </w:r>
      <w:r>
        <w:rPr>
          <w:b/>
          <w:sz w:val="28"/>
          <w:lang w:val="zxx"/>
        </w:rPr>
        <w:t>underrun</w:t>
      </w:r>
    </w:p>
    <w:p>
      <w:pPr>
        <w:pStyle w:val="Normal"/>
        <w:jc w:val="start"/>
        <w:rPr/>
      </w:pPr>
      <w:r>
        <w:rPr>
          <w:b w:val="false"/>
          <w:sz w:val="28"/>
        </w:rPr>
        <w:t xml:space="preserve">Пропуски маскируются и учитываются без перезапуска контента. Потерянные слова не считаются доставленными. Полный проход известной границы с подтвержденным </w:t>
      </w:r>
      <w:r>
        <w:rPr>
          <w:b w:val="false"/>
          <w:sz w:val="28"/>
          <w:lang w:val="zxx"/>
        </w:rPr>
        <w:t>off</w:t>
      </w:r>
      <w:r>
        <w:rPr>
          <w:b w:val="false"/>
          <w:sz w:val="28"/>
        </w:rPr>
        <w:t xml:space="preserve"> допускает </w:t>
      </w:r>
      <w:r>
        <w:rPr>
          <w:b w:val="false"/>
          <w:sz w:val="28"/>
          <w:lang w:val="zxx"/>
        </w:rPr>
        <w:t>completion=complete</w:t>
      </w:r>
      <w:r>
        <w:rPr>
          <w:b w:val="false"/>
          <w:sz w:val="28"/>
        </w:rPr>
        <w:t xml:space="preserve"> и </w:t>
      </w:r>
      <w:r>
        <w:rPr>
          <w:b w:val="false"/>
          <w:sz w:val="28"/>
          <w:lang w:val="zxx"/>
        </w:rPr>
        <w:t>succeeded/</w:t>
      </w:r>
      <w:r>
        <w:rPr>
          <w:b w:val="false"/>
          <w:sz w:val="28"/>
        </w:rPr>
        <w:t>​</w:t>
      </w:r>
      <w:r>
        <w:rPr>
          <w:b w:val="false"/>
          <w:sz w:val="28"/>
          <w:lang w:val="zxx"/>
        </w:rPr>
        <w:t>completed</w:t>
      </w:r>
      <w:r>
        <w:rPr>
          <w:b w:val="false"/>
          <w:sz w:val="28"/>
        </w:rPr>
        <w:t xml:space="preserve"> с предупреждением </w:t>
      </w:r>
      <w:r>
        <w:rPr>
          <w:b w:val="false"/>
          <w:sz w:val="28"/>
          <w:lang w:val="zxx"/>
        </w:rPr>
        <w:t>mediaPacketLoss.</w:t>
      </w:r>
    </w:p>
    <w:p>
      <w:pPr>
        <w:pStyle w:val="Normal"/>
        <w:keepNext w:val="true"/>
        <w:jc w:val="start"/>
        <w:rPr/>
      </w:pPr>
      <w:r>
        <w:rPr>
          <w:b/>
          <w:sz w:val="28"/>
          <w:lang w:val="zxx"/>
        </w:rPr>
        <w:t>15.73</w:t>
      </w:r>
      <w:r>
        <w:rPr>
          <w:b/>
          <w:sz w:val="28"/>
        </w:rPr>
        <w:t xml:space="preserve"> Штатный </w:t>
      </w:r>
      <w:r>
        <w:rPr>
          <w:b/>
          <w:sz w:val="28"/>
          <w:lang w:val="zxx"/>
        </w:rPr>
        <w:t>EOF</w:t>
      </w:r>
      <w:r>
        <w:rPr>
          <w:b/>
          <w:sz w:val="28"/>
        </w:rPr>
        <w:t xml:space="preserve"> потоковой записи</w:t>
      </w:r>
    </w:p>
    <w:p>
      <w:pPr>
        <w:pStyle w:val="Normal"/>
        <w:jc w:val="both"/>
        <w:rPr/>
      </w:pPr>
      <w:r>
        <w:rPr>
          <w:b w:val="false"/>
          <w:sz w:val="28"/>
        </w:rPr>
        <w:t>Фиксируется конечное число действительных отсчетов; буфер доигрывается только до этой границы и в пределах срока дренирования. Завершение этого прохода и доставка всех исходных отсчетов проверяются раздельно; маскирование утраченного хвоста не скрывает потери.</w:t>
      </w:r>
    </w:p>
    <w:p>
      <w:pPr>
        <w:pStyle w:val="Normal"/>
        <w:keepNext w:val="true"/>
        <w:jc w:val="start"/>
        <w:rPr/>
      </w:pPr>
      <w:r>
        <w:rPr>
          <w:b/>
          <w:sz w:val="28"/>
          <w:lang w:val="zxx"/>
        </w:rPr>
        <w:t>15.74</w:t>
      </w:r>
      <w:r>
        <w:rPr>
          <w:b/>
          <w:sz w:val="28"/>
        </w:rPr>
        <w:t xml:space="preserve"> Отпускание тангенты / отзыв источника</w:t>
      </w:r>
    </w:p>
    <w:p>
      <w:pPr>
        <w:pStyle w:val="Normal"/>
        <w:jc w:val="start"/>
        <w:rPr/>
      </w:pPr>
      <w:r>
        <w:rPr>
          <w:b w:val="false"/>
          <w:sz w:val="28"/>
        </w:rPr>
        <w:t xml:space="preserve">Отпускание передает </w:t>
      </w:r>
      <w:r>
        <w:rPr>
          <w:b w:val="false"/>
          <w:sz w:val="28"/>
          <w:lang w:val="zxx"/>
        </w:rPr>
        <w:t>audio.finish:</w:t>
      </w:r>
      <w:r>
        <w:rPr>
          <w:b w:val="false"/>
          <w:sz w:val="28"/>
        </w:rPr>
        <w:t xml:space="preserve"> ограниченный хвост до </w:t>
      </w:r>
      <w:r>
        <w:rPr>
          <w:b w:val="false"/>
          <w:sz w:val="28"/>
          <w:lang w:val="zxx"/>
        </w:rPr>
        <w:t>sampleCount</w:t>
      </w:r>
      <w:r>
        <w:rPr>
          <w:b w:val="false"/>
          <w:sz w:val="28"/>
        </w:rPr>
        <w:t xml:space="preserve"> доигрывается. Принудительный отзыв выполняется </w:t>
      </w:r>
      <w:r>
        <w:rPr>
          <w:b w:val="false"/>
          <w:sz w:val="28"/>
          <w:lang w:val="zxx"/>
        </w:rPr>
        <w:t>session.stop/</w:t>
      </w:r>
      <w:r>
        <w:rPr>
          <w:b w:val="false"/>
          <w:sz w:val="28"/>
        </w:rPr>
        <w:t>​</w:t>
      </w:r>
      <w:r>
        <w:rPr>
          <w:b w:val="false"/>
          <w:sz w:val="28"/>
          <w:lang w:val="zxx"/>
        </w:rPr>
        <w:t>cancel</w:t>
      </w:r>
      <w:r>
        <w:rPr>
          <w:b w:val="false"/>
          <w:sz w:val="28"/>
        </w:rPr>
        <w:t xml:space="preserve"> и отбрасывает хвост. Завершение </w:t>
      </w:r>
      <w:r>
        <w:rPr>
          <w:b w:val="false"/>
          <w:sz w:val="28"/>
          <w:lang w:val="zxx"/>
        </w:rPr>
        <w:t>mediaId</w:t>
      </w:r>
      <w:r>
        <w:rPr>
          <w:b w:val="false"/>
          <w:sz w:val="28"/>
        </w:rPr>
        <w:t xml:space="preserve"> не освобождает владение УУ. После полного </w:t>
      </w:r>
      <w:r>
        <w:rPr>
          <w:b w:val="false"/>
          <w:sz w:val="28"/>
          <w:lang w:val="zxx"/>
        </w:rPr>
        <w:t>off</w:t>
      </w:r>
      <w:r>
        <w:rPr>
          <w:b w:val="false"/>
          <w:sz w:val="28"/>
        </w:rPr>
        <w:t xml:space="preserve"> новое нажатие создает новую подготовку и сеанс; при согласованном </w:t>
      </w:r>
      <w:r>
        <w:rPr>
          <w:b w:val="false"/>
          <w:sz w:val="28"/>
          <w:lang w:val="zxx"/>
        </w:rPr>
        <w:t>sourceSwitch</w:t>
      </w:r>
      <w:r>
        <w:rPr>
          <w:b w:val="false"/>
          <w:sz w:val="28"/>
        </w:rPr>
        <w:t xml:space="preserve"> подготовка и </w:t>
      </w:r>
      <w:r>
        <w:rPr>
          <w:b w:val="false"/>
          <w:sz w:val="28"/>
          <w:lang w:val="zxx"/>
        </w:rPr>
        <w:t>audio.start</w:t>
      </w:r>
      <w:r>
        <w:rPr>
          <w:b w:val="false"/>
          <w:sz w:val="28"/>
        </w:rPr>
        <w:t xml:space="preserve"> продолжают прежний сеанс.</w:t>
      </w:r>
    </w:p>
    <w:p>
      <w:pPr>
        <w:pStyle w:val="Normal"/>
        <w:keepNext w:val="true"/>
        <w:jc w:val="start"/>
        <w:rPr/>
      </w:pPr>
      <w:r>
        <w:rPr>
          <w:b/>
          <w:sz w:val="28"/>
          <w:lang w:val="zxx"/>
        </w:rPr>
        <w:t>15.75</w:t>
      </w:r>
      <w:r>
        <w:rPr>
          <w:b/>
          <w:sz w:val="28"/>
        </w:rPr>
        <w:t xml:space="preserve"> </w:t>
      </w:r>
      <w:r>
        <w:rPr>
          <w:b/>
          <w:sz w:val="28"/>
          <w:lang w:val="zxx"/>
        </w:rPr>
        <w:t>session.stop/</w:t>
      </w:r>
      <w:r>
        <w:rPr>
          <w:b/>
          <w:sz w:val="28"/>
        </w:rPr>
        <w:t>​</w:t>
      </w:r>
      <w:r>
        <w:rPr>
          <w:b/>
          <w:sz w:val="28"/>
          <w:lang w:val="zxx"/>
        </w:rPr>
        <w:t>session.cancel</w:t>
      </w:r>
      <w:r>
        <w:rPr>
          <w:b/>
          <w:sz w:val="28"/>
        </w:rPr>
        <w:t>, истечение срока или отзыв сеанса</w:t>
      </w:r>
    </w:p>
    <w:p>
      <w:pPr>
        <w:pStyle w:val="Normal"/>
        <w:jc w:val="both"/>
        <w:rPr/>
      </w:pPr>
      <w:r>
        <w:rPr>
          <w:b w:val="false"/>
          <w:sz w:val="28"/>
        </w:rPr>
        <w:t xml:space="preserve">Прекращаются прием и будущая выдача звука, очищается тракт и подтверждается выключение. Режим дренирования штатного </w:t>
      </w:r>
      <w:r>
        <w:rPr>
          <w:b w:val="false"/>
          <w:sz w:val="28"/>
          <w:lang w:val="zxx"/>
        </w:rPr>
        <w:t>EOF</w:t>
      </w:r>
      <w:r>
        <w:rPr>
          <w:b w:val="false"/>
          <w:sz w:val="28"/>
        </w:rPr>
        <w:t xml:space="preserve"> не используется для принудительной отмены. Поздние команды и пакеты старого потока не затрагивают новый.</w:t>
      </w:r>
    </w:p>
    <w:p>
      <w:pPr>
        <w:pStyle w:val="Normal"/>
        <w:keepNext w:val="true"/>
        <w:jc w:val="start"/>
        <w:rPr/>
      </w:pPr>
      <w:r>
        <w:rPr>
          <w:b/>
          <w:sz w:val="28"/>
          <w:lang w:val="zxx"/>
        </w:rPr>
        <w:t>15.76</w:t>
      </w:r>
      <w:r>
        <w:rPr>
          <w:b/>
          <w:sz w:val="28"/>
        </w:rPr>
        <w:t xml:space="preserve"> </w:t>
      </w:r>
      <w:r>
        <w:rPr>
          <w:b/>
          <w:sz w:val="28"/>
          <w:lang w:val="zxx"/>
        </w:rPr>
        <w:t>Reboot</w:t>
      </w:r>
      <w:r>
        <w:rPr>
          <w:b/>
          <w:sz w:val="28"/>
        </w:rPr>
        <w:t xml:space="preserve"> или возврат сети</w:t>
      </w:r>
    </w:p>
    <w:p>
      <w:pPr>
        <w:pStyle w:val="Normal"/>
        <w:jc w:val="both"/>
        <w:rPr/>
      </w:pPr>
      <w:r>
        <w:rPr>
          <w:b w:val="false"/>
          <w:sz w:val="28"/>
        </w:rPr>
        <w:t>Прежнее разрешение не восстанавливается автоматически. Новое включение требует актуального контекста и повторной подготовки; запоздалое аудио отбрасывается.</w:t>
      </w:r>
    </w:p>
    <w:p>
      <w:pPr>
        <w:pStyle w:val="Normal"/>
        <w:jc w:val="both"/>
        <w:rPr/>
      </w:pPr>
      <w:r>
        <w:rPr>
          <w:b w:val="false"/>
          <w:sz w:val="28"/>
          <w:lang w:val="zxx"/>
        </w:rPr>
        <w:t>15.77</w:t>
      </w:r>
      <w:r>
        <w:rPr>
          <w:b w:val="false"/>
          <w:sz w:val="28"/>
        </w:rPr>
        <w:t xml:space="preserve"> Тангента управляется владельцем сеанса. До </w:t>
      </w:r>
      <w:r>
        <w:rPr>
          <w:b w:val="false"/>
          <w:sz w:val="28"/>
          <w:lang w:val="zxx"/>
        </w:rPr>
        <w:t>session.start</w:t>
      </w:r>
      <w:r>
        <w:rPr>
          <w:b w:val="false"/>
          <w:sz w:val="28"/>
        </w:rPr>
        <w:t>(</w:t>
      </w:r>
      <w:r>
        <w:rPr>
          <w:b w:val="false"/>
          <w:sz w:val="28"/>
          <w:lang w:val="zxx"/>
        </w:rPr>
        <w:t>mode=stream</w:t>
      </w:r>
      <w:r>
        <w:rPr>
          <w:b w:val="false"/>
          <w:sz w:val="28"/>
        </w:rPr>
        <w:t xml:space="preserve">) обязательны </w:t>
      </w:r>
      <w:r>
        <w:rPr>
          <w:b w:val="false"/>
          <w:sz w:val="28"/>
          <w:lang w:val="zxx"/>
        </w:rPr>
        <w:t>audio.prepare</w:t>
      </w:r>
      <w:r>
        <w:rPr>
          <w:b w:val="false"/>
          <w:sz w:val="28"/>
        </w:rPr>
        <w:t>(</w:t>
      </w:r>
      <w:r>
        <w:rPr>
          <w:b w:val="false"/>
          <w:sz w:val="28"/>
          <w:lang w:val="zxx"/>
        </w:rPr>
        <w:t>source=microphone</w:t>
      </w:r>
      <w:r>
        <w:rPr>
          <w:b w:val="false"/>
          <w:sz w:val="28"/>
        </w:rPr>
        <w:t xml:space="preserve">), подтвержденный </w:t>
      </w:r>
      <w:r>
        <w:rPr>
          <w:b w:val="false"/>
          <w:sz w:val="28"/>
          <w:lang w:val="zxx"/>
        </w:rPr>
        <w:t>prepared</w:t>
      </w:r>
      <w:r>
        <w:rPr>
          <w:b w:val="false"/>
          <w:sz w:val="28"/>
        </w:rPr>
        <w:t xml:space="preserve"> и готовая привязка медиаканала. Подготовка </w:t>
      </w:r>
      <w:r>
        <w:rPr>
          <w:b w:val="false"/>
          <w:sz w:val="28"/>
          <w:lang w:val="zxx"/>
        </w:rPr>
        <w:t>ДОПУСКАЕТСЯ</w:t>
      </w:r>
      <w:r>
        <w:rPr>
          <w:b w:val="false"/>
          <w:sz w:val="28"/>
        </w:rPr>
        <w:t xml:space="preserve"> заранее в пределах ее срока, без включения выходов и захвата речи. Если нажатие поступило во время подготовки или ее обновления, АРМ может сохранить одно действующее намерение до готовности; повторное нажатие не требуется и не создает второй </w:t>
      </w:r>
      <w:r>
        <w:rPr>
          <w:b w:val="false"/>
          <w:sz w:val="28"/>
          <w:lang w:val="zxx"/>
        </w:rPr>
        <w:t>START.</w:t>
      </w:r>
      <w:r>
        <w:rPr>
          <w:b w:val="false"/>
          <w:sz w:val="28"/>
        </w:rPr>
        <w:t xml:space="preserve"> Отмена, окончание сеанса и потеря права источника снимают ожидающее намерение. При согласованном </w:t>
      </w:r>
      <w:r>
        <w:rPr>
          <w:b w:val="false"/>
          <w:sz w:val="28"/>
          <w:lang w:val="zxx"/>
        </w:rPr>
        <w:t>startup=outputReady</w:t>
      </w:r>
      <w:r>
        <w:rPr>
          <w:b w:val="false"/>
          <w:sz w:val="28"/>
        </w:rPr>
        <w:t xml:space="preserve"> захват и передача начинаются только после </w:t>
      </w:r>
      <w:r>
        <w:rPr>
          <w:b w:val="false"/>
          <w:sz w:val="28"/>
          <w:lang w:val="zxx"/>
        </w:rPr>
        <w:t>outputReady=true</w:t>
      </w:r>
      <w:r>
        <w:rPr>
          <w:b w:val="false"/>
          <w:sz w:val="28"/>
        </w:rPr>
        <w:t xml:space="preserve"> из </w:t>
      </w:r>
      <w:r>
        <w:rPr>
          <w:b w:val="false"/>
          <w:sz w:val="28"/>
          <w:lang w:val="zxx"/>
        </w:rPr>
        <w:t>audio.state</w:t>
      </w:r>
      <w:r>
        <w:rPr>
          <w:b w:val="false"/>
          <w:sz w:val="28"/>
        </w:rPr>
        <w:t xml:space="preserve"> данного </w:t>
      </w:r>
      <w:r>
        <w:rPr>
          <w:b w:val="false"/>
          <w:sz w:val="28"/>
          <w:lang w:val="zxx"/>
        </w:rPr>
        <w:t>mediaId/</w:t>
      </w:r>
      <w:r>
        <w:rPr>
          <w:b w:val="false"/>
          <w:sz w:val="28"/>
        </w:rPr>
        <w:t>​</w:t>
      </w:r>
      <w:r>
        <w:rPr>
          <w:b w:val="false"/>
          <w:sz w:val="28"/>
          <w:lang w:val="zxx"/>
        </w:rPr>
        <w:t>sessionId.</w:t>
      </w:r>
      <w:r>
        <w:rPr>
          <w:b w:val="false"/>
          <w:sz w:val="28"/>
        </w:rPr>
        <w:t xml:space="preserve"> До этого отпускание тангенты выполняет </w:t>
      </w:r>
      <w:r>
        <w:rPr>
          <w:b w:val="false"/>
          <w:sz w:val="28"/>
          <w:lang w:val="zxx"/>
        </w:rPr>
        <w:t>session.stop/</w:t>
      </w:r>
      <w:r>
        <w:rPr>
          <w:b w:val="false"/>
          <w:sz w:val="28"/>
        </w:rPr>
        <w:t>​</w:t>
      </w:r>
      <w:r>
        <w:rPr>
          <w:b w:val="false"/>
          <w:sz w:val="28"/>
          <w:lang w:val="zxx"/>
        </w:rPr>
        <w:t>cancel</w:t>
      </w:r>
      <w:r>
        <w:rPr>
          <w:b w:val="false"/>
          <w:sz w:val="28"/>
        </w:rPr>
        <w:t xml:space="preserve">, без захвата и накопления речи; после начала передачи штатное отпускание передает </w:t>
      </w:r>
      <w:r>
        <w:rPr>
          <w:b w:val="false"/>
          <w:sz w:val="28"/>
          <w:lang w:val="zxx"/>
        </w:rPr>
        <w:t>audio.finish.</w:t>
      </w:r>
      <w:r>
        <w:rPr>
          <w:b w:val="false"/>
          <w:sz w:val="28"/>
        </w:rPr>
        <w:t xml:space="preserve"> При согласованном </w:t>
      </w:r>
      <w:r>
        <w:rPr>
          <w:b w:val="false"/>
          <w:sz w:val="28"/>
          <w:lang w:val="zxx"/>
        </w:rPr>
        <w:t>sourceSwitch</w:t>
      </w:r>
      <w:r>
        <w:rPr>
          <w:b w:val="false"/>
          <w:sz w:val="28"/>
        </w:rPr>
        <w:t xml:space="preserve"> конец источника оставляет речевой режим для следующей тангенты; ручная остановка файла использует </w:t>
      </w:r>
      <w:r>
        <w:rPr>
          <w:b w:val="false"/>
          <w:sz w:val="28"/>
          <w:lang w:val="zxx"/>
        </w:rPr>
        <w:t>audio.pause.</w:t>
      </w:r>
      <w:r>
        <w:rPr>
          <w:b w:val="false"/>
          <w:sz w:val="28"/>
        </w:rPr>
        <w:t xml:space="preserve"> Новый </w:t>
      </w:r>
      <w:r>
        <w:rPr>
          <w:b w:val="false"/>
          <w:sz w:val="28"/>
          <w:lang w:val="zxx"/>
        </w:rPr>
        <w:t>audio.prepare</w:t>
      </w:r>
      <w:r>
        <w:rPr>
          <w:b w:val="false"/>
          <w:sz w:val="28"/>
        </w:rPr>
        <w:t xml:space="preserve"> и </w:t>
      </w:r>
      <w:r>
        <w:rPr>
          <w:b w:val="false"/>
          <w:sz w:val="28"/>
          <w:lang w:val="zxx"/>
        </w:rPr>
        <w:t>audio.start</w:t>
      </w:r>
      <w:r>
        <w:rPr>
          <w:b w:val="false"/>
          <w:sz w:val="28"/>
        </w:rPr>
        <w:t xml:space="preserve"> продолжают тот же сеанс, а полный отбой выполняется </w:t>
      </w:r>
      <w:r>
        <w:rPr>
          <w:b w:val="false"/>
          <w:sz w:val="28"/>
          <w:lang w:val="zxx"/>
        </w:rPr>
        <w:t>session.stop/</w:t>
      </w:r>
      <w:r>
        <w:rPr>
          <w:b w:val="false"/>
          <w:sz w:val="28"/>
        </w:rPr>
        <w:t>​</w:t>
      </w:r>
      <w:r>
        <w:rPr>
          <w:b w:val="false"/>
          <w:sz w:val="28"/>
          <w:lang w:val="zxx"/>
        </w:rPr>
        <w:t>cancel.</w:t>
      </w:r>
      <w:r>
        <w:rPr>
          <w:b w:val="false"/>
          <w:sz w:val="28"/>
        </w:rPr>
        <w:t xml:space="preserve"> Физический источник может быть внешним устройством АРМ, но сетевым отправителем и носителем полномочий остается владелец. Передача слова другому участнику выполняется после конца и </w:t>
      </w:r>
      <w:r>
        <w:rPr>
          <w:b w:val="false"/>
          <w:sz w:val="28"/>
          <w:lang w:val="zxx"/>
        </w:rPr>
        <w:t>off</w:t>
      </w:r>
      <w:r>
        <w:rPr>
          <w:b w:val="false"/>
          <w:sz w:val="28"/>
        </w:rPr>
        <w:t xml:space="preserve"> прежнего сеанса. Потерянный </w:t>
      </w:r>
      <w:r>
        <w:rPr>
          <w:b w:val="false"/>
          <w:sz w:val="28"/>
          <w:lang w:val="zxx"/>
        </w:rPr>
        <w:t>prepared</w:t>
      </w:r>
      <w:r>
        <w:rPr>
          <w:b w:val="false"/>
          <w:sz w:val="28"/>
        </w:rPr>
        <w:t xml:space="preserve"> или </w:t>
      </w:r>
      <w:r>
        <w:rPr>
          <w:b w:val="false"/>
          <w:sz w:val="28"/>
          <w:lang w:val="zxx"/>
        </w:rPr>
        <w:t>accepted</w:t>
      </w:r>
      <w:r>
        <w:rPr>
          <w:b w:val="false"/>
          <w:sz w:val="28"/>
        </w:rPr>
        <w:t xml:space="preserve"> не разрешает начинать новый запуск; применяется чтение либо адресная отмена по общей модели.</w:t>
      </w:r>
    </w:p>
    <w:p>
      <w:pPr>
        <w:pStyle w:val="Normal"/>
        <w:jc w:val="start"/>
        <w:rPr/>
      </w:pPr>
      <w:r>
        <w:rPr>
          <w:b w:val="false"/>
          <w:sz w:val="28"/>
          <w:lang w:val="zxx"/>
        </w:rPr>
        <w:t>15.78</w:t>
      </w:r>
      <w:r>
        <w:rPr>
          <w:b w:val="false"/>
          <w:sz w:val="28"/>
        </w:rPr>
        <w:t xml:space="preserve"> Подготовка истекает через </w:t>
      </w:r>
      <w:r>
        <w:rPr>
          <w:b w:val="false"/>
          <w:sz w:val="28"/>
          <w:lang w:val="zxx"/>
        </w:rPr>
        <w:t>60000</w:t>
      </w:r>
      <w:r>
        <w:rPr>
          <w:b w:val="false"/>
          <w:sz w:val="28"/>
        </w:rPr>
        <w:t xml:space="preserve"> мс от создания, запуск ограничен </w:t>
      </w:r>
      <w:r>
        <w:rPr>
          <w:b w:val="false"/>
          <w:sz w:val="28"/>
          <w:lang w:val="zxx"/>
        </w:rPr>
        <w:t>acceptBeforeMs</w:t>
      </w:r>
      <w:r>
        <w:rPr>
          <w:b w:val="false"/>
          <w:sz w:val="28"/>
        </w:rPr>
        <w:t xml:space="preserve"> и </w:t>
      </w:r>
      <w:r>
        <w:rPr>
          <w:b w:val="false"/>
          <w:sz w:val="28"/>
          <w:lang w:val="zxx"/>
        </w:rPr>
        <w:t>prepareTimeoutMs</w:t>
      </w:r>
      <w:r>
        <w:rPr>
          <w:b w:val="false"/>
          <w:sz w:val="28"/>
        </w:rPr>
        <w:t xml:space="preserve">, поток - </w:t>
      </w:r>
      <w:r>
        <w:rPr>
          <w:b w:val="false"/>
          <w:sz w:val="28"/>
          <w:lang w:val="zxx"/>
        </w:rPr>
        <w:t>maxDurationMs</w:t>
      </w:r>
      <w:r>
        <w:rPr>
          <w:b w:val="false"/>
          <w:sz w:val="28"/>
        </w:rPr>
        <w:t xml:space="preserve"> и таймаутом отсутствия данных </w:t>
      </w:r>
      <w:r>
        <w:rPr>
          <w:b w:val="false"/>
          <w:sz w:val="28"/>
          <w:lang w:val="zxx"/>
        </w:rPr>
        <w:t>5000</w:t>
      </w:r>
      <w:r>
        <w:rPr>
          <w:b w:val="false"/>
          <w:sz w:val="28"/>
        </w:rPr>
        <w:t xml:space="preserve"> мс. Повторы не продлевают эти сроки. </w:t>
      </w:r>
      <w:r>
        <w:rPr>
          <w:b w:val="false"/>
          <w:sz w:val="28"/>
          <w:lang w:val="zxx"/>
        </w:rPr>
        <w:t>session.stop</w:t>
      </w:r>
      <w:r>
        <w:rPr>
          <w:b w:val="false"/>
          <w:sz w:val="28"/>
        </w:rPr>
        <w:t xml:space="preserve"> отзывает медиаразрешение и очищает буфер в </w:t>
      </w:r>
      <w:r>
        <w:rPr>
          <w:b w:val="false"/>
          <w:sz w:val="28"/>
          <w:lang w:val="zxx"/>
        </w:rPr>
        <w:t>stopBeginMs.</w:t>
      </w:r>
    </w:p>
    <w:p>
      <w:pPr>
        <w:pStyle w:val="Normal"/>
        <w:jc w:val="both"/>
        <w:rPr/>
      </w:pPr>
      <w:r>
        <w:rPr>
          <w:b w:val="false"/>
          <w:sz w:val="28"/>
          <w:lang w:val="zxx"/>
        </w:rPr>
        <w:t>15.79</w:t>
      </w:r>
      <w:r>
        <w:rPr>
          <w:b w:val="false"/>
          <w:sz w:val="28"/>
        </w:rPr>
        <w:t xml:space="preserve"> Потеря управляющего соединения, истечение </w:t>
      </w:r>
      <w:r>
        <w:rPr>
          <w:b w:val="false"/>
          <w:sz w:val="28"/>
          <w:lang w:val="zxx"/>
        </w:rPr>
        <w:t>lease</w:t>
      </w:r>
      <w:r>
        <w:rPr>
          <w:b w:val="false"/>
          <w:sz w:val="28"/>
        </w:rPr>
        <w:t xml:space="preserve"> и потеря аудио являются разными событиями. Для локальной конечной записи и программы применяется зафиксированная </w:t>
      </w:r>
      <w:r>
        <w:rPr>
          <w:b w:val="false"/>
          <w:sz w:val="28"/>
          <w:lang w:val="zxx"/>
        </w:rPr>
        <w:t>stop/</w:t>
      </w:r>
      <w:r>
        <w:rPr>
          <w:b w:val="false"/>
          <w:sz w:val="28"/>
        </w:rPr>
        <w:t>​</w:t>
      </w:r>
      <w:r>
        <w:rPr>
          <w:b w:val="false"/>
          <w:sz w:val="28"/>
          <w:lang w:val="zxx"/>
        </w:rPr>
        <w:t>finish.</w:t>
      </w:r>
      <w:r>
        <w:rPr>
          <w:b w:val="false"/>
          <w:sz w:val="28"/>
        </w:rPr>
        <w:t xml:space="preserve"> Для </w:t>
      </w:r>
      <w:r>
        <w:rPr>
          <w:b w:val="false"/>
          <w:sz w:val="28"/>
          <w:lang w:val="zxx"/>
        </w:rPr>
        <w:t>stream</w:t>
      </w:r>
      <w:r>
        <w:rPr>
          <w:b w:val="false"/>
          <w:sz w:val="28"/>
        </w:rPr>
        <w:t xml:space="preserve"> всегда применяется </w:t>
      </w:r>
      <w:r>
        <w:rPr>
          <w:b w:val="false"/>
          <w:sz w:val="28"/>
          <w:lang w:val="zxx"/>
        </w:rPr>
        <w:t>stop</w:t>
      </w:r>
      <w:r>
        <w:rPr>
          <w:b w:val="false"/>
          <w:sz w:val="28"/>
        </w:rPr>
        <w:t xml:space="preserve"> при истечении </w:t>
      </w:r>
      <w:r>
        <w:rPr>
          <w:b w:val="false"/>
          <w:sz w:val="28"/>
          <w:lang w:val="zxx"/>
        </w:rPr>
        <w:t>lease</w:t>
      </w:r>
      <w:r>
        <w:rPr>
          <w:b w:val="false"/>
          <w:sz w:val="28"/>
        </w:rPr>
        <w:t xml:space="preserve">; хвост неполученной записи не обещается к автономному воспроизведению. Гарантия окончания сообщения при потере АРМ требует локальной записи в </w:t>
      </w:r>
      <w:r>
        <w:rPr>
          <w:b w:val="false"/>
          <w:sz w:val="28"/>
          <w:lang w:val="zxx"/>
        </w:rPr>
        <w:t>mode=recording</w:t>
      </w:r>
      <w:r>
        <w:rPr>
          <w:b w:val="false"/>
          <w:sz w:val="28"/>
        </w:rPr>
        <w:t xml:space="preserve"> или </w:t>
      </w:r>
      <w:r>
        <w:rPr>
          <w:b w:val="false"/>
          <w:sz w:val="28"/>
          <w:lang w:val="zxx"/>
        </w:rPr>
        <w:t>program.</w:t>
      </w:r>
    </w:p>
    <w:p>
      <w:pPr>
        <w:pStyle w:val="Normal"/>
        <w:jc w:val="both"/>
        <w:rPr/>
      </w:pPr>
      <w:r>
        <w:rPr>
          <w:b w:val="false"/>
          <w:sz w:val="28"/>
          <w:lang w:val="zxx"/>
        </w:rPr>
        <w:t>15.80</w:t>
      </w:r>
      <w:r>
        <w:rPr>
          <w:b w:val="false"/>
          <w:sz w:val="28"/>
        </w:rPr>
        <w:t xml:space="preserve"> Для микрофона потеря разрешения запрещает последующий звук; конкретный срок обнаружения потери источника задается профилем. Автоматическая подстановка резервной записи </w:t>
      </w:r>
      <w:r>
        <w:rPr>
          <w:b w:val="false"/>
          <w:sz w:val="28"/>
          <w:lang w:val="zxx"/>
        </w:rPr>
        <w:t>ДОПУСКАЕТСЯ</w:t>
      </w:r>
      <w:r>
        <w:rPr>
          <w:b w:val="false"/>
          <w:sz w:val="28"/>
        </w:rPr>
        <w:t xml:space="preserve"> только как заранее разрешенное действие с точной версией контента и отдельным результатом, а не как продолжение якобы полученной речи.</w:t>
      </w:r>
    </w:p>
    <w:p>
      <w:pPr>
        <w:pStyle w:val="Normal"/>
        <w:jc w:val="both"/>
        <w:rPr/>
      </w:pPr>
      <w:r>
        <w:rPr>
          <w:b w:val="false"/>
          <w:sz w:val="28"/>
          <w:lang w:val="zxx"/>
        </w:rPr>
        <w:t>15.81</w:t>
      </w:r>
      <w:r>
        <w:rPr>
          <w:b w:val="false"/>
          <w:sz w:val="28"/>
        </w:rPr>
        <w:t xml:space="preserve"> При переходе "сирена -&gt; речь" подтверждается завершение предыдущего воздействия, сохраняется происхождение запуска, подготавливается новый тракт и отзываются прежние отложенные команды. Частичная готовность группы обрабатывается по заранее выбранной политике с результатом каждого получателя; готовность части не выдается за готовность всей группы.</w:t>
      </w:r>
    </w:p>
    <w:p>
      <w:pPr>
        <w:pStyle w:val="Normal"/>
        <w:jc w:val="both"/>
        <w:rPr/>
      </w:pPr>
      <w:r>
        <w:rPr>
          <w:b w:val="false"/>
          <w:sz w:val="28"/>
          <w:lang w:val="zxx"/>
        </w:rPr>
        <w:t>15.82</w:t>
      </w:r>
      <w:r>
        <w:rPr>
          <w:b w:val="false"/>
          <w:sz w:val="28"/>
        </w:rPr>
        <w:t xml:space="preserve"> Дренирование медиабуфера и </w:t>
      </w:r>
      <w:r>
        <w:rPr>
          <w:b w:val="false"/>
          <w:sz w:val="28"/>
          <w:lang w:val="zxx"/>
        </w:rPr>
        <w:t>draining</w:t>
      </w:r>
      <w:r>
        <w:rPr>
          <w:b w:val="false"/>
          <w:sz w:val="28"/>
        </w:rPr>
        <w:t xml:space="preserve"> владения - разные состояния разных автоматов, их нельзя отождествлять.</w:t>
      </w:r>
    </w:p>
    <w:p>
      <w:pPr>
        <w:pStyle w:val="2"/>
        <w:rPr/>
      </w:pPr>
      <w:r>
        <w:rPr/>
        <w:t>Приемочные испытания речи</w:t>
      </w:r>
    </w:p>
    <w:p>
      <w:pPr>
        <w:pStyle w:val="Normal"/>
        <w:keepNext w:val="true"/>
        <w:jc w:val="start"/>
        <w:rPr/>
      </w:pPr>
      <w:r>
        <w:rPr>
          <w:b/>
          <w:sz w:val="28"/>
          <w:lang w:val="zxx"/>
        </w:rPr>
        <w:t>15.83</w:t>
      </w:r>
      <w:r>
        <w:rPr>
          <w:b/>
          <w:sz w:val="28"/>
        </w:rPr>
        <w:t xml:space="preserve"> </w:t>
      </w:r>
      <w:r>
        <w:rPr>
          <w:b/>
          <w:sz w:val="28"/>
          <w:lang w:val="zxx"/>
        </w:rPr>
        <w:t>M01:</w:t>
      </w:r>
      <w:r>
        <w:rPr>
          <w:b/>
          <w:sz w:val="28"/>
        </w:rPr>
        <w:t xml:space="preserve"> контент</w:t>
      </w:r>
    </w:p>
    <w:p>
      <w:pPr>
        <w:pStyle w:val="Normal"/>
        <w:jc w:val="both"/>
        <w:rPr/>
      </w:pPr>
      <w:r>
        <w:rPr>
          <w:b w:val="false"/>
          <w:sz w:val="28"/>
        </w:rPr>
        <w:t>Обрыв загрузки, подмена версии и неверный хеш не приводят к воспроизведению другого или неполного объекта. Производственное размещение и сетевое обновление проверяются отдельно.</w:t>
      </w:r>
    </w:p>
    <w:p>
      <w:pPr>
        <w:pStyle w:val="Normal"/>
        <w:keepNext w:val="true"/>
        <w:jc w:val="start"/>
        <w:rPr/>
      </w:pPr>
      <w:r>
        <w:rPr>
          <w:b/>
          <w:sz w:val="28"/>
          <w:lang w:val="zxx"/>
        </w:rPr>
        <w:t>15.84</w:t>
      </w:r>
      <w:r>
        <w:rPr>
          <w:b/>
          <w:sz w:val="28"/>
        </w:rPr>
        <w:t xml:space="preserve"> </w:t>
      </w:r>
      <w:r>
        <w:rPr>
          <w:b/>
          <w:sz w:val="28"/>
          <w:lang w:val="zxx"/>
        </w:rPr>
        <w:t>M02:</w:t>
      </w:r>
      <w:r>
        <w:rPr>
          <w:b/>
          <w:sz w:val="28"/>
        </w:rPr>
        <w:t xml:space="preserve"> подготовка</w:t>
      </w:r>
    </w:p>
    <w:p>
      <w:pPr>
        <w:pStyle w:val="Normal"/>
        <w:jc w:val="both"/>
        <w:rPr/>
      </w:pPr>
      <w:r>
        <w:rPr>
          <w:b w:val="false"/>
          <w:sz w:val="28"/>
        </w:rPr>
        <w:t xml:space="preserve">Тракт готов, но аудио нет: истекает срок первого пакета, успешное воспроизведение не объявляется. Неподготовленный получатель не открывает выход по первым медиабайтам; </w:t>
      </w:r>
      <w:r>
        <w:rPr>
          <w:b w:val="false"/>
          <w:sz w:val="28"/>
          <w:lang w:val="zxx"/>
        </w:rPr>
        <w:t>UDP</w:t>
      </w:r>
      <w:r>
        <w:rPr>
          <w:b w:val="false"/>
          <w:sz w:val="28"/>
        </w:rPr>
        <w:t xml:space="preserve"> не принимается.</w:t>
      </w:r>
    </w:p>
    <w:p>
      <w:pPr>
        <w:pStyle w:val="Normal"/>
        <w:keepNext w:val="true"/>
        <w:jc w:val="start"/>
        <w:rPr/>
      </w:pPr>
      <w:r>
        <w:rPr>
          <w:b/>
          <w:sz w:val="28"/>
          <w:lang w:val="zxx"/>
        </w:rPr>
        <w:t>15.85</w:t>
      </w:r>
      <w:r>
        <w:rPr>
          <w:b/>
          <w:sz w:val="28"/>
        </w:rPr>
        <w:t xml:space="preserve"> </w:t>
      </w:r>
      <w:r>
        <w:rPr>
          <w:b/>
          <w:sz w:val="28"/>
          <w:lang w:val="zxx"/>
        </w:rPr>
        <w:t>M03:</w:t>
      </w:r>
      <w:r>
        <w:rPr>
          <w:b/>
          <w:sz w:val="28"/>
        </w:rPr>
        <w:t xml:space="preserve"> порядок и потери</w:t>
      </w:r>
    </w:p>
    <w:p>
      <w:pPr>
        <w:pStyle w:val="Normal"/>
        <w:jc w:val="both"/>
        <w:rPr/>
      </w:pPr>
      <w:r>
        <w:rPr>
          <w:b w:val="false"/>
          <w:sz w:val="28"/>
        </w:rPr>
        <w:t>Дубликаты, перестановки, пропуск середины и хвоста, поздний пакет и переполнение буфера не создают повторного/запоздалого звучания или ложного полного результата.</w:t>
      </w:r>
    </w:p>
    <w:p>
      <w:pPr>
        <w:pStyle w:val="Normal"/>
        <w:keepNext w:val="true"/>
        <w:jc w:val="start"/>
        <w:rPr/>
      </w:pPr>
      <w:r>
        <w:rPr>
          <w:b/>
          <w:sz w:val="28"/>
          <w:lang w:val="zxx"/>
        </w:rPr>
        <w:t>15.86</w:t>
      </w:r>
      <w:r>
        <w:rPr>
          <w:b/>
          <w:sz w:val="28"/>
        </w:rPr>
        <w:t xml:space="preserve"> </w:t>
      </w:r>
      <w:r>
        <w:rPr>
          <w:b/>
          <w:sz w:val="28"/>
          <w:lang w:val="zxx"/>
        </w:rPr>
        <w:t>M04:</w:t>
      </w:r>
      <w:r>
        <w:rPr>
          <w:b/>
          <w:sz w:val="28"/>
        </w:rPr>
        <w:t xml:space="preserve"> точное окончание</w:t>
      </w:r>
    </w:p>
    <w:p>
      <w:pPr>
        <w:pStyle w:val="Normal"/>
        <w:jc w:val="both"/>
        <w:rPr/>
      </w:pPr>
      <w:r>
        <w:rPr>
          <w:b w:val="false"/>
          <w:sz w:val="28"/>
        </w:rPr>
        <w:t xml:space="preserve">Неполный </w:t>
      </w:r>
      <w:r>
        <w:rPr>
          <w:b w:val="false"/>
          <w:sz w:val="28"/>
          <w:lang w:val="zxx"/>
        </w:rPr>
        <w:t>END-</w:t>
      </w:r>
      <w:r>
        <w:rPr>
          <w:b w:val="false"/>
          <w:sz w:val="28"/>
        </w:rPr>
        <w:t xml:space="preserve">пакет несет </w:t>
      </w:r>
      <w:r>
        <w:rPr>
          <w:b w:val="false"/>
          <w:sz w:val="28"/>
          <w:lang w:val="zxx"/>
        </w:rPr>
        <w:t>validSamples.</w:t>
      </w:r>
      <w:r>
        <w:rPr>
          <w:b w:val="false"/>
          <w:sz w:val="28"/>
        </w:rPr>
        <w:t xml:space="preserve"> Задержка </w:t>
      </w:r>
      <w:r>
        <w:rPr>
          <w:b w:val="false"/>
          <w:sz w:val="28"/>
          <w:lang w:val="zxx"/>
        </w:rPr>
        <w:t>audio.finish</w:t>
      </w:r>
      <w:r>
        <w:rPr>
          <w:b w:val="false"/>
          <w:sz w:val="28"/>
        </w:rPr>
        <w:t xml:space="preserve"> на </w:t>
      </w:r>
      <w:r>
        <w:rPr>
          <w:b w:val="false"/>
          <w:sz w:val="28"/>
          <w:lang w:val="zxx"/>
        </w:rPr>
        <w:t>200</w:t>
      </w:r>
      <w:r>
        <w:rPr>
          <w:b w:val="false"/>
          <w:sz w:val="28"/>
        </w:rPr>
        <w:t xml:space="preserve"> мс, его опережение, потеря и повтор не меняют границу. Короткий поток меньше </w:t>
      </w:r>
      <w:r>
        <w:rPr>
          <w:b w:val="false"/>
          <w:sz w:val="28"/>
          <w:lang w:val="zxx"/>
        </w:rPr>
        <w:t>initialMs</w:t>
      </w:r>
      <w:r>
        <w:rPr>
          <w:b w:val="false"/>
          <w:sz w:val="28"/>
        </w:rPr>
        <w:t xml:space="preserve"> и пустой поток имеют определенные исходы; потерянный хвост с известной границей дает счетчики потерь и </w:t>
      </w:r>
      <w:r>
        <w:rPr>
          <w:b w:val="false"/>
          <w:sz w:val="28"/>
          <w:lang w:val="zxx"/>
        </w:rPr>
        <w:t>mediaPacketLoss.</w:t>
      </w:r>
      <w:r>
        <w:rPr>
          <w:b w:val="false"/>
          <w:sz w:val="28"/>
        </w:rPr>
        <w:t xml:space="preserve"> Успешное завершение прохода не означает доставку утраченного звука.</w:t>
      </w:r>
    </w:p>
    <w:p>
      <w:pPr>
        <w:pStyle w:val="Normal"/>
        <w:keepNext w:val="true"/>
        <w:jc w:val="start"/>
        <w:rPr/>
      </w:pPr>
      <w:r>
        <w:rPr>
          <w:b/>
          <w:sz w:val="28"/>
          <w:lang w:val="zxx"/>
        </w:rPr>
        <w:t>15.87</w:t>
      </w:r>
      <w:r>
        <w:rPr>
          <w:b/>
          <w:sz w:val="28"/>
        </w:rPr>
        <w:t xml:space="preserve"> </w:t>
      </w:r>
      <w:r>
        <w:rPr>
          <w:b/>
          <w:sz w:val="28"/>
          <w:lang w:val="zxx"/>
        </w:rPr>
        <w:t>M05:</w:t>
      </w:r>
      <w:r>
        <w:rPr>
          <w:b/>
          <w:sz w:val="28"/>
        </w:rPr>
        <w:t xml:space="preserve"> отмена</w:t>
      </w:r>
    </w:p>
    <w:p>
      <w:pPr>
        <w:pStyle w:val="Normal"/>
        <w:jc w:val="both"/>
        <w:rPr/>
      </w:pPr>
      <w:r>
        <w:rPr>
          <w:b w:val="false"/>
          <w:sz w:val="28"/>
          <w:lang w:val="zxx"/>
        </w:rPr>
        <w:t>session.stop</w:t>
      </w:r>
      <w:r>
        <w:rPr>
          <w:b w:val="false"/>
          <w:sz w:val="28"/>
        </w:rPr>
        <w:t xml:space="preserve"> во время подготовки, воспроизведения и дренирования прекращает звук в измеренном бюджете; пакеты из сетевой и аппаратной очередей не возобновляют его.</w:t>
      </w:r>
    </w:p>
    <w:p>
      <w:pPr>
        <w:pStyle w:val="Normal"/>
        <w:keepNext w:val="true"/>
        <w:jc w:val="start"/>
        <w:rPr/>
      </w:pPr>
      <w:r>
        <w:rPr>
          <w:b/>
          <w:sz w:val="28"/>
          <w:lang w:val="zxx"/>
        </w:rPr>
        <w:t>15.88</w:t>
      </w:r>
      <w:r>
        <w:rPr>
          <w:b/>
          <w:sz w:val="28"/>
        </w:rPr>
        <w:t xml:space="preserve"> </w:t>
      </w:r>
      <w:r>
        <w:rPr>
          <w:b/>
          <w:sz w:val="28"/>
          <w:lang w:val="zxx"/>
        </w:rPr>
        <w:t>M06:</w:t>
      </w:r>
      <w:r>
        <w:rPr>
          <w:b/>
          <w:sz w:val="28"/>
        </w:rPr>
        <w:t xml:space="preserve"> тангента</w:t>
      </w:r>
    </w:p>
    <w:p>
      <w:pPr>
        <w:pStyle w:val="Normal"/>
        <w:jc w:val="both"/>
        <w:rPr/>
      </w:pPr>
      <w:r>
        <w:rPr>
          <w:b w:val="false"/>
          <w:sz w:val="28"/>
        </w:rPr>
        <w:t>Отпускание, потеря источника, два претендента, поздняя выдача права и повтор старого поколения не разрешают новую передачу.</w:t>
      </w:r>
    </w:p>
    <w:p>
      <w:pPr>
        <w:pStyle w:val="Normal"/>
        <w:keepNext w:val="true"/>
        <w:jc w:val="start"/>
        <w:rPr/>
      </w:pPr>
      <w:r>
        <w:rPr>
          <w:b/>
          <w:sz w:val="28"/>
          <w:lang w:val="zxx"/>
        </w:rPr>
        <w:t>15.89</w:t>
      </w:r>
      <w:r>
        <w:rPr>
          <w:b/>
          <w:sz w:val="28"/>
        </w:rPr>
        <w:t xml:space="preserve"> </w:t>
      </w:r>
      <w:r>
        <w:rPr>
          <w:b/>
          <w:sz w:val="28"/>
          <w:lang w:val="zxx"/>
        </w:rPr>
        <w:t>M07:</w:t>
      </w:r>
      <w:r>
        <w:rPr>
          <w:b/>
          <w:sz w:val="28"/>
        </w:rPr>
        <w:t xml:space="preserve"> независимые каналы</w:t>
      </w:r>
    </w:p>
    <w:p>
      <w:pPr>
        <w:pStyle w:val="Normal"/>
        <w:jc w:val="both"/>
        <w:rPr/>
      </w:pPr>
      <w:r>
        <w:rPr>
          <w:b w:val="false"/>
          <w:sz w:val="28"/>
          <w:lang w:val="zxx"/>
        </w:rPr>
        <w:t>ДОЛЖНЫ</w:t>
      </w:r>
      <w:r>
        <w:rPr>
          <w:b w:val="false"/>
          <w:sz w:val="28"/>
        </w:rPr>
        <w:t xml:space="preserve"> проверяться отдельно: потеря управления при живом аудио, потеря аудио при живом управлении, полный обрыв и возврат связи. </w:t>
      </w:r>
      <w:r>
        <w:rPr>
          <w:b w:val="false"/>
          <w:sz w:val="28"/>
          <w:lang w:val="zxx"/>
        </w:rPr>
        <w:t>finish</w:t>
      </w:r>
      <w:r>
        <w:rPr>
          <w:b w:val="false"/>
          <w:sz w:val="28"/>
        </w:rPr>
        <w:t xml:space="preserve"> не объявляет доставленным неполученный хвост.</w:t>
      </w:r>
    </w:p>
    <w:p>
      <w:pPr>
        <w:pStyle w:val="Normal"/>
        <w:keepNext w:val="true"/>
        <w:jc w:val="start"/>
        <w:rPr/>
      </w:pPr>
      <w:r>
        <w:rPr>
          <w:b/>
          <w:sz w:val="28"/>
          <w:lang w:val="zxx"/>
        </w:rPr>
        <w:t>15.90</w:t>
      </w:r>
      <w:r>
        <w:rPr>
          <w:b/>
          <w:sz w:val="28"/>
        </w:rPr>
        <w:t xml:space="preserve"> </w:t>
      </w:r>
      <w:r>
        <w:rPr>
          <w:b/>
          <w:sz w:val="28"/>
          <w:lang w:val="zxx"/>
        </w:rPr>
        <w:t>M08:</w:t>
      </w:r>
      <w:r>
        <w:rPr>
          <w:b/>
          <w:sz w:val="28"/>
        </w:rPr>
        <w:t xml:space="preserve"> этапы и группа</w:t>
      </w:r>
    </w:p>
    <w:p>
      <w:pPr>
        <w:pStyle w:val="Normal"/>
        <w:jc w:val="both"/>
        <w:rPr/>
      </w:pPr>
      <w:r>
        <w:rPr>
          <w:b w:val="false"/>
          <w:sz w:val="28"/>
        </w:rPr>
        <w:t xml:space="preserve">Поздний </w:t>
      </w:r>
      <w:r>
        <w:rPr>
          <w:b w:val="false"/>
          <w:sz w:val="28"/>
          <w:lang w:val="zxx"/>
        </w:rPr>
        <w:t>session.stop</w:t>
      </w:r>
      <w:r>
        <w:rPr>
          <w:b w:val="false"/>
          <w:sz w:val="28"/>
        </w:rPr>
        <w:t xml:space="preserve"> сирены не выключает новый речевой этап; отказ части приемников виден по каждому устройству и не заменяется общим успехом.</w:t>
      </w:r>
    </w:p>
    <w:p>
      <w:pPr>
        <w:pStyle w:val="Normal"/>
        <w:keepNext w:val="true"/>
        <w:jc w:val="start"/>
        <w:rPr/>
      </w:pPr>
      <w:r>
        <w:rPr>
          <w:b/>
          <w:sz w:val="28"/>
          <w:lang w:val="zxx"/>
        </w:rPr>
        <w:t>15.91</w:t>
      </w:r>
      <w:r>
        <w:rPr>
          <w:b/>
          <w:sz w:val="28"/>
        </w:rPr>
        <w:t xml:space="preserve"> </w:t>
      </w:r>
      <w:r>
        <w:rPr>
          <w:b/>
          <w:sz w:val="28"/>
          <w:lang w:val="zxx"/>
        </w:rPr>
        <w:t>M09:</w:t>
      </w:r>
      <w:r>
        <w:rPr>
          <w:b/>
          <w:sz w:val="28"/>
        </w:rPr>
        <w:t xml:space="preserve"> защита</w:t>
      </w:r>
    </w:p>
    <w:p>
      <w:pPr>
        <w:pStyle w:val="Normal"/>
        <w:jc w:val="both"/>
        <w:rPr/>
      </w:pPr>
      <w:r>
        <w:rPr>
          <w:b w:val="false"/>
          <w:sz w:val="28"/>
        </w:rPr>
        <w:t xml:space="preserve">В </w:t>
      </w:r>
      <w:r>
        <w:rPr>
          <w:b w:val="false"/>
          <w:sz w:val="28"/>
          <w:lang w:val="zxx"/>
        </w:rPr>
        <w:t>tls</w:t>
      </w:r>
      <w:r>
        <w:rPr>
          <w:b w:val="false"/>
          <w:sz w:val="28"/>
        </w:rPr>
        <w:t xml:space="preserve"> отвергаются неверная метка, чужой </w:t>
      </w:r>
      <w:r>
        <w:rPr>
          <w:b w:val="false"/>
          <w:sz w:val="28"/>
          <w:lang w:val="zxx"/>
        </w:rPr>
        <w:t>principal</w:t>
      </w:r>
      <w:r>
        <w:rPr>
          <w:b w:val="false"/>
          <w:sz w:val="28"/>
        </w:rPr>
        <w:t xml:space="preserve">, старый </w:t>
      </w:r>
      <w:r>
        <w:rPr>
          <w:b w:val="false"/>
          <w:sz w:val="28"/>
          <w:lang w:val="zxx"/>
        </w:rPr>
        <w:t>mediaId</w:t>
      </w:r>
      <w:r>
        <w:rPr>
          <w:b w:val="false"/>
          <w:sz w:val="28"/>
        </w:rPr>
        <w:t xml:space="preserve"> и </w:t>
      </w:r>
      <w:r>
        <w:rPr>
          <w:b w:val="false"/>
          <w:sz w:val="28"/>
          <w:lang w:val="zxx"/>
        </w:rPr>
        <w:t>UDP-</w:t>
      </w:r>
      <w:r>
        <w:rPr>
          <w:b w:val="false"/>
          <w:sz w:val="28"/>
        </w:rPr>
        <w:t xml:space="preserve">инъекция. В </w:t>
      </w:r>
      <w:r>
        <w:rPr>
          <w:b w:val="false"/>
          <w:sz w:val="28"/>
          <w:lang w:val="zxx"/>
        </w:rPr>
        <w:t>plain</w:t>
      </w:r>
      <w:r>
        <w:rPr>
          <w:b w:val="false"/>
          <w:sz w:val="28"/>
        </w:rPr>
        <w:t xml:space="preserve"> проверяется только объявленная привязка и явно показывается отсутствие криптографической защиты. Переход </w:t>
      </w:r>
      <w:r>
        <w:rPr>
          <w:b w:val="false"/>
          <w:sz w:val="28"/>
          <w:lang w:val="zxx"/>
        </w:rPr>
        <w:t>tls</w:t>
      </w:r>
      <w:r>
        <w:rPr>
          <w:b w:val="false"/>
          <w:sz w:val="28"/>
        </w:rPr>
        <w:t xml:space="preserve"> в </w:t>
      </w:r>
      <w:r>
        <w:rPr>
          <w:b w:val="false"/>
          <w:sz w:val="28"/>
          <w:lang w:val="zxx"/>
        </w:rPr>
        <w:t>plain</w:t>
      </w:r>
      <w:r>
        <w:rPr>
          <w:b w:val="false"/>
          <w:sz w:val="28"/>
        </w:rPr>
        <w:t xml:space="preserve"> после ошибки запрещен; режимы проверяются отдельно.</w:t>
      </w:r>
    </w:p>
    <w:p>
      <w:pPr>
        <w:pStyle w:val="Normal"/>
        <w:keepNext w:val="true"/>
        <w:jc w:val="start"/>
        <w:rPr/>
      </w:pPr>
      <w:r>
        <w:rPr>
          <w:b/>
          <w:sz w:val="28"/>
          <w:lang w:val="zxx"/>
        </w:rPr>
        <w:t>15.92</w:t>
      </w:r>
      <w:r>
        <w:rPr>
          <w:b/>
          <w:sz w:val="28"/>
        </w:rPr>
        <w:t xml:space="preserve"> </w:t>
      </w:r>
      <w:r>
        <w:rPr>
          <w:b/>
          <w:sz w:val="28"/>
          <w:lang w:val="zxx"/>
        </w:rPr>
        <w:t>M10:</w:t>
      </w:r>
      <w:r>
        <w:rPr>
          <w:b/>
          <w:sz w:val="28"/>
        </w:rPr>
        <w:t xml:space="preserve"> ресурсный бюджет</w:t>
      </w:r>
    </w:p>
    <w:p>
      <w:pPr>
        <w:pStyle w:val="Normal"/>
        <w:jc w:val="both"/>
        <w:rPr/>
      </w:pPr>
      <w:r>
        <w:rPr>
          <w:b w:val="false"/>
          <w:sz w:val="28"/>
        </w:rPr>
        <w:t xml:space="preserve">Сквозная задержка, буфер, время криптографии, память, число сокетов и задержка </w:t>
      </w:r>
      <w:r>
        <w:rPr>
          <w:b w:val="false"/>
          <w:sz w:val="28"/>
          <w:lang w:val="zxx"/>
        </w:rPr>
        <w:t>session.stop</w:t>
      </w:r>
      <w:r>
        <w:rPr>
          <w:b w:val="false"/>
          <w:sz w:val="28"/>
        </w:rPr>
        <w:t xml:space="preserve"> не превышают установленные пределы при одновременном управлении ОУ, опросе и нагрузке объявленного числа получателей.</w:t>
      </w:r>
    </w:p>
    <w:p>
      <w:pPr>
        <w:pStyle w:val="Normal"/>
        <w:jc w:val="both"/>
        <w:rPr/>
      </w:pPr>
      <w:r>
        <w:rPr>
          <w:b w:val="false"/>
          <w:sz w:val="28"/>
          <w:lang w:val="zxx"/>
        </w:rPr>
        <w:t>15.93</w:t>
      </w:r>
      <w:r>
        <w:rPr>
          <w:b w:val="false"/>
          <w:sz w:val="28"/>
        </w:rPr>
        <w:t xml:space="preserve"> Полное сообщение означает подтвержденное прохождение требуемого интервала без неучтенных пропусков на заявленном уровне наблюдения. Маскирование потери или выдача тишины не делает недоставленные слова доставленными. Цифровая полнота, работа усилителя и акустическое свидетельство сообщаются раздельно; слышимость и понимание населением из сетевых квитанций не выводятся. Критерии речевого оповещения охватывают управление, выбранный медиарежим, полноту отсчетов и физические выходы.</w:t>
      </w:r>
    </w:p>
    <w:p>
      <w:pPr>
        <w:pStyle w:val="2"/>
        <w:rPr/>
      </w:pPr>
      <w:r>
        <w:rPr/>
        <w:t>Согласованное время и групповой запуск</w:t>
      </w:r>
    </w:p>
    <w:p>
      <w:pPr>
        <w:pStyle w:val="Normal"/>
        <w:jc w:val="both"/>
        <w:rPr/>
      </w:pPr>
      <w:r>
        <w:rPr>
          <w:b w:val="false"/>
          <w:sz w:val="24"/>
        </w:rPr>
        <w:t xml:space="preserve">Синхронный групповой запуск требует качества часов, допуска по времени, правил опоздания и результата частичной готовности. Профиль </w:t>
      </w:r>
      <w:r>
        <w:rPr>
          <w:b w:val="false"/>
          <w:sz w:val="24"/>
          <w:lang w:val="zxx"/>
        </w:rPr>
        <w:t>0.21</w:t>
      </w:r>
      <w:r>
        <w:rPr>
          <w:b w:val="false"/>
          <w:sz w:val="24"/>
        </w:rPr>
        <w:t xml:space="preserve"> не предоставляет синхронный запуск по </w:t>
      </w:r>
      <w:r>
        <w:rPr>
          <w:b w:val="false"/>
          <w:sz w:val="24"/>
          <w:lang w:val="zxx"/>
        </w:rPr>
        <w:t>UTC</w:t>
      </w:r>
      <w:r>
        <w:rPr>
          <w:b w:val="false"/>
          <w:sz w:val="24"/>
        </w:rPr>
        <w:t xml:space="preserve">; такой запрос отклоняется с </w:t>
      </w:r>
      <w:r>
        <w:rPr>
          <w:b w:val="false"/>
          <w:sz w:val="24"/>
          <w:lang w:val="zxx"/>
        </w:rPr>
        <w:t>unsupported</w:t>
      </w:r>
      <w:r>
        <w:rPr>
          <w:b w:val="false"/>
          <w:sz w:val="24"/>
        </w:rPr>
        <w:t xml:space="preserve"> и не заменяется немедленным.</w:t>
      </w:r>
    </w:p>
    <w:p>
      <w:pPr>
        <w:pStyle w:val="Normal"/>
        <w:jc w:val="both"/>
        <w:rPr/>
      </w:pPr>
      <w:r>
        <w:rPr>
          <w:b w:val="false"/>
          <w:sz w:val="28"/>
          <w:lang w:val="zxx"/>
        </w:rPr>
        <w:t>15.94</w:t>
      </w:r>
      <w:r>
        <w:rPr>
          <w:b w:val="false"/>
          <w:sz w:val="28"/>
        </w:rPr>
        <w:t xml:space="preserve"> Профиль согласованного времени фиксирует общую шкалу, источник синхронизации, максимальную погрешность и время удержания точности после потери источника. Название </w:t>
      </w:r>
      <w:r>
        <w:rPr>
          <w:b w:val="false"/>
          <w:sz w:val="28"/>
          <w:lang w:val="zxx"/>
        </w:rPr>
        <w:t>NTP</w:t>
      </w:r>
      <w:r>
        <w:rPr>
          <w:b w:val="false"/>
          <w:sz w:val="28"/>
        </w:rPr>
        <w:t xml:space="preserve"> или </w:t>
      </w:r>
      <w:r>
        <w:rPr>
          <w:b w:val="false"/>
          <w:sz w:val="28"/>
          <w:lang w:val="zxx"/>
        </w:rPr>
        <w:t>PTP</w:t>
      </w:r>
      <w:r>
        <w:rPr>
          <w:b w:val="false"/>
          <w:sz w:val="28"/>
        </w:rPr>
        <w:t xml:space="preserve"> само по себе не задает достигнутую точность. В межузловом поручении исходный абсолютный срок сохраняется: посредник </w:t>
      </w:r>
      <w:r>
        <w:rPr>
          <w:b w:val="false"/>
          <w:sz w:val="28"/>
          <w:lang w:val="zxx"/>
        </w:rPr>
        <w:t>НЕ ДОЛЖЕН</w:t>
      </w:r>
      <w:r>
        <w:rPr>
          <w:b w:val="false"/>
          <w:sz w:val="28"/>
        </w:rPr>
        <w:t xml:space="preserve"> продлевать его назначением нового полного </w:t>
      </w:r>
      <w:r>
        <w:rPr>
          <w:b w:val="false"/>
          <w:sz w:val="28"/>
          <w:lang w:val="zxx"/>
        </w:rPr>
        <w:t>TTL.</w:t>
      </w:r>
      <w:r>
        <w:rPr>
          <w:b w:val="false"/>
          <w:sz w:val="28"/>
        </w:rPr>
        <w:t xml:space="preserve"> При переводе на локальный монотонный таймер используется консервативный остаток до срока с учетом верхней границы ошибки часов; при недостоверной границе срок не считается проверенным. Монотонный </w:t>
      </w:r>
      <w:r>
        <w:rPr>
          <w:b w:val="false"/>
          <w:sz w:val="28"/>
          <w:lang w:val="zxx"/>
        </w:rPr>
        <w:t>maxDurationMs</w:t>
      </w:r>
      <w:r>
        <w:rPr>
          <w:b w:val="false"/>
          <w:sz w:val="28"/>
        </w:rPr>
        <w:t xml:space="preserve"> принятого исполнения считается отдельно от срока приема и коррекции настенных часов.</w:t>
      </w:r>
    </w:p>
    <w:p>
      <w:pPr>
        <w:pStyle w:val="2"/>
        <w:rPr/>
      </w:pPr>
      <w:r>
        <w:rPr/>
        <w:t>Смена источника в одном речевом сеансе</w:t>
      </w:r>
    </w:p>
    <w:p>
      <w:pPr>
        <w:pStyle w:val="Normal"/>
        <w:jc w:val="start"/>
        <w:rPr/>
      </w:pPr>
      <w:r>
        <w:rPr>
          <w:b w:val="false"/>
          <w:sz w:val="28"/>
          <w:lang w:val="zxx"/>
        </w:rPr>
        <w:t>15.95</w:t>
      </w:r>
      <w:r>
        <w:rPr>
          <w:b w:val="false"/>
          <w:sz w:val="28"/>
        </w:rPr>
        <w:t xml:space="preserve"> Необязательное расширение </w:t>
      </w:r>
      <w:r>
        <w:rPr>
          <w:b w:val="false"/>
          <w:sz w:val="28"/>
          <w:lang w:val="zxx"/>
        </w:rPr>
        <w:t>sourceSwitch=true</w:t>
      </w:r>
      <w:r>
        <w:rPr>
          <w:b w:val="false"/>
          <w:sz w:val="28"/>
        </w:rPr>
        <w:t xml:space="preserve"> объявляется только для индивидуального </w:t>
      </w:r>
      <w:r>
        <w:rPr>
          <w:b w:val="false"/>
          <w:sz w:val="28"/>
          <w:lang w:val="zxx"/>
        </w:rPr>
        <w:t>mediaProfile</w:t>
      </w:r>
      <w:r>
        <w:rPr>
          <w:b w:val="false"/>
          <w:sz w:val="28"/>
        </w:rPr>
        <w:t xml:space="preserve">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вместе со </w:t>
      </w:r>
      <w:r>
        <w:rPr>
          <w:b w:val="false"/>
          <w:sz w:val="28"/>
          <w:lang w:val="zxx"/>
        </w:rPr>
        <w:t>startup=outputReady.</w:t>
      </w:r>
      <w:r>
        <w:rPr>
          <w:b w:val="false"/>
          <w:sz w:val="28"/>
        </w:rPr>
        <w:t xml:space="preserve"> АРМ выбирает его атрибутом </w:t>
      </w:r>
      <w:r>
        <w:rPr>
          <w:b w:val="false"/>
          <w:sz w:val="28"/>
          <w:lang w:val="zxx"/>
        </w:rPr>
        <w:t>holdOutput=</w:t>
      </w:r>
      <w:r>
        <w:rPr>
          <w:b w:val="false"/>
          <w:sz w:val="28"/>
        </w:rPr>
        <w:t>"</w:t>
      </w:r>
      <w:r>
        <w:rPr>
          <w:b w:val="false"/>
          <w:sz w:val="28"/>
          <w:lang w:val="zxx"/>
        </w:rPr>
        <w:t>true</w:t>
      </w:r>
      <w:r>
        <w:rPr>
          <w:b w:val="false"/>
          <w:sz w:val="28"/>
        </w:rPr>
        <w:t xml:space="preserve">" в первоначальном </w:t>
      </w:r>
      <w:r>
        <w:rPr>
          <w:b w:val="false"/>
          <w:sz w:val="28"/>
          <w:lang w:val="zxx"/>
        </w:rPr>
        <w:t>audio.prepare.</w:t>
      </w:r>
      <w:r>
        <w:rPr>
          <w:b w:val="false"/>
          <w:sz w:val="28"/>
        </w:rPr>
        <w:t xml:space="preserve"> Без объявления или без выбора действует прежнее завершение потока с отбоем. Групповые профили расширение не используют. Параметры кодека и передача </w:t>
      </w:r>
      <w:r>
        <w:rPr>
          <w:b w:val="false"/>
          <w:sz w:val="28"/>
          <w:lang w:val="zxx"/>
        </w:rPr>
        <w:t>8</w:t>
      </w:r>
      <w:r>
        <w:rPr>
          <w:b w:val="false"/>
          <w:sz w:val="28"/>
        </w:rPr>
        <w:t xml:space="preserve"> кГц остаются прежними.</w:t>
      </w:r>
    </w:p>
    <w:p>
      <w:pPr>
        <w:pStyle w:val="Normal"/>
        <w:jc w:val="start"/>
        <w:rPr/>
      </w:pPr>
      <w:r>
        <w:rPr>
          <w:b w:val="false"/>
          <w:sz w:val="28"/>
          <w:lang w:val="zxx"/>
        </w:rPr>
        <w:t>15.96</w:t>
      </w:r>
      <w:r>
        <w:rPr>
          <w:b w:val="false"/>
          <w:sz w:val="28"/>
        </w:rPr>
        <w:t xml:space="preserve"> После полного </w:t>
      </w:r>
      <w:r>
        <w:rPr>
          <w:b w:val="false"/>
          <w:sz w:val="28"/>
          <w:lang w:val="zxx"/>
        </w:rPr>
        <w:t>EOF</w:t>
      </w:r>
      <w:r>
        <w:rPr>
          <w:b w:val="false"/>
          <w:sz w:val="28"/>
        </w:rPr>
        <w:t xml:space="preserve"> и выдачи последнего отсчета на выход согласованный источник переходит в </w:t>
      </w:r>
      <w:r>
        <w:rPr>
          <w:b w:val="false"/>
          <w:sz w:val="28"/>
          <w:lang w:val="zxx"/>
        </w:rPr>
        <w:t>audio.state</w:t>
      </w:r>
      <w:r>
        <w:rPr>
          <w:b w:val="false"/>
          <w:sz w:val="28"/>
        </w:rPr>
        <w:t xml:space="preserve"> </w:t>
      </w:r>
      <w:r>
        <w:rPr>
          <w:b w:val="false"/>
          <w:sz w:val="28"/>
          <w:lang w:val="zxx"/>
        </w:rPr>
        <w:t>state=paused</w:t>
      </w:r>
      <w:r>
        <w:rPr>
          <w:b w:val="false"/>
          <w:sz w:val="28"/>
        </w:rPr>
        <w:t xml:space="preserve">, </w:t>
      </w:r>
      <w:r>
        <w:rPr>
          <w:b w:val="false"/>
          <w:sz w:val="28"/>
          <w:lang w:val="zxx"/>
        </w:rPr>
        <w:t>sourceResult=completed.</w:t>
      </w:r>
      <w:r>
        <w:rPr>
          <w:b w:val="false"/>
          <w:sz w:val="28"/>
        </w:rPr>
        <w:t xml:space="preserve"> Команда </w:t>
      </w:r>
      <w:r>
        <w:rPr>
          <w:b w:val="false"/>
          <w:sz w:val="28"/>
          <w:lang w:val="zxx"/>
        </w:rPr>
        <w:t>audio.pause</w:t>
      </w:r>
      <w:r>
        <w:rPr>
          <w:b w:val="false"/>
          <w:sz w:val="28"/>
        </w:rPr>
        <w:t xml:space="preserve"> со </w:t>
      </w:r>
      <w:r>
        <w:rPr>
          <w:b w:val="false"/>
          <w:sz w:val="28"/>
          <w:lang w:val="zxx"/>
        </w:rPr>
        <w:t>stream</w:t>
      </w:r>
      <w:r>
        <w:rPr>
          <w:b w:val="false"/>
          <w:sz w:val="28"/>
        </w:rPr>
        <w:t xml:space="preserve"> </w:t>
      </w:r>
      <w:r>
        <w:rPr>
          <w:b w:val="false"/>
          <w:sz w:val="28"/>
          <w:lang w:val="zxx"/>
        </w:rPr>
        <w:t>mediaId/</w:t>
      </w:r>
      <w:r>
        <w:rPr>
          <w:b w:val="false"/>
          <w:sz w:val="28"/>
        </w:rPr>
        <w:t>​</w:t>
      </w:r>
      <w:r>
        <w:rPr>
          <w:b w:val="false"/>
          <w:sz w:val="28"/>
          <w:lang w:val="zxx"/>
        </w:rPr>
        <w:t>sessionId</w:t>
      </w:r>
      <w:r>
        <w:rPr>
          <w:b w:val="false"/>
          <w:sz w:val="28"/>
        </w:rPr>
        <w:t xml:space="preserve"> переводит источник в </w:t>
      </w:r>
      <w:r>
        <w:rPr>
          <w:b w:val="false"/>
          <w:sz w:val="28"/>
          <w:lang w:val="zxx"/>
        </w:rPr>
        <w:t>paused</w:t>
      </w:r>
      <w:r>
        <w:rPr>
          <w:b w:val="false"/>
          <w:sz w:val="28"/>
        </w:rPr>
        <w:t xml:space="preserve">, </w:t>
      </w:r>
      <w:r>
        <w:rPr>
          <w:b w:val="false"/>
          <w:sz w:val="28"/>
          <w:lang w:val="zxx"/>
        </w:rPr>
        <w:t>sourceResult=operatorStop</w:t>
      </w:r>
      <w:r>
        <w:rPr>
          <w:b w:val="false"/>
          <w:sz w:val="28"/>
        </w:rPr>
        <w:t xml:space="preserve">, немедленно очищает его сжатую очередь и еще не выданный </w:t>
      </w:r>
      <w:r>
        <w:rPr>
          <w:b w:val="false"/>
          <w:sz w:val="28"/>
          <w:lang w:val="zxx"/>
        </w:rPr>
        <w:t>PCM.</w:t>
      </w:r>
      <w:r>
        <w:rPr>
          <w:b w:val="false"/>
          <w:sz w:val="28"/>
        </w:rPr>
        <w:t xml:space="preserve"> Обе команды сохраняют </w:t>
      </w:r>
      <w:r>
        <w:rPr>
          <w:b w:val="false"/>
          <w:sz w:val="28"/>
          <w:lang w:val="zxx"/>
        </w:rPr>
        <w:t>controlEpoch</w:t>
      </w:r>
      <w:r>
        <w:rPr>
          <w:b w:val="false"/>
          <w:sz w:val="28"/>
        </w:rPr>
        <w:t xml:space="preserve">, </w:t>
      </w:r>
      <w:r>
        <w:rPr>
          <w:b w:val="false"/>
          <w:sz w:val="28"/>
          <w:lang w:val="zxx"/>
        </w:rPr>
        <w:t>sessionId</w:t>
      </w:r>
      <w:r>
        <w:rPr>
          <w:b w:val="false"/>
          <w:sz w:val="28"/>
        </w:rPr>
        <w:t xml:space="preserve">, </w:t>
      </w:r>
      <w:r>
        <w:rPr>
          <w:b w:val="false"/>
          <w:sz w:val="28"/>
          <w:lang w:val="zxx"/>
        </w:rPr>
        <w:t>startSeq</w:t>
      </w:r>
      <w:r>
        <w:rPr>
          <w:b w:val="false"/>
          <w:sz w:val="28"/>
        </w:rPr>
        <w:t xml:space="preserve">, подтверждение речевого режима и первоначальный предельный срок исполнения. В </w:t>
      </w:r>
      <w:r>
        <w:rPr>
          <w:b w:val="false"/>
          <w:sz w:val="28"/>
          <w:lang w:val="zxx"/>
        </w:rPr>
        <w:t>paused</w:t>
      </w:r>
      <w:r>
        <w:rPr>
          <w:b w:val="false"/>
          <w:sz w:val="28"/>
        </w:rPr>
        <w:t xml:space="preserve"> выход остается в речевом режиме и получает тишину; это не подтверждение </w:t>
      </w:r>
      <w:r>
        <w:rPr>
          <w:b w:val="false"/>
          <w:sz w:val="28"/>
          <w:lang w:val="zxx"/>
        </w:rPr>
        <w:t>off.</w:t>
      </w:r>
      <w:r>
        <w:rPr>
          <w:b w:val="false"/>
          <w:sz w:val="28"/>
        </w:rPr>
        <w:t xml:space="preserve"> Потери завершенного источника сохраняются как </w:t>
      </w:r>
      <w:r>
        <w:rPr>
          <w:b w:val="false"/>
          <w:sz w:val="28"/>
          <w:lang w:val="zxx"/>
        </w:rPr>
        <w:t>mediaPacketLoss</w:t>
      </w:r>
      <w:r>
        <w:rPr>
          <w:b w:val="false"/>
          <w:sz w:val="28"/>
        </w:rPr>
        <w:t xml:space="preserve"> в результате сеанса.</w:t>
      </w:r>
    </w:p>
    <w:p>
      <w:pPr>
        <w:pStyle w:val="Normal"/>
        <w:jc w:val="start"/>
        <w:rPr/>
      </w:pPr>
      <w:r>
        <w:rPr>
          <w:b w:val="false"/>
          <w:sz w:val="28"/>
          <w:lang w:val="zxx"/>
        </w:rPr>
        <w:t>15.97</w:t>
      </w:r>
      <w:r>
        <w:rPr>
          <w:b w:val="false"/>
          <w:sz w:val="28"/>
        </w:rPr>
        <w:t xml:space="preserve"> Следующий </w:t>
      </w:r>
      <w:r>
        <w:rPr>
          <w:b w:val="false"/>
          <w:sz w:val="28"/>
          <w:lang w:val="zxx"/>
        </w:rPr>
        <w:t>audio.prepare</w:t>
      </w:r>
      <w:r>
        <w:rPr>
          <w:b w:val="false"/>
          <w:sz w:val="28"/>
        </w:rPr>
        <w:t xml:space="preserve"> включает </w:t>
      </w:r>
      <w:r>
        <w:rPr>
          <w:b w:val="false"/>
          <w:sz w:val="28"/>
          <w:lang w:val="zxx"/>
        </w:rPr>
        <w:t>holdOutput=true</w:t>
      </w:r>
      <w:r>
        <w:rPr>
          <w:b w:val="false"/>
          <w:sz w:val="28"/>
        </w:rPr>
        <w:t xml:space="preserve"> и </w:t>
      </w:r>
      <w:r>
        <w:rPr>
          <w:b w:val="false"/>
          <w:sz w:val="28"/>
          <w:lang w:val="zxx"/>
        </w:rPr>
        <w:t>sessionId</w:t>
      </w:r>
      <w:r>
        <w:rPr>
          <w:b w:val="false"/>
          <w:sz w:val="28"/>
        </w:rPr>
        <w:t xml:space="preserve"> текущего сеанса. Он допустим только после </w:t>
      </w:r>
      <w:r>
        <w:rPr>
          <w:b w:val="false"/>
          <w:sz w:val="28"/>
          <w:lang w:val="zxx"/>
        </w:rPr>
        <w:t>paused</w:t>
      </w:r>
      <w:r>
        <w:rPr>
          <w:b w:val="false"/>
          <w:sz w:val="28"/>
        </w:rPr>
        <w:t xml:space="preserve"> в </w:t>
      </w:r>
      <w:r>
        <w:rPr>
          <w:b w:val="false"/>
          <w:sz w:val="28"/>
          <w:lang w:val="zxx"/>
        </w:rPr>
        <w:t>running</w:t>
      </w:r>
      <w:r>
        <w:rPr>
          <w:b w:val="false"/>
          <w:sz w:val="28"/>
        </w:rPr>
        <w:t xml:space="preserve">, от того же владельца, для тех же ресурсов. Создается новый </w:t>
      </w:r>
      <w:r>
        <w:rPr>
          <w:b w:val="false"/>
          <w:sz w:val="28"/>
          <w:lang w:val="zxx"/>
        </w:rPr>
        <w:t>mediaId</w:t>
      </w:r>
      <w:r>
        <w:rPr>
          <w:b w:val="false"/>
          <w:sz w:val="28"/>
        </w:rPr>
        <w:t xml:space="preserve">, свежий ключ при </w:t>
      </w:r>
      <w:r>
        <w:rPr>
          <w:b w:val="false"/>
          <w:sz w:val="28"/>
          <w:lang w:val="zxx"/>
        </w:rPr>
        <w:t>tls</w:t>
      </w:r>
      <w:r>
        <w:rPr>
          <w:b w:val="false"/>
          <w:sz w:val="28"/>
        </w:rPr>
        <w:t xml:space="preserve">, отдельные счетчики, декодер, буфер и синхронизация; разрешена смена согласованных кодека и частоты, в том числе запись </w:t>
      </w:r>
      <w:r>
        <w:rPr>
          <w:b w:val="false"/>
          <w:sz w:val="28"/>
          <w:lang w:val="zxx"/>
        </w:rPr>
        <w:t>16/</w:t>
      </w:r>
      <w:r>
        <w:rPr>
          <w:b w:val="false"/>
          <w:sz w:val="28"/>
        </w:rPr>
        <w:t>⁠</w:t>
      </w:r>
      <w:r>
        <w:rPr>
          <w:b w:val="false"/>
          <w:sz w:val="28"/>
          <w:lang w:val="zxx"/>
        </w:rPr>
        <w:t>32</w:t>
      </w:r>
      <w:r>
        <w:rPr>
          <w:b w:val="false"/>
          <w:sz w:val="28"/>
        </w:rPr>
        <w:t xml:space="preserve"> кГц на микрофон </w:t>
      </w:r>
      <w:r>
        <w:rPr>
          <w:b w:val="false"/>
          <w:sz w:val="28"/>
          <w:lang w:val="zxx"/>
        </w:rPr>
        <w:t>8</w:t>
      </w:r>
      <w:r>
        <w:rPr>
          <w:b w:val="false"/>
          <w:sz w:val="28"/>
        </w:rPr>
        <w:t xml:space="preserve"> кГц. Состояние нового источника </w:t>
      </w:r>
      <w:r>
        <w:rPr>
          <w:b w:val="false"/>
          <w:sz w:val="28"/>
          <w:lang w:val="zxx"/>
        </w:rPr>
        <w:t>prepared</w:t>
      </w:r>
      <w:r>
        <w:rPr>
          <w:b w:val="false"/>
          <w:sz w:val="28"/>
        </w:rPr>
        <w:t xml:space="preserve"> уже содержит </w:t>
      </w:r>
      <w:r>
        <w:rPr>
          <w:b w:val="false"/>
          <w:sz w:val="28"/>
          <w:lang w:val="zxx"/>
        </w:rPr>
        <w:t>sessionId.</w:t>
      </w:r>
      <w:r>
        <w:rPr>
          <w:b w:val="false"/>
          <w:sz w:val="28"/>
        </w:rPr>
        <w:t xml:space="preserve"> После </w:t>
      </w:r>
      <w:r>
        <w:rPr>
          <w:b w:val="false"/>
          <w:sz w:val="28"/>
          <w:lang w:val="zxx"/>
        </w:rPr>
        <w:t>BIND/</w:t>
      </w:r>
      <w:r>
        <w:rPr>
          <w:b w:val="false"/>
          <w:sz w:val="28"/>
        </w:rPr>
        <w:t>​</w:t>
      </w:r>
      <w:r>
        <w:rPr>
          <w:b w:val="false"/>
          <w:sz w:val="28"/>
          <w:lang w:val="zxx"/>
        </w:rPr>
        <w:t>READY</w:t>
      </w:r>
      <w:r>
        <w:rPr>
          <w:b w:val="false"/>
          <w:sz w:val="28"/>
        </w:rPr>
        <w:t xml:space="preserve"> команда </w:t>
      </w:r>
      <w:r>
        <w:rPr>
          <w:b w:val="false"/>
          <w:sz w:val="28"/>
          <w:lang w:val="zxx"/>
        </w:rPr>
        <w:t>audio.start</w:t>
      </w:r>
      <w:r>
        <w:rPr>
          <w:b w:val="false"/>
          <w:sz w:val="28"/>
        </w:rPr>
        <w:t xml:space="preserve"> со </w:t>
      </w:r>
      <w:r>
        <w:rPr>
          <w:b w:val="false"/>
          <w:sz w:val="28"/>
          <w:lang w:val="zxx"/>
        </w:rPr>
        <w:t>stream</w:t>
      </w:r>
      <w:r>
        <w:rPr>
          <w:b w:val="false"/>
          <w:sz w:val="28"/>
        </w:rPr>
        <w:t xml:space="preserve"> </w:t>
      </w:r>
      <w:r>
        <w:rPr>
          <w:b w:val="false"/>
          <w:sz w:val="28"/>
          <w:lang w:val="zxx"/>
        </w:rPr>
        <w:t>mediaId/</w:t>
      </w:r>
      <w:r>
        <w:rPr>
          <w:b w:val="false"/>
          <w:sz w:val="28"/>
        </w:rPr>
        <w:t>​</w:t>
      </w:r>
      <w:r>
        <w:rPr>
          <w:b w:val="false"/>
          <w:sz w:val="28"/>
          <w:lang w:val="zxx"/>
        </w:rPr>
        <w:t>sessionId</w:t>
      </w:r>
      <w:r>
        <w:rPr>
          <w:b w:val="false"/>
          <w:sz w:val="28"/>
        </w:rPr>
        <w:t xml:space="preserve"> разрешает новый источник без повторной аппаратной команды включения. Ответ </w:t>
      </w:r>
      <w:r>
        <w:rPr>
          <w:b w:val="false"/>
          <w:sz w:val="28"/>
          <w:lang w:val="zxx"/>
        </w:rPr>
        <w:t>status=ok</w:t>
      </w:r>
      <w:r>
        <w:rPr>
          <w:b w:val="false"/>
          <w:sz w:val="28"/>
        </w:rPr>
        <w:t xml:space="preserve">, </w:t>
      </w:r>
      <w:r>
        <w:rPr>
          <w:b w:val="false"/>
          <w:sz w:val="28"/>
          <w:lang w:val="zxx"/>
        </w:rPr>
        <w:t>started</w:t>
      </w:r>
      <w:r>
        <w:rPr>
          <w:b w:val="false"/>
          <w:sz w:val="28"/>
        </w:rPr>
        <w:t xml:space="preserve"> </w:t>
      </w:r>
      <w:r>
        <w:rPr>
          <w:b w:val="false"/>
          <w:sz w:val="28"/>
          <w:lang w:val="zxx"/>
        </w:rPr>
        <w:t>mediaId/</w:t>
      </w:r>
      <w:r>
        <w:rPr>
          <w:b w:val="false"/>
          <w:sz w:val="28"/>
        </w:rPr>
        <w:t>​</w:t>
      </w:r>
      <w:r>
        <w:rPr>
          <w:b w:val="false"/>
          <w:sz w:val="28"/>
          <w:lang w:val="zxx"/>
        </w:rPr>
        <w:t>sessionId/</w:t>
      </w:r>
      <w:r>
        <w:rPr>
          <w:b w:val="false"/>
          <w:sz w:val="28"/>
        </w:rPr>
        <w:t>​</w:t>
      </w:r>
      <w:r>
        <w:rPr>
          <w:b w:val="false"/>
          <w:sz w:val="28"/>
          <w:lang w:val="zxx"/>
        </w:rPr>
        <w:t>startSeq</w:t>
      </w:r>
      <w:r>
        <w:rPr>
          <w:b w:val="false"/>
          <w:sz w:val="28"/>
        </w:rPr>
        <w:t xml:space="preserve">; </w:t>
      </w:r>
      <w:r>
        <w:rPr>
          <w:b w:val="false"/>
          <w:sz w:val="28"/>
          <w:lang w:val="zxx"/>
        </w:rPr>
        <w:t>audio.pause</w:t>
      </w:r>
      <w:r>
        <w:rPr>
          <w:b w:val="false"/>
          <w:sz w:val="28"/>
        </w:rPr>
        <w:t xml:space="preserve"> отвечает аналогичным </w:t>
      </w:r>
      <w:r>
        <w:rPr>
          <w:b w:val="false"/>
          <w:sz w:val="28"/>
          <w:lang w:val="zxx"/>
        </w:rPr>
        <w:t>paused.</w:t>
      </w:r>
      <w:r>
        <w:rPr>
          <w:b w:val="false"/>
          <w:sz w:val="28"/>
        </w:rPr>
        <w:t xml:space="preserve"> Захват и отправка </w:t>
      </w:r>
      <w:r>
        <w:rPr>
          <w:b w:val="false"/>
          <w:sz w:val="28"/>
          <w:lang w:val="zxx"/>
        </w:rPr>
        <w:t>AUDIO</w:t>
      </w:r>
      <w:r>
        <w:rPr>
          <w:b w:val="false"/>
          <w:sz w:val="28"/>
        </w:rPr>
        <w:t xml:space="preserve"> начинаются только после </w:t>
      </w:r>
      <w:r>
        <w:rPr>
          <w:b w:val="false"/>
          <w:sz w:val="28"/>
          <w:lang w:val="zxx"/>
        </w:rPr>
        <w:t>outputReady=true</w:t>
      </w:r>
      <w:r>
        <w:rPr>
          <w:b w:val="false"/>
          <w:sz w:val="28"/>
        </w:rPr>
        <w:t xml:space="preserve"> данного нового </w:t>
      </w:r>
      <w:r>
        <w:rPr>
          <w:b w:val="false"/>
          <w:sz w:val="28"/>
          <w:lang w:val="zxx"/>
        </w:rPr>
        <w:t>mediaId.</w:t>
      </w:r>
      <w:r>
        <w:rPr>
          <w:b w:val="false"/>
          <w:sz w:val="28"/>
        </w:rPr>
        <w:t xml:space="preserve"> Подготовка и ее истечение не включают и не выключают ОУ.</w:t>
      </w:r>
    </w:p>
    <w:p>
      <w:pPr>
        <w:pStyle w:val="Normal"/>
        <w:jc w:val="both"/>
        <w:rPr/>
      </w:pPr>
      <w:r>
        <w:rPr>
          <w:b w:val="false"/>
          <w:sz w:val="28"/>
          <w:lang w:val="zxx"/>
        </w:rPr>
        <w:t>15.98</w:t>
      </w:r>
      <w:r>
        <w:rPr>
          <w:b w:val="false"/>
          <w:sz w:val="28"/>
        </w:rPr>
        <w:t xml:space="preserve"> </w:t>
      </w:r>
      <w:r>
        <w:rPr>
          <w:b w:val="false"/>
          <w:sz w:val="28"/>
          <w:lang w:val="zxx"/>
        </w:rPr>
        <w:t>audio.pause</w:t>
      </w:r>
      <w:r>
        <w:rPr>
          <w:b w:val="false"/>
          <w:sz w:val="28"/>
        </w:rPr>
        <w:t xml:space="preserve"> и </w:t>
      </w:r>
      <w:r>
        <w:rPr>
          <w:b w:val="false"/>
          <w:sz w:val="28"/>
          <w:lang w:val="zxx"/>
        </w:rPr>
        <w:t>audio.start</w:t>
      </w:r>
      <w:r>
        <w:rPr>
          <w:b w:val="false"/>
          <w:sz w:val="28"/>
        </w:rPr>
        <w:t xml:space="preserve"> являются обычными изменяющими командами владельца с </w:t>
      </w:r>
      <w:r>
        <w:rPr>
          <w:b w:val="false"/>
          <w:sz w:val="28"/>
          <w:lang w:val="zxx"/>
        </w:rPr>
        <w:t>bootId</w:t>
      </w:r>
      <w:r>
        <w:rPr>
          <w:b w:val="false"/>
          <w:sz w:val="28"/>
        </w:rPr>
        <w:t xml:space="preserve">, </w:t>
      </w:r>
      <w:r>
        <w:rPr>
          <w:b w:val="false"/>
          <w:sz w:val="28"/>
          <w:lang w:val="zxx"/>
        </w:rPr>
        <w:t>controlEpoch</w:t>
      </w:r>
      <w:r>
        <w:rPr>
          <w:b w:val="false"/>
          <w:sz w:val="28"/>
        </w:rPr>
        <w:t xml:space="preserve"> и </w:t>
      </w:r>
      <w:r>
        <w:rPr>
          <w:b w:val="false"/>
          <w:sz w:val="28"/>
          <w:lang w:val="zxx"/>
        </w:rPr>
        <w:t>cmdSeq.</w:t>
      </w:r>
      <w:r>
        <w:rPr>
          <w:b w:val="false"/>
          <w:sz w:val="28"/>
        </w:rPr>
        <w:t xml:space="preserve"> Дубликат возвращает сохраненный ответ без повторного действия. Старый </w:t>
      </w:r>
      <w:r>
        <w:rPr>
          <w:b w:val="false"/>
          <w:sz w:val="28"/>
          <w:lang w:val="zxx"/>
        </w:rPr>
        <w:t>mediaId</w:t>
      </w:r>
      <w:r>
        <w:rPr>
          <w:b w:val="false"/>
          <w:sz w:val="28"/>
        </w:rPr>
        <w:t xml:space="preserve">, ключ и </w:t>
      </w:r>
      <w:r>
        <w:rPr>
          <w:b w:val="false"/>
          <w:sz w:val="28"/>
          <w:lang w:val="zxx"/>
        </w:rPr>
        <w:t>UDP-</w:t>
      </w:r>
      <w:r>
        <w:rPr>
          <w:b w:val="false"/>
          <w:sz w:val="28"/>
        </w:rPr>
        <w:t xml:space="preserve">маршрут после паузы не принимают звук; запоздалый </w:t>
      </w:r>
      <w:r>
        <w:rPr>
          <w:b w:val="false"/>
          <w:sz w:val="28"/>
          <w:lang w:val="zxx"/>
        </w:rPr>
        <w:t>EOF</w:t>
      </w:r>
      <w:r>
        <w:rPr>
          <w:b w:val="false"/>
          <w:sz w:val="28"/>
        </w:rPr>
        <w:t xml:space="preserve"> или команда старого источника не меняют новый. После замены прежний </w:t>
      </w:r>
      <w:r>
        <w:rPr>
          <w:b w:val="false"/>
          <w:sz w:val="28"/>
          <w:lang w:val="zxx"/>
        </w:rPr>
        <w:t>audio.state</w:t>
      </w:r>
      <w:r>
        <w:rPr>
          <w:b w:val="false"/>
          <w:sz w:val="28"/>
        </w:rPr>
        <w:t xml:space="preserve"> может вернуть </w:t>
      </w:r>
      <w:r>
        <w:rPr>
          <w:b w:val="false"/>
          <w:sz w:val="28"/>
          <w:lang w:val="zxx"/>
        </w:rPr>
        <w:t>notFound:</w:t>
      </w:r>
      <w:r>
        <w:rPr>
          <w:b w:val="false"/>
          <w:sz w:val="28"/>
        </w:rPr>
        <w:t xml:space="preserve"> АРМ сохраняет его итог до замены. Срок новой подготовки равен </w:t>
      </w:r>
      <w:r>
        <w:rPr>
          <w:b w:val="false"/>
          <w:sz w:val="28"/>
          <w:lang w:val="zxx"/>
        </w:rPr>
        <w:t>60000</w:t>
      </w:r>
      <w:r>
        <w:rPr>
          <w:b w:val="false"/>
          <w:sz w:val="28"/>
        </w:rPr>
        <w:t xml:space="preserve"> мс, </w:t>
      </w:r>
      <w:r>
        <w:rPr>
          <w:b w:val="false"/>
          <w:sz w:val="28"/>
          <w:lang w:val="zxx"/>
        </w:rPr>
        <w:t>audio.start</w:t>
      </w:r>
      <w:r>
        <w:rPr>
          <w:b w:val="false"/>
          <w:sz w:val="28"/>
        </w:rPr>
        <w:t xml:space="preserve"> после него отклоняется. Подготовка может обновляться новым </w:t>
      </w:r>
      <w:r>
        <w:rPr>
          <w:b w:val="false"/>
          <w:sz w:val="28"/>
          <w:lang w:val="zxx"/>
        </w:rPr>
        <w:t>mediaId</w:t>
      </w:r>
      <w:r>
        <w:rPr>
          <w:b w:val="false"/>
          <w:sz w:val="28"/>
        </w:rPr>
        <w:t xml:space="preserve">, пока источник не запущен; это не продлевает </w:t>
      </w:r>
      <w:r>
        <w:rPr>
          <w:b w:val="false"/>
          <w:sz w:val="28"/>
          <w:lang w:val="zxx"/>
        </w:rPr>
        <w:t>maxDurationMs</w:t>
      </w:r>
      <w:r>
        <w:rPr>
          <w:b w:val="false"/>
          <w:sz w:val="28"/>
        </w:rPr>
        <w:t xml:space="preserve"> сеанса. Все запросы сохраняют предел </w:t>
      </w:r>
      <w:r>
        <w:rPr>
          <w:b w:val="false"/>
          <w:sz w:val="28"/>
          <w:lang w:val="zxx"/>
        </w:rPr>
        <w:t>1024</w:t>
      </w:r>
      <w:r>
        <w:rPr>
          <w:b w:val="false"/>
          <w:sz w:val="28"/>
        </w:rPr>
        <w:t xml:space="preserve"> байта и </w:t>
      </w:r>
      <w:r>
        <w:rPr>
          <w:b w:val="false"/>
          <w:sz w:val="28"/>
          <w:lang w:val="zxx"/>
        </w:rPr>
        <w:t>12</w:t>
      </w:r>
      <w:r>
        <w:rPr>
          <w:b w:val="false"/>
          <w:sz w:val="28"/>
        </w:rPr>
        <w:t xml:space="preserve"> атрибутов на элемент.</w:t>
      </w:r>
    </w:p>
    <w:p>
      <w:pPr>
        <w:pStyle w:val="Normal"/>
        <w:jc w:val="both"/>
        <w:rPr/>
      </w:pPr>
      <w:r>
        <w:rPr>
          <w:b w:val="false"/>
          <w:sz w:val="28"/>
          <w:lang w:val="zxx"/>
        </w:rPr>
        <w:t>15.99</w:t>
      </w:r>
      <w:r>
        <w:rPr>
          <w:b w:val="false"/>
          <w:sz w:val="28"/>
        </w:rPr>
        <w:t xml:space="preserve"> Таймеры отсутствия звука и синхронизации источника не применяются только к намеренной паузе и новой неиспользованной подготовке. Срок владения, первоначальный </w:t>
      </w:r>
      <w:r>
        <w:rPr>
          <w:b w:val="false"/>
          <w:sz w:val="28"/>
          <w:lang w:val="zxx"/>
        </w:rPr>
        <w:t>maxDurationMs</w:t>
      </w:r>
      <w:r>
        <w:rPr>
          <w:b w:val="false"/>
          <w:sz w:val="28"/>
        </w:rPr>
        <w:t xml:space="preserve">, свежесть аппаратного состояния, защита оборудования и контроль физического тактирования продолжают действовать. Потеря управления, </w:t>
      </w:r>
      <w:r>
        <w:rPr>
          <w:b w:val="false"/>
          <w:sz w:val="28"/>
          <w:lang w:val="zxx"/>
        </w:rPr>
        <w:t>reboot</w:t>
      </w:r>
      <w:r>
        <w:rPr>
          <w:b w:val="false"/>
          <w:sz w:val="28"/>
        </w:rPr>
        <w:t xml:space="preserve">, неисправность, </w:t>
      </w:r>
      <w:r>
        <w:rPr>
          <w:b w:val="false"/>
          <w:sz w:val="28"/>
          <w:lang w:val="zxx"/>
        </w:rPr>
        <w:t>session.stop/</w:t>
      </w:r>
      <w:r>
        <w:rPr>
          <w:b w:val="false"/>
          <w:sz w:val="28"/>
        </w:rPr>
        <w:t>​</w:t>
      </w:r>
      <w:r>
        <w:rPr>
          <w:b w:val="false"/>
          <w:sz w:val="28"/>
          <w:lang w:val="zxx"/>
        </w:rPr>
        <w:t>cancel</w:t>
      </w:r>
      <w:r>
        <w:rPr>
          <w:b w:val="false"/>
          <w:sz w:val="28"/>
        </w:rPr>
        <w:t xml:space="preserve"> и аварийный сброс завершают все исполнение с обычным подтверждением </w:t>
      </w:r>
      <w:r>
        <w:rPr>
          <w:b w:val="false"/>
          <w:sz w:val="28"/>
          <w:lang w:val="zxx"/>
        </w:rPr>
        <w:t>off.</w:t>
      </w:r>
      <w:r>
        <w:rPr>
          <w:b w:val="false"/>
          <w:sz w:val="28"/>
        </w:rPr>
        <w:t xml:space="preserve"> Нельзя автоматически переиздавать </w:t>
      </w:r>
      <w:r>
        <w:rPr>
          <w:b w:val="false"/>
          <w:sz w:val="28"/>
          <w:lang w:val="zxx"/>
        </w:rPr>
        <w:t>session.start</w:t>
      </w:r>
      <w:r>
        <w:rPr>
          <w:b w:val="false"/>
          <w:sz w:val="28"/>
        </w:rPr>
        <w:t xml:space="preserve"> после сомнительного ответа на переключение. Пауза до подтверждения первого включения не создает доказательство </w:t>
      </w:r>
      <w:r>
        <w:rPr>
          <w:b w:val="false"/>
          <w:sz w:val="28"/>
          <w:lang w:val="zxx"/>
        </w:rPr>
        <w:t>running:</w:t>
      </w:r>
      <w:r>
        <w:rPr>
          <w:b w:val="false"/>
          <w:sz w:val="28"/>
        </w:rPr>
        <w:t xml:space="preserve"> исходный срок подготовки и свежие аппаратные подтверждения обязательны.</w:t>
      </w:r>
    </w:p>
    <w:p>
      <w:pPr>
        <w:pStyle w:val="2"/>
        <w:rPr/>
      </w:pPr>
      <w:r>
        <w:rPr/>
        <w:t>Форматы речевого профиля rtp-alert/5</w:t>
      </w:r>
    </w:p>
    <w:p>
      <w:pPr>
        <w:pStyle w:val="Normal"/>
        <w:jc w:val="start"/>
        <w:rPr/>
      </w:pPr>
      <w:r>
        <w:rPr>
          <w:b w:val="false"/>
          <w:sz w:val="28"/>
          <w:lang w:val="zxx"/>
        </w:rPr>
        <w:t>15.100</w:t>
      </w:r>
      <w:r>
        <w:rPr>
          <w:b w:val="false"/>
          <w:sz w:val="28"/>
        </w:rPr>
        <w:t xml:space="preserve"> Для ОУ с предварительной аппаратной подготовкой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поддерживает согласованный порядок </w:t>
      </w:r>
      <w:r>
        <w:rPr>
          <w:b w:val="false"/>
          <w:sz w:val="28"/>
          <w:lang w:val="zxx"/>
        </w:rPr>
        <w:t>startup=outputReady.</w:t>
      </w:r>
      <w:r>
        <w:rPr>
          <w:b w:val="false"/>
          <w:sz w:val="28"/>
        </w:rPr>
        <w:t xml:space="preserve"> УУ объявляет </w:t>
      </w:r>
      <w:r>
        <w:rPr>
          <w:b w:val="false"/>
          <w:sz w:val="28"/>
          <w:lang w:val="zxx"/>
        </w:rPr>
        <w:t>startup=</w:t>
      </w:r>
      <w:r>
        <w:rPr>
          <w:b w:val="false"/>
          <w:sz w:val="28"/>
        </w:rPr>
        <w:t>"</w:t>
      </w:r>
      <w:r>
        <w:rPr>
          <w:b w:val="false"/>
          <w:sz w:val="28"/>
          <w:lang w:val="zxx"/>
        </w:rPr>
        <w:t>outputReady</w:t>
      </w:r>
      <w:r>
        <w:rPr>
          <w:b w:val="false"/>
          <w:sz w:val="28"/>
        </w:rPr>
        <w:t xml:space="preserve">" в соответствующем </w:t>
      </w:r>
      <w:r>
        <w:rPr>
          <w:b w:val="false"/>
          <w:sz w:val="28"/>
          <w:lang w:val="zxx"/>
        </w:rPr>
        <w:t>mediaProfile</w:t>
      </w:r>
      <w:r>
        <w:rPr>
          <w:b w:val="false"/>
          <w:sz w:val="28"/>
        </w:rPr>
        <w:t xml:space="preserve">; АРМ выбирает его одноименным атрибутом </w:t>
      </w:r>
      <w:r>
        <w:rPr>
          <w:b w:val="false"/>
          <w:sz w:val="28"/>
          <w:lang w:val="zxx"/>
        </w:rPr>
        <w:t>stream</w:t>
      </w:r>
      <w:r>
        <w:rPr>
          <w:b w:val="false"/>
          <w:sz w:val="28"/>
        </w:rPr>
        <w:t xml:space="preserve"> команды </w:t>
      </w:r>
      <w:r>
        <w:rPr>
          <w:b w:val="false"/>
          <w:sz w:val="28"/>
          <w:lang w:val="zxx"/>
        </w:rPr>
        <w:t>audio.prepare</w:t>
      </w:r>
      <w:r>
        <w:rPr>
          <w:b w:val="false"/>
          <w:sz w:val="28"/>
        </w:rPr>
        <w:t xml:space="preserve"> только при таком объявлении. Отсутствие атрибута сохраняет прежний порядок; иное или неподдержанное значение получает </w:t>
      </w:r>
      <w:r>
        <w:rPr>
          <w:b w:val="false"/>
          <w:sz w:val="28"/>
          <w:lang w:val="zxx"/>
        </w:rPr>
        <w:t>unsupported.</w:t>
      </w:r>
      <w:r>
        <w:rPr>
          <w:b w:val="false"/>
          <w:sz w:val="28"/>
        </w:rPr>
        <w:t xml:space="preserve"> Групповые профили этот атрибут не используют. Подготовка </w:t>
      </w:r>
      <w:r>
        <w:rPr>
          <w:b w:val="false"/>
          <w:sz w:val="28"/>
          <w:lang w:val="zxx"/>
        </w:rPr>
        <w:t>audio.prepare</w:t>
      </w:r>
      <w:r>
        <w:rPr>
          <w:b w:val="false"/>
          <w:sz w:val="28"/>
        </w:rPr>
        <w:t xml:space="preserve"> по-прежнему не включает выходы.</w:t>
      </w:r>
    </w:p>
    <w:p>
      <w:pPr>
        <w:pStyle w:val="Normal"/>
        <w:jc w:val="start"/>
        <w:rPr/>
      </w:pPr>
      <w:r>
        <w:rPr>
          <w:b w:val="false"/>
          <w:sz w:val="28"/>
          <w:lang w:val="zxx"/>
        </w:rPr>
        <w:t>15.101</w:t>
      </w:r>
      <w:r>
        <w:rPr>
          <w:b w:val="false"/>
          <w:sz w:val="28"/>
        </w:rPr>
        <w:t xml:space="preserve"> При выбранном </w:t>
      </w:r>
      <w:r>
        <w:rPr>
          <w:b w:val="false"/>
          <w:sz w:val="28"/>
          <w:lang w:val="zxx"/>
        </w:rPr>
        <w:t>startup=outputReady</w:t>
      </w:r>
      <w:r>
        <w:rPr>
          <w:b w:val="false"/>
          <w:sz w:val="28"/>
        </w:rPr>
        <w:t xml:space="preserve"> перед </w:t>
      </w:r>
      <w:r>
        <w:rPr>
          <w:b w:val="false"/>
          <w:sz w:val="28"/>
          <w:lang w:val="zxx"/>
        </w:rPr>
        <w:t>session.start</w:t>
      </w:r>
      <w:r>
        <w:rPr>
          <w:b w:val="false"/>
          <w:sz w:val="28"/>
        </w:rPr>
        <w:t xml:space="preserve"> требуется завершить </w:t>
      </w:r>
      <w:r>
        <w:rPr>
          <w:b w:val="false"/>
          <w:sz w:val="28"/>
          <w:lang w:val="zxx"/>
        </w:rPr>
        <w:t>UDP</w:t>
      </w:r>
      <w:r>
        <w:rPr>
          <w:b w:val="false"/>
          <w:sz w:val="28"/>
        </w:rPr>
        <w:t xml:space="preserve"> </w:t>
      </w:r>
      <w:r>
        <w:rPr>
          <w:b w:val="false"/>
          <w:sz w:val="28"/>
          <w:lang w:val="zxx"/>
        </w:rPr>
        <w:t>BIND/</w:t>
      </w:r>
      <w:r>
        <w:rPr>
          <w:b w:val="false"/>
          <w:sz w:val="28"/>
        </w:rPr>
        <w:t>​</w:t>
      </w:r>
      <w:r>
        <w:rPr>
          <w:b w:val="false"/>
          <w:sz w:val="28"/>
          <w:lang w:val="zxx"/>
        </w:rPr>
        <w:t>READY.</w:t>
      </w:r>
      <w:r>
        <w:rPr>
          <w:b w:val="false"/>
          <w:sz w:val="28"/>
        </w:rPr>
        <w:t xml:space="preserve"> Принятый </w:t>
      </w:r>
      <w:r>
        <w:rPr>
          <w:b w:val="false"/>
          <w:sz w:val="28"/>
          <w:lang w:val="zxx"/>
        </w:rPr>
        <w:t>session.start</w:t>
      </w:r>
      <w:r>
        <w:rPr>
          <w:b w:val="false"/>
          <w:sz w:val="28"/>
        </w:rPr>
        <w:t xml:space="preserve"> немедленно инициирует подготовку речевого выхода без ожидания </w:t>
      </w:r>
      <w:r>
        <w:rPr>
          <w:b w:val="false"/>
          <w:sz w:val="28"/>
          <w:lang w:val="zxx"/>
        </w:rPr>
        <w:t>AUDIO.</w:t>
      </w:r>
      <w:r>
        <w:rPr>
          <w:b w:val="false"/>
          <w:sz w:val="28"/>
        </w:rPr>
        <w:t xml:space="preserve"> Ответ </w:t>
      </w:r>
      <w:r>
        <w:rPr>
          <w:b w:val="false"/>
          <w:sz w:val="28"/>
          <w:lang w:val="zxx"/>
        </w:rPr>
        <w:t>audio.state</w:t>
      </w:r>
      <w:r>
        <w:rPr>
          <w:b w:val="false"/>
          <w:sz w:val="28"/>
        </w:rPr>
        <w:t xml:space="preserve"> обязательно содержит </w:t>
      </w:r>
      <w:r>
        <w:rPr>
          <w:b w:val="false"/>
          <w:sz w:val="28"/>
          <w:lang w:val="zxx"/>
        </w:rPr>
        <w:t>outputReady=true|</w:t>
      </w:r>
      <w:r>
        <w:rPr>
          <w:b w:val="false"/>
          <w:sz w:val="28"/>
        </w:rPr>
        <w:t>​</w:t>
      </w:r>
      <w:r>
        <w:rPr>
          <w:b w:val="false"/>
          <w:sz w:val="28"/>
          <w:lang w:val="zxx"/>
        </w:rPr>
        <w:t>false</w:t>
      </w:r>
      <w:r>
        <w:rPr>
          <w:b w:val="false"/>
          <w:sz w:val="28"/>
        </w:rPr>
        <w:t xml:space="preserve">, включая </w:t>
      </w:r>
      <w:r>
        <w:rPr>
          <w:b w:val="false"/>
          <w:sz w:val="28"/>
          <w:lang w:val="zxx"/>
        </w:rPr>
        <w:t>prepared</w:t>
      </w:r>
      <w:r>
        <w:rPr>
          <w:b w:val="false"/>
          <w:sz w:val="28"/>
        </w:rPr>
        <w:t xml:space="preserve"> и </w:t>
      </w:r>
      <w:r>
        <w:rPr>
          <w:b w:val="false"/>
          <w:sz w:val="28"/>
          <w:lang w:val="zxx"/>
        </w:rPr>
        <w:t>finished.</w:t>
      </w:r>
      <w:r>
        <w:rPr>
          <w:b w:val="false"/>
          <w:sz w:val="28"/>
        </w:rPr>
        <w:t xml:space="preserve"> </w:t>
      </w:r>
      <w:r>
        <w:rPr>
          <w:b w:val="false"/>
          <w:sz w:val="28"/>
          <w:lang w:val="zxx"/>
        </w:rPr>
        <w:t>true</w:t>
      </w:r>
      <w:r>
        <w:rPr>
          <w:b w:val="false"/>
          <w:sz w:val="28"/>
        </w:rPr>
        <w:t xml:space="preserve"> разрешено только в </w:t>
      </w:r>
      <w:r>
        <w:rPr>
          <w:b w:val="false"/>
          <w:sz w:val="28"/>
          <w:lang w:val="zxx"/>
        </w:rPr>
        <w:t>starting/</w:t>
      </w:r>
      <w:r>
        <w:rPr>
          <w:b w:val="false"/>
          <w:sz w:val="28"/>
        </w:rPr>
        <w:t>​</w:t>
      </w:r>
      <w:r>
        <w:rPr>
          <w:b w:val="false"/>
          <w:sz w:val="28"/>
          <w:lang w:val="zxx"/>
        </w:rPr>
        <w:t>running</w:t>
      </w:r>
      <w:r>
        <w:rPr>
          <w:b w:val="false"/>
          <w:sz w:val="28"/>
        </w:rPr>
        <w:t xml:space="preserve"> после свежего достоверного наблюдения требуемого речевого режима, полученного после отправки аппаратной команды; промежуточный режим подготовки и отправленная команда не подтверждают готовность. В остальных состояниях передается </w:t>
      </w:r>
      <w:r>
        <w:rPr>
          <w:b w:val="false"/>
          <w:sz w:val="28"/>
          <w:lang w:val="zxx"/>
        </w:rPr>
        <w:t>false.</w:t>
      </w:r>
      <w:r>
        <w:rPr>
          <w:b w:val="false"/>
          <w:sz w:val="28"/>
        </w:rPr>
        <w:t xml:space="preserve"> </w:t>
      </w:r>
      <w:r>
        <w:rPr>
          <w:b w:val="false"/>
          <w:sz w:val="28"/>
          <w:lang w:val="zxx"/>
        </w:rPr>
        <w:t>PCM</w:t>
      </w:r>
      <w:r>
        <w:rPr>
          <w:b w:val="false"/>
          <w:sz w:val="28"/>
        </w:rPr>
        <w:t xml:space="preserve"> до подтверждения речевого режима запрещен. </w:t>
      </w:r>
      <w:r>
        <w:rPr>
          <w:b w:val="false"/>
          <w:sz w:val="28"/>
          <w:lang w:val="zxx"/>
        </w:rPr>
        <w:t>outputReady</w:t>
      </w:r>
      <w:r>
        <w:rPr>
          <w:b w:val="false"/>
          <w:sz w:val="28"/>
        </w:rPr>
        <w:t xml:space="preserve"> не заменяет критерий </w:t>
      </w:r>
      <w:r>
        <w:rPr>
          <w:b w:val="false"/>
          <w:sz w:val="28"/>
          <w:lang w:val="zxx"/>
        </w:rPr>
        <w:t>running</w:t>
      </w:r>
      <w:r>
        <w:rPr>
          <w:b w:val="false"/>
          <w:sz w:val="28"/>
        </w:rPr>
        <w:t>, подтверждение исполнения или акустический контроль.</w:t>
      </w:r>
    </w:p>
    <w:p>
      <w:pPr>
        <w:pStyle w:val="Normal"/>
        <w:jc w:val="both"/>
        <w:rPr/>
      </w:pPr>
      <w:r>
        <w:rPr>
          <w:b w:val="false"/>
          <w:sz w:val="28"/>
          <w:lang w:val="zxx"/>
        </w:rPr>
        <w:t>15.102</w:t>
      </w:r>
      <w:r>
        <w:rPr>
          <w:b w:val="false"/>
          <w:sz w:val="28"/>
        </w:rPr>
        <w:t xml:space="preserve"> АРМ до </w:t>
      </w:r>
      <w:r>
        <w:rPr>
          <w:b w:val="false"/>
          <w:sz w:val="28"/>
          <w:lang w:val="zxx"/>
        </w:rPr>
        <w:t>outputReady=true</w:t>
      </w:r>
      <w:r>
        <w:rPr>
          <w:b w:val="false"/>
          <w:sz w:val="28"/>
        </w:rPr>
        <w:t xml:space="preserve"> поддерживает привязку, синхронизацию часов и </w:t>
      </w:r>
      <w:r>
        <w:rPr>
          <w:b w:val="false"/>
          <w:sz w:val="28"/>
          <w:lang w:val="zxx"/>
        </w:rPr>
        <w:t>lease</w:t>
      </w:r>
      <w:r>
        <w:rPr>
          <w:b w:val="false"/>
          <w:sz w:val="28"/>
        </w:rPr>
        <w:t xml:space="preserve">, но не захватывает микрофон, не считывает исходную речь с продвижением времени и не отправляет </w:t>
      </w:r>
      <w:r>
        <w:rPr>
          <w:b w:val="false"/>
          <w:sz w:val="28"/>
          <w:lang w:val="zxx"/>
        </w:rPr>
        <w:t>AUDIO.</w:t>
      </w:r>
      <w:r>
        <w:rPr>
          <w:b w:val="false"/>
          <w:sz w:val="28"/>
        </w:rPr>
        <w:t xml:space="preserve"> После подтверждения начинает источник с первого отсчета. Проверка выполняется по событию готовности либо чтением </w:t>
      </w:r>
      <w:r>
        <w:rPr>
          <w:b w:val="false"/>
          <w:sz w:val="28"/>
          <w:lang w:val="zxx"/>
        </w:rPr>
        <w:t>audio.state</w:t>
      </w:r>
      <w:r>
        <w:rPr>
          <w:b w:val="false"/>
          <w:sz w:val="28"/>
        </w:rPr>
        <w:t xml:space="preserve"> с интервалом не более </w:t>
      </w:r>
      <w:r>
        <w:rPr>
          <w:b w:val="false"/>
          <w:sz w:val="28"/>
          <w:lang w:val="zxx"/>
        </w:rPr>
        <w:t>100</w:t>
      </w:r>
      <w:r>
        <w:rPr>
          <w:b w:val="false"/>
          <w:sz w:val="28"/>
        </w:rPr>
        <w:t xml:space="preserve"> мс; фиксированная задержка вместо проверки запрещена. При тайм-ауте подготовки, </w:t>
      </w:r>
      <w:r>
        <w:rPr>
          <w:b w:val="false"/>
          <w:sz w:val="28"/>
          <w:lang w:val="zxx"/>
        </w:rPr>
        <w:t>finished</w:t>
      </w:r>
      <w:r>
        <w:rPr>
          <w:b w:val="false"/>
          <w:sz w:val="28"/>
        </w:rPr>
        <w:t xml:space="preserve"> или отмене источник не запускается, выполняются адресная остановка и чтение результата. Срок подготовки из паспорта ОУ, границы свежести источника и </w:t>
      </w:r>
      <w:r>
        <w:rPr>
          <w:b w:val="false"/>
          <w:sz w:val="28"/>
          <w:lang w:val="zxx"/>
        </w:rPr>
        <w:t>maxMs</w:t>
      </w:r>
      <w:r>
        <w:rPr>
          <w:b w:val="false"/>
          <w:sz w:val="28"/>
        </w:rPr>
        <w:t xml:space="preserve"> не увеличиваются. Таймер накопления начального буфера и установления частоты отсчитывается от первого принятого звукового пакета, а не от времени </w:t>
      </w:r>
      <w:r>
        <w:rPr>
          <w:b w:val="false"/>
          <w:sz w:val="28"/>
          <w:lang w:val="zxx"/>
        </w:rPr>
        <w:t>accepted:</w:t>
      </w:r>
      <w:r>
        <w:rPr>
          <w:b w:val="false"/>
          <w:sz w:val="28"/>
        </w:rPr>
        <w:t xml:space="preserve"> ожидание аппаратной готовности не расходует начальный буфер.</w:t>
      </w:r>
    </w:p>
    <w:p>
      <w:pPr>
        <w:pStyle w:val="Normal"/>
        <w:jc w:val="start"/>
        <w:rPr/>
      </w:pPr>
      <w:r>
        <w:rPr>
          <w:b w:val="false"/>
          <w:sz w:val="28"/>
          <w:lang w:val="zxx"/>
        </w:rPr>
        <w:t>15.103</w:t>
      </w:r>
      <w:r>
        <w:rPr>
          <w:b w:val="false"/>
          <w:sz w:val="28"/>
        </w:rPr>
        <w:t xml:space="preserve"> </w:t>
      </w:r>
      <w:r>
        <w:rPr>
          <w:b w:val="false"/>
          <w:sz w:val="28"/>
          <w:lang w:val="zxx"/>
        </w:rPr>
        <w:t>mediaId</w:t>
      </w:r>
      <w:r>
        <w:rPr>
          <w:b w:val="false"/>
          <w:sz w:val="28"/>
        </w:rPr>
        <w:t xml:space="preserve"> включается в каждую </w:t>
      </w:r>
      <w:r>
        <w:rPr>
          <w:b w:val="false"/>
          <w:sz w:val="28"/>
          <w:lang w:val="zxx"/>
        </w:rPr>
        <w:t>UDP-</w:t>
      </w:r>
      <w:r>
        <w:rPr>
          <w:b w:val="false"/>
          <w:sz w:val="28"/>
        </w:rPr>
        <w:t xml:space="preserve">датаграмму и определяет контекст подготовки. После </w:t>
      </w:r>
      <w:r>
        <w:rPr>
          <w:b w:val="false"/>
          <w:sz w:val="28"/>
          <w:lang w:val="zxx"/>
        </w:rPr>
        <w:t>session.stop</w:t>
      </w:r>
      <w:r>
        <w:rPr>
          <w:b w:val="false"/>
          <w:sz w:val="28"/>
        </w:rPr>
        <w:t xml:space="preserve"> или </w:t>
      </w:r>
      <w:r>
        <w:rPr>
          <w:b w:val="false"/>
          <w:sz w:val="28"/>
          <w:lang w:val="zxx"/>
        </w:rPr>
        <w:t>reboot</w:t>
      </w:r>
      <w:r>
        <w:rPr>
          <w:b w:val="false"/>
          <w:sz w:val="28"/>
        </w:rPr>
        <w:t xml:space="preserve"> разрешение отзывается; старый пакет не принимается в новом </w:t>
      </w:r>
      <w:r>
        <w:rPr>
          <w:b w:val="false"/>
          <w:sz w:val="28"/>
          <w:lang w:val="zxx"/>
        </w:rPr>
        <w:t>mediaId.</w:t>
      </w:r>
      <w:r>
        <w:rPr>
          <w:b w:val="false"/>
          <w:sz w:val="28"/>
        </w:rPr>
        <w:t xml:space="preserve"> Привязка и часы используют бинарные датаграммы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без </w:t>
      </w:r>
      <w:r>
        <w:rPr>
          <w:b w:val="false"/>
          <w:sz w:val="28"/>
          <w:lang w:val="zxx"/>
        </w:rPr>
        <w:t>media.hello.</w:t>
      </w:r>
    </w:p>
    <w:p>
      <w:pPr>
        <w:pStyle w:val="Normal"/>
        <w:jc w:val="start"/>
        <w:rPr/>
      </w:pPr>
      <w:r>
        <w:rPr>
          <w:b w:val="false"/>
          <w:sz w:val="28"/>
          <w:lang w:val="zxx"/>
        </w:rPr>
        <w:t>15.104</w:t>
      </w:r>
      <w:r>
        <w:rPr>
          <w:b w:val="false"/>
          <w:sz w:val="28"/>
        </w:rPr>
        <w:t xml:space="preserve"> Файл локального контента содержит только байты кодека, без </w:t>
      </w:r>
      <w:r>
        <w:rPr>
          <w:b w:val="false"/>
          <w:sz w:val="28"/>
          <w:lang w:val="zxx"/>
        </w:rPr>
        <w:t>WAV</w:t>
      </w:r>
      <w:r>
        <w:rPr>
          <w:b w:val="false"/>
          <w:sz w:val="28"/>
        </w:rPr>
        <w:t xml:space="preserve">, </w:t>
      </w:r>
      <w:r>
        <w:rPr>
          <w:b w:val="false"/>
          <w:sz w:val="28"/>
          <w:lang w:val="zxx"/>
        </w:rPr>
        <w:t>RTP</w:t>
      </w:r>
      <w:r>
        <w:rPr>
          <w:b w:val="false"/>
          <w:sz w:val="28"/>
        </w:rPr>
        <w:t xml:space="preserve"> и иных контейнеров: </w:t>
      </w:r>
      <w:r>
        <w:rPr>
          <w:b w:val="false"/>
          <w:sz w:val="28"/>
          <w:lang w:val="zxx"/>
        </w:rPr>
        <w:t>PCMA</w:t>
      </w:r>
      <w:r>
        <w:rPr>
          <w:b w:val="false"/>
          <w:sz w:val="28"/>
        </w:rPr>
        <w:t xml:space="preserve"> - один байт </w:t>
      </w:r>
      <w:r>
        <w:rPr>
          <w:b w:val="false"/>
          <w:sz w:val="28"/>
          <w:lang w:val="zxx"/>
        </w:rPr>
        <w:t>A-</w:t>
      </w:r>
      <w:r>
        <w:rPr>
          <w:b w:val="false"/>
          <w:sz w:val="28"/>
        </w:rPr>
        <w:t>⁠</w:t>
      </w:r>
      <w:r>
        <w:rPr>
          <w:b w:val="false"/>
          <w:sz w:val="28"/>
          <w:lang w:val="zxx"/>
        </w:rPr>
        <w:t>law</w:t>
      </w:r>
      <w:r>
        <w:rPr>
          <w:b w:val="false"/>
          <w:sz w:val="28"/>
        </w:rPr>
        <w:t xml:space="preserve"> на отсчет, </w:t>
      </w:r>
      <w:r>
        <w:rPr>
          <w:b w:val="false"/>
          <w:sz w:val="28"/>
          <w:lang w:val="zxx"/>
        </w:rPr>
        <w:t>sampleCount=bytes</w:t>
      </w:r>
      <w:r>
        <w:rPr>
          <w:b w:val="false"/>
          <w:sz w:val="28"/>
        </w:rPr>
        <w:t xml:space="preserve">; </w:t>
      </w:r>
      <w:r>
        <w:rPr>
          <w:b w:val="false"/>
          <w:sz w:val="28"/>
          <w:lang w:val="zxx"/>
        </w:rPr>
        <w:t>GSM</w:t>
      </w:r>
      <w:r>
        <w:rPr>
          <w:b w:val="false"/>
          <w:sz w:val="28"/>
        </w:rPr>
        <w:t xml:space="preserve"> - последовательность </w:t>
      </w:r>
      <w:r>
        <w:rPr>
          <w:b w:val="false"/>
          <w:sz w:val="28"/>
          <w:lang w:val="zxx"/>
        </w:rPr>
        <w:t>33-</w:t>
      </w:r>
      <w:r>
        <w:rPr>
          <w:b w:val="false"/>
          <w:sz w:val="28"/>
        </w:rPr>
        <w:t xml:space="preserve">байтовых кадров </w:t>
      </w:r>
      <w:r>
        <w:rPr>
          <w:b w:val="false"/>
          <w:sz w:val="28"/>
          <w:lang w:val="zxx"/>
        </w:rPr>
        <w:t>RFC</w:t>
      </w:r>
      <w:r>
        <w:rPr>
          <w:b w:val="false"/>
          <w:sz w:val="28"/>
        </w:rPr>
        <w:t xml:space="preserve"> </w:t>
      </w:r>
      <w:r>
        <w:rPr>
          <w:b w:val="false"/>
          <w:sz w:val="28"/>
          <w:lang w:val="zxx"/>
        </w:rPr>
        <w:t>3551</w:t>
      </w:r>
      <w:r>
        <w:rPr>
          <w:b w:val="false"/>
          <w:sz w:val="28"/>
        </w:rPr>
        <w:t xml:space="preserve">, </w:t>
      </w:r>
      <w:r>
        <w:rPr>
          <w:b w:val="false"/>
          <w:sz w:val="28"/>
          <w:lang w:val="zxx"/>
        </w:rPr>
        <w:t>bytes</w:t>
      </w:r>
      <w:r>
        <w:rPr>
          <w:b w:val="false"/>
          <w:sz w:val="28"/>
        </w:rPr>
        <w:t xml:space="preserve"> кратно </w:t>
      </w:r>
      <w:r>
        <w:rPr>
          <w:b w:val="false"/>
          <w:sz w:val="28"/>
          <w:lang w:val="zxx"/>
        </w:rPr>
        <w:t>33</w:t>
      </w:r>
      <w:r>
        <w:rPr>
          <w:b w:val="false"/>
          <w:sz w:val="28"/>
        </w:rPr>
        <w:t xml:space="preserve"> и </w:t>
      </w:r>
      <w:r>
        <w:rPr>
          <w:b w:val="false"/>
          <w:sz w:val="28"/>
          <w:lang w:val="zxx"/>
        </w:rPr>
        <w:t>160</w:t>
      </w:r>
      <w:r>
        <w:rPr>
          <w:b w:val="false"/>
          <w:sz w:val="28"/>
        </w:rPr>
        <w:t>*(</w:t>
      </w:r>
      <w:r>
        <w:rPr>
          <w:b w:val="false"/>
          <w:sz w:val="28"/>
          <w:lang w:val="zxx"/>
        </w:rPr>
        <w:t>bytes/</w:t>
      </w:r>
      <w:r>
        <w:rPr>
          <w:b w:val="false"/>
          <w:sz w:val="28"/>
        </w:rPr>
        <w:t>⁠</w:t>
      </w:r>
      <w:r>
        <w:rPr>
          <w:b w:val="false"/>
          <w:sz w:val="28"/>
          <w:lang w:val="zxx"/>
        </w:rPr>
        <w:t>33-</w:t>
      </w:r>
      <w:r>
        <w:rPr>
          <w:b w:val="false"/>
          <w:sz w:val="28"/>
        </w:rPr>
        <w:t>⁠</w:t>
      </w:r>
      <w:r>
        <w:rPr>
          <w:b w:val="false"/>
          <w:sz w:val="28"/>
          <w:lang w:val="zxx"/>
        </w:rPr>
        <w:t>1</w:t>
      </w:r>
      <w:r>
        <w:rPr>
          <w:b w:val="false"/>
          <w:sz w:val="28"/>
        </w:rPr>
        <w:t xml:space="preserve">) &lt; </w:t>
      </w:r>
      <w:r>
        <w:rPr>
          <w:b w:val="false"/>
          <w:sz w:val="28"/>
          <w:lang w:val="zxx"/>
        </w:rPr>
        <w:t>sampleCount</w:t>
      </w:r>
      <w:r>
        <w:rPr>
          <w:b w:val="false"/>
          <w:sz w:val="28"/>
        </w:rPr>
        <w:t xml:space="preserve"> &lt;= </w:t>
      </w:r>
      <w:r>
        <w:rPr>
          <w:b w:val="false"/>
          <w:sz w:val="28"/>
          <w:lang w:val="zxx"/>
        </w:rPr>
        <w:t>160</w:t>
      </w:r>
      <w:r>
        <w:rPr>
          <w:b w:val="false"/>
          <w:sz w:val="28"/>
        </w:rPr>
        <w:t>*</w:t>
      </w:r>
      <w:r>
        <w:rPr>
          <w:b w:val="false"/>
          <w:sz w:val="28"/>
          <w:lang w:val="zxx"/>
        </w:rPr>
        <w:t>bytes/</w:t>
      </w:r>
      <w:r>
        <w:rPr>
          <w:b w:val="false"/>
          <w:sz w:val="28"/>
        </w:rPr>
        <w:t>⁠</w:t>
      </w:r>
      <w:r>
        <w:rPr>
          <w:b w:val="false"/>
          <w:sz w:val="28"/>
          <w:lang w:val="zxx"/>
        </w:rPr>
        <w:t>33.</w:t>
      </w:r>
      <w:r>
        <w:rPr>
          <w:b w:val="false"/>
          <w:sz w:val="28"/>
        </w:rPr>
        <w:t xml:space="preserve"> Последний </w:t>
      </w:r>
      <w:r>
        <w:rPr>
          <w:b w:val="false"/>
          <w:sz w:val="28"/>
          <w:lang w:val="zxx"/>
        </w:rPr>
        <w:t>GSM-</w:t>
      </w:r>
      <w:r>
        <w:rPr>
          <w:b w:val="false"/>
          <w:sz w:val="28"/>
        </w:rPr>
        <w:t xml:space="preserve">кадр дополнен тишиной до </w:t>
      </w:r>
      <w:r>
        <w:rPr>
          <w:b w:val="false"/>
          <w:sz w:val="28"/>
          <w:lang w:val="zxx"/>
        </w:rPr>
        <w:t>160</w:t>
      </w:r>
      <w:r>
        <w:rPr>
          <w:b w:val="false"/>
          <w:sz w:val="28"/>
        </w:rPr>
        <w:t xml:space="preserve"> отсчетов; лишние отсчеты не воспроизводятся. Частота </w:t>
      </w:r>
      <w:r>
        <w:rPr>
          <w:b w:val="false"/>
          <w:sz w:val="28"/>
          <w:lang w:val="zxx"/>
        </w:rPr>
        <w:t>8000</w:t>
      </w:r>
      <w:r>
        <w:rPr>
          <w:b w:val="false"/>
          <w:sz w:val="28"/>
        </w:rPr>
        <w:t xml:space="preserve"> Гц, один канал. Хеш вычисляется над всеми передаваемыми байтами файла, включая дополненный последний кадр; длительность равна </w:t>
      </w:r>
      <w:r>
        <w:rPr>
          <w:b w:val="false"/>
          <w:sz w:val="28"/>
          <w:lang w:val="zxx"/>
        </w:rPr>
        <w:t>sampleCount/</w:t>
      </w:r>
      <w:r>
        <w:rPr>
          <w:b w:val="false"/>
          <w:sz w:val="28"/>
        </w:rPr>
        <w:t>⁠</w:t>
      </w:r>
      <w:r>
        <w:rPr>
          <w:b w:val="false"/>
          <w:sz w:val="28"/>
          <w:lang w:val="zxx"/>
        </w:rPr>
        <w:t>8000</w:t>
      </w:r>
      <w:r>
        <w:rPr>
          <w:b w:val="false"/>
          <w:sz w:val="28"/>
        </w:rPr>
        <w:t xml:space="preserve"> секунд.</w:t>
      </w:r>
    </w:p>
    <w:p>
      <w:pPr>
        <w:pStyle w:val="Normal"/>
        <w:jc w:val="start"/>
        <w:rPr/>
      </w:pPr>
      <w:r>
        <w:rPr>
          <w:b w:val="false"/>
          <w:sz w:val="28"/>
          <w:lang w:val="zxx"/>
        </w:rPr>
        <w:t>15.105</w:t>
      </w:r>
      <w:r>
        <w:rPr>
          <w:b w:val="false"/>
          <w:sz w:val="28"/>
        </w:rPr>
        <w:t xml:space="preserve"> Потоковый профиль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использует </w:t>
      </w:r>
      <w:r>
        <w:rPr>
          <w:b w:val="false"/>
          <w:sz w:val="28"/>
          <w:lang w:val="zxx"/>
        </w:rPr>
        <w:t>RTP</w:t>
      </w:r>
      <w:r>
        <w:rPr>
          <w:b w:val="false"/>
          <w:sz w:val="28"/>
        </w:rPr>
        <w:t xml:space="preserve"> версии </w:t>
      </w:r>
      <w:r>
        <w:rPr>
          <w:b w:val="false"/>
          <w:sz w:val="28"/>
          <w:lang w:val="zxx"/>
        </w:rPr>
        <w:t>2</w:t>
      </w:r>
      <w:r>
        <w:rPr>
          <w:b w:val="false"/>
          <w:sz w:val="28"/>
        </w:rPr>
        <w:t xml:space="preserve"> с обязательным расширением, описанным ниже, без </w:t>
      </w:r>
      <w:r>
        <w:rPr>
          <w:b w:val="false"/>
          <w:sz w:val="28"/>
          <w:lang w:val="zxx"/>
        </w:rPr>
        <w:t>CSRC</w:t>
      </w:r>
      <w:r>
        <w:rPr>
          <w:b w:val="false"/>
          <w:sz w:val="28"/>
        </w:rPr>
        <w:t xml:space="preserve"> и </w:t>
      </w:r>
      <w:r>
        <w:rPr>
          <w:b w:val="false"/>
          <w:sz w:val="28"/>
          <w:lang w:val="zxx"/>
        </w:rPr>
        <w:t>padding.</w:t>
      </w:r>
      <w:r>
        <w:rPr>
          <w:b w:val="false"/>
          <w:sz w:val="28"/>
        </w:rPr>
        <w:t xml:space="preserve"> </w:t>
      </w:r>
      <w:r>
        <w:rPr>
          <w:b w:val="false"/>
          <w:sz w:val="28"/>
          <w:lang w:val="zxx"/>
        </w:rPr>
        <w:t>PCMA:</w:t>
      </w:r>
      <w:r>
        <w:rPr>
          <w:b w:val="false"/>
          <w:sz w:val="28"/>
        </w:rPr>
        <w:t xml:space="preserve"> </w:t>
      </w:r>
      <w:r>
        <w:rPr>
          <w:b w:val="false"/>
          <w:sz w:val="28"/>
          <w:lang w:val="zxx"/>
        </w:rPr>
        <w:t>payload</w:t>
      </w:r>
      <w:r>
        <w:rPr>
          <w:b w:val="false"/>
          <w:sz w:val="28"/>
        </w:rPr>
        <w:t xml:space="preserve"> </w:t>
      </w:r>
      <w:r>
        <w:rPr>
          <w:b w:val="false"/>
          <w:sz w:val="28"/>
          <w:lang w:val="zxx"/>
        </w:rPr>
        <w:t>type</w:t>
      </w:r>
      <w:r>
        <w:rPr>
          <w:b w:val="false"/>
          <w:sz w:val="28"/>
        </w:rPr>
        <w:t xml:space="preserve"> </w:t>
      </w:r>
      <w:r>
        <w:rPr>
          <w:b w:val="false"/>
          <w:sz w:val="28"/>
          <w:lang w:val="zxx"/>
        </w:rPr>
        <w:t>8/</w:t>
      </w:r>
      <w:r>
        <w:rPr>
          <w:b w:val="false"/>
          <w:sz w:val="28"/>
        </w:rPr>
        <w:t>⁠</w:t>
      </w:r>
      <w:r>
        <w:rPr>
          <w:b w:val="false"/>
          <w:sz w:val="28"/>
          <w:lang w:val="zxx"/>
        </w:rPr>
        <w:t>96/</w:t>
      </w:r>
      <w:r>
        <w:rPr>
          <w:b w:val="false"/>
          <w:sz w:val="28"/>
        </w:rPr>
        <w:t>⁠</w:t>
      </w:r>
      <w:r>
        <w:rPr>
          <w:b w:val="false"/>
          <w:sz w:val="28"/>
          <w:lang w:val="zxx"/>
        </w:rPr>
        <w:t>97</w:t>
      </w:r>
      <w:r>
        <w:rPr>
          <w:b w:val="false"/>
          <w:sz w:val="28"/>
        </w:rPr>
        <w:t xml:space="preserve"> для </w:t>
      </w:r>
      <w:r>
        <w:rPr>
          <w:b w:val="false"/>
          <w:sz w:val="28"/>
          <w:lang w:val="zxx"/>
        </w:rPr>
        <w:t>8000/</w:t>
      </w:r>
      <w:r>
        <w:rPr>
          <w:b w:val="false"/>
          <w:sz w:val="28"/>
        </w:rPr>
        <w:t>⁠</w:t>
      </w:r>
      <w:r>
        <w:rPr>
          <w:b w:val="false"/>
          <w:sz w:val="28"/>
          <w:lang w:val="zxx"/>
        </w:rPr>
        <w:t>16000/</w:t>
      </w:r>
      <w:r>
        <w:rPr>
          <w:b w:val="false"/>
          <w:sz w:val="28"/>
        </w:rPr>
        <w:t>⁠</w:t>
      </w:r>
      <w:r>
        <w:rPr>
          <w:b w:val="false"/>
          <w:sz w:val="28"/>
          <w:lang w:val="zxx"/>
        </w:rPr>
        <w:t>32000</w:t>
      </w:r>
      <w:r>
        <w:rPr>
          <w:b w:val="false"/>
          <w:sz w:val="28"/>
        </w:rPr>
        <w:t xml:space="preserve"> Гц соответственно, один канал, </w:t>
      </w:r>
      <w:r>
        <w:rPr>
          <w:b w:val="false"/>
          <w:sz w:val="28"/>
          <w:lang w:val="zxx"/>
        </w:rPr>
        <w:t>20</w:t>
      </w:r>
      <w:r>
        <w:rPr>
          <w:b w:val="false"/>
          <w:sz w:val="28"/>
        </w:rPr>
        <w:t xml:space="preserve"> мс, </w:t>
      </w:r>
      <w:r>
        <w:rPr>
          <w:b w:val="false"/>
          <w:sz w:val="28"/>
          <w:lang w:val="zxx"/>
        </w:rPr>
        <w:t>160/</w:t>
      </w:r>
      <w:r>
        <w:rPr>
          <w:b w:val="false"/>
          <w:sz w:val="28"/>
        </w:rPr>
        <w:t>⁠</w:t>
      </w:r>
      <w:r>
        <w:rPr>
          <w:b w:val="false"/>
          <w:sz w:val="28"/>
          <w:lang w:val="zxx"/>
        </w:rPr>
        <w:t>320/</w:t>
      </w:r>
      <w:r>
        <w:rPr>
          <w:b w:val="false"/>
          <w:sz w:val="28"/>
        </w:rPr>
        <w:t>⁠</w:t>
      </w:r>
      <w:r>
        <w:rPr>
          <w:b w:val="false"/>
          <w:sz w:val="28"/>
          <w:lang w:val="zxx"/>
        </w:rPr>
        <w:t>640</w:t>
      </w:r>
      <w:r>
        <w:rPr>
          <w:b w:val="false"/>
          <w:sz w:val="28"/>
        </w:rPr>
        <w:t xml:space="preserve"> байт отсчетов. Дополнительные частоты требуют объявления </w:t>
      </w:r>
      <w:r>
        <w:rPr>
          <w:b w:val="false"/>
          <w:sz w:val="28"/>
          <w:lang w:val="zxx"/>
        </w:rPr>
        <w:t>sampleRates</w:t>
      </w:r>
      <w:r>
        <w:rPr>
          <w:b w:val="false"/>
          <w:sz w:val="28"/>
        </w:rPr>
        <w:t xml:space="preserve"> и согласования </w:t>
      </w:r>
      <w:r>
        <w:rPr>
          <w:b w:val="false"/>
          <w:sz w:val="28"/>
          <w:lang w:val="zxx"/>
        </w:rPr>
        <w:t>sampleRate</w:t>
      </w:r>
      <w:r>
        <w:rPr>
          <w:b w:val="false"/>
          <w:sz w:val="28"/>
        </w:rPr>
        <w:t xml:space="preserve">; без них остается </w:t>
      </w:r>
      <w:r>
        <w:rPr>
          <w:b w:val="false"/>
          <w:sz w:val="28"/>
          <w:lang w:val="zxx"/>
        </w:rPr>
        <w:t>8000</w:t>
      </w:r>
      <w:r>
        <w:rPr>
          <w:b w:val="false"/>
          <w:sz w:val="28"/>
        </w:rPr>
        <w:t xml:space="preserve"> Гц. </w:t>
      </w:r>
      <w:r>
        <w:rPr>
          <w:b w:val="false"/>
          <w:sz w:val="28"/>
          <w:lang w:val="zxx"/>
        </w:rPr>
        <w:t>GSM:</w:t>
      </w:r>
      <w:r>
        <w:rPr>
          <w:b w:val="false"/>
          <w:sz w:val="28"/>
        </w:rPr>
        <w:t xml:space="preserve"> </w:t>
      </w:r>
      <w:r>
        <w:rPr>
          <w:b w:val="false"/>
          <w:sz w:val="28"/>
          <w:lang w:val="zxx"/>
        </w:rPr>
        <w:t>payload</w:t>
      </w:r>
      <w:r>
        <w:rPr>
          <w:b w:val="false"/>
          <w:sz w:val="28"/>
        </w:rPr>
        <w:t xml:space="preserve"> </w:t>
      </w:r>
      <w:r>
        <w:rPr>
          <w:b w:val="false"/>
          <w:sz w:val="28"/>
          <w:lang w:val="zxx"/>
        </w:rPr>
        <w:t>type</w:t>
      </w:r>
      <w:r>
        <w:rPr>
          <w:b w:val="false"/>
          <w:sz w:val="28"/>
        </w:rPr>
        <w:t xml:space="preserve"> </w:t>
      </w:r>
      <w:r>
        <w:rPr>
          <w:b w:val="false"/>
          <w:sz w:val="28"/>
          <w:lang w:val="zxx"/>
        </w:rPr>
        <w:t>3</w:t>
      </w:r>
      <w:r>
        <w:rPr>
          <w:b w:val="false"/>
          <w:sz w:val="28"/>
        </w:rPr>
        <w:t xml:space="preserve">, </w:t>
      </w:r>
      <w:r>
        <w:rPr>
          <w:b w:val="false"/>
          <w:sz w:val="28"/>
          <w:lang w:val="zxx"/>
        </w:rPr>
        <w:t>8000</w:t>
      </w:r>
      <w:r>
        <w:rPr>
          <w:b w:val="false"/>
          <w:sz w:val="28"/>
        </w:rPr>
        <w:t xml:space="preserve"> Гц, один канал, </w:t>
      </w:r>
      <w:r>
        <w:rPr>
          <w:b w:val="false"/>
          <w:sz w:val="28"/>
          <w:lang w:val="zxx"/>
        </w:rPr>
        <w:t>20</w:t>
      </w:r>
      <w:r>
        <w:rPr>
          <w:b w:val="false"/>
          <w:sz w:val="28"/>
        </w:rPr>
        <w:t xml:space="preserve">, </w:t>
      </w:r>
      <w:r>
        <w:rPr>
          <w:b w:val="false"/>
          <w:sz w:val="28"/>
          <w:lang w:val="zxx"/>
        </w:rPr>
        <w:t>40</w:t>
      </w:r>
      <w:r>
        <w:rPr>
          <w:b w:val="false"/>
          <w:sz w:val="28"/>
        </w:rPr>
        <w:t xml:space="preserve"> или </w:t>
      </w:r>
      <w:r>
        <w:rPr>
          <w:b w:val="false"/>
          <w:sz w:val="28"/>
          <w:lang w:val="zxx"/>
        </w:rPr>
        <w:t>80</w:t>
      </w:r>
      <w:r>
        <w:rPr>
          <w:b w:val="false"/>
          <w:sz w:val="28"/>
        </w:rPr>
        <w:t xml:space="preserve"> мс, соответственно </w:t>
      </w:r>
      <w:r>
        <w:rPr>
          <w:b w:val="false"/>
          <w:sz w:val="28"/>
          <w:lang w:val="zxx"/>
        </w:rPr>
        <w:t>33</w:t>
      </w:r>
      <w:r>
        <w:rPr>
          <w:b w:val="false"/>
          <w:sz w:val="28"/>
        </w:rPr>
        <w:t xml:space="preserve">, </w:t>
      </w:r>
      <w:r>
        <w:rPr>
          <w:b w:val="false"/>
          <w:sz w:val="28"/>
          <w:lang w:val="zxx"/>
        </w:rPr>
        <w:t>66</w:t>
      </w:r>
      <w:r>
        <w:rPr>
          <w:b w:val="false"/>
          <w:sz w:val="28"/>
        </w:rPr>
        <w:t xml:space="preserve"> или </w:t>
      </w:r>
      <w:r>
        <w:rPr>
          <w:b w:val="false"/>
          <w:sz w:val="28"/>
          <w:lang w:val="zxx"/>
        </w:rPr>
        <w:t>132</w:t>
      </w:r>
      <w:r>
        <w:rPr>
          <w:b w:val="false"/>
          <w:sz w:val="28"/>
        </w:rPr>
        <w:t xml:space="preserve"> байта в формате </w:t>
      </w:r>
      <w:r>
        <w:rPr>
          <w:b w:val="false"/>
          <w:sz w:val="28"/>
          <w:lang w:val="zxx"/>
        </w:rPr>
        <w:t>RFC</w:t>
      </w:r>
      <w:r>
        <w:rPr>
          <w:b w:val="false"/>
          <w:sz w:val="28"/>
        </w:rPr>
        <w:t xml:space="preserve"> </w:t>
      </w:r>
      <w:r>
        <w:rPr>
          <w:b w:val="false"/>
          <w:sz w:val="28"/>
          <w:lang w:val="zxx"/>
        </w:rPr>
        <w:t>3551.</w:t>
      </w:r>
      <w:r>
        <w:rPr>
          <w:b w:val="false"/>
          <w:sz w:val="28"/>
        </w:rPr>
        <w:t xml:space="preserve"> Изменение кодека, пакетизации, </w:t>
      </w:r>
      <w:r>
        <w:rPr>
          <w:b w:val="false"/>
          <w:sz w:val="28"/>
          <w:lang w:val="zxx"/>
        </w:rPr>
        <w:t>SSRC</w:t>
      </w:r>
      <w:r>
        <w:rPr>
          <w:b w:val="false"/>
          <w:sz w:val="28"/>
        </w:rPr>
        <w:t xml:space="preserve"> или маршрута требует нового </w:t>
      </w:r>
      <w:r>
        <w:rPr>
          <w:b w:val="false"/>
          <w:sz w:val="28"/>
          <w:lang w:val="zxx"/>
        </w:rPr>
        <w:t>mediaId</w:t>
      </w:r>
      <w:r>
        <w:rPr>
          <w:b w:val="false"/>
          <w:sz w:val="28"/>
        </w:rPr>
        <w:t xml:space="preserve">; во время передачи изменение запрещено. Согласованный </w:t>
      </w:r>
      <w:r>
        <w:rPr>
          <w:b w:val="false"/>
          <w:sz w:val="28"/>
          <w:lang w:val="zxx"/>
        </w:rPr>
        <w:t>sourceSwitch</w:t>
      </w:r>
      <w:r>
        <w:rPr>
          <w:b w:val="false"/>
          <w:sz w:val="28"/>
        </w:rPr>
        <w:t xml:space="preserve"> допускает замену в паузе того же сеанса по отдельным правилам. Профиль объявляет поддержку каждого варианта отдельно.</w:t>
      </w:r>
    </w:p>
    <w:p>
      <w:pPr>
        <w:pStyle w:val="Normal"/>
        <w:keepNext w:val="true"/>
        <w:jc w:val="start"/>
        <w:rPr/>
      </w:pPr>
      <w:r>
        <w:rPr>
          <w:b/>
          <w:sz w:val="28"/>
          <w:lang w:val="zxx"/>
        </w:rPr>
        <w:t>15.106</w:t>
      </w:r>
      <w:r>
        <w:rPr>
          <w:b/>
          <w:sz w:val="28"/>
        </w:rPr>
        <w:t xml:space="preserve"> </w:t>
      </w:r>
      <w:r>
        <w:rPr>
          <w:b/>
          <w:sz w:val="28"/>
          <w:lang w:val="zxx"/>
        </w:rPr>
        <w:t>audio.prepare</w:t>
      </w:r>
      <w:r>
        <w:rPr>
          <w:b/>
          <w:sz w:val="28"/>
        </w:rPr>
        <w:t xml:space="preserve"> / </w:t>
      </w:r>
      <w:r>
        <w:rPr>
          <w:b/>
          <w:sz w:val="28"/>
          <w:lang w:val="zxx"/>
        </w:rPr>
        <w:t>stream</w:t>
      </w:r>
    </w:p>
    <w:p>
      <w:pPr>
        <w:pStyle w:val="Normal"/>
        <w:jc w:val="start"/>
        <w:rPr/>
      </w:pPr>
      <w:r>
        <w:rPr>
          <w:b w:val="false"/>
          <w:sz w:val="28"/>
        </w:rPr>
        <w:t xml:space="preserve">Изменяющая команда владельца с обычным </w:t>
      </w:r>
      <w:r>
        <w:rPr>
          <w:b w:val="false"/>
          <w:sz w:val="28"/>
          <w:lang w:val="zxx"/>
        </w:rPr>
        <w:t>cmdSeq.</w:t>
      </w:r>
      <w:r>
        <w:rPr>
          <w:b w:val="false"/>
          <w:sz w:val="28"/>
        </w:rPr>
        <w:t xml:space="preserve"> </w:t>
      </w:r>
      <w:r>
        <w:rPr>
          <w:b w:val="false"/>
          <w:sz w:val="28"/>
          <w:lang w:val="zxx"/>
        </w:rPr>
        <w:t>stream:</w:t>
      </w:r>
      <w:r>
        <w:rPr>
          <w:b w:val="false"/>
          <w:sz w:val="28"/>
        </w:rPr>
        <w:t xml:space="preserve"> </w:t>
      </w:r>
      <w:r>
        <w:rPr>
          <w:b w:val="false"/>
          <w:sz w:val="28"/>
          <w:lang w:val="zxx"/>
        </w:rPr>
        <w:t>source=recording|</w:t>
      </w:r>
      <w:r>
        <w:rPr>
          <w:b w:val="false"/>
          <w:sz w:val="28"/>
        </w:rPr>
        <w:t>​</w:t>
      </w:r>
      <w:r>
        <w:rPr>
          <w:b w:val="false"/>
          <w:sz w:val="28"/>
          <w:lang w:val="zxx"/>
        </w:rPr>
        <w:t>microphone</w:t>
      </w:r>
      <w:r>
        <w:rPr>
          <w:b w:val="false"/>
          <w:sz w:val="28"/>
        </w:rPr>
        <w:t xml:space="preserve">, </w:t>
      </w:r>
      <w:r>
        <w:rPr>
          <w:b w:val="false"/>
          <w:sz w:val="28"/>
          <w:lang w:val="zxx"/>
        </w:rPr>
        <w:t>codec=PCMA|</w:t>
      </w:r>
      <w:r>
        <w:rPr>
          <w:b w:val="false"/>
          <w:sz w:val="28"/>
        </w:rPr>
        <w:t>​</w:t>
      </w:r>
      <w:r>
        <w:rPr>
          <w:b w:val="false"/>
          <w:sz w:val="28"/>
          <w:lang w:val="zxx"/>
        </w:rPr>
        <w:t>GSM</w:t>
      </w:r>
      <w:r>
        <w:rPr>
          <w:b w:val="false"/>
          <w:sz w:val="28"/>
        </w:rPr>
        <w:t xml:space="preserve">, </w:t>
      </w:r>
      <w:r>
        <w:rPr>
          <w:b w:val="false"/>
          <w:sz w:val="28"/>
          <w:lang w:val="zxx"/>
        </w:rPr>
        <w:t>packetMs=20|40|80</w:t>
      </w:r>
      <w:r>
        <w:rPr>
          <w:b w:val="false"/>
          <w:sz w:val="28"/>
        </w:rPr>
        <w:t xml:space="preserve">, </w:t>
      </w:r>
      <w:r>
        <w:rPr>
          <w:b w:val="false"/>
          <w:sz w:val="28"/>
          <w:lang w:val="zxx"/>
        </w:rPr>
        <w:t>sampleRate=8000|16000|32000</w:t>
      </w:r>
      <w:r>
        <w:rPr>
          <w:b w:val="false"/>
          <w:sz w:val="28"/>
        </w:rPr>
        <w:t xml:space="preserve"> (необязателен, по умолчанию </w:t>
      </w:r>
      <w:r>
        <w:rPr>
          <w:b w:val="false"/>
          <w:sz w:val="28"/>
          <w:lang w:val="zxx"/>
        </w:rPr>
        <w:t>8000</w:t>
      </w:r>
      <w:r>
        <w:rPr>
          <w:b w:val="false"/>
          <w:sz w:val="28"/>
        </w:rPr>
        <w:t xml:space="preserve">), </w:t>
      </w:r>
      <w:r>
        <w:rPr>
          <w:b w:val="false"/>
          <w:sz w:val="28"/>
          <w:lang w:val="zxx"/>
        </w:rPr>
        <w:t>ssrc=8</w:t>
      </w:r>
      <w:r>
        <w:rPr>
          <w:b w:val="false"/>
          <w:sz w:val="28"/>
        </w:rPr>
        <w:t xml:space="preserve"> строчных </w:t>
      </w:r>
      <w:r>
        <w:rPr>
          <w:b w:val="false"/>
          <w:sz w:val="28"/>
          <w:lang w:val="zxx"/>
        </w:rPr>
        <w:t>hex</w:t>
      </w:r>
      <w:r>
        <w:rPr>
          <w:b w:val="false"/>
          <w:sz w:val="28"/>
        </w:rPr>
        <w:t xml:space="preserve">, </w:t>
      </w:r>
      <w:r>
        <w:rPr>
          <w:b w:val="false"/>
          <w:sz w:val="28"/>
          <w:lang w:val="zxx"/>
        </w:rPr>
        <w:t>firstSeq=0..65535</w:t>
      </w:r>
      <w:r>
        <w:rPr>
          <w:b w:val="false"/>
          <w:sz w:val="28"/>
        </w:rPr>
        <w:t xml:space="preserve">, </w:t>
      </w:r>
      <w:r>
        <w:rPr>
          <w:b w:val="false"/>
          <w:sz w:val="28"/>
          <w:lang w:val="zxx"/>
        </w:rPr>
        <w:t>firstTimestamp=0..4294967295</w:t>
      </w:r>
      <w:r>
        <w:rPr>
          <w:b w:val="false"/>
          <w:sz w:val="28"/>
        </w:rPr>
        <w:t xml:space="preserve">; </w:t>
      </w:r>
      <w:r>
        <w:rPr>
          <w:b w:val="false"/>
          <w:sz w:val="28"/>
          <w:lang w:val="zxx"/>
        </w:rPr>
        <w:t>key=64</w:t>
      </w:r>
      <w:r>
        <w:rPr>
          <w:b w:val="false"/>
          <w:sz w:val="28"/>
        </w:rPr>
        <w:t xml:space="preserve"> строчных </w:t>
      </w:r>
      <w:r>
        <w:rPr>
          <w:b w:val="false"/>
          <w:sz w:val="28"/>
          <w:lang w:val="zxx"/>
        </w:rPr>
        <w:t>hex</w:t>
      </w:r>
      <w:r>
        <w:rPr>
          <w:b w:val="false"/>
          <w:sz w:val="28"/>
        </w:rPr>
        <w:t xml:space="preserve"> обязателен только при </w:t>
      </w:r>
      <w:r>
        <w:rPr>
          <w:b w:val="false"/>
          <w:sz w:val="28"/>
          <w:lang w:val="zxx"/>
        </w:rPr>
        <w:t>tls</w:t>
      </w:r>
      <w:r>
        <w:rPr>
          <w:b w:val="false"/>
          <w:sz w:val="28"/>
        </w:rPr>
        <w:t xml:space="preserve"> и запрещен при </w:t>
      </w:r>
      <w:r>
        <w:rPr>
          <w:b w:val="false"/>
          <w:sz w:val="28"/>
          <w:lang w:val="zxx"/>
        </w:rPr>
        <w:t>plain</w:t>
      </w:r>
      <w:r>
        <w:rPr>
          <w:b w:val="false"/>
          <w:sz w:val="28"/>
        </w:rPr>
        <w:t xml:space="preserve">; для </w:t>
      </w:r>
      <w:r>
        <w:rPr>
          <w:b w:val="false"/>
          <w:sz w:val="28"/>
          <w:lang w:val="zxx"/>
        </w:rPr>
        <w:t>recording</w:t>
      </w:r>
      <w:r>
        <w:rPr>
          <w:b w:val="false"/>
          <w:sz w:val="28"/>
        </w:rPr>
        <w:t xml:space="preserve"> обязателен </w:t>
      </w:r>
      <w:r>
        <w:rPr>
          <w:b w:val="false"/>
          <w:sz w:val="28"/>
          <w:lang w:val="zxx"/>
        </w:rPr>
        <w:t>totalSamples</w:t>
      </w:r>
      <w:r>
        <w:rPr>
          <w:b w:val="false"/>
          <w:sz w:val="28"/>
        </w:rPr>
        <w:t xml:space="preserve">, для </w:t>
      </w:r>
      <w:r>
        <w:rPr>
          <w:b w:val="false"/>
          <w:sz w:val="28"/>
          <w:lang w:val="zxx"/>
        </w:rPr>
        <w:t>microphone</w:t>
      </w:r>
      <w:r>
        <w:rPr>
          <w:b w:val="false"/>
          <w:sz w:val="28"/>
        </w:rPr>
        <w:t xml:space="preserve"> запрещен. </w:t>
      </w:r>
      <w:r>
        <w:rPr>
          <w:b w:val="false"/>
          <w:sz w:val="28"/>
          <w:lang w:val="zxx"/>
        </w:rPr>
        <w:t>PCMA</w:t>
      </w:r>
      <w:r>
        <w:rPr>
          <w:b w:val="false"/>
          <w:sz w:val="28"/>
        </w:rPr>
        <w:t xml:space="preserve"> допускает только </w:t>
      </w:r>
      <w:r>
        <w:rPr>
          <w:b w:val="false"/>
          <w:sz w:val="28"/>
          <w:lang w:val="zxx"/>
        </w:rPr>
        <w:t>20</w:t>
      </w:r>
      <w:r>
        <w:rPr>
          <w:b w:val="false"/>
          <w:sz w:val="28"/>
        </w:rPr>
        <w:t xml:space="preserve"> мс; </w:t>
      </w:r>
      <w:r>
        <w:rPr>
          <w:b w:val="false"/>
          <w:sz w:val="28"/>
          <w:lang w:val="zxx"/>
        </w:rPr>
        <w:t>GSM</w:t>
      </w:r>
      <w:r>
        <w:rPr>
          <w:b w:val="false"/>
          <w:sz w:val="28"/>
        </w:rPr>
        <w:t xml:space="preserve"> только </w:t>
      </w:r>
      <w:r>
        <w:rPr>
          <w:b w:val="false"/>
          <w:sz w:val="28"/>
          <w:lang w:val="zxx"/>
        </w:rPr>
        <w:t>8000</w:t>
      </w:r>
      <w:r>
        <w:rPr>
          <w:b w:val="false"/>
          <w:sz w:val="28"/>
        </w:rPr>
        <w:t xml:space="preserve"> Гц. Внутри </w:t>
      </w:r>
      <w:r>
        <w:rPr>
          <w:b w:val="false"/>
          <w:sz w:val="28"/>
          <w:lang w:val="zxx"/>
        </w:rPr>
        <w:t>stream:</w:t>
      </w:r>
      <w:r>
        <w:rPr>
          <w:b w:val="false"/>
          <w:sz w:val="28"/>
        </w:rPr>
        <w:t xml:space="preserve"> </w:t>
      </w:r>
      <w:r>
        <w:rPr>
          <w:b w:val="false"/>
          <w:sz w:val="28"/>
          <w:lang w:val="zxx"/>
        </w:rPr>
        <w:t>resources</w:t>
      </w:r>
      <w:r>
        <w:rPr>
          <w:b w:val="false"/>
          <w:sz w:val="28"/>
        </w:rPr>
        <w:t xml:space="preserve"> из </w:t>
      </w:r>
      <w:r>
        <w:rPr>
          <w:b w:val="false"/>
          <w:sz w:val="28"/>
          <w:lang w:val="zxx"/>
        </w:rPr>
        <w:t>1..4</w:t>
      </w:r>
      <w:r>
        <w:rPr>
          <w:b w:val="false"/>
          <w:sz w:val="28"/>
        </w:rPr>
        <w:t xml:space="preserve"> </w:t>
      </w:r>
      <w:r>
        <w:rPr>
          <w:b w:val="false"/>
          <w:sz w:val="28"/>
          <w:lang w:val="zxx"/>
        </w:rPr>
        <w:t>resource</w:t>
      </w:r>
      <w:r>
        <w:rPr>
          <w:b w:val="false"/>
          <w:sz w:val="28"/>
        </w:rPr>
        <w:t xml:space="preserve"> </w:t>
      </w:r>
      <w:r>
        <w:rPr>
          <w:b w:val="false"/>
          <w:sz w:val="28"/>
          <w:lang w:val="zxx"/>
        </w:rPr>
        <w:t>id/</w:t>
      </w:r>
      <w:r>
        <w:rPr>
          <w:b w:val="false"/>
          <w:sz w:val="28"/>
        </w:rPr>
        <w:t>​</w:t>
      </w:r>
      <w:r>
        <w:rPr>
          <w:b w:val="false"/>
          <w:sz w:val="28"/>
          <w:lang w:val="zxx"/>
        </w:rPr>
        <w:t>bindingGeneration</w:t>
      </w:r>
      <w:r>
        <w:rPr>
          <w:b w:val="false"/>
          <w:sz w:val="28"/>
        </w:rPr>
        <w:t xml:space="preserve">; один </w:t>
      </w:r>
      <w:r>
        <w:rPr>
          <w:b w:val="false"/>
          <w:sz w:val="28"/>
          <w:lang w:val="zxx"/>
        </w:rPr>
        <w:t>route</w:t>
      </w:r>
      <w:r>
        <w:rPr>
          <w:b w:val="false"/>
          <w:sz w:val="28"/>
        </w:rPr>
        <w:t xml:space="preserve">; один </w:t>
      </w:r>
      <w:r>
        <w:rPr>
          <w:b w:val="false"/>
          <w:sz w:val="28"/>
          <w:lang w:val="zxx"/>
        </w:rPr>
        <w:t>buffer.</w:t>
      </w:r>
    </w:p>
    <w:p>
      <w:pPr>
        <w:pStyle w:val="Normal"/>
        <w:keepNext w:val="true"/>
        <w:jc w:val="start"/>
        <w:rPr/>
      </w:pPr>
      <w:r>
        <w:rPr>
          <w:b/>
          <w:sz w:val="28"/>
          <w:lang w:val="zxx"/>
        </w:rPr>
        <w:t>15.107</w:t>
      </w:r>
      <w:r>
        <w:rPr>
          <w:b/>
          <w:sz w:val="28"/>
        </w:rPr>
        <w:t xml:space="preserve"> </w:t>
      </w:r>
      <w:r>
        <w:rPr>
          <w:b/>
          <w:sz w:val="28"/>
          <w:lang w:val="zxx"/>
        </w:rPr>
        <w:t>route</w:t>
      </w:r>
    </w:p>
    <w:p>
      <w:pPr>
        <w:pStyle w:val="Normal"/>
        <w:jc w:val="start"/>
        <w:rPr/>
      </w:pPr>
      <w:r>
        <w:rPr>
          <w:b w:val="false"/>
          <w:sz w:val="28"/>
          <w:lang w:val="zxx"/>
        </w:rPr>
        <w:t>UDP</w:t>
      </w:r>
      <w:r>
        <w:rPr>
          <w:b w:val="false"/>
          <w:sz w:val="28"/>
        </w:rPr>
        <w:t xml:space="preserve"> и </w:t>
      </w:r>
      <w:r>
        <w:rPr>
          <w:b w:val="false"/>
          <w:sz w:val="28"/>
          <w:lang w:val="zxx"/>
        </w:rPr>
        <w:t>unicast</w:t>
      </w:r>
      <w:r>
        <w:rPr>
          <w:b w:val="false"/>
          <w:sz w:val="28"/>
        </w:rPr>
        <w:t xml:space="preserve"> заданы профилем, </w:t>
      </w:r>
      <w:r>
        <w:rPr>
          <w:b w:val="false"/>
          <w:sz w:val="28"/>
          <w:lang w:val="zxx"/>
        </w:rPr>
        <w:t>transport/</w:t>
      </w:r>
      <w:r>
        <w:rPr>
          <w:b w:val="false"/>
          <w:sz w:val="28"/>
        </w:rPr>
        <w:t>​</w:t>
      </w:r>
      <w:r>
        <w:rPr>
          <w:b w:val="false"/>
          <w:sz w:val="28"/>
          <w:lang w:val="zxx"/>
        </w:rPr>
        <w:t>delivery</w:t>
      </w:r>
      <w:r>
        <w:rPr>
          <w:b w:val="false"/>
          <w:sz w:val="28"/>
        </w:rPr>
        <w:t xml:space="preserve"> в </w:t>
      </w:r>
      <w:r>
        <w:rPr>
          <w:b w:val="false"/>
          <w:sz w:val="28"/>
          <w:lang w:val="zxx"/>
        </w:rPr>
        <w:t>route</w:t>
      </w:r>
      <w:r>
        <w:rPr>
          <w:b w:val="false"/>
          <w:sz w:val="28"/>
        </w:rPr>
        <w:t xml:space="preserve"> отсутствуют; </w:t>
      </w:r>
      <w:r>
        <w:rPr>
          <w:b w:val="false"/>
          <w:sz w:val="28"/>
          <w:lang w:val="zxx"/>
        </w:rPr>
        <w:t>sourceAddress/</w:t>
      </w:r>
      <w:r>
        <w:rPr>
          <w:b w:val="false"/>
          <w:sz w:val="28"/>
        </w:rPr>
        <w:t>​</w:t>
      </w:r>
      <w:r>
        <w:rPr>
          <w:b w:val="false"/>
          <w:sz w:val="28"/>
          <w:lang w:val="zxx"/>
        </w:rPr>
        <w:t>destinationAddress</w:t>
      </w:r>
      <w:r>
        <w:rPr>
          <w:b w:val="false"/>
          <w:sz w:val="28"/>
        </w:rPr>
        <w:t xml:space="preserve"> - полные </w:t>
      </w:r>
      <w:r>
        <w:rPr>
          <w:b w:val="false"/>
          <w:sz w:val="28"/>
          <w:lang w:val="zxx"/>
        </w:rPr>
        <w:t>IPv4</w:t>
      </w:r>
      <w:r>
        <w:rPr>
          <w:b w:val="false"/>
          <w:sz w:val="28"/>
        </w:rPr>
        <w:t xml:space="preserve">; </w:t>
      </w:r>
      <w:r>
        <w:rPr>
          <w:b w:val="false"/>
          <w:sz w:val="28"/>
          <w:lang w:val="zxx"/>
        </w:rPr>
        <w:t>sourcePort/</w:t>
      </w:r>
      <w:r>
        <w:rPr>
          <w:b w:val="false"/>
          <w:sz w:val="28"/>
        </w:rPr>
        <w:t>​</w:t>
      </w:r>
      <w:r>
        <w:rPr>
          <w:b w:val="false"/>
          <w:sz w:val="28"/>
          <w:lang w:val="zxx"/>
        </w:rPr>
        <w:t>destinationPort=1..65535</w:t>
      </w:r>
      <w:r>
        <w:rPr>
          <w:b w:val="false"/>
          <w:sz w:val="28"/>
        </w:rPr>
        <w:t xml:space="preserve">; </w:t>
      </w:r>
      <w:r>
        <w:rPr>
          <w:b w:val="false"/>
          <w:sz w:val="28"/>
          <w:lang w:val="zxx"/>
        </w:rPr>
        <w:t>ttl=1..255.</w:t>
      </w:r>
      <w:r>
        <w:rPr>
          <w:b w:val="false"/>
          <w:sz w:val="28"/>
        </w:rPr>
        <w:t xml:space="preserve"> Маршрут проверяется по разрешенной конфигурации. Подлинность при </w:t>
      </w:r>
      <w:r>
        <w:rPr>
          <w:b w:val="false"/>
          <w:sz w:val="28"/>
          <w:lang w:val="zxx"/>
        </w:rPr>
        <w:t>tls</w:t>
      </w:r>
      <w:r>
        <w:rPr>
          <w:b w:val="false"/>
          <w:sz w:val="28"/>
        </w:rPr>
        <w:t xml:space="preserve"> доказывается меткой, а не </w:t>
      </w:r>
      <w:r>
        <w:rPr>
          <w:b w:val="false"/>
          <w:sz w:val="28"/>
          <w:lang w:val="zxx"/>
        </w:rPr>
        <w:t>IP-</w:t>
      </w:r>
      <w:r>
        <w:rPr>
          <w:b w:val="false"/>
          <w:sz w:val="28"/>
        </w:rPr>
        <w:t xml:space="preserve">адресом. Для </w:t>
      </w:r>
      <w:r>
        <w:rPr>
          <w:b w:val="false"/>
          <w:sz w:val="28"/>
          <w:lang w:val="zxx"/>
        </w:rPr>
        <w:t>multicast</w:t>
      </w:r>
      <w:r>
        <w:rPr>
          <w:b w:val="false"/>
          <w:sz w:val="28"/>
        </w:rPr>
        <w:t xml:space="preserve"> применяется отдельный профиль.</w:t>
      </w:r>
    </w:p>
    <w:p>
      <w:pPr>
        <w:pStyle w:val="Normal"/>
        <w:keepNext w:val="true"/>
        <w:jc w:val="start"/>
        <w:rPr/>
      </w:pPr>
      <w:r>
        <w:rPr>
          <w:b/>
          <w:sz w:val="28"/>
          <w:lang w:val="zxx"/>
        </w:rPr>
        <w:t>15.108</w:t>
      </w:r>
      <w:r>
        <w:rPr>
          <w:b/>
          <w:sz w:val="28"/>
        </w:rPr>
        <w:t xml:space="preserve"> </w:t>
      </w:r>
      <w:r>
        <w:rPr>
          <w:b/>
          <w:sz w:val="28"/>
          <w:lang w:val="zxx"/>
        </w:rPr>
        <w:t>buffer</w:t>
      </w:r>
    </w:p>
    <w:p>
      <w:pPr>
        <w:pStyle w:val="Normal"/>
        <w:jc w:val="start"/>
        <w:rPr/>
      </w:pPr>
      <w:r>
        <w:rPr>
          <w:b w:val="false"/>
          <w:sz w:val="28"/>
          <w:lang w:val="zxx"/>
        </w:rPr>
        <w:t>initialMs=40|60|80|200|400</w:t>
      </w:r>
      <w:r>
        <w:rPr>
          <w:b w:val="false"/>
          <w:sz w:val="28"/>
        </w:rPr>
        <w:t xml:space="preserve">; </w:t>
      </w:r>
      <w:r>
        <w:rPr>
          <w:b w:val="false"/>
          <w:sz w:val="28"/>
          <w:lang w:val="zxx"/>
        </w:rPr>
        <w:t>maxMs=80|120|160|400|1000</w:t>
      </w:r>
      <w:r>
        <w:rPr>
          <w:b w:val="false"/>
          <w:sz w:val="28"/>
        </w:rPr>
        <w:t xml:space="preserve">, </w:t>
      </w:r>
      <w:r>
        <w:rPr>
          <w:b w:val="false"/>
          <w:sz w:val="28"/>
          <w:lang w:val="zxx"/>
        </w:rPr>
        <w:t>maxMs</w:t>
      </w:r>
      <w:r>
        <w:rPr>
          <w:b w:val="false"/>
          <w:sz w:val="28"/>
        </w:rPr>
        <w:t xml:space="preserve"> &gt;= </w:t>
      </w:r>
      <w:r>
        <w:rPr>
          <w:b w:val="false"/>
          <w:sz w:val="28"/>
          <w:lang w:val="zxx"/>
        </w:rPr>
        <w:t>initialMs.</w:t>
      </w:r>
      <w:r>
        <w:rPr>
          <w:b w:val="false"/>
          <w:sz w:val="28"/>
        </w:rPr>
        <w:t xml:space="preserve"> Для </w:t>
      </w:r>
      <w:r>
        <w:rPr>
          <w:b w:val="false"/>
          <w:sz w:val="28"/>
          <w:lang w:val="zxx"/>
        </w:rPr>
        <w:t>microphone:</w:t>
      </w:r>
      <w:r>
        <w:rPr>
          <w:b w:val="false"/>
          <w:sz w:val="28"/>
        </w:rPr>
        <w:t xml:space="preserve"> </w:t>
      </w:r>
      <w:r>
        <w:rPr>
          <w:b w:val="false"/>
          <w:sz w:val="28"/>
          <w:lang w:val="zxx"/>
        </w:rPr>
        <w:t>initialMs=400</w:t>
      </w:r>
      <w:r>
        <w:rPr>
          <w:b w:val="false"/>
          <w:sz w:val="28"/>
        </w:rPr>
        <w:t xml:space="preserve">, </w:t>
      </w:r>
      <w:r>
        <w:rPr>
          <w:b w:val="false"/>
          <w:sz w:val="28"/>
          <w:lang w:val="zxx"/>
        </w:rPr>
        <w:t>maxMs=1000.</w:t>
      </w:r>
      <w:r>
        <w:rPr>
          <w:b w:val="false"/>
          <w:sz w:val="28"/>
        </w:rPr>
        <w:t xml:space="preserve"> Время включает только буфер после проверки пакета. Отсутствие этих полей запрещено.</w:t>
      </w:r>
    </w:p>
    <w:p>
      <w:pPr>
        <w:pStyle w:val="Normal"/>
        <w:keepNext w:val="true"/>
        <w:jc w:val="start"/>
        <w:rPr/>
      </w:pPr>
      <w:r>
        <w:rPr>
          <w:b/>
          <w:sz w:val="28"/>
          <w:lang w:val="zxx"/>
        </w:rPr>
        <w:t>15.109</w:t>
      </w:r>
      <w:r>
        <w:rPr>
          <w:b/>
          <w:sz w:val="28"/>
        </w:rPr>
        <w:t xml:space="preserve"> Подготовленный ответ</w:t>
      </w:r>
    </w:p>
    <w:p>
      <w:pPr>
        <w:pStyle w:val="Normal"/>
        <w:jc w:val="start"/>
        <w:rPr/>
      </w:pPr>
      <w:r>
        <w:rPr>
          <w:b w:val="false"/>
          <w:sz w:val="28"/>
          <w:lang w:val="zxx"/>
        </w:rPr>
        <w:t>status=ok</w:t>
      </w:r>
      <w:r>
        <w:rPr>
          <w:b w:val="false"/>
          <w:sz w:val="28"/>
        </w:rPr>
        <w:t xml:space="preserve">, </w:t>
      </w:r>
      <w:r>
        <w:rPr>
          <w:b w:val="false"/>
          <w:sz w:val="28"/>
          <w:lang w:val="zxx"/>
        </w:rPr>
        <w:t>prepared</w:t>
      </w:r>
      <w:r>
        <w:rPr>
          <w:b w:val="false"/>
          <w:sz w:val="28"/>
        </w:rPr>
        <w:t xml:space="preserve"> </w:t>
      </w:r>
      <w:r>
        <w:rPr>
          <w:b w:val="false"/>
          <w:sz w:val="28"/>
          <w:lang w:val="zxx"/>
        </w:rPr>
        <w:t>mediaId</w:t>
      </w:r>
      <w:r>
        <w:rPr>
          <w:b w:val="false"/>
          <w:sz w:val="28"/>
        </w:rPr>
        <w:t xml:space="preserve"> (</w:t>
      </w:r>
      <w:r>
        <w:rPr>
          <w:b w:val="false"/>
          <w:sz w:val="28"/>
          <w:lang w:val="zxx"/>
        </w:rPr>
        <w:t>32</w:t>
      </w:r>
      <w:r>
        <w:rPr>
          <w:b w:val="false"/>
          <w:sz w:val="28"/>
        </w:rPr>
        <w:t xml:space="preserve"> </w:t>
      </w:r>
      <w:r>
        <w:rPr>
          <w:b w:val="false"/>
          <w:sz w:val="28"/>
          <w:lang w:val="zxx"/>
        </w:rPr>
        <w:t>hex</w:t>
      </w:r>
      <w:r>
        <w:rPr>
          <w:b w:val="false"/>
          <w:sz w:val="28"/>
        </w:rPr>
        <w:t xml:space="preserve">), </w:t>
      </w:r>
      <w:r>
        <w:rPr>
          <w:b w:val="false"/>
          <w:sz w:val="28"/>
          <w:lang w:val="zxx"/>
        </w:rPr>
        <w:t>expiresAtMs</w:t>
      </w:r>
      <w:r>
        <w:rPr>
          <w:b w:val="false"/>
          <w:sz w:val="28"/>
        </w:rPr>
        <w:t xml:space="preserve">, </w:t>
      </w:r>
      <w:r>
        <w:rPr>
          <w:b w:val="false"/>
          <w:sz w:val="28"/>
          <w:lang w:val="zxx"/>
        </w:rPr>
        <w:t>configRevision</w:t>
      </w:r>
      <w:r>
        <w:rPr>
          <w:b w:val="false"/>
          <w:sz w:val="28"/>
        </w:rPr>
        <w:t xml:space="preserve">, </w:t>
      </w:r>
      <w:r>
        <w:rPr>
          <w:b w:val="false"/>
          <w:sz w:val="28"/>
          <w:lang w:val="zxx"/>
        </w:rPr>
        <w:t>capabilityRevision.</w:t>
      </w:r>
      <w:r>
        <w:rPr>
          <w:b w:val="false"/>
          <w:sz w:val="28"/>
        </w:rPr>
        <w:t xml:space="preserve"> Подготовка не включает выходы; занимает ограниченный буфер на </w:t>
      </w:r>
      <w:r>
        <w:rPr>
          <w:b w:val="false"/>
          <w:sz w:val="28"/>
          <w:lang w:val="zxx"/>
        </w:rPr>
        <w:t>60000</w:t>
      </w:r>
      <w:r>
        <w:rPr>
          <w:b w:val="false"/>
          <w:sz w:val="28"/>
        </w:rPr>
        <w:t xml:space="preserve"> мс, не продлеваемых повтором. </w:t>
      </w:r>
      <w:r>
        <w:rPr>
          <w:b w:val="false"/>
          <w:sz w:val="28"/>
          <w:lang w:val="zxx"/>
        </w:rPr>
        <w:t>mediaId</w:t>
      </w:r>
      <w:r>
        <w:rPr>
          <w:b w:val="false"/>
          <w:sz w:val="28"/>
        </w:rPr>
        <w:t xml:space="preserve"> связан с владельцем, эпохой, маршрутом и точными ресурсами. Один владелец имеет не более одного неиспользованного </w:t>
      </w:r>
      <w:r>
        <w:rPr>
          <w:b w:val="false"/>
          <w:sz w:val="28"/>
          <w:lang w:val="zxx"/>
        </w:rPr>
        <w:t>mediaId</w:t>
      </w:r>
      <w:r>
        <w:rPr>
          <w:b w:val="false"/>
          <w:sz w:val="28"/>
        </w:rPr>
        <w:t xml:space="preserve"> на УУ.</w:t>
      </w:r>
    </w:p>
    <w:p>
      <w:pPr>
        <w:pStyle w:val="Normal"/>
        <w:keepNext w:val="true"/>
        <w:jc w:val="start"/>
        <w:rPr/>
      </w:pPr>
      <w:r>
        <w:rPr>
          <w:b/>
          <w:sz w:val="28"/>
          <w:lang w:val="zxx"/>
        </w:rPr>
        <w:t>15.110</w:t>
      </w:r>
      <w:r>
        <w:rPr>
          <w:b/>
          <w:sz w:val="28"/>
        </w:rPr>
        <w:t xml:space="preserve"> </w:t>
      </w:r>
      <w:r>
        <w:rPr>
          <w:b/>
          <w:sz w:val="28"/>
          <w:lang w:val="zxx"/>
        </w:rPr>
        <w:t>session.start</w:t>
      </w:r>
      <w:r>
        <w:rPr>
          <w:b/>
          <w:sz w:val="28"/>
        </w:rPr>
        <w:t xml:space="preserve"> </w:t>
      </w:r>
      <w:r>
        <w:rPr>
          <w:b/>
          <w:sz w:val="28"/>
          <w:lang w:val="zxx"/>
        </w:rPr>
        <w:t>mode=stream</w:t>
      </w:r>
    </w:p>
    <w:p>
      <w:pPr>
        <w:pStyle w:val="Normal"/>
        <w:jc w:val="start"/>
        <w:rPr/>
      </w:pPr>
      <w:r>
        <w:rPr>
          <w:b w:val="false"/>
          <w:sz w:val="28"/>
        </w:rPr>
        <w:t xml:space="preserve">Обычные поля </w:t>
      </w:r>
      <w:r>
        <w:rPr>
          <w:b w:val="false"/>
          <w:sz w:val="28"/>
          <w:lang w:val="zxx"/>
        </w:rPr>
        <w:t>session.start</w:t>
      </w:r>
      <w:r>
        <w:rPr>
          <w:b w:val="false"/>
          <w:sz w:val="28"/>
        </w:rPr>
        <w:t xml:space="preserve"> и </w:t>
      </w:r>
      <w:r>
        <w:rPr>
          <w:b w:val="false"/>
          <w:sz w:val="28"/>
          <w:lang w:val="zxx"/>
        </w:rPr>
        <w:t>resources</w:t>
      </w:r>
      <w:r>
        <w:rPr>
          <w:b w:val="false"/>
          <w:sz w:val="28"/>
        </w:rPr>
        <w:t xml:space="preserve">; дочерний </w:t>
      </w:r>
      <w:r>
        <w:rPr>
          <w:b w:val="false"/>
          <w:sz w:val="28"/>
          <w:lang w:val="zxx"/>
        </w:rPr>
        <w:t>stream</w:t>
      </w:r>
      <w:r>
        <w:rPr>
          <w:b w:val="false"/>
          <w:sz w:val="28"/>
        </w:rPr>
        <w:t xml:space="preserve"> содержит только </w:t>
      </w:r>
      <w:r>
        <w:rPr>
          <w:b w:val="false"/>
          <w:sz w:val="28"/>
          <w:lang w:val="zxx"/>
        </w:rPr>
        <w:t>mediaId.</w:t>
      </w:r>
      <w:r>
        <w:rPr>
          <w:b w:val="false"/>
          <w:sz w:val="28"/>
        </w:rPr>
        <w:t xml:space="preserve"> УУ проверяет его срок, эпоху, ресурсы и ревизии. После </w:t>
      </w:r>
      <w:r>
        <w:rPr>
          <w:b w:val="false"/>
          <w:sz w:val="28"/>
          <w:lang w:val="zxx"/>
        </w:rPr>
        <w:t>accepted</w:t>
      </w:r>
      <w:r>
        <w:rPr>
          <w:b w:val="false"/>
          <w:sz w:val="28"/>
        </w:rPr>
        <w:t xml:space="preserve"> </w:t>
      </w:r>
      <w:r>
        <w:rPr>
          <w:b w:val="false"/>
          <w:sz w:val="28"/>
          <w:lang w:val="zxx"/>
        </w:rPr>
        <w:t>mediaId</w:t>
      </w:r>
      <w:r>
        <w:rPr>
          <w:b w:val="false"/>
          <w:sz w:val="28"/>
        </w:rPr>
        <w:t xml:space="preserve"> не применяется для нового </w:t>
      </w:r>
      <w:r>
        <w:rPr>
          <w:b w:val="false"/>
          <w:sz w:val="28"/>
          <w:lang w:val="zxx"/>
        </w:rPr>
        <w:t>session.start</w:t>
      </w:r>
      <w:r>
        <w:rPr>
          <w:b w:val="false"/>
          <w:sz w:val="28"/>
        </w:rPr>
        <w:t xml:space="preserve">; его замена в том же сеансе допускается только согласованным </w:t>
      </w:r>
      <w:r>
        <w:rPr>
          <w:b w:val="false"/>
          <w:sz w:val="28"/>
          <w:lang w:val="zxx"/>
        </w:rPr>
        <w:t>sourceSwitch.</w:t>
      </w:r>
      <w:r>
        <w:rPr>
          <w:b w:val="false"/>
          <w:sz w:val="28"/>
        </w:rPr>
        <w:t xml:space="preserve"> Для </w:t>
      </w:r>
      <w:r>
        <w:rPr>
          <w:b w:val="false"/>
          <w:sz w:val="28"/>
          <w:lang w:val="zxx"/>
        </w:rPr>
        <w:t>stream</w:t>
      </w:r>
      <w:r>
        <w:rPr>
          <w:b w:val="false"/>
          <w:sz w:val="28"/>
        </w:rPr>
        <w:t xml:space="preserve"> </w:t>
      </w:r>
      <w:r>
        <w:rPr>
          <w:b w:val="false"/>
          <w:sz w:val="28"/>
          <w:lang w:val="zxx"/>
        </w:rPr>
        <w:t>onControlLoss</w:t>
      </w:r>
      <w:r>
        <w:rPr>
          <w:b w:val="false"/>
          <w:sz w:val="28"/>
        </w:rPr>
        <w:t xml:space="preserve"> </w:t>
      </w:r>
      <w:r>
        <w:rPr>
          <w:b w:val="false"/>
          <w:sz w:val="28"/>
          <w:lang w:val="zxx"/>
        </w:rPr>
        <w:t>ДОЛЖНО</w:t>
      </w:r>
      <w:r>
        <w:rPr>
          <w:b w:val="false"/>
          <w:sz w:val="28"/>
        </w:rPr>
        <w:t xml:space="preserve"> быть </w:t>
      </w:r>
      <w:r>
        <w:rPr>
          <w:b w:val="false"/>
          <w:sz w:val="28"/>
          <w:lang w:val="zxx"/>
        </w:rPr>
        <w:t>stop.</w:t>
      </w:r>
    </w:p>
    <w:p>
      <w:pPr>
        <w:pStyle w:val="Normal"/>
        <w:keepNext w:val="true"/>
        <w:jc w:val="start"/>
        <w:rPr/>
      </w:pPr>
      <w:r>
        <w:rPr>
          <w:b/>
          <w:sz w:val="28"/>
          <w:lang w:val="zxx"/>
        </w:rPr>
        <w:t>15.111</w:t>
      </w:r>
      <w:r>
        <w:rPr>
          <w:b/>
          <w:sz w:val="28"/>
        </w:rPr>
        <w:t xml:space="preserve"> </w:t>
      </w:r>
      <w:r>
        <w:rPr>
          <w:b/>
          <w:sz w:val="28"/>
          <w:lang w:val="zxx"/>
        </w:rPr>
        <w:t>audio.state</w:t>
      </w:r>
    </w:p>
    <w:p>
      <w:pPr>
        <w:pStyle w:val="Normal"/>
        <w:jc w:val="start"/>
        <w:rPr/>
      </w:pPr>
      <w:r>
        <w:rPr>
          <w:b w:val="false"/>
          <w:sz w:val="28"/>
        </w:rPr>
        <w:t xml:space="preserve">Чтение: </w:t>
      </w:r>
      <w:r>
        <w:rPr>
          <w:b w:val="false"/>
          <w:sz w:val="28"/>
          <w:lang w:val="zxx"/>
        </w:rPr>
        <w:t>selection</w:t>
      </w:r>
      <w:r>
        <w:rPr>
          <w:b w:val="false"/>
          <w:sz w:val="28"/>
        </w:rPr>
        <w:t xml:space="preserve"> </w:t>
      </w:r>
      <w:r>
        <w:rPr>
          <w:b w:val="false"/>
          <w:sz w:val="28"/>
          <w:lang w:val="zxx"/>
        </w:rPr>
        <w:t>mediaId.</w:t>
      </w:r>
      <w:r>
        <w:rPr>
          <w:b w:val="false"/>
          <w:sz w:val="28"/>
        </w:rPr>
        <w:t xml:space="preserve"> Ответ </w:t>
      </w:r>
      <w:r>
        <w:rPr>
          <w:b w:val="false"/>
          <w:sz w:val="28"/>
          <w:lang w:val="zxx"/>
        </w:rPr>
        <w:t>audio</w:t>
      </w:r>
      <w:r>
        <w:rPr>
          <w:b w:val="false"/>
          <w:sz w:val="28"/>
        </w:rPr>
        <w:t xml:space="preserve"> с </w:t>
      </w:r>
      <w:r>
        <w:rPr>
          <w:b w:val="false"/>
          <w:sz w:val="28"/>
          <w:lang w:val="zxx"/>
        </w:rPr>
        <w:t>mediaId</w:t>
      </w:r>
      <w:r>
        <w:rPr>
          <w:b w:val="false"/>
          <w:sz w:val="28"/>
        </w:rPr>
        <w:t xml:space="preserve"> и </w:t>
      </w:r>
      <w:r>
        <w:rPr>
          <w:b w:val="false"/>
          <w:sz w:val="28"/>
          <w:lang w:val="zxx"/>
        </w:rPr>
        <w:t>sessionId</w:t>
      </w:r>
      <w:r>
        <w:rPr>
          <w:b w:val="false"/>
          <w:sz w:val="28"/>
        </w:rPr>
        <w:t xml:space="preserve"> после принятого </w:t>
      </w:r>
      <w:r>
        <w:rPr>
          <w:b w:val="false"/>
          <w:sz w:val="28"/>
          <w:lang w:val="zxx"/>
        </w:rPr>
        <w:t>session.start</w:t>
      </w:r>
      <w:r>
        <w:rPr>
          <w:b w:val="false"/>
          <w:sz w:val="28"/>
        </w:rPr>
        <w:t xml:space="preserve">, </w:t>
      </w:r>
      <w:r>
        <w:rPr>
          <w:b w:val="false"/>
          <w:sz w:val="28"/>
          <w:lang w:val="zxx"/>
        </w:rPr>
        <w:t>state=prepared|</w:t>
      </w:r>
      <w:r>
        <w:rPr>
          <w:b w:val="false"/>
          <w:sz w:val="28"/>
        </w:rPr>
        <w:t>​</w:t>
      </w:r>
      <w:r>
        <w:rPr>
          <w:b w:val="false"/>
          <w:sz w:val="28"/>
          <w:lang w:val="zxx"/>
        </w:rPr>
        <w:t>buffering|</w:t>
      </w:r>
      <w:r>
        <w:rPr>
          <w:b w:val="false"/>
          <w:sz w:val="28"/>
        </w:rPr>
        <w:t>​</w:t>
      </w:r>
      <w:r>
        <w:rPr>
          <w:b w:val="false"/>
          <w:sz w:val="28"/>
          <w:lang w:val="zxx"/>
        </w:rPr>
        <w:t>playing|</w:t>
      </w:r>
      <w:r>
        <w:rPr>
          <w:b w:val="false"/>
          <w:sz w:val="28"/>
        </w:rPr>
        <w:t>​</w:t>
      </w:r>
      <w:r>
        <w:rPr>
          <w:b w:val="false"/>
          <w:sz w:val="28"/>
          <w:lang w:val="zxx"/>
        </w:rPr>
        <w:t>draining|</w:t>
      </w:r>
      <w:r>
        <w:rPr>
          <w:b w:val="false"/>
          <w:sz w:val="28"/>
        </w:rPr>
        <w:t>​</w:t>
      </w:r>
      <w:r>
        <w:rPr>
          <w:b w:val="false"/>
          <w:sz w:val="28"/>
          <w:lang w:val="zxx"/>
        </w:rPr>
        <w:t>paused|</w:t>
      </w:r>
      <w:r>
        <w:rPr>
          <w:b w:val="false"/>
          <w:sz w:val="28"/>
        </w:rPr>
        <w:t>​</w:t>
      </w:r>
      <w:r>
        <w:rPr>
          <w:b w:val="false"/>
          <w:sz w:val="28"/>
          <w:lang w:val="zxx"/>
        </w:rPr>
        <w:t>finished</w:t>
      </w:r>
      <w:r>
        <w:rPr>
          <w:b w:val="false"/>
          <w:sz w:val="28"/>
        </w:rPr>
        <w:t xml:space="preserve">, </w:t>
      </w:r>
      <w:r>
        <w:rPr>
          <w:b w:val="false"/>
          <w:sz w:val="28"/>
          <w:lang w:val="zxx"/>
        </w:rPr>
        <w:t>receivedPackets</w:t>
      </w:r>
      <w:r>
        <w:rPr>
          <w:b w:val="false"/>
          <w:sz w:val="28"/>
        </w:rPr>
        <w:t xml:space="preserve">, </w:t>
      </w:r>
      <w:r>
        <w:rPr>
          <w:b w:val="false"/>
          <w:sz w:val="28"/>
          <w:lang w:val="zxx"/>
        </w:rPr>
        <w:t>lostPackets</w:t>
      </w:r>
      <w:r>
        <w:rPr>
          <w:b w:val="false"/>
          <w:sz w:val="28"/>
        </w:rPr>
        <w:t xml:space="preserve">, </w:t>
      </w:r>
      <w:r>
        <w:rPr>
          <w:b w:val="false"/>
          <w:sz w:val="28"/>
          <w:lang w:val="zxx"/>
        </w:rPr>
        <w:t>latePackets</w:t>
      </w:r>
      <w:r>
        <w:rPr>
          <w:b w:val="false"/>
          <w:sz w:val="28"/>
        </w:rPr>
        <w:t xml:space="preserve">, </w:t>
      </w:r>
      <w:r>
        <w:rPr>
          <w:b w:val="false"/>
          <w:sz w:val="28"/>
          <w:lang w:val="zxx"/>
        </w:rPr>
        <w:t>duplicatePackets</w:t>
      </w:r>
      <w:r>
        <w:rPr>
          <w:b w:val="false"/>
          <w:sz w:val="28"/>
        </w:rPr>
        <w:t xml:space="preserve">, </w:t>
      </w:r>
      <w:r>
        <w:rPr>
          <w:b w:val="false"/>
          <w:sz w:val="28"/>
          <w:lang w:val="zxx"/>
        </w:rPr>
        <w:t>emittedSamples</w:t>
      </w:r>
      <w:r>
        <w:rPr>
          <w:b w:val="false"/>
          <w:sz w:val="28"/>
        </w:rPr>
        <w:t xml:space="preserve">, </w:t>
      </w:r>
      <w:r>
        <w:rPr>
          <w:b w:val="false"/>
          <w:sz w:val="28"/>
          <w:lang w:val="zxx"/>
        </w:rPr>
        <w:t>bufferedMs</w:t>
      </w:r>
      <w:r>
        <w:rPr>
          <w:b w:val="false"/>
          <w:sz w:val="28"/>
        </w:rPr>
        <w:t xml:space="preserve"> и </w:t>
      </w:r>
      <w:r>
        <w:rPr>
          <w:b w:val="false"/>
          <w:sz w:val="28"/>
          <w:lang w:val="zxx"/>
        </w:rPr>
        <w:t>lastPacketAtMs.</w:t>
      </w:r>
      <w:r>
        <w:rPr>
          <w:b w:val="false"/>
          <w:sz w:val="28"/>
        </w:rPr>
        <w:t xml:space="preserve"> Все счетчики </w:t>
      </w:r>
      <w:r>
        <w:rPr>
          <w:b w:val="false"/>
          <w:sz w:val="28"/>
          <w:lang w:val="zxx"/>
        </w:rPr>
        <w:t>uint64</w:t>
      </w:r>
      <w:r>
        <w:rPr>
          <w:b w:val="false"/>
          <w:sz w:val="28"/>
        </w:rPr>
        <w:t xml:space="preserve">; счетчики отсутствовавших событий равны </w:t>
      </w:r>
      <w:r>
        <w:rPr>
          <w:b w:val="false"/>
          <w:sz w:val="28"/>
          <w:lang w:val="zxx"/>
        </w:rPr>
        <w:t>0</w:t>
      </w:r>
      <w:r>
        <w:rPr>
          <w:b w:val="false"/>
          <w:sz w:val="28"/>
        </w:rPr>
        <w:t xml:space="preserve">; дополнительно </w:t>
      </w:r>
      <w:r>
        <w:rPr>
          <w:b w:val="false"/>
          <w:sz w:val="28"/>
          <w:lang w:val="zxx"/>
        </w:rPr>
        <w:t>clock</w:t>
      </w:r>
      <w:r>
        <w:rPr>
          <w:b w:val="false"/>
          <w:sz w:val="28"/>
        </w:rPr>
        <w:t xml:space="preserve"> по правилам частоты ниже. Чтение не продлевает </w:t>
      </w:r>
      <w:r>
        <w:rPr>
          <w:b w:val="false"/>
          <w:sz w:val="28"/>
          <w:lang w:val="zxx"/>
        </w:rPr>
        <w:t>lease.</w:t>
      </w:r>
    </w:p>
    <w:p>
      <w:pPr>
        <w:pStyle w:val="Normal"/>
        <w:keepNext w:val="true"/>
        <w:jc w:val="start"/>
        <w:rPr/>
      </w:pPr>
      <w:r>
        <w:rPr>
          <w:b/>
          <w:sz w:val="28"/>
          <w:lang w:val="zxx"/>
        </w:rPr>
        <w:t>15.112</w:t>
      </w:r>
      <w:r>
        <w:rPr>
          <w:b/>
          <w:sz w:val="28"/>
        </w:rPr>
        <w:t xml:space="preserve"> </w:t>
      </w:r>
      <w:r>
        <w:rPr>
          <w:b/>
          <w:sz w:val="28"/>
          <w:lang w:val="zxx"/>
        </w:rPr>
        <w:t>audio.finish</w:t>
      </w:r>
    </w:p>
    <w:p>
      <w:pPr>
        <w:pStyle w:val="Normal"/>
        <w:jc w:val="start"/>
        <w:rPr/>
      </w:pPr>
      <w:r>
        <w:rPr>
          <w:b w:val="false"/>
          <w:sz w:val="28"/>
        </w:rPr>
        <w:t xml:space="preserve">Изменяющая команда владельца: </w:t>
      </w:r>
      <w:r>
        <w:rPr>
          <w:b w:val="false"/>
          <w:sz w:val="28"/>
          <w:lang w:val="zxx"/>
        </w:rPr>
        <w:t>stream</w:t>
      </w:r>
      <w:r>
        <w:rPr>
          <w:b w:val="false"/>
          <w:sz w:val="28"/>
        </w:rPr>
        <w:t xml:space="preserve"> </w:t>
      </w:r>
      <w:r>
        <w:rPr>
          <w:b w:val="false"/>
          <w:sz w:val="28"/>
          <w:lang w:val="zxx"/>
        </w:rPr>
        <w:t>mediaId</w:t>
      </w:r>
      <w:r>
        <w:rPr>
          <w:b w:val="false"/>
          <w:sz w:val="28"/>
        </w:rPr>
        <w:t xml:space="preserve">, </w:t>
      </w:r>
      <w:r>
        <w:rPr>
          <w:b w:val="false"/>
          <w:sz w:val="28"/>
          <w:lang w:val="zxx"/>
        </w:rPr>
        <w:t>lastPacketIndex</w:t>
      </w:r>
      <w:r>
        <w:rPr>
          <w:b w:val="false"/>
          <w:sz w:val="28"/>
        </w:rPr>
        <w:t xml:space="preserve"> и </w:t>
      </w:r>
      <w:r>
        <w:rPr>
          <w:b w:val="false"/>
          <w:sz w:val="28"/>
          <w:lang w:val="zxx"/>
        </w:rPr>
        <w:t>sampleCount.</w:t>
      </w:r>
      <w:r>
        <w:rPr>
          <w:b w:val="false"/>
          <w:sz w:val="28"/>
        </w:rPr>
        <w:t xml:space="preserve"> Индексы расширенные, начиная с </w:t>
      </w:r>
      <w:r>
        <w:rPr>
          <w:b w:val="false"/>
          <w:sz w:val="28"/>
          <w:lang w:val="zxx"/>
        </w:rPr>
        <w:t>0</w:t>
      </w:r>
      <w:r>
        <w:rPr>
          <w:b w:val="false"/>
          <w:sz w:val="28"/>
        </w:rPr>
        <w:t xml:space="preserve">; </w:t>
      </w:r>
      <w:r>
        <w:rPr>
          <w:b w:val="false"/>
          <w:sz w:val="28"/>
          <w:lang w:val="zxx"/>
        </w:rPr>
        <w:t>sampleCount</w:t>
      </w:r>
      <w:r>
        <w:rPr>
          <w:b w:val="false"/>
          <w:sz w:val="28"/>
        </w:rPr>
        <w:t xml:space="preserve"> - полное число отсчетов источника. Ответ </w:t>
      </w:r>
      <w:r>
        <w:rPr>
          <w:b w:val="false"/>
          <w:sz w:val="28"/>
          <w:lang w:val="zxx"/>
        </w:rPr>
        <w:t>status=ok</w:t>
      </w:r>
      <w:r>
        <w:rPr>
          <w:b w:val="false"/>
          <w:sz w:val="28"/>
        </w:rPr>
        <w:t xml:space="preserve">, </w:t>
      </w:r>
      <w:r>
        <w:rPr>
          <w:b w:val="false"/>
          <w:sz w:val="28"/>
          <w:lang w:val="zxx"/>
        </w:rPr>
        <w:t>eof</w:t>
      </w:r>
      <w:r>
        <w:rPr>
          <w:b w:val="false"/>
          <w:sz w:val="28"/>
        </w:rPr>
        <w:t xml:space="preserve"> </w:t>
      </w:r>
      <w:r>
        <w:rPr>
          <w:b w:val="false"/>
          <w:sz w:val="28"/>
          <w:lang w:val="zxx"/>
        </w:rPr>
        <w:t>mediaId/</w:t>
      </w:r>
      <w:r>
        <w:rPr>
          <w:b w:val="false"/>
          <w:sz w:val="28"/>
        </w:rPr>
        <w:t>​</w:t>
      </w:r>
      <w:r>
        <w:rPr>
          <w:b w:val="false"/>
          <w:sz w:val="28"/>
          <w:lang w:val="zxx"/>
        </w:rPr>
        <w:t>lastPacketIndex/</w:t>
      </w:r>
      <w:r>
        <w:rPr>
          <w:b w:val="false"/>
          <w:sz w:val="28"/>
        </w:rPr>
        <w:t>​</w:t>
      </w:r>
      <w:r>
        <w:rPr>
          <w:b w:val="false"/>
          <w:sz w:val="28"/>
          <w:lang w:val="zxx"/>
        </w:rPr>
        <w:t>sampleCount</w:t>
      </w:r>
      <w:r>
        <w:rPr>
          <w:b w:val="false"/>
          <w:sz w:val="28"/>
        </w:rPr>
        <w:t xml:space="preserve">; несовпадающий повтор дает </w:t>
      </w:r>
      <w:r>
        <w:rPr>
          <w:b w:val="false"/>
          <w:sz w:val="28"/>
          <w:lang w:val="zxx"/>
        </w:rPr>
        <w:t>conflict.</w:t>
      </w:r>
      <w:r>
        <w:rPr>
          <w:b w:val="false"/>
          <w:sz w:val="28"/>
        </w:rPr>
        <w:t xml:space="preserve"> </w:t>
      </w:r>
      <w:r>
        <w:rPr>
          <w:b w:val="false"/>
          <w:sz w:val="28"/>
          <w:lang w:val="zxx"/>
        </w:rPr>
        <w:t>EOF</w:t>
      </w:r>
      <w:r>
        <w:rPr>
          <w:b w:val="false"/>
          <w:sz w:val="28"/>
        </w:rPr>
        <w:t xml:space="preserve"> согласуется с </w:t>
      </w:r>
      <w:r>
        <w:rPr>
          <w:b w:val="false"/>
          <w:sz w:val="28"/>
          <w:lang w:val="zxx"/>
        </w:rPr>
        <w:t>END</w:t>
      </w:r>
      <w:r>
        <w:rPr>
          <w:b w:val="false"/>
          <w:sz w:val="28"/>
        </w:rPr>
        <w:t xml:space="preserve"> и запрещает новые индексы выше </w:t>
      </w:r>
      <w:r>
        <w:rPr>
          <w:b w:val="false"/>
          <w:sz w:val="28"/>
          <w:lang w:val="zxx"/>
        </w:rPr>
        <w:t>lastPacketIndex</w:t>
      </w:r>
      <w:r>
        <w:rPr>
          <w:b w:val="false"/>
          <w:sz w:val="28"/>
        </w:rPr>
        <w:t xml:space="preserve">; после </w:t>
      </w:r>
      <w:r>
        <w:rPr>
          <w:b w:val="false"/>
          <w:sz w:val="28"/>
          <w:lang w:val="zxx"/>
        </w:rPr>
        <w:t>finished</w:t>
      </w:r>
      <w:r>
        <w:rPr>
          <w:b w:val="false"/>
          <w:sz w:val="28"/>
        </w:rPr>
        <w:t xml:space="preserve"> совпадающая граница подтверждается без изменения результата. В состоянии </w:t>
      </w:r>
      <w:r>
        <w:rPr>
          <w:b w:val="false"/>
          <w:sz w:val="28"/>
          <w:lang w:val="zxx"/>
        </w:rPr>
        <w:t>prepared</w:t>
      </w:r>
      <w:r>
        <w:rPr>
          <w:b w:val="false"/>
          <w:sz w:val="28"/>
        </w:rPr>
        <w:t xml:space="preserve"> до </w:t>
      </w:r>
      <w:r>
        <w:rPr>
          <w:b w:val="false"/>
          <w:sz w:val="28"/>
          <w:lang w:val="zxx"/>
        </w:rPr>
        <w:t>session.start</w:t>
      </w:r>
      <w:r>
        <w:rPr>
          <w:b w:val="false"/>
          <w:sz w:val="28"/>
        </w:rPr>
        <w:t xml:space="preserve"> команда отклоняется с </w:t>
      </w:r>
      <w:r>
        <w:rPr>
          <w:b w:val="false"/>
          <w:sz w:val="28"/>
          <w:lang w:val="zxx"/>
        </w:rPr>
        <w:t>unsafeState.</w:t>
      </w:r>
    </w:p>
    <w:p>
      <w:pPr>
        <w:pStyle w:val="Normal"/>
        <w:keepNext w:val="true"/>
        <w:jc w:val="start"/>
        <w:rPr/>
      </w:pPr>
      <w:r>
        <w:rPr>
          <w:b/>
          <w:sz w:val="28"/>
          <w:lang w:val="zxx"/>
        </w:rPr>
        <w:t>15.113</w:t>
      </w:r>
      <w:r>
        <w:rPr>
          <w:b/>
          <w:sz w:val="28"/>
        </w:rPr>
        <w:t xml:space="preserve"> Отмена</w:t>
      </w:r>
    </w:p>
    <w:p>
      <w:pPr>
        <w:pStyle w:val="Normal"/>
        <w:jc w:val="start"/>
        <w:rPr/>
      </w:pPr>
      <w:r>
        <w:rPr>
          <w:b w:val="false"/>
          <w:sz w:val="28"/>
          <w:lang w:val="zxx"/>
        </w:rPr>
        <w:t>session.stop/</w:t>
      </w:r>
      <w:r>
        <w:rPr>
          <w:b w:val="false"/>
          <w:sz w:val="28"/>
        </w:rPr>
        <w:t>​</w:t>
      </w:r>
      <w:r>
        <w:rPr>
          <w:b w:val="false"/>
          <w:sz w:val="28"/>
          <w:lang w:val="zxx"/>
        </w:rPr>
        <w:t>cancel</w:t>
      </w:r>
      <w:r>
        <w:rPr>
          <w:b w:val="false"/>
          <w:sz w:val="28"/>
        </w:rPr>
        <w:t xml:space="preserve"> останавливает связанное исполнение и отзывает </w:t>
      </w:r>
      <w:r>
        <w:rPr>
          <w:b w:val="false"/>
          <w:sz w:val="28"/>
          <w:lang w:val="zxx"/>
        </w:rPr>
        <w:t>mediaId</w:t>
      </w:r>
      <w:r>
        <w:rPr>
          <w:b w:val="false"/>
          <w:sz w:val="28"/>
        </w:rPr>
        <w:t xml:space="preserve">; поступающие пакеты больше не декодируются и не выводятся. </w:t>
      </w:r>
      <w:r>
        <w:rPr>
          <w:b w:val="false"/>
          <w:sz w:val="28"/>
          <w:lang w:val="zxx"/>
        </w:rPr>
        <w:t>audio.start</w:t>
      </w:r>
      <w:r>
        <w:rPr>
          <w:b w:val="false"/>
          <w:sz w:val="28"/>
        </w:rPr>
        <w:t xml:space="preserve"> разрешен только для следующего источника согласованного </w:t>
      </w:r>
      <w:r>
        <w:rPr>
          <w:b w:val="false"/>
          <w:sz w:val="28"/>
          <w:lang w:val="zxx"/>
        </w:rPr>
        <w:t>sourceSwitch</w:t>
      </w:r>
      <w:r>
        <w:rPr>
          <w:b w:val="false"/>
          <w:sz w:val="28"/>
        </w:rPr>
        <w:t xml:space="preserve">; команды </w:t>
      </w:r>
      <w:r>
        <w:rPr>
          <w:b w:val="false"/>
          <w:sz w:val="28"/>
          <w:lang w:val="zxx"/>
        </w:rPr>
        <w:t>audio.stop</w:t>
      </w:r>
      <w:r>
        <w:rPr>
          <w:b w:val="false"/>
          <w:sz w:val="28"/>
        </w:rPr>
        <w:t xml:space="preserve"> нет. Непринятая подготовка отменяется </w:t>
      </w:r>
      <w:r>
        <w:rPr>
          <w:b w:val="false"/>
          <w:sz w:val="28"/>
          <w:lang w:val="zxx"/>
        </w:rPr>
        <w:t>audio.discard</w:t>
      </w:r>
      <w:r>
        <w:rPr>
          <w:b w:val="false"/>
          <w:sz w:val="28"/>
        </w:rPr>
        <w:t xml:space="preserve"> с </w:t>
      </w:r>
      <w:r>
        <w:rPr>
          <w:b w:val="false"/>
          <w:sz w:val="28"/>
          <w:lang w:val="zxx"/>
        </w:rPr>
        <w:t>prepared</w:t>
      </w:r>
      <w:r>
        <w:rPr>
          <w:b w:val="false"/>
          <w:sz w:val="28"/>
        </w:rPr>
        <w:t xml:space="preserve"> </w:t>
      </w:r>
      <w:r>
        <w:rPr>
          <w:b w:val="false"/>
          <w:sz w:val="28"/>
          <w:lang w:val="zxx"/>
        </w:rPr>
        <w:t>mediaId</w:t>
      </w:r>
      <w:r>
        <w:rPr>
          <w:b w:val="false"/>
          <w:sz w:val="28"/>
        </w:rPr>
        <w:t xml:space="preserve">; ответ </w:t>
      </w:r>
      <w:r>
        <w:rPr>
          <w:b w:val="false"/>
          <w:sz w:val="28"/>
          <w:lang w:val="zxx"/>
        </w:rPr>
        <w:t>status=ok</w:t>
      </w:r>
      <w:r>
        <w:rPr>
          <w:b w:val="false"/>
          <w:sz w:val="28"/>
        </w:rPr>
        <w:t xml:space="preserve">, </w:t>
      </w:r>
      <w:r>
        <w:rPr>
          <w:b w:val="false"/>
          <w:sz w:val="28"/>
          <w:lang w:val="zxx"/>
        </w:rPr>
        <w:t>discarded</w:t>
      </w:r>
      <w:r>
        <w:rPr>
          <w:b w:val="false"/>
          <w:sz w:val="28"/>
        </w:rPr>
        <w:t xml:space="preserve"> </w:t>
      </w:r>
      <w:r>
        <w:rPr>
          <w:b w:val="false"/>
          <w:sz w:val="28"/>
          <w:lang w:val="zxx"/>
        </w:rPr>
        <w:t>mediaId.</w:t>
      </w:r>
      <w:r>
        <w:rPr>
          <w:b w:val="false"/>
          <w:sz w:val="28"/>
        </w:rPr>
        <w:t xml:space="preserve"> Активный </w:t>
      </w:r>
      <w:r>
        <w:rPr>
          <w:b w:val="false"/>
          <w:sz w:val="28"/>
          <w:lang w:val="zxx"/>
        </w:rPr>
        <w:t>mediaId</w:t>
      </w:r>
      <w:r>
        <w:rPr>
          <w:b w:val="false"/>
          <w:sz w:val="28"/>
        </w:rPr>
        <w:t xml:space="preserve"> через </w:t>
      </w:r>
      <w:r>
        <w:rPr>
          <w:b w:val="false"/>
          <w:sz w:val="28"/>
          <w:lang w:val="zxx"/>
        </w:rPr>
        <w:t>discard</w:t>
      </w:r>
      <w:r>
        <w:rPr>
          <w:b w:val="false"/>
          <w:sz w:val="28"/>
        </w:rPr>
        <w:t xml:space="preserve"> не отзывается: </w:t>
      </w:r>
      <w:r>
        <w:rPr>
          <w:b w:val="false"/>
          <w:sz w:val="28"/>
          <w:lang w:val="zxx"/>
        </w:rPr>
        <w:t>unsafeState.</w:t>
      </w:r>
    </w:p>
    <w:p>
      <w:pPr>
        <w:pStyle w:val="Normal"/>
        <w:jc w:val="both"/>
        <w:rPr/>
      </w:pPr>
      <w:r>
        <w:rPr>
          <w:b w:val="false"/>
          <w:sz w:val="28"/>
          <w:lang w:val="zxx"/>
        </w:rPr>
        <w:t>15.114</w:t>
      </w:r>
      <w:r>
        <w:rPr>
          <w:b w:val="false"/>
          <w:sz w:val="28"/>
        </w:rPr>
        <w:t xml:space="preserve"> </w:t>
      </w:r>
      <w:r>
        <w:rPr>
          <w:b w:val="false"/>
          <w:sz w:val="28"/>
          <w:lang w:val="zxx"/>
        </w:rPr>
        <w:t>packetIndex</w:t>
      </w:r>
      <w:r>
        <w:rPr>
          <w:b w:val="false"/>
          <w:sz w:val="28"/>
        </w:rPr>
        <w:t xml:space="preserve"> передается явно в расширении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и проверяется вместе с </w:t>
      </w:r>
      <w:r>
        <w:rPr>
          <w:b w:val="false"/>
          <w:sz w:val="28"/>
          <w:lang w:val="zxx"/>
        </w:rPr>
        <w:t>sequence/</w:t>
      </w:r>
      <w:r>
        <w:rPr>
          <w:b w:val="false"/>
          <w:sz w:val="28"/>
        </w:rPr>
        <w:t>​</w:t>
      </w:r>
      <w:r>
        <w:rPr>
          <w:b w:val="false"/>
          <w:sz w:val="28"/>
          <w:lang w:val="zxx"/>
        </w:rPr>
        <w:t>timestamp</w:t>
      </w:r>
      <w:r>
        <w:rPr>
          <w:b w:val="false"/>
          <w:sz w:val="28"/>
        </w:rPr>
        <w:t xml:space="preserve"> по формулам ниже. Индексы не превышают </w:t>
      </w:r>
      <w:r>
        <w:rPr>
          <w:b w:val="false"/>
          <w:sz w:val="28"/>
          <w:lang w:val="zxx"/>
        </w:rPr>
        <w:t>2</w:t>
      </w:r>
      <w:r>
        <w:rPr>
          <w:b w:val="false"/>
          <w:sz w:val="28"/>
        </w:rPr>
        <w:t>^</w:t>
      </w:r>
      <w:r>
        <w:rPr>
          <w:b w:val="false"/>
          <w:sz w:val="28"/>
          <w:lang w:val="zxx"/>
        </w:rPr>
        <w:t>31-</w:t>
      </w:r>
      <w:r>
        <w:rPr>
          <w:b w:val="false"/>
          <w:sz w:val="28"/>
        </w:rPr>
        <w:t>⁠</w:t>
      </w:r>
      <w:r>
        <w:rPr>
          <w:b w:val="false"/>
          <w:sz w:val="28"/>
          <w:lang w:val="zxx"/>
        </w:rPr>
        <w:t>1</w:t>
      </w:r>
      <w:r>
        <w:rPr>
          <w:b w:val="false"/>
          <w:sz w:val="28"/>
        </w:rPr>
        <w:t xml:space="preserve">; окно перестановки </w:t>
      </w:r>
      <w:r>
        <w:rPr>
          <w:b w:val="false"/>
          <w:sz w:val="28"/>
          <w:lang w:val="zxx"/>
        </w:rPr>
        <w:t>64</w:t>
      </w:r>
      <w:r>
        <w:rPr>
          <w:b w:val="false"/>
          <w:sz w:val="28"/>
        </w:rPr>
        <w:t xml:space="preserve"> пакета относительно старшего принятого индекса. Дубликаты и просроченные пакеты не воспроизводятся. Кодековая длина фиксирована; </w:t>
      </w:r>
      <w:r>
        <w:rPr>
          <w:b w:val="false"/>
          <w:sz w:val="28"/>
          <w:lang w:val="zxx"/>
        </w:rPr>
        <w:t>validSamples</w:t>
      </w:r>
      <w:r>
        <w:rPr>
          <w:b w:val="false"/>
          <w:sz w:val="28"/>
        </w:rPr>
        <w:t xml:space="preserve"> последнего пакета отделяет полезный хвост от дополнения тишиной до декодирования на выход.</w:t>
      </w:r>
    </w:p>
    <w:p>
      <w:pPr>
        <w:pStyle w:val="Normal"/>
        <w:jc w:val="start"/>
        <w:rPr/>
      </w:pPr>
      <w:r>
        <w:rPr>
          <w:b w:val="false"/>
          <w:sz w:val="28"/>
          <w:lang w:val="zxx"/>
        </w:rPr>
        <w:t>15.115</w:t>
      </w:r>
      <w:r>
        <w:rPr>
          <w:b w:val="false"/>
          <w:sz w:val="28"/>
        </w:rPr>
        <w:t xml:space="preserve"> Источник открывает </w:t>
      </w:r>
      <w:r>
        <w:rPr>
          <w:b w:val="false"/>
          <w:sz w:val="28"/>
          <w:lang w:val="zxx"/>
        </w:rPr>
        <w:t>UDP-</w:t>
      </w:r>
      <w:r>
        <w:rPr>
          <w:b w:val="false"/>
          <w:sz w:val="28"/>
        </w:rPr>
        <w:t xml:space="preserve">сокет на согласованном </w:t>
      </w:r>
      <w:r>
        <w:rPr>
          <w:b w:val="false"/>
          <w:sz w:val="28"/>
          <w:lang w:val="zxx"/>
        </w:rPr>
        <w:t>sourceAddress/</w:t>
      </w:r>
      <w:r>
        <w:rPr>
          <w:b w:val="false"/>
          <w:sz w:val="28"/>
        </w:rPr>
        <w:t>​</w:t>
      </w:r>
      <w:r>
        <w:rPr>
          <w:b w:val="false"/>
          <w:sz w:val="28"/>
          <w:lang w:val="zxx"/>
        </w:rPr>
        <w:t>sourcePort</w:t>
      </w:r>
      <w:r>
        <w:rPr>
          <w:b w:val="false"/>
          <w:sz w:val="28"/>
        </w:rPr>
        <w:t xml:space="preserve"> и передает </w:t>
      </w:r>
      <w:r>
        <w:rPr>
          <w:b w:val="false"/>
          <w:sz w:val="28"/>
          <w:lang w:val="zxx"/>
        </w:rPr>
        <w:t>BIND</w:t>
      </w:r>
      <w:r>
        <w:rPr>
          <w:b w:val="false"/>
          <w:sz w:val="28"/>
        </w:rPr>
        <w:t xml:space="preserve"> на </w:t>
      </w:r>
      <w:r>
        <w:rPr>
          <w:b w:val="false"/>
          <w:sz w:val="28"/>
          <w:lang w:val="zxx"/>
        </w:rPr>
        <w:t>destinationAddress/</w:t>
      </w:r>
      <w:r>
        <w:rPr>
          <w:b w:val="false"/>
          <w:sz w:val="28"/>
        </w:rPr>
        <w:t>​</w:t>
      </w:r>
      <w:r>
        <w:rPr>
          <w:b w:val="false"/>
          <w:sz w:val="28"/>
          <w:lang w:val="zxx"/>
        </w:rPr>
        <w:t>destinationPort.</w:t>
      </w:r>
      <w:r>
        <w:rPr>
          <w:b w:val="false"/>
          <w:sz w:val="28"/>
        </w:rPr>
        <w:t xml:space="preserve"> После </w:t>
      </w:r>
      <w:r>
        <w:rPr>
          <w:b w:val="false"/>
          <w:sz w:val="28"/>
          <w:lang w:val="zxx"/>
        </w:rPr>
        <w:t>READY</w:t>
      </w:r>
      <w:r>
        <w:rPr>
          <w:b w:val="false"/>
          <w:sz w:val="28"/>
        </w:rPr>
        <w:t xml:space="preserve"> и подтверждения часов можно отправлять </w:t>
      </w:r>
      <w:r>
        <w:rPr>
          <w:b w:val="false"/>
          <w:sz w:val="28"/>
          <w:lang w:val="zxx"/>
        </w:rPr>
        <w:t>RTP</w:t>
      </w:r>
      <w:r>
        <w:rPr>
          <w:b w:val="false"/>
          <w:sz w:val="28"/>
        </w:rPr>
        <w:t xml:space="preserve"> по правилам ниже: </w:t>
      </w:r>
      <w:r>
        <w:rPr>
          <w:b w:val="false"/>
          <w:sz w:val="28"/>
          <w:lang w:val="zxx"/>
        </w:rPr>
        <w:t>192/</w:t>
      </w:r>
      <w:r>
        <w:rPr>
          <w:b w:val="false"/>
          <w:sz w:val="28"/>
        </w:rPr>
        <w:t>⁠</w:t>
      </w:r>
      <w:r>
        <w:rPr>
          <w:b w:val="false"/>
          <w:sz w:val="28"/>
          <w:lang w:val="zxx"/>
        </w:rPr>
        <w:t>352/</w:t>
      </w:r>
      <w:r>
        <w:rPr>
          <w:b w:val="false"/>
          <w:sz w:val="28"/>
        </w:rPr>
        <w:t>⁠</w:t>
      </w:r>
      <w:r>
        <w:rPr>
          <w:b w:val="false"/>
          <w:sz w:val="28"/>
          <w:lang w:val="zxx"/>
        </w:rPr>
        <w:t>672</w:t>
      </w:r>
      <w:r>
        <w:rPr>
          <w:b w:val="false"/>
          <w:sz w:val="28"/>
        </w:rPr>
        <w:t xml:space="preserve"> байта для </w:t>
      </w:r>
      <w:r>
        <w:rPr>
          <w:b w:val="false"/>
          <w:sz w:val="28"/>
          <w:lang w:val="zxx"/>
        </w:rPr>
        <w:t>PCMA</w:t>
      </w:r>
      <w:r>
        <w:rPr>
          <w:b w:val="false"/>
          <w:sz w:val="28"/>
        </w:rPr>
        <w:t xml:space="preserve"> при </w:t>
      </w:r>
      <w:r>
        <w:rPr>
          <w:b w:val="false"/>
          <w:sz w:val="28"/>
          <w:lang w:val="zxx"/>
        </w:rPr>
        <w:t>8000/</w:t>
      </w:r>
      <w:r>
        <w:rPr>
          <w:b w:val="false"/>
          <w:sz w:val="28"/>
        </w:rPr>
        <w:t>⁠</w:t>
      </w:r>
      <w:r>
        <w:rPr>
          <w:b w:val="false"/>
          <w:sz w:val="28"/>
          <w:lang w:val="zxx"/>
        </w:rPr>
        <w:t>16000/</w:t>
      </w:r>
      <w:r>
        <w:rPr>
          <w:b w:val="false"/>
          <w:sz w:val="28"/>
        </w:rPr>
        <w:t>⁠</w:t>
      </w:r>
      <w:r>
        <w:rPr>
          <w:b w:val="false"/>
          <w:sz w:val="28"/>
          <w:lang w:val="zxx"/>
        </w:rPr>
        <w:t>32000</w:t>
      </w:r>
      <w:r>
        <w:rPr>
          <w:b w:val="false"/>
          <w:sz w:val="28"/>
        </w:rPr>
        <w:t xml:space="preserve"> Гц и </w:t>
      </w:r>
      <w:r>
        <w:rPr>
          <w:b w:val="false"/>
          <w:sz w:val="28"/>
          <w:lang w:val="zxx"/>
        </w:rPr>
        <w:t>65/</w:t>
      </w:r>
      <w:r>
        <w:rPr>
          <w:b w:val="false"/>
          <w:sz w:val="28"/>
        </w:rPr>
        <w:t>⁠</w:t>
      </w:r>
      <w:r>
        <w:rPr>
          <w:b w:val="false"/>
          <w:sz w:val="28"/>
          <w:lang w:val="zxx"/>
        </w:rPr>
        <w:t>98/</w:t>
      </w:r>
      <w:r>
        <w:rPr>
          <w:b w:val="false"/>
          <w:sz w:val="28"/>
        </w:rPr>
        <w:t>⁠</w:t>
      </w:r>
      <w:r>
        <w:rPr>
          <w:b w:val="false"/>
          <w:sz w:val="28"/>
          <w:lang w:val="zxx"/>
        </w:rPr>
        <w:t>164</w:t>
      </w:r>
      <w:r>
        <w:rPr>
          <w:b w:val="false"/>
          <w:sz w:val="28"/>
        </w:rPr>
        <w:t xml:space="preserve"> байта для </w:t>
      </w:r>
      <w:r>
        <w:rPr>
          <w:b w:val="false"/>
          <w:sz w:val="28"/>
          <w:lang w:val="zxx"/>
        </w:rPr>
        <w:t>GSM/</w:t>
      </w:r>
      <w:r>
        <w:rPr>
          <w:b w:val="false"/>
          <w:sz w:val="28"/>
        </w:rPr>
        <w:t>⁠</w:t>
      </w:r>
      <w:r>
        <w:rPr>
          <w:b w:val="false"/>
          <w:sz w:val="28"/>
          <w:lang w:val="zxx"/>
        </w:rPr>
        <w:t>20/</w:t>
      </w:r>
      <w:r>
        <w:rPr>
          <w:b w:val="false"/>
          <w:sz w:val="28"/>
        </w:rPr>
        <w:t>⁠</w:t>
      </w:r>
      <w:r>
        <w:rPr>
          <w:b w:val="false"/>
          <w:sz w:val="28"/>
          <w:lang w:val="zxx"/>
        </w:rPr>
        <w:t>40/</w:t>
      </w:r>
      <w:r>
        <w:rPr>
          <w:b w:val="false"/>
          <w:sz w:val="28"/>
        </w:rPr>
        <w:t>⁠</w:t>
      </w:r>
      <w:r>
        <w:rPr>
          <w:b w:val="false"/>
          <w:sz w:val="28"/>
          <w:lang w:val="zxx"/>
        </w:rPr>
        <w:t>80.</w:t>
      </w:r>
      <w:r>
        <w:rPr>
          <w:b w:val="false"/>
          <w:sz w:val="28"/>
        </w:rPr>
        <w:t xml:space="preserve"> Подготовка и привязка не включают выходы; первоначально требуется </w:t>
      </w:r>
      <w:r>
        <w:rPr>
          <w:b w:val="false"/>
          <w:sz w:val="28"/>
          <w:lang w:val="zxx"/>
        </w:rPr>
        <w:t>session.start</w:t>
      </w:r>
      <w:r>
        <w:rPr>
          <w:b w:val="false"/>
          <w:sz w:val="28"/>
        </w:rPr>
        <w:t xml:space="preserve">, для следующего источника согласованного </w:t>
      </w:r>
      <w:r>
        <w:rPr>
          <w:b w:val="false"/>
          <w:sz w:val="28"/>
          <w:lang w:val="zxx"/>
        </w:rPr>
        <w:t>sourceSwitch</w:t>
      </w:r>
      <w:r>
        <w:rPr>
          <w:b w:val="false"/>
          <w:sz w:val="28"/>
        </w:rPr>
        <w:t xml:space="preserve"> требуется </w:t>
      </w:r>
      <w:r>
        <w:rPr>
          <w:b w:val="false"/>
          <w:sz w:val="28"/>
          <w:lang w:val="zxx"/>
        </w:rPr>
        <w:t>audio.start.</w:t>
      </w:r>
      <w:r>
        <w:rPr>
          <w:b w:val="false"/>
          <w:sz w:val="28"/>
        </w:rPr>
        <w:t xml:space="preserve"> Медиа и служебные датаграммы не продлевают управляющий </w:t>
      </w:r>
      <w:r>
        <w:rPr>
          <w:b w:val="false"/>
          <w:sz w:val="28"/>
          <w:lang w:val="zxx"/>
        </w:rPr>
        <w:t>lease.</w:t>
      </w:r>
      <w:r>
        <w:rPr>
          <w:b w:val="false"/>
          <w:sz w:val="28"/>
        </w:rPr>
        <w:t xml:space="preserve"> Неверный пакет отбрасывается без вытеснения разрешенного источника.</w:t>
      </w:r>
    </w:p>
    <w:p>
      <w:pPr>
        <w:pStyle w:val="Normal"/>
        <w:jc w:val="start"/>
        <w:rPr/>
      </w:pPr>
      <w:r>
        <w:rPr>
          <w:b w:val="false"/>
          <w:sz w:val="28"/>
          <w:lang w:val="zxx"/>
        </w:rPr>
        <w:t>15.116</w:t>
      </w:r>
      <w:r>
        <w:rPr>
          <w:b w:val="false"/>
          <w:sz w:val="28"/>
        </w:rPr>
        <w:t xml:space="preserve"> После </w:t>
      </w:r>
      <w:r>
        <w:rPr>
          <w:b w:val="false"/>
          <w:sz w:val="28"/>
          <w:lang w:val="zxx"/>
        </w:rPr>
        <w:t>accepted</w:t>
      </w:r>
      <w:r>
        <w:rPr>
          <w:b w:val="false"/>
          <w:sz w:val="28"/>
        </w:rPr>
        <w:t xml:space="preserve"> и, при </w:t>
      </w:r>
      <w:r>
        <w:rPr>
          <w:b w:val="false"/>
          <w:sz w:val="28"/>
          <w:lang w:val="zxx"/>
        </w:rPr>
        <w:t>startup=outputReady</w:t>
      </w:r>
      <w:r>
        <w:rPr>
          <w:b w:val="false"/>
          <w:sz w:val="28"/>
        </w:rPr>
        <w:t xml:space="preserve">, подтверждения выхода поток накапливается до </w:t>
      </w:r>
      <w:r>
        <w:rPr>
          <w:b w:val="false"/>
          <w:sz w:val="28"/>
          <w:lang w:val="zxx"/>
        </w:rPr>
        <w:t>initialMs</w:t>
      </w:r>
      <w:r>
        <w:rPr>
          <w:b w:val="false"/>
          <w:sz w:val="28"/>
        </w:rPr>
        <w:t xml:space="preserve">, кроме полного короткого потока по правилу ниже. Истечение </w:t>
      </w:r>
      <w:r>
        <w:rPr>
          <w:b w:val="false"/>
          <w:sz w:val="28"/>
          <w:lang w:val="zxx"/>
        </w:rPr>
        <w:t>prepareTimeoutMs</w:t>
      </w:r>
      <w:r>
        <w:rPr>
          <w:b w:val="false"/>
          <w:sz w:val="28"/>
        </w:rPr>
        <w:t xml:space="preserve"> до </w:t>
      </w:r>
      <w:r>
        <w:rPr>
          <w:b w:val="false"/>
          <w:sz w:val="28"/>
          <w:lang w:val="zxx"/>
        </w:rPr>
        <w:t>running</w:t>
      </w:r>
      <w:r>
        <w:rPr>
          <w:b w:val="false"/>
          <w:sz w:val="28"/>
        </w:rPr>
        <w:t xml:space="preserve"> дает </w:t>
      </w:r>
      <w:r>
        <w:rPr>
          <w:b w:val="false"/>
          <w:sz w:val="28"/>
          <w:lang w:val="zxx"/>
        </w:rPr>
        <w:t>prepareTimeout.</w:t>
      </w:r>
      <w:r>
        <w:rPr>
          <w:b w:val="false"/>
          <w:sz w:val="28"/>
        </w:rPr>
        <w:t xml:space="preserve"> Буфер и обработка потерь подчиняются правилам конечной границы и частоты ниже; для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w:t>
      </w:r>
      <w:r>
        <w:rPr>
          <w:b w:val="false"/>
          <w:sz w:val="28"/>
          <w:lang w:val="zxx"/>
        </w:rPr>
        <w:t>FEC</w:t>
      </w:r>
      <w:r>
        <w:rPr>
          <w:b w:val="false"/>
          <w:sz w:val="28"/>
        </w:rPr>
        <w:t xml:space="preserve">, повторная передача </w:t>
      </w:r>
      <w:r>
        <w:rPr>
          <w:b w:val="false"/>
          <w:sz w:val="28"/>
          <w:lang w:val="zxx"/>
        </w:rPr>
        <w:t>RTP</w:t>
      </w:r>
      <w:r>
        <w:rPr>
          <w:b w:val="false"/>
          <w:sz w:val="28"/>
        </w:rPr>
        <w:t xml:space="preserve"> и автоматическая смена кодека запрещены. Принудительный </w:t>
      </w:r>
      <w:r>
        <w:rPr>
          <w:b w:val="false"/>
          <w:sz w:val="28"/>
          <w:lang w:val="zxx"/>
        </w:rPr>
        <w:t>session.stop</w:t>
      </w:r>
      <w:r>
        <w:rPr>
          <w:b w:val="false"/>
          <w:sz w:val="28"/>
        </w:rPr>
        <w:t xml:space="preserve"> удаляет все еще не выданные отсчеты, включая корректный </w:t>
      </w:r>
      <w:r>
        <w:rPr>
          <w:b w:val="false"/>
          <w:sz w:val="28"/>
          <w:lang w:val="zxx"/>
        </w:rPr>
        <w:t>END.</w:t>
      </w:r>
    </w:p>
    <w:p>
      <w:pPr>
        <w:pStyle w:val="Normal"/>
        <w:jc w:val="start"/>
        <w:rPr/>
      </w:pPr>
      <w:r>
        <w:rPr>
          <w:b w:val="false"/>
          <w:sz w:val="28"/>
          <w:lang w:val="zxx"/>
        </w:rPr>
        <w:t>15.117</w:t>
      </w:r>
      <w:r>
        <w:rPr>
          <w:b w:val="false"/>
          <w:sz w:val="28"/>
        </w:rPr>
        <w:t xml:space="preserve"> Граница конца передается в </w:t>
      </w:r>
      <w:r>
        <w:rPr>
          <w:b w:val="false"/>
          <w:sz w:val="28"/>
          <w:lang w:val="zxx"/>
        </w:rPr>
        <w:t>END-</w:t>
      </w:r>
      <w:r>
        <w:rPr>
          <w:b w:val="false"/>
          <w:sz w:val="28"/>
        </w:rPr>
        <w:t xml:space="preserve">пакете и дублируется </w:t>
      </w:r>
      <w:r>
        <w:rPr>
          <w:b w:val="false"/>
          <w:sz w:val="28"/>
          <w:lang w:val="zxx"/>
        </w:rPr>
        <w:t>audio.finish.</w:t>
      </w:r>
      <w:r>
        <w:rPr>
          <w:b w:val="false"/>
          <w:sz w:val="28"/>
        </w:rPr>
        <w:t xml:space="preserve"> Ее точная проверка, порядок при запаздывании управляющего сообщения, пустой и короткий поток определены ниже. Ни одно ожидание </w:t>
      </w:r>
      <w:r>
        <w:rPr>
          <w:b w:val="false"/>
          <w:sz w:val="28"/>
          <w:lang w:val="zxx"/>
        </w:rPr>
        <w:t>EOF</w:t>
      </w:r>
      <w:r>
        <w:rPr>
          <w:b w:val="false"/>
          <w:sz w:val="28"/>
        </w:rPr>
        <w:t xml:space="preserve"> не продлевает </w:t>
      </w:r>
      <w:r>
        <w:rPr>
          <w:b w:val="false"/>
          <w:sz w:val="28"/>
          <w:lang w:val="zxx"/>
        </w:rPr>
        <w:t>prepareTimeoutMs/</w:t>
      </w:r>
      <w:r>
        <w:rPr>
          <w:b w:val="false"/>
          <w:sz w:val="28"/>
        </w:rPr>
        <w:t>​</w:t>
      </w:r>
      <w:r>
        <w:rPr>
          <w:b w:val="false"/>
          <w:sz w:val="28"/>
          <w:lang w:val="zxx"/>
        </w:rPr>
        <w:t>maxDurationMs.</w:t>
      </w:r>
      <w:r>
        <w:rPr>
          <w:b w:val="false"/>
          <w:sz w:val="28"/>
        </w:rPr>
        <w:t xml:space="preserve"> После полного </w:t>
      </w:r>
      <w:r>
        <w:rPr>
          <w:b w:val="false"/>
          <w:sz w:val="28"/>
          <w:lang w:val="zxx"/>
        </w:rPr>
        <w:t>off</w:t>
      </w:r>
      <w:r>
        <w:rPr>
          <w:b w:val="false"/>
          <w:sz w:val="28"/>
        </w:rPr>
        <w:t xml:space="preserve"> повторное нажатие тангенты создает новый </w:t>
      </w:r>
      <w:r>
        <w:rPr>
          <w:b w:val="false"/>
          <w:sz w:val="28"/>
          <w:lang w:val="zxx"/>
        </w:rPr>
        <w:t>mediaId</w:t>
      </w:r>
      <w:r>
        <w:rPr>
          <w:b w:val="false"/>
          <w:sz w:val="28"/>
        </w:rPr>
        <w:t xml:space="preserve"> и новый сеанс; согласованный </w:t>
      </w:r>
      <w:r>
        <w:rPr>
          <w:b w:val="false"/>
          <w:sz w:val="28"/>
          <w:lang w:val="zxx"/>
        </w:rPr>
        <w:t>sourceSwitch</w:t>
      </w:r>
      <w:r>
        <w:rPr>
          <w:b w:val="false"/>
          <w:sz w:val="28"/>
        </w:rPr>
        <w:t xml:space="preserve"> создает новый </w:t>
      </w:r>
      <w:r>
        <w:rPr>
          <w:b w:val="false"/>
          <w:sz w:val="28"/>
          <w:lang w:val="zxx"/>
        </w:rPr>
        <w:t>mediaId</w:t>
      </w:r>
      <w:r>
        <w:rPr>
          <w:b w:val="false"/>
          <w:sz w:val="28"/>
        </w:rPr>
        <w:t xml:space="preserve"> и продолжает прежний сеанс через </w:t>
      </w:r>
      <w:r>
        <w:rPr>
          <w:b w:val="false"/>
          <w:sz w:val="28"/>
          <w:lang w:val="zxx"/>
        </w:rPr>
        <w:t>audio.start.</w:t>
      </w:r>
      <w:r>
        <w:rPr>
          <w:b w:val="false"/>
          <w:sz w:val="28"/>
        </w:rPr>
        <w:t xml:space="preserve"> Старый </w:t>
      </w:r>
      <w:r>
        <w:rPr>
          <w:b w:val="false"/>
          <w:sz w:val="28"/>
          <w:lang w:val="zxx"/>
        </w:rPr>
        <w:t>mediaId</w:t>
      </w:r>
      <w:r>
        <w:rPr>
          <w:b w:val="false"/>
          <w:sz w:val="28"/>
        </w:rPr>
        <w:t xml:space="preserve"> не возобновляет звук.</w:t>
      </w:r>
    </w:p>
    <w:p>
      <w:pPr>
        <w:pStyle w:val="Normal"/>
        <w:jc w:val="start"/>
        <w:rPr/>
      </w:pPr>
      <w:r>
        <w:rPr>
          <w:b w:val="false"/>
          <w:sz w:val="28"/>
          <w:lang w:val="zxx"/>
        </w:rPr>
        <w:t>15.118</w:t>
      </w:r>
      <w:r>
        <w:rPr>
          <w:b w:val="false"/>
          <w:sz w:val="28"/>
        </w:rPr>
        <w:t xml:space="preserve"> Сетевая загрузка локального контента использует </w:t>
      </w:r>
      <w:r>
        <w:rPr>
          <w:b w:val="false"/>
          <w:sz w:val="28"/>
          <w:lang w:val="zxx"/>
        </w:rPr>
        <w:t>content.begin/</w:t>
      </w:r>
      <w:r>
        <w:rPr>
          <w:b w:val="false"/>
          <w:sz w:val="28"/>
        </w:rPr>
        <w:t>​</w:t>
      </w:r>
      <w:r>
        <w:rPr>
          <w:b w:val="false"/>
          <w:sz w:val="28"/>
          <w:lang w:val="zxx"/>
        </w:rPr>
        <w:t>commit/</w:t>
      </w:r>
      <w:r>
        <w:rPr>
          <w:b w:val="false"/>
          <w:sz w:val="28"/>
        </w:rPr>
        <w:t>​</w:t>
      </w:r>
      <w:r>
        <w:rPr>
          <w:b w:val="false"/>
          <w:sz w:val="28"/>
          <w:lang w:val="zxx"/>
        </w:rPr>
        <w:t>status/</w:t>
      </w:r>
      <w:r>
        <w:rPr>
          <w:b w:val="false"/>
          <w:sz w:val="28"/>
        </w:rPr>
        <w:t>​</w:t>
      </w:r>
      <w:r>
        <w:rPr>
          <w:b w:val="false"/>
          <w:sz w:val="28"/>
          <w:lang w:val="zxx"/>
        </w:rPr>
        <w:t>cancel</w:t>
      </w:r>
      <w:r>
        <w:rPr>
          <w:b w:val="false"/>
          <w:sz w:val="28"/>
        </w:rPr>
        <w:t xml:space="preserve"> с административным правом и обычным </w:t>
      </w:r>
      <w:r>
        <w:rPr>
          <w:b w:val="false"/>
          <w:sz w:val="28"/>
          <w:lang w:val="zxx"/>
        </w:rPr>
        <w:t>cmdSeq</w:t>
      </w:r>
      <w:r>
        <w:rPr>
          <w:b w:val="false"/>
          <w:sz w:val="28"/>
        </w:rPr>
        <w:t xml:space="preserve"> у изменений; данные передаются </w:t>
      </w:r>
      <w:r>
        <w:rPr>
          <w:b w:val="false"/>
          <w:sz w:val="28"/>
          <w:lang w:val="zxx"/>
        </w:rPr>
        <w:t>bulk/</w:t>
      </w:r>
      <w:r>
        <w:rPr>
          <w:b w:val="false"/>
          <w:sz w:val="28"/>
        </w:rPr>
        <w:t>⁠</w:t>
      </w:r>
      <w:r>
        <w:rPr>
          <w:b w:val="false"/>
          <w:sz w:val="28"/>
          <w:lang w:val="zxx"/>
        </w:rPr>
        <w:t>1.</w:t>
      </w:r>
      <w:r>
        <w:rPr>
          <w:b w:val="false"/>
          <w:sz w:val="28"/>
        </w:rPr>
        <w:t xml:space="preserve"> </w:t>
      </w:r>
      <w:r>
        <w:rPr>
          <w:b w:val="false"/>
          <w:sz w:val="28"/>
          <w:lang w:val="zxx"/>
        </w:rPr>
        <w:t>begin</w:t>
      </w:r>
      <w:r>
        <w:rPr>
          <w:b w:val="false"/>
          <w:sz w:val="28"/>
        </w:rPr>
        <w:t xml:space="preserve"> содержит </w:t>
      </w:r>
      <w:r>
        <w:rPr>
          <w:b w:val="false"/>
          <w:sz w:val="28"/>
          <w:lang w:val="zxx"/>
        </w:rPr>
        <w:t>content</w:t>
      </w:r>
      <w:r>
        <w:rPr>
          <w:b w:val="false"/>
          <w:sz w:val="28"/>
        </w:rPr>
        <w:t xml:space="preserve"> </w:t>
      </w:r>
      <w:r>
        <w:rPr>
          <w:b w:val="false"/>
          <w:sz w:val="28"/>
          <w:lang w:val="zxx"/>
        </w:rPr>
        <w:t>id/</w:t>
      </w:r>
      <w:r>
        <w:rPr>
          <w:b w:val="false"/>
          <w:sz w:val="28"/>
        </w:rPr>
        <w:t>​</w:t>
      </w:r>
      <w:r>
        <w:rPr>
          <w:b w:val="false"/>
          <w:sz w:val="28"/>
          <w:lang w:val="zxx"/>
        </w:rPr>
        <w:t>revision/</w:t>
      </w:r>
      <w:r>
        <w:rPr>
          <w:b w:val="false"/>
          <w:sz w:val="28"/>
        </w:rPr>
        <w:t>​</w:t>
      </w:r>
      <w:r>
        <w:rPr>
          <w:b w:val="false"/>
          <w:sz w:val="28"/>
          <w:lang w:val="zxx"/>
        </w:rPr>
        <w:t>codec/</w:t>
      </w:r>
      <w:r>
        <w:rPr>
          <w:b w:val="false"/>
          <w:sz w:val="28"/>
        </w:rPr>
        <w:t>​</w:t>
      </w:r>
      <w:r>
        <w:rPr>
          <w:b w:val="false"/>
          <w:sz w:val="28"/>
          <w:lang w:val="zxx"/>
        </w:rPr>
        <w:t>bytes/</w:t>
      </w:r>
      <w:r>
        <w:rPr>
          <w:b w:val="false"/>
          <w:sz w:val="28"/>
        </w:rPr>
        <w:t>​</w:t>
      </w:r>
      <w:r>
        <w:rPr>
          <w:b w:val="false"/>
          <w:sz w:val="28"/>
          <w:lang w:val="zxx"/>
        </w:rPr>
        <w:t>sampleCount/</w:t>
      </w:r>
      <w:r>
        <w:rPr>
          <w:b w:val="false"/>
          <w:sz w:val="28"/>
        </w:rPr>
        <w:t>​</w:t>
      </w:r>
      <w:r>
        <w:rPr>
          <w:b w:val="false"/>
          <w:sz w:val="28"/>
          <w:lang w:val="zxx"/>
        </w:rPr>
        <w:t>hashAlgorithm/</w:t>
      </w:r>
      <w:r>
        <w:rPr>
          <w:b w:val="false"/>
          <w:sz w:val="28"/>
        </w:rPr>
        <w:t>​</w:t>
      </w:r>
      <w:r>
        <w:rPr>
          <w:b w:val="false"/>
          <w:sz w:val="28"/>
          <w:lang w:val="zxx"/>
        </w:rPr>
        <w:t>hash</w:t>
      </w:r>
      <w:r>
        <w:rPr>
          <w:b w:val="false"/>
          <w:sz w:val="28"/>
        </w:rPr>
        <w:t xml:space="preserve"> и отдельный </w:t>
      </w:r>
      <w:r>
        <w:rPr>
          <w:b w:val="false"/>
          <w:sz w:val="28"/>
          <w:lang w:val="zxx"/>
        </w:rPr>
        <w:t>transfer</w:t>
      </w:r>
      <w:r>
        <w:rPr>
          <w:b w:val="false"/>
          <w:sz w:val="28"/>
        </w:rPr>
        <w:t xml:space="preserve"> </w:t>
      </w:r>
      <w:r>
        <w:rPr>
          <w:b w:val="false"/>
          <w:sz w:val="28"/>
          <w:lang w:val="zxx"/>
        </w:rPr>
        <w:t>profile/</w:t>
      </w:r>
      <w:r>
        <w:rPr>
          <w:b w:val="false"/>
          <w:sz w:val="28"/>
        </w:rPr>
        <w:t>​</w:t>
      </w:r>
      <w:r>
        <w:rPr>
          <w:b w:val="false"/>
          <w:sz w:val="28"/>
          <w:lang w:val="zxx"/>
        </w:rPr>
        <w:t>blockBytes/</w:t>
      </w:r>
      <w:r>
        <w:rPr>
          <w:b w:val="false"/>
          <w:sz w:val="28"/>
        </w:rPr>
        <w:t>​</w:t>
      </w:r>
      <w:r>
        <w:rPr>
          <w:b w:val="false"/>
          <w:sz w:val="28"/>
          <w:lang w:val="zxx"/>
        </w:rPr>
        <w:t>windowBlocks/</w:t>
      </w:r>
      <w:r>
        <w:rPr>
          <w:b w:val="false"/>
          <w:sz w:val="28"/>
        </w:rPr>
        <w:t>​</w:t>
      </w:r>
      <w:r>
        <w:rPr>
          <w:b w:val="false"/>
          <w:sz w:val="28"/>
          <w:lang w:val="zxx"/>
        </w:rPr>
        <w:t>windowRoundTripMaxMs.</w:t>
      </w:r>
      <w:r>
        <w:rPr>
          <w:b w:val="false"/>
          <w:sz w:val="28"/>
        </w:rPr>
        <w:t xml:space="preserve"> </w:t>
      </w:r>
      <w:r>
        <w:rPr>
          <w:b w:val="false"/>
          <w:sz w:val="28"/>
          <w:lang w:val="zxx"/>
        </w:rPr>
        <w:t>codec=PCMA|</w:t>
      </w:r>
      <w:r>
        <w:rPr>
          <w:b w:val="false"/>
          <w:sz w:val="28"/>
        </w:rPr>
        <w:t>​</w:t>
      </w:r>
      <w:r>
        <w:rPr>
          <w:b w:val="false"/>
          <w:sz w:val="28"/>
          <w:lang w:val="zxx"/>
        </w:rPr>
        <w:t>GSM</w:t>
      </w:r>
      <w:r>
        <w:rPr>
          <w:b w:val="false"/>
          <w:sz w:val="28"/>
        </w:rPr>
        <w:t xml:space="preserve">, </w:t>
      </w:r>
      <w:r>
        <w:rPr>
          <w:b w:val="false"/>
          <w:sz w:val="28"/>
          <w:lang w:val="zxx"/>
        </w:rPr>
        <w:t>bytes:1..33554432.</w:t>
      </w:r>
      <w:r>
        <w:rPr>
          <w:b w:val="false"/>
          <w:sz w:val="28"/>
        </w:rPr>
        <w:t xml:space="preserve"> Ответ </w:t>
      </w:r>
      <w:r>
        <w:rPr>
          <w:b w:val="false"/>
          <w:sz w:val="28"/>
          <w:lang w:val="zxx"/>
        </w:rPr>
        <w:t>upload</w:t>
      </w:r>
      <w:r>
        <w:rPr>
          <w:b w:val="false"/>
          <w:sz w:val="28"/>
        </w:rPr>
        <w:t xml:space="preserve"> </w:t>
      </w:r>
      <w:r>
        <w:rPr>
          <w:b w:val="false"/>
          <w:sz w:val="28"/>
          <w:lang w:val="zxx"/>
        </w:rPr>
        <w:t>id/</w:t>
      </w:r>
      <w:r>
        <w:rPr>
          <w:b w:val="false"/>
          <w:sz w:val="28"/>
        </w:rPr>
        <w:t>​</w:t>
      </w:r>
      <w:r>
        <w:rPr>
          <w:b w:val="false"/>
          <w:sz w:val="28"/>
          <w:lang w:val="zxx"/>
        </w:rPr>
        <w:t>receivedBytes/</w:t>
      </w:r>
      <w:r>
        <w:rPr>
          <w:b w:val="false"/>
          <w:sz w:val="28"/>
        </w:rPr>
        <w:t>​</w:t>
      </w:r>
      <w:r>
        <w:rPr>
          <w:b w:val="false"/>
          <w:sz w:val="28"/>
          <w:lang w:val="zxx"/>
        </w:rPr>
        <w:t>remainingBudgetMs</w:t>
      </w:r>
      <w:r>
        <w:rPr>
          <w:b w:val="false"/>
          <w:sz w:val="28"/>
        </w:rPr>
        <w:t xml:space="preserve">; новая транзакция имеет </w:t>
      </w:r>
      <w:r>
        <w:rPr>
          <w:b w:val="false"/>
          <w:sz w:val="28"/>
          <w:lang w:val="zxx"/>
        </w:rPr>
        <w:t>receivedBytes=0</w:t>
      </w:r>
      <w:r>
        <w:rPr>
          <w:b w:val="false"/>
          <w:sz w:val="28"/>
        </w:rPr>
        <w:t xml:space="preserve">, повтор возвращает сохраненный префикс и прежний </w:t>
      </w:r>
      <w:r>
        <w:rPr>
          <w:b w:val="false"/>
          <w:sz w:val="28"/>
          <w:lang w:val="zxx"/>
        </w:rPr>
        <w:t>ID.</w:t>
      </w:r>
      <w:r>
        <w:rPr>
          <w:b w:val="false"/>
          <w:sz w:val="28"/>
        </w:rPr>
        <w:t xml:space="preserve"> </w:t>
      </w:r>
      <w:r>
        <w:rPr>
          <w:b w:val="false"/>
          <w:sz w:val="28"/>
          <w:lang w:val="zxx"/>
        </w:rPr>
        <w:t>commit</w:t>
      </w:r>
      <w:r>
        <w:rPr>
          <w:b w:val="false"/>
          <w:sz w:val="28"/>
        </w:rPr>
        <w:t xml:space="preserve"> содержит </w:t>
      </w:r>
      <w:r>
        <w:rPr>
          <w:b w:val="false"/>
          <w:sz w:val="28"/>
          <w:lang w:val="zxx"/>
        </w:rPr>
        <w:t>upload</w:t>
      </w:r>
      <w:r>
        <w:rPr>
          <w:b w:val="false"/>
          <w:sz w:val="28"/>
        </w:rPr>
        <w:t xml:space="preserve"> </w:t>
      </w:r>
      <w:r>
        <w:rPr>
          <w:b w:val="false"/>
          <w:sz w:val="28"/>
          <w:lang w:val="zxx"/>
        </w:rPr>
        <w:t>id</w:t>
      </w:r>
      <w:r>
        <w:rPr>
          <w:b w:val="false"/>
          <w:sz w:val="28"/>
        </w:rPr>
        <w:t xml:space="preserve"> и </w:t>
      </w:r>
      <w:r>
        <w:rPr>
          <w:b w:val="false"/>
          <w:sz w:val="28"/>
          <w:lang w:val="zxx"/>
        </w:rPr>
        <w:t>ДОПУСКАЕТСЯ</w:t>
      </w:r>
      <w:r>
        <w:rPr>
          <w:b w:val="false"/>
          <w:sz w:val="28"/>
        </w:rPr>
        <w:t xml:space="preserve"> после полного приема; проверяет длину, формат, </w:t>
      </w:r>
      <w:r>
        <w:rPr>
          <w:b w:val="false"/>
          <w:sz w:val="28"/>
          <w:lang w:val="zxx"/>
        </w:rPr>
        <w:t>sampleCount</w:t>
      </w:r>
      <w:r>
        <w:rPr>
          <w:b w:val="false"/>
          <w:sz w:val="28"/>
        </w:rPr>
        <w:t xml:space="preserve"> и Стрибог-</w:t>
      </w:r>
      <w:r>
        <w:rPr>
          <w:b w:val="false"/>
          <w:sz w:val="28"/>
          <w:lang w:val="zxx"/>
        </w:rPr>
        <w:t>256</w:t>
      </w:r>
      <w:r>
        <w:rPr>
          <w:b w:val="false"/>
          <w:sz w:val="28"/>
        </w:rPr>
        <w:t xml:space="preserve">, затем атомарно публикует неизменный </w:t>
      </w:r>
      <w:r>
        <w:rPr>
          <w:b w:val="false"/>
          <w:sz w:val="28"/>
          <w:lang w:val="zxx"/>
        </w:rPr>
        <w:t>contentId/</w:t>
      </w:r>
      <w:r>
        <w:rPr>
          <w:b w:val="false"/>
          <w:sz w:val="28"/>
        </w:rPr>
        <w:t>​</w:t>
      </w:r>
      <w:r>
        <w:rPr>
          <w:b w:val="false"/>
          <w:sz w:val="28"/>
          <w:lang w:val="zxx"/>
        </w:rPr>
        <w:t>revision.</w:t>
      </w:r>
      <w:r>
        <w:rPr>
          <w:b w:val="false"/>
          <w:sz w:val="28"/>
        </w:rPr>
        <w:t xml:space="preserve"> Синхронный ответ </w:t>
      </w:r>
      <w:r>
        <w:rPr>
          <w:b w:val="false"/>
          <w:sz w:val="28"/>
          <w:lang w:val="zxx"/>
        </w:rPr>
        <w:t>content</w:t>
      </w:r>
      <w:r>
        <w:rPr>
          <w:b w:val="false"/>
          <w:sz w:val="28"/>
        </w:rPr>
        <w:t xml:space="preserve"> </w:t>
      </w:r>
      <w:r>
        <w:rPr>
          <w:b w:val="false"/>
          <w:sz w:val="28"/>
          <w:lang w:val="zxx"/>
        </w:rPr>
        <w:t>id/</w:t>
      </w:r>
      <w:r>
        <w:rPr>
          <w:b w:val="false"/>
          <w:sz w:val="28"/>
        </w:rPr>
        <w:t>​</w:t>
      </w:r>
      <w:r>
        <w:rPr>
          <w:b w:val="false"/>
          <w:sz w:val="28"/>
          <w:lang w:val="zxx"/>
        </w:rPr>
        <w:t>revision/</w:t>
      </w:r>
      <w:r>
        <w:rPr>
          <w:b w:val="false"/>
          <w:sz w:val="28"/>
        </w:rPr>
        <w:t>​</w:t>
      </w:r>
      <w:r>
        <w:rPr>
          <w:b w:val="false"/>
          <w:sz w:val="28"/>
          <w:lang w:val="zxx"/>
        </w:rPr>
        <w:t>state=committed</w:t>
      </w:r>
      <w:r>
        <w:rPr>
          <w:b w:val="false"/>
          <w:sz w:val="28"/>
        </w:rPr>
        <w:t xml:space="preserve"> либо </w:t>
      </w:r>
      <w:r>
        <w:rPr>
          <w:b w:val="false"/>
          <w:sz w:val="28"/>
          <w:lang w:val="zxx"/>
        </w:rPr>
        <w:t>accepted</w:t>
      </w:r>
      <w:r>
        <w:rPr>
          <w:b w:val="false"/>
          <w:sz w:val="28"/>
        </w:rPr>
        <w:t xml:space="preserve"> с </w:t>
      </w:r>
      <w:r>
        <w:rPr>
          <w:b w:val="false"/>
          <w:sz w:val="28"/>
          <w:lang w:val="zxx"/>
        </w:rPr>
        <w:t>operation.id=upload.id</w:t>
      </w:r>
      <w:r>
        <w:rPr>
          <w:b w:val="false"/>
          <w:sz w:val="28"/>
        </w:rPr>
        <w:t xml:space="preserve"> и последующим </w:t>
      </w:r>
      <w:r>
        <w:rPr>
          <w:b w:val="false"/>
          <w:sz w:val="28"/>
          <w:lang w:val="zxx"/>
        </w:rPr>
        <w:t>content.status.</w:t>
      </w:r>
      <w:r>
        <w:rPr>
          <w:b w:val="false"/>
          <w:sz w:val="28"/>
        </w:rPr>
        <w:t xml:space="preserve"> </w:t>
      </w:r>
      <w:r>
        <w:rPr>
          <w:b w:val="false"/>
          <w:sz w:val="28"/>
          <w:lang w:val="zxx"/>
        </w:rPr>
        <w:t>status</w:t>
      </w:r>
      <w:r>
        <w:rPr>
          <w:b w:val="false"/>
          <w:sz w:val="28"/>
        </w:rPr>
        <w:t xml:space="preserve"> является чтением </w:t>
      </w:r>
      <w:r>
        <w:rPr>
          <w:b w:val="false"/>
          <w:sz w:val="28"/>
          <w:lang w:val="zxx"/>
        </w:rPr>
        <w:t>selection</w:t>
      </w:r>
      <w:r>
        <w:rPr>
          <w:b w:val="false"/>
          <w:sz w:val="28"/>
        </w:rPr>
        <w:t xml:space="preserve"> </w:t>
      </w:r>
      <w:r>
        <w:rPr>
          <w:b w:val="false"/>
          <w:sz w:val="28"/>
          <w:lang w:val="zxx"/>
        </w:rPr>
        <w:t>uploadId</w:t>
      </w:r>
      <w:r>
        <w:rPr>
          <w:b w:val="false"/>
          <w:sz w:val="28"/>
        </w:rPr>
        <w:t xml:space="preserve"> и сообщает состояния и поля </w:t>
      </w:r>
      <w:r>
        <w:rPr>
          <w:b w:val="false"/>
          <w:sz w:val="28"/>
          <w:lang w:val="zxx"/>
        </w:rPr>
        <w:t>bulk/</w:t>
      </w:r>
      <w:r>
        <w:rPr>
          <w:b w:val="false"/>
          <w:sz w:val="28"/>
        </w:rPr>
        <w:t>⁠</w:t>
      </w:r>
      <w:r>
        <w:rPr>
          <w:b w:val="false"/>
          <w:sz w:val="28"/>
          <w:lang w:val="zxx"/>
        </w:rPr>
        <w:t>1</w:t>
      </w:r>
      <w:r>
        <w:rPr>
          <w:b w:val="false"/>
          <w:sz w:val="28"/>
        </w:rPr>
        <w:t xml:space="preserve"> в разделе </w:t>
      </w:r>
      <w:r>
        <w:rPr>
          <w:b w:val="false"/>
          <w:sz w:val="28"/>
          <w:lang w:val="zxx"/>
        </w:rPr>
        <w:t>16.</w:t>
      </w:r>
      <w:r>
        <w:rPr>
          <w:b w:val="false"/>
          <w:sz w:val="28"/>
        </w:rPr>
        <w:t xml:space="preserve"> </w:t>
      </w:r>
      <w:r>
        <w:rPr>
          <w:b w:val="false"/>
          <w:sz w:val="28"/>
          <w:lang w:val="zxx"/>
        </w:rPr>
        <w:t>cancel</w:t>
      </w:r>
      <w:r>
        <w:rPr>
          <w:b w:val="false"/>
          <w:sz w:val="28"/>
        </w:rPr>
        <w:t xml:space="preserve"> с </w:t>
      </w:r>
      <w:r>
        <w:rPr>
          <w:b w:val="false"/>
          <w:sz w:val="28"/>
          <w:lang w:val="zxx"/>
        </w:rPr>
        <w:t>upload</w:t>
      </w:r>
      <w:r>
        <w:rPr>
          <w:b w:val="false"/>
          <w:sz w:val="28"/>
        </w:rPr>
        <w:t xml:space="preserve"> </w:t>
      </w:r>
      <w:r>
        <w:rPr>
          <w:b w:val="false"/>
          <w:sz w:val="28"/>
          <w:lang w:val="zxx"/>
        </w:rPr>
        <w:t>id</w:t>
      </w:r>
      <w:r>
        <w:rPr>
          <w:b w:val="false"/>
          <w:sz w:val="28"/>
        </w:rPr>
        <w:t xml:space="preserve"> допустим до атомарного </w:t>
      </w:r>
      <w:r>
        <w:rPr>
          <w:b w:val="false"/>
          <w:sz w:val="28"/>
          <w:lang w:val="zxx"/>
        </w:rPr>
        <w:t>commit</w:t>
      </w:r>
      <w:r>
        <w:rPr>
          <w:b w:val="false"/>
          <w:sz w:val="28"/>
        </w:rPr>
        <w:t xml:space="preserve">, включая </w:t>
      </w:r>
      <w:r>
        <w:rPr>
          <w:b w:val="false"/>
          <w:sz w:val="28"/>
          <w:lang w:val="zxx"/>
        </w:rPr>
        <w:t>verifying</w:t>
      </w:r>
      <w:r>
        <w:rPr>
          <w:b w:val="false"/>
          <w:sz w:val="28"/>
        </w:rPr>
        <w:t xml:space="preserve">, ответ </w:t>
      </w:r>
      <w:r>
        <w:rPr>
          <w:b w:val="false"/>
          <w:sz w:val="28"/>
          <w:lang w:val="zxx"/>
        </w:rPr>
        <w:t>upload</w:t>
      </w:r>
      <w:r>
        <w:rPr>
          <w:b w:val="false"/>
          <w:sz w:val="28"/>
        </w:rPr>
        <w:t xml:space="preserve"> </w:t>
      </w:r>
      <w:r>
        <w:rPr>
          <w:b w:val="false"/>
          <w:sz w:val="28"/>
          <w:lang w:val="zxx"/>
        </w:rPr>
        <w:t>id/</w:t>
      </w:r>
      <w:r>
        <w:rPr>
          <w:b w:val="false"/>
          <w:sz w:val="28"/>
        </w:rPr>
        <w:t>​</w:t>
      </w:r>
      <w:r>
        <w:rPr>
          <w:b w:val="false"/>
          <w:sz w:val="28"/>
          <w:lang w:val="zxx"/>
        </w:rPr>
        <w:t>state=cancelled.</w:t>
      </w:r>
      <w:r>
        <w:rPr>
          <w:b w:val="false"/>
          <w:sz w:val="28"/>
        </w:rPr>
        <w:t xml:space="preserve"> Действующая ревизия не стирается при незавершенной загрузке, совпадающие </w:t>
      </w:r>
      <w:r>
        <w:rPr>
          <w:b w:val="false"/>
          <w:sz w:val="28"/>
          <w:lang w:val="zxx"/>
        </w:rPr>
        <w:t>id/</w:t>
      </w:r>
      <w:r>
        <w:rPr>
          <w:b w:val="false"/>
          <w:sz w:val="28"/>
        </w:rPr>
        <w:t>​</w:t>
      </w:r>
      <w:r>
        <w:rPr>
          <w:b w:val="false"/>
          <w:sz w:val="28"/>
          <w:lang w:val="zxx"/>
        </w:rPr>
        <w:t>revision</w:t>
      </w:r>
      <w:r>
        <w:rPr>
          <w:b w:val="false"/>
          <w:sz w:val="28"/>
        </w:rPr>
        <w:t xml:space="preserve"> с другими байтами дают </w:t>
      </w:r>
      <w:r>
        <w:rPr>
          <w:b w:val="false"/>
          <w:sz w:val="28"/>
          <w:lang w:val="zxx"/>
        </w:rPr>
        <w:t>conflict.</w:t>
      </w:r>
      <w:r>
        <w:rPr>
          <w:b w:val="false"/>
          <w:sz w:val="28"/>
        </w:rPr>
        <w:t xml:space="preserve"> Заводское размещение создает тот же манифест и результат проверки байтов.</w:t>
      </w:r>
    </w:p>
    <w:p>
      <w:pPr>
        <w:pStyle w:val="2"/>
        <w:rPr/>
      </w:pPr>
      <w:r>
        <w:rPr/>
        <w:t>Эталонные трассы окончания и синхронизации</w:t>
      </w:r>
    </w:p>
    <w:p>
      <w:pPr>
        <w:pStyle w:val="Normal"/>
        <w:keepNext w:val="true"/>
        <w:jc w:val="start"/>
        <w:rPr/>
      </w:pPr>
      <w:r>
        <w:rPr>
          <w:b/>
          <w:sz w:val="28"/>
          <w:lang w:val="zxx"/>
        </w:rPr>
        <w:t>15.119</w:t>
      </w:r>
      <w:r>
        <w:rPr>
          <w:b/>
          <w:sz w:val="28"/>
        </w:rPr>
        <w:t xml:space="preserve"> </w:t>
      </w:r>
      <w:r>
        <w:rPr>
          <w:b/>
          <w:sz w:val="28"/>
          <w:lang w:val="zxx"/>
        </w:rPr>
        <w:t>late-</w:t>
      </w:r>
      <w:r>
        <w:rPr>
          <w:b/>
          <w:sz w:val="28"/>
        </w:rPr>
        <w:t>⁠</w:t>
      </w:r>
      <w:r>
        <w:rPr>
          <w:b/>
          <w:sz w:val="28"/>
          <w:lang w:val="zxx"/>
        </w:rPr>
        <w:t>eof</w:t>
      </w:r>
    </w:p>
    <w:p>
      <w:pPr>
        <w:pStyle w:val="Normal"/>
        <w:jc w:val="start"/>
        <w:rPr/>
      </w:pPr>
      <w:r>
        <w:rPr>
          <w:b w:val="false"/>
          <w:sz w:val="28"/>
        </w:rPr>
        <w:t xml:space="preserve">Входные условия: </w:t>
      </w:r>
      <w:r>
        <w:rPr>
          <w:b w:val="false"/>
          <w:sz w:val="28"/>
          <w:lang w:val="zxx"/>
        </w:rPr>
        <w:t>PCMA:</w:t>
      </w:r>
      <w:r>
        <w:rPr>
          <w:b w:val="false"/>
          <w:sz w:val="28"/>
        </w:rPr>
        <w:t xml:space="preserve"> полный пакет </w:t>
      </w:r>
      <w:r>
        <w:rPr>
          <w:b w:val="false"/>
          <w:sz w:val="28"/>
          <w:lang w:val="zxx"/>
        </w:rPr>
        <w:t>index=0</w:t>
      </w:r>
      <w:r>
        <w:rPr>
          <w:b w:val="false"/>
          <w:sz w:val="28"/>
        </w:rPr>
        <w:t xml:space="preserve">, </w:t>
      </w:r>
      <w:r>
        <w:rPr>
          <w:b w:val="false"/>
          <w:sz w:val="28"/>
          <w:lang w:val="zxx"/>
        </w:rPr>
        <w:t>END</w:t>
      </w:r>
      <w:r>
        <w:rPr>
          <w:b w:val="false"/>
          <w:sz w:val="28"/>
        </w:rPr>
        <w:t xml:space="preserve"> </w:t>
      </w:r>
      <w:r>
        <w:rPr>
          <w:b w:val="false"/>
          <w:sz w:val="28"/>
          <w:lang w:val="zxx"/>
        </w:rPr>
        <w:t>index=1</w:t>
      </w:r>
      <w:r>
        <w:rPr>
          <w:b w:val="false"/>
          <w:sz w:val="28"/>
        </w:rPr>
        <w:t xml:space="preserve"> с </w:t>
      </w:r>
      <w:r>
        <w:rPr>
          <w:b w:val="false"/>
          <w:sz w:val="28"/>
          <w:lang w:val="zxx"/>
        </w:rPr>
        <w:t>validSamples=40</w:t>
      </w:r>
      <w:r>
        <w:rPr>
          <w:b w:val="false"/>
          <w:sz w:val="28"/>
        </w:rPr>
        <w:t xml:space="preserve">; </w:t>
      </w:r>
      <w:r>
        <w:rPr>
          <w:b w:val="false"/>
          <w:sz w:val="28"/>
          <w:lang w:val="zxx"/>
        </w:rPr>
        <w:t>audio.finish</w:t>
      </w:r>
      <w:r>
        <w:rPr>
          <w:b w:val="false"/>
          <w:sz w:val="28"/>
        </w:rPr>
        <w:t xml:space="preserve"> приходит через </w:t>
      </w:r>
      <w:r>
        <w:rPr>
          <w:b w:val="false"/>
          <w:sz w:val="28"/>
          <w:lang w:val="zxx"/>
        </w:rPr>
        <w:t>200</w:t>
      </w:r>
      <w:r>
        <w:rPr>
          <w:b w:val="false"/>
          <w:sz w:val="28"/>
        </w:rPr>
        <w:t xml:space="preserve"> мс после </w:t>
      </w:r>
      <w:r>
        <w:rPr>
          <w:b w:val="false"/>
          <w:sz w:val="28"/>
          <w:lang w:val="zxx"/>
        </w:rPr>
        <w:t>END.</w:t>
      </w:r>
    </w:p>
    <w:p>
      <w:pPr>
        <w:pStyle w:val="Normal"/>
        <w:jc w:val="start"/>
        <w:rPr/>
      </w:pPr>
      <w:r>
        <w:rPr>
          <w:b w:val="false"/>
          <w:sz w:val="28"/>
        </w:rPr>
        <w:t xml:space="preserve">Обязательный исход: </w:t>
      </w:r>
      <w:r>
        <w:rPr>
          <w:b w:val="false"/>
          <w:sz w:val="28"/>
          <w:lang w:val="zxx"/>
        </w:rPr>
        <w:t>sourceSamples=200</w:t>
      </w:r>
      <w:r>
        <w:rPr>
          <w:b w:val="false"/>
          <w:sz w:val="28"/>
        </w:rPr>
        <w:t xml:space="preserve">, </w:t>
      </w:r>
      <w:r>
        <w:rPr>
          <w:b w:val="false"/>
          <w:sz w:val="28"/>
          <w:lang w:val="zxx"/>
        </w:rPr>
        <w:t>concealedSamples=0</w:t>
      </w:r>
      <w:r>
        <w:rPr>
          <w:b w:val="false"/>
          <w:sz w:val="28"/>
        </w:rPr>
        <w:t xml:space="preserve">; </w:t>
      </w:r>
      <w:r>
        <w:rPr>
          <w:b w:val="false"/>
          <w:sz w:val="28"/>
          <w:lang w:val="zxx"/>
        </w:rPr>
        <w:t>120</w:t>
      </w:r>
      <w:r>
        <w:rPr>
          <w:b w:val="false"/>
          <w:sz w:val="28"/>
        </w:rPr>
        <w:t xml:space="preserve"> отсчетов дополнения не выдаются как звук источника; поздний </w:t>
      </w:r>
      <w:r>
        <w:rPr>
          <w:b w:val="false"/>
          <w:sz w:val="28"/>
          <w:lang w:val="zxx"/>
        </w:rPr>
        <w:t>finish</w:t>
      </w:r>
      <w:r>
        <w:rPr>
          <w:b w:val="false"/>
          <w:sz w:val="28"/>
        </w:rPr>
        <w:t xml:space="preserve"> подтверждает границу </w:t>
      </w:r>
      <w:r>
        <w:rPr>
          <w:b w:val="false"/>
          <w:sz w:val="28"/>
          <w:lang w:val="zxx"/>
        </w:rPr>
        <w:t>200.</w:t>
      </w:r>
    </w:p>
    <w:p>
      <w:pPr>
        <w:pStyle w:val="Normal"/>
        <w:keepNext w:val="true"/>
        <w:jc w:val="start"/>
        <w:rPr/>
      </w:pPr>
      <w:r>
        <w:rPr>
          <w:b/>
          <w:sz w:val="28"/>
          <w:lang w:val="zxx"/>
        </w:rPr>
        <w:t>15.120</w:t>
      </w:r>
      <w:r>
        <w:rPr>
          <w:b/>
          <w:sz w:val="28"/>
        </w:rPr>
        <w:t xml:space="preserve"> </w:t>
      </w:r>
      <w:r>
        <w:rPr>
          <w:b/>
          <w:sz w:val="28"/>
          <w:lang w:val="zxx"/>
        </w:rPr>
        <w:t>full-</w:t>
      </w:r>
      <w:r>
        <w:rPr>
          <w:b/>
          <w:sz w:val="28"/>
        </w:rPr>
        <w:t>⁠</w:t>
      </w:r>
      <w:r>
        <w:rPr>
          <w:b/>
          <w:sz w:val="28"/>
          <w:lang w:val="zxx"/>
        </w:rPr>
        <w:t>boundary</w:t>
      </w:r>
    </w:p>
    <w:p>
      <w:pPr>
        <w:pStyle w:val="Normal"/>
        <w:jc w:val="both"/>
        <w:rPr/>
      </w:pPr>
      <w:r>
        <w:rPr>
          <w:b w:val="false"/>
          <w:sz w:val="28"/>
        </w:rPr>
        <w:t xml:space="preserve">Входные условия: Микрофон отправил полный пакет </w:t>
      </w:r>
      <w:r>
        <w:rPr>
          <w:b w:val="false"/>
          <w:sz w:val="28"/>
          <w:lang w:val="zxx"/>
        </w:rPr>
        <w:t>index=0</w:t>
      </w:r>
      <w:r>
        <w:rPr>
          <w:b w:val="false"/>
          <w:sz w:val="28"/>
        </w:rPr>
        <w:t xml:space="preserve"> без </w:t>
      </w:r>
      <w:r>
        <w:rPr>
          <w:b w:val="false"/>
          <w:sz w:val="28"/>
          <w:lang w:val="zxx"/>
        </w:rPr>
        <w:t>END</w:t>
      </w:r>
      <w:r>
        <w:rPr>
          <w:b w:val="false"/>
          <w:sz w:val="28"/>
        </w:rPr>
        <w:t>, затем остановился.</w:t>
      </w:r>
    </w:p>
    <w:p>
      <w:pPr>
        <w:pStyle w:val="Normal"/>
        <w:jc w:val="start"/>
        <w:rPr/>
      </w:pPr>
      <w:r>
        <w:rPr>
          <w:b w:val="false"/>
          <w:sz w:val="28"/>
        </w:rPr>
        <w:t xml:space="preserve">Обязательный исход: </w:t>
      </w:r>
      <w:r>
        <w:rPr>
          <w:b w:val="false"/>
          <w:sz w:val="28"/>
          <w:lang w:val="zxx"/>
        </w:rPr>
        <w:t>END</w:t>
      </w:r>
      <w:r>
        <w:rPr>
          <w:b w:val="false"/>
          <w:sz w:val="28"/>
        </w:rPr>
        <w:t xml:space="preserve"> </w:t>
      </w:r>
      <w:r>
        <w:rPr>
          <w:b w:val="false"/>
          <w:sz w:val="28"/>
          <w:lang w:val="zxx"/>
        </w:rPr>
        <w:t>index=1</w:t>
      </w:r>
      <w:r>
        <w:rPr>
          <w:b w:val="false"/>
          <w:sz w:val="28"/>
        </w:rPr>
        <w:t xml:space="preserve">, </w:t>
      </w:r>
      <w:r>
        <w:rPr>
          <w:b w:val="false"/>
          <w:sz w:val="28"/>
          <w:lang w:val="zxx"/>
        </w:rPr>
        <w:t>validSamples=0</w:t>
      </w:r>
      <w:r>
        <w:rPr>
          <w:b w:val="false"/>
          <w:sz w:val="28"/>
        </w:rPr>
        <w:t xml:space="preserve">, нагрузка </w:t>
      </w:r>
      <w:r>
        <w:rPr>
          <w:b w:val="false"/>
          <w:sz w:val="28"/>
          <w:lang w:val="zxx"/>
        </w:rPr>
        <w:t>0</w:t>
      </w:r>
      <w:r>
        <w:rPr>
          <w:b w:val="false"/>
          <w:sz w:val="28"/>
        </w:rPr>
        <w:t xml:space="preserve">; </w:t>
      </w:r>
      <w:r>
        <w:rPr>
          <w:b w:val="false"/>
          <w:sz w:val="28"/>
          <w:lang w:val="zxx"/>
        </w:rPr>
        <w:t>sourceSamples=160</w:t>
      </w:r>
      <w:r>
        <w:rPr>
          <w:b w:val="false"/>
          <w:sz w:val="28"/>
        </w:rPr>
        <w:t>, второго звукового пакета нет.</w:t>
      </w:r>
    </w:p>
    <w:p>
      <w:pPr>
        <w:pStyle w:val="Normal"/>
        <w:keepNext w:val="true"/>
        <w:jc w:val="start"/>
        <w:rPr/>
      </w:pPr>
      <w:r>
        <w:rPr>
          <w:b/>
          <w:sz w:val="28"/>
          <w:lang w:val="zxx"/>
        </w:rPr>
        <w:t>15.121</w:t>
      </w:r>
      <w:r>
        <w:rPr>
          <w:b/>
          <w:sz w:val="28"/>
        </w:rPr>
        <w:t xml:space="preserve"> </w:t>
      </w:r>
      <w:r>
        <w:rPr>
          <w:b/>
          <w:sz w:val="28"/>
          <w:lang w:val="zxx"/>
        </w:rPr>
        <w:t>short-</w:t>
      </w:r>
      <w:r>
        <w:rPr>
          <w:b/>
          <w:sz w:val="28"/>
        </w:rPr>
        <w:t>⁠</w:t>
      </w:r>
      <w:r>
        <w:rPr>
          <w:b/>
          <w:sz w:val="28"/>
          <w:lang w:val="zxx"/>
        </w:rPr>
        <w:t>stream</w:t>
      </w:r>
    </w:p>
    <w:p>
      <w:pPr>
        <w:pStyle w:val="Normal"/>
        <w:jc w:val="start"/>
        <w:rPr/>
      </w:pPr>
      <w:r>
        <w:rPr>
          <w:b w:val="false"/>
          <w:sz w:val="28"/>
        </w:rPr>
        <w:t xml:space="preserve">Входные условия: </w:t>
      </w:r>
      <w:r>
        <w:rPr>
          <w:b w:val="false"/>
          <w:sz w:val="28"/>
          <w:lang w:val="zxx"/>
        </w:rPr>
        <w:t>END</w:t>
      </w:r>
      <w:r>
        <w:rPr>
          <w:b w:val="false"/>
          <w:sz w:val="28"/>
        </w:rPr>
        <w:t xml:space="preserve"> </w:t>
      </w:r>
      <w:r>
        <w:rPr>
          <w:b w:val="false"/>
          <w:sz w:val="28"/>
          <w:lang w:val="zxx"/>
        </w:rPr>
        <w:t>index=0</w:t>
      </w:r>
      <w:r>
        <w:rPr>
          <w:b w:val="false"/>
          <w:sz w:val="28"/>
        </w:rPr>
        <w:t xml:space="preserve">, </w:t>
      </w:r>
      <w:r>
        <w:rPr>
          <w:b w:val="false"/>
          <w:sz w:val="28"/>
          <w:lang w:val="zxx"/>
        </w:rPr>
        <w:t>validSamples=40</w:t>
      </w:r>
      <w:r>
        <w:rPr>
          <w:b w:val="false"/>
          <w:sz w:val="28"/>
        </w:rPr>
        <w:t xml:space="preserve"> приходит до накопления </w:t>
      </w:r>
      <w:r>
        <w:rPr>
          <w:b w:val="false"/>
          <w:sz w:val="28"/>
          <w:lang w:val="zxx"/>
        </w:rPr>
        <w:t>initialMs=60.</w:t>
      </w:r>
    </w:p>
    <w:p>
      <w:pPr>
        <w:pStyle w:val="Normal"/>
        <w:jc w:val="both"/>
        <w:rPr/>
      </w:pPr>
      <w:r>
        <w:rPr>
          <w:b w:val="false"/>
          <w:sz w:val="28"/>
        </w:rPr>
        <w:t xml:space="preserve">Обязательный исход: Начать выдачу после получения полного короткого потока, потребить </w:t>
      </w:r>
      <w:r>
        <w:rPr>
          <w:b w:val="false"/>
          <w:sz w:val="28"/>
          <w:lang w:val="zxx"/>
        </w:rPr>
        <w:t>40</w:t>
      </w:r>
      <w:r>
        <w:rPr>
          <w:b w:val="false"/>
          <w:sz w:val="28"/>
        </w:rPr>
        <w:t xml:space="preserve"> отсчетов источника; не ждать </w:t>
      </w:r>
      <w:r>
        <w:rPr>
          <w:b w:val="false"/>
          <w:sz w:val="28"/>
          <w:lang w:val="zxx"/>
        </w:rPr>
        <w:t>60</w:t>
      </w:r>
      <w:r>
        <w:rPr>
          <w:b w:val="false"/>
          <w:sz w:val="28"/>
        </w:rPr>
        <w:t xml:space="preserve"> мс.</w:t>
      </w:r>
    </w:p>
    <w:p>
      <w:pPr>
        <w:pStyle w:val="Normal"/>
        <w:keepNext w:val="true"/>
        <w:jc w:val="start"/>
        <w:rPr/>
      </w:pPr>
      <w:r>
        <w:rPr>
          <w:b/>
          <w:sz w:val="28"/>
          <w:lang w:val="zxx"/>
        </w:rPr>
        <w:t>15.122</w:t>
      </w:r>
      <w:r>
        <w:rPr>
          <w:b/>
          <w:sz w:val="28"/>
        </w:rPr>
        <w:t xml:space="preserve"> </w:t>
      </w:r>
      <w:r>
        <w:rPr>
          <w:b/>
          <w:sz w:val="28"/>
          <w:lang w:val="zxx"/>
        </w:rPr>
        <w:t>missing-</w:t>
      </w:r>
      <w:r>
        <w:rPr>
          <w:b/>
          <w:sz w:val="28"/>
        </w:rPr>
        <w:t>⁠</w:t>
      </w:r>
      <w:r>
        <w:rPr>
          <w:b/>
          <w:sz w:val="28"/>
          <w:lang w:val="zxx"/>
        </w:rPr>
        <w:t>final</w:t>
      </w:r>
    </w:p>
    <w:p>
      <w:pPr>
        <w:pStyle w:val="Normal"/>
        <w:jc w:val="start"/>
        <w:rPr/>
      </w:pPr>
      <w:r>
        <w:rPr>
          <w:b w:val="false"/>
          <w:sz w:val="28"/>
        </w:rPr>
        <w:t xml:space="preserve">Входные условия: Микрофон уже </w:t>
      </w:r>
      <w:r>
        <w:rPr>
          <w:b w:val="false"/>
          <w:sz w:val="28"/>
          <w:lang w:val="zxx"/>
        </w:rPr>
        <w:t>running:</w:t>
      </w:r>
      <w:r>
        <w:rPr>
          <w:b w:val="false"/>
          <w:sz w:val="28"/>
        </w:rPr>
        <w:t xml:space="preserve"> полные пакеты </w:t>
      </w:r>
      <w:r>
        <w:rPr>
          <w:b w:val="false"/>
          <w:sz w:val="28"/>
          <w:lang w:val="zxx"/>
        </w:rPr>
        <w:t>index=0..2</w:t>
      </w:r>
      <w:r>
        <w:rPr>
          <w:b w:val="false"/>
          <w:sz w:val="28"/>
        </w:rPr>
        <w:t xml:space="preserve">; </w:t>
      </w:r>
      <w:r>
        <w:rPr>
          <w:b w:val="false"/>
          <w:sz w:val="28"/>
          <w:lang w:val="zxx"/>
        </w:rPr>
        <w:t>END</w:t>
      </w:r>
      <w:r>
        <w:rPr>
          <w:b w:val="false"/>
          <w:sz w:val="28"/>
        </w:rPr>
        <w:t xml:space="preserve"> </w:t>
      </w:r>
      <w:r>
        <w:rPr>
          <w:b w:val="false"/>
          <w:sz w:val="28"/>
          <w:lang w:val="zxx"/>
        </w:rPr>
        <w:t>index=3</w:t>
      </w:r>
      <w:r>
        <w:rPr>
          <w:b w:val="false"/>
          <w:sz w:val="28"/>
        </w:rPr>
        <w:t xml:space="preserve"> с </w:t>
      </w:r>
      <w:r>
        <w:rPr>
          <w:b w:val="false"/>
          <w:sz w:val="28"/>
          <w:lang w:val="zxx"/>
        </w:rPr>
        <w:t>validSamples=40</w:t>
      </w:r>
      <w:r>
        <w:rPr>
          <w:b w:val="false"/>
          <w:sz w:val="28"/>
        </w:rPr>
        <w:t xml:space="preserve"> утрачен; получен надежный </w:t>
      </w:r>
      <w:r>
        <w:rPr>
          <w:b w:val="false"/>
          <w:sz w:val="28"/>
          <w:lang w:val="zxx"/>
        </w:rPr>
        <w:t>EOF</w:t>
      </w:r>
      <w:r>
        <w:rPr>
          <w:b w:val="false"/>
          <w:sz w:val="28"/>
        </w:rPr>
        <w:t xml:space="preserve"> </w:t>
      </w:r>
      <w:r>
        <w:rPr>
          <w:b w:val="false"/>
          <w:sz w:val="28"/>
          <w:lang w:val="zxx"/>
        </w:rPr>
        <w:t>sampleCount=520.</w:t>
      </w:r>
    </w:p>
    <w:p>
      <w:pPr>
        <w:pStyle w:val="Normal"/>
        <w:jc w:val="start"/>
        <w:rPr/>
      </w:pPr>
      <w:r>
        <w:rPr>
          <w:b w:val="false"/>
          <w:sz w:val="28"/>
        </w:rPr>
        <w:t xml:space="preserve">Обязательный исход: </w:t>
      </w:r>
      <w:r>
        <w:rPr>
          <w:b w:val="false"/>
          <w:sz w:val="28"/>
          <w:lang w:val="zxx"/>
        </w:rPr>
        <w:t>sourceSamples=520</w:t>
      </w:r>
      <w:r>
        <w:rPr>
          <w:b w:val="false"/>
          <w:sz w:val="28"/>
        </w:rPr>
        <w:t xml:space="preserve">, </w:t>
      </w:r>
      <w:r>
        <w:rPr>
          <w:b w:val="false"/>
          <w:sz w:val="28"/>
          <w:lang w:val="zxx"/>
        </w:rPr>
        <w:t>concealedSamples=40</w:t>
      </w:r>
      <w:r>
        <w:rPr>
          <w:b w:val="false"/>
          <w:sz w:val="28"/>
        </w:rPr>
        <w:t xml:space="preserve">; при </w:t>
      </w:r>
      <w:r>
        <w:rPr>
          <w:b w:val="false"/>
          <w:sz w:val="28"/>
          <w:lang w:val="zxx"/>
        </w:rPr>
        <w:t>confirmed</w:t>
      </w:r>
      <w:r>
        <w:rPr>
          <w:b w:val="false"/>
          <w:sz w:val="28"/>
        </w:rPr>
        <w:t xml:space="preserve"> исполнения и </w:t>
      </w:r>
      <w:r>
        <w:rPr>
          <w:b w:val="false"/>
          <w:sz w:val="28"/>
          <w:lang w:val="zxx"/>
        </w:rPr>
        <w:t>off</w:t>
      </w:r>
      <w:r>
        <w:rPr>
          <w:b w:val="false"/>
          <w:sz w:val="28"/>
        </w:rPr>
        <w:t xml:space="preserve"> в срок </w:t>
      </w:r>
      <w:r>
        <w:rPr>
          <w:b w:val="false"/>
          <w:sz w:val="28"/>
          <w:lang w:val="zxx"/>
        </w:rPr>
        <w:t>succeeded/</w:t>
      </w:r>
      <w:r>
        <w:rPr>
          <w:b w:val="false"/>
          <w:sz w:val="28"/>
        </w:rPr>
        <w:t>​</w:t>
      </w:r>
      <w:r>
        <w:rPr>
          <w:b w:val="false"/>
          <w:sz w:val="28"/>
          <w:lang w:val="zxx"/>
        </w:rPr>
        <w:t>completed</w:t>
      </w:r>
      <w:r>
        <w:rPr>
          <w:b w:val="false"/>
          <w:sz w:val="28"/>
        </w:rPr>
        <w:t xml:space="preserve"> с </w:t>
      </w:r>
      <w:r>
        <w:rPr>
          <w:b w:val="false"/>
          <w:sz w:val="28"/>
          <w:lang w:val="zxx"/>
        </w:rPr>
        <w:t>fault</w:t>
      </w:r>
      <w:r>
        <w:rPr>
          <w:b w:val="false"/>
          <w:sz w:val="28"/>
        </w:rPr>
        <w:t xml:space="preserve"> </w:t>
      </w:r>
      <w:r>
        <w:rPr>
          <w:b w:val="false"/>
          <w:sz w:val="28"/>
          <w:lang w:val="zxx"/>
        </w:rPr>
        <w:t>mediaPacketLoss</w:t>
      </w:r>
      <w:r>
        <w:rPr>
          <w:b w:val="false"/>
          <w:sz w:val="28"/>
        </w:rPr>
        <w:t xml:space="preserve">, </w:t>
      </w:r>
      <w:r>
        <w:rPr>
          <w:b w:val="false"/>
          <w:sz w:val="28"/>
          <w:lang w:val="zxx"/>
        </w:rPr>
        <w:t>effect=degraded</w:t>
      </w:r>
      <w:r>
        <w:rPr>
          <w:b w:val="false"/>
          <w:sz w:val="28"/>
        </w:rPr>
        <w:t xml:space="preserve">, </w:t>
      </w:r>
      <w:r>
        <w:rPr>
          <w:b w:val="false"/>
          <w:sz w:val="28"/>
          <w:lang w:val="zxx"/>
        </w:rPr>
        <w:t>severity=warning.</w:t>
      </w:r>
      <w:r>
        <w:rPr>
          <w:b w:val="false"/>
          <w:sz w:val="28"/>
        </w:rPr>
        <w:t xml:space="preserve"> Потеря не скрыта и не объявлена доставленной.</w:t>
      </w:r>
    </w:p>
    <w:p>
      <w:pPr>
        <w:pStyle w:val="Normal"/>
        <w:keepNext w:val="true"/>
        <w:jc w:val="start"/>
        <w:rPr/>
      </w:pPr>
      <w:r>
        <w:rPr>
          <w:b/>
          <w:sz w:val="28"/>
          <w:lang w:val="zxx"/>
        </w:rPr>
        <w:t>15.123</w:t>
      </w:r>
      <w:r>
        <w:rPr>
          <w:b/>
          <w:sz w:val="28"/>
        </w:rPr>
        <w:t xml:space="preserve"> </w:t>
      </w:r>
      <w:r>
        <w:rPr>
          <w:b/>
          <w:sz w:val="28"/>
          <w:lang w:val="zxx"/>
        </w:rPr>
        <w:t>clock-</w:t>
      </w:r>
      <w:r>
        <w:rPr>
          <w:b/>
          <w:sz w:val="28"/>
        </w:rPr>
        <w:t>⁠</w:t>
      </w:r>
      <w:r>
        <w:rPr>
          <w:b/>
          <w:sz w:val="28"/>
          <w:lang w:val="zxx"/>
        </w:rPr>
        <w:t>drift</w:t>
      </w:r>
    </w:p>
    <w:p>
      <w:pPr>
        <w:pStyle w:val="Normal"/>
        <w:jc w:val="both"/>
        <w:rPr/>
      </w:pPr>
      <w:r>
        <w:rPr>
          <w:b w:val="false"/>
          <w:sz w:val="28"/>
        </w:rPr>
        <w:t xml:space="preserve">Входные условия: Потерь нет, джиттер доставки до </w:t>
      </w:r>
      <w:r>
        <w:rPr>
          <w:b w:val="false"/>
          <w:sz w:val="28"/>
          <w:lang w:val="zxx"/>
        </w:rPr>
        <w:t>20</w:t>
      </w:r>
      <w:r>
        <w:rPr>
          <w:b w:val="false"/>
          <w:sz w:val="28"/>
        </w:rPr>
        <w:t xml:space="preserve"> мс; дрейф +</w:t>
      </w:r>
      <w:r>
        <w:rPr>
          <w:b w:val="false"/>
          <w:sz w:val="28"/>
          <w:lang w:val="zxx"/>
        </w:rPr>
        <w:t>200</w:t>
      </w:r>
      <w:r>
        <w:rPr>
          <w:b w:val="false"/>
          <w:sz w:val="28"/>
        </w:rPr>
        <w:t xml:space="preserve"> </w:t>
      </w:r>
      <w:r>
        <w:rPr>
          <w:b w:val="false"/>
          <w:sz w:val="28"/>
          <w:lang w:val="zxx"/>
        </w:rPr>
        <w:t>ppm</w:t>
      </w:r>
      <w:r>
        <w:rPr>
          <w:b w:val="false"/>
          <w:sz w:val="28"/>
        </w:rPr>
        <w:t xml:space="preserve"> в течение </w:t>
      </w:r>
      <w:r>
        <w:rPr>
          <w:b w:val="false"/>
          <w:sz w:val="28"/>
          <w:lang w:val="zxx"/>
        </w:rPr>
        <w:t>600</w:t>
      </w:r>
      <w:r>
        <w:rPr>
          <w:b w:val="false"/>
          <w:sz w:val="28"/>
        </w:rPr>
        <w:t xml:space="preserve"> с, затем отдельные трассы -</w:t>
      </w:r>
      <w:r>
        <w:rPr>
          <w:b w:val="false"/>
          <w:sz w:val="28"/>
          <w:lang w:val="zxx"/>
        </w:rPr>
        <w:t>200</w:t>
      </w:r>
      <w:r>
        <w:rPr>
          <w:b w:val="false"/>
          <w:sz w:val="28"/>
        </w:rPr>
        <w:t xml:space="preserve"> </w:t>
      </w:r>
      <w:r>
        <w:rPr>
          <w:b w:val="false"/>
          <w:sz w:val="28"/>
          <w:lang w:val="zxx"/>
        </w:rPr>
        <w:t>ppm</w:t>
      </w:r>
      <w:r>
        <w:rPr>
          <w:b w:val="false"/>
          <w:sz w:val="28"/>
        </w:rPr>
        <w:t xml:space="preserve"> и изменения </w:t>
      </w:r>
      <w:r>
        <w:rPr>
          <w:b w:val="false"/>
          <w:sz w:val="28"/>
          <w:lang w:val="zxx"/>
        </w:rPr>
        <w:t>1</w:t>
      </w:r>
      <w:r>
        <w:rPr>
          <w:b w:val="false"/>
          <w:sz w:val="28"/>
        </w:rPr>
        <w:t xml:space="preserve"> </w:t>
      </w:r>
      <w:r>
        <w:rPr>
          <w:b w:val="false"/>
          <w:sz w:val="28"/>
          <w:lang w:val="zxx"/>
        </w:rPr>
        <w:t>ppm/</w:t>
      </w:r>
      <w:r>
        <w:rPr>
          <w:b w:val="false"/>
          <w:sz w:val="28"/>
        </w:rPr>
        <w:t>с. Повтор при разных фазах пакетного пополнения аппаратной очереди.</w:t>
      </w:r>
    </w:p>
    <w:p>
      <w:pPr>
        <w:pStyle w:val="Normal"/>
        <w:jc w:val="both"/>
        <w:rPr/>
      </w:pPr>
      <w:r>
        <w:rPr>
          <w:b w:val="false"/>
          <w:sz w:val="28"/>
        </w:rPr>
        <w:t xml:space="preserve">Обязательный исход: Нет удаления/повтора пакетов, </w:t>
      </w:r>
      <w:r>
        <w:rPr>
          <w:b w:val="false"/>
          <w:sz w:val="28"/>
          <w:lang w:val="zxx"/>
        </w:rPr>
        <w:t>underrun</w:t>
      </w:r>
      <w:r>
        <w:rPr>
          <w:b w:val="false"/>
          <w:sz w:val="28"/>
        </w:rPr>
        <w:t xml:space="preserve">, переполнения и ложного </w:t>
      </w:r>
      <w:r>
        <w:rPr>
          <w:b w:val="false"/>
          <w:sz w:val="28"/>
          <w:lang w:val="zxx"/>
        </w:rPr>
        <w:t>mediaClockFault</w:t>
      </w:r>
      <w:r>
        <w:rPr>
          <w:b w:val="false"/>
          <w:sz w:val="28"/>
        </w:rPr>
        <w:t xml:space="preserve">; </w:t>
      </w:r>
      <w:r>
        <w:rPr>
          <w:b w:val="false"/>
          <w:sz w:val="28"/>
          <w:lang w:val="zxx"/>
        </w:rPr>
        <w:t>sourceSamples</w:t>
      </w:r>
      <w:r>
        <w:rPr>
          <w:b w:val="false"/>
          <w:sz w:val="28"/>
        </w:rPr>
        <w:t xml:space="preserve"> отделен от счетчика ЦАП. Заполнение включает аппаратную очередь и остается в пределах </w:t>
      </w:r>
      <w:r>
        <w:rPr>
          <w:b w:val="false"/>
          <w:sz w:val="28"/>
          <w:lang w:val="zxx"/>
        </w:rPr>
        <w:t>maxMs</w:t>
      </w:r>
      <w:r>
        <w:rPr>
          <w:b w:val="false"/>
          <w:sz w:val="28"/>
        </w:rPr>
        <w:t>; коррекция ограничена ±</w:t>
      </w:r>
      <w:r>
        <w:rPr>
          <w:b w:val="false"/>
          <w:sz w:val="28"/>
          <w:lang w:val="zxx"/>
        </w:rPr>
        <w:t>500</w:t>
      </w:r>
      <w:r>
        <w:rPr>
          <w:b w:val="false"/>
          <w:sz w:val="28"/>
        </w:rPr>
        <w:t xml:space="preserve"> </w:t>
      </w:r>
      <w:r>
        <w:rPr>
          <w:b w:val="false"/>
          <w:sz w:val="28"/>
          <w:lang w:val="zxx"/>
        </w:rPr>
        <w:t>ppm.</w:t>
      </w:r>
      <w:r>
        <w:rPr>
          <w:b w:val="false"/>
          <w:sz w:val="28"/>
        </w:rPr>
        <w:t xml:space="preserve"> Постоянное смещение заполнения не считается расхождением частот.</w:t>
      </w:r>
    </w:p>
    <w:p>
      <w:pPr>
        <w:pStyle w:val="Normal"/>
        <w:keepNext w:val="true"/>
        <w:jc w:val="start"/>
        <w:rPr/>
      </w:pPr>
      <w:r>
        <w:rPr>
          <w:b/>
          <w:sz w:val="28"/>
          <w:lang w:val="zxx"/>
        </w:rPr>
        <w:t>15.124</w:t>
      </w:r>
      <w:r>
        <w:rPr>
          <w:b/>
          <w:sz w:val="28"/>
        </w:rPr>
        <w:t xml:space="preserve"> </w:t>
      </w:r>
      <w:r>
        <w:rPr>
          <w:b/>
          <w:sz w:val="28"/>
          <w:lang w:val="zxx"/>
        </w:rPr>
        <w:t>eof-</w:t>
      </w:r>
      <w:r>
        <w:rPr>
          <w:b/>
          <w:sz w:val="28"/>
        </w:rPr>
        <w:t>⁠</w:t>
      </w:r>
      <w:r>
        <w:rPr>
          <w:b/>
          <w:sz w:val="28"/>
          <w:lang w:val="zxx"/>
        </w:rPr>
        <w:t>after-</w:t>
      </w:r>
      <w:r>
        <w:rPr>
          <w:b/>
          <w:sz w:val="28"/>
        </w:rPr>
        <w:t>⁠</w:t>
      </w:r>
      <w:r>
        <w:rPr>
          <w:b/>
          <w:sz w:val="28"/>
          <w:lang w:val="zxx"/>
        </w:rPr>
        <w:t>payload-</w:t>
      </w:r>
      <w:r>
        <w:rPr>
          <w:b/>
          <w:sz w:val="28"/>
        </w:rPr>
        <w:t>⁠</w:t>
      </w:r>
      <w:r>
        <w:rPr>
          <w:b/>
          <w:sz w:val="28"/>
          <w:lang w:val="zxx"/>
        </w:rPr>
        <w:t>retirement</w:t>
      </w:r>
    </w:p>
    <w:p>
      <w:pPr>
        <w:pStyle w:val="Normal"/>
        <w:jc w:val="both"/>
        <w:rPr/>
      </w:pPr>
      <w:r>
        <w:rPr>
          <w:b w:val="false"/>
          <w:sz w:val="28"/>
        </w:rPr>
        <w:t xml:space="preserve">Входные условия: Выданы все действительные отсчеты короткого последнего пакета либо принят пустой </w:t>
      </w:r>
      <w:r>
        <w:rPr>
          <w:b w:val="false"/>
          <w:sz w:val="28"/>
          <w:lang w:val="zxx"/>
        </w:rPr>
        <w:t>END</w:t>
      </w:r>
      <w:r>
        <w:rPr>
          <w:b w:val="false"/>
          <w:sz w:val="28"/>
        </w:rPr>
        <w:t xml:space="preserve"> после полных пакетов. Память полезной нагрузки освобождена, затем приходит совпадающий </w:t>
      </w:r>
      <w:r>
        <w:rPr>
          <w:b w:val="false"/>
          <w:sz w:val="28"/>
          <w:lang w:val="zxx"/>
        </w:rPr>
        <w:t>audio.finish</w:t>
      </w:r>
      <w:r>
        <w:rPr>
          <w:b w:val="false"/>
          <w:sz w:val="28"/>
        </w:rPr>
        <w:t xml:space="preserve">; отдельно противоречивый </w:t>
      </w:r>
      <w:r>
        <w:rPr>
          <w:b w:val="false"/>
          <w:sz w:val="28"/>
          <w:lang w:val="zxx"/>
        </w:rPr>
        <w:t>sampleCount.</w:t>
      </w:r>
    </w:p>
    <w:p>
      <w:pPr>
        <w:pStyle w:val="Normal"/>
        <w:jc w:val="both"/>
        <w:rPr/>
      </w:pPr>
      <w:r>
        <w:rPr>
          <w:b w:val="false"/>
          <w:sz w:val="28"/>
        </w:rPr>
        <w:t xml:space="preserve">Обязательный исход: Совпадающий конец подтверждается без лишних отсчетов, потерь и </w:t>
      </w:r>
      <w:r>
        <w:rPr>
          <w:b w:val="false"/>
          <w:sz w:val="28"/>
          <w:lang w:val="zxx"/>
        </w:rPr>
        <w:t>mediaIncomplete.</w:t>
      </w:r>
      <w:r>
        <w:rPr>
          <w:b w:val="false"/>
          <w:sz w:val="28"/>
        </w:rPr>
        <w:t xml:space="preserve"> Сохраненные </w:t>
      </w:r>
      <w:r>
        <w:rPr>
          <w:b w:val="false"/>
          <w:sz w:val="28"/>
          <w:lang w:val="zxx"/>
        </w:rPr>
        <w:t>validSamples</w:t>
      </w:r>
      <w:r>
        <w:rPr>
          <w:b w:val="false"/>
          <w:sz w:val="28"/>
        </w:rPr>
        <w:t xml:space="preserve"> и граница не заменяются полной длиной пакета. Противоречивый конец отклоняется; завершенная история не переписывается.</w:t>
      </w:r>
    </w:p>
    <w:p>
      <w:pPr>
        <w:pStyle w:val="2"/>
        <w:rPr/>
      </w:pPr>
      <w:r>
        <w:rPr/>
        <w:t>Конечная граница, короткий поток и частота воспроизведения</w:t>
      </w:r>
    </w:p>
    <w:p>
      <w:pPr>
        <w:pStyle w:val="Normal"/>
        <w:keepNext w:val="true"/>
        <w:jc w:val="start"/>
        <w:rPr/>
      </w:pPr>
      <w:r>
        <w:rPr>
          <w:b/>
          <w:sz w:val="28"/>
          <w:lang w:val="zxx"/>
        </w:rPr>
        <w:t>15.125</w:t>
      </w:r>
      <w:r>
        <w:rPr>
          <w:b/>
          <w:sz w:val="28"/>
        </w:rPr>
        <w:t xml:space="preserve"> </w:t>
      </w:r>
      <w:r>
        <w:rPr>
          <w:b/>
          <w:sz w:val="28"/>
          <w:lang w:val="zxx"/>
        </w:rPr>
        <w:t>RTP</w:t>
      </w:r>
    </w:p>
    <w:p>
      <w:pPr>
        <w:pStyle w:val="Normal"/>
        <w:jc w:val="both"/>
        <w:rPr/>
      </w:pPr>
      <w:r>
        <w:rPr>
          <w:b w:val="false"/>
          <w:sz w:val="28"/>
          <w:lang w:val="zxx"/>
        </w:rPr>
        <w:t>V=2</w:t>
      </w:r>
      <w:r>
        <w:rPr>
          <w:b w:val="false"/>
          <w:sz w:val="28"/>
        </w:rPr>
        <w:t xml:space="preserve">, </w:t>
      </w:r>
      <w:r>
        <w:rPr>
          <w:b w:val="false"/>
          <w:sz w:val="28"/>
          <w:lang w:val="zxx"/>
        </w:rPr>
        <w:t>P=0</w:t>
      </w:r>
      <w:r>
        <w:rPr>
          <w:b w:val="false"/>
          <w:sz w:val="28"/>
        </w:rPr>
        <w:t xml:space="preserve">, </w:t>
      </w:r>
      <w:r>
        <w:rPr>
          <w:b w:val="false"/>
          <w:sz w:val="28"/>
          <w:lang w:val="zxx"/>
        </w:rPr>
        <w:t>X=1</w:t>
      </w:r>
      <w:r>
        <w:rPr>
          <w:b w:val="false"/>
          <w:sz w:val="28"/>
        </w:rPr>
        <w:t xml:space="preserve">, </w:t>
      </w:r>
      <w:r>
        <w:rPr>
          <w:b w:val="false"/>
          <w:sz w:val="28"/>
          <w:lang w:val="zxx"/>
        </w:rPr>
        <w:t>CC=0.</w:t>
      </w:r>
      <w:r>
        <w:rPr>
          <w:b w:val="false"/>
          <w:sz w:val="28"/>
        </w:rPr>
        <w:t xml:space="preserve"> Обычный заголовок </w:t>
      </w:r>
      <w:r>
        <w:rPr>
          <w:b w:val="false"/>
          <w:sz w:val="28"/>
          <w:lang w:val="zxx"/>
        </w:rPr>
        <w:t>12</w:t>
      </w:r>
      <w:r>
        <w:rPr>
          <w:b w:val="false"/>
          <w:sz w:val="28"/>
        </w:rPr>
        <w:t xml:space="preserve"> байт. За ним </w:t>
      </w:r>
      <w:r>
        <w:rPr>
          <w:b w:val="false"/>
          <w:sz w:val="28"/>
          <w:lang w:val="zxx"/>
        </w:rPr>
        <w:t>16-</w:t>
      </w:r>
      <w:r>
        <w:rPr>
          <w:b w:val="false"/>
          <w:sz w:val="28"/>
        </w:rPr>
        <w:t xml:space="preserve">битный идентификатор </w:t>
      </w:r>
      <w:r>
        <w:rPr>
          <w:b w:val="false"/>
          <w:sz w:val="28"/>
          <w:lang w:val="zxx"/>
        </w:rPr>
        <w:t>0x534f</w:t>
      </w:r>
      <w:r>
        <w:rPr>
          <w:b w:val="false"/>
          <w:sz w:val="28"/>
        </w:rPr>
        <w:t xml:space="preserve"> и </w:t>
      </w:r>
      <w:r>
        <w:rPr>
          <w:b w:val="false"/>
          <w:sz w:val="28"/>
          <w:lang w:val="zxx"/>
        </w:rPr>
        <w:t>16-</w:t>
      </w:r>
      <w:r>
        <w:rPr>
          <w:b w:val="false"/>
          <w:sz w:val="28"/>
        </w:rPr>
        <w:t xml:space="preserve">битная длина </w:t>
      </w:r>
      <w:r>
        <w:rPr>
          <w:b w:val="false"/>
          <w:sz w:val="28"/>
          <w:lang w:val="zxx"/>
        </w:rPr>
        <w:t>4</w:t>
      </w:r>
      <w:r>
        <w:rPr>
          <w:b w:val="false"/>
          <w:sz w:val="28"/>
        </w:rPr>
        <w:t xml:space="preserve"> (четыре </w:t>
      </w:r>
      <w:r>
        <w:rPr>
          <w:b w:val="false"/>
          <w:sz w:val="28"/>
          <w:lang w:val="zxx"/>
        </w:rPr>
        <w:t>32-</w:t>
      </w:r>
      <w:r>
        <w:rPr>
          <w:b w:val="false"/>
          <w:sz w:val="28"/>
        </w:rPr>
        <w:t xml:space="preserve">битных слова без четырехбайтового заголовка расширения). Все многобайтовые целые </w:t>
      </w:r>
      <w:r>
        <w:rPr>
          <w:b w:val="false"/>
          <w:sz w:val="28"/>
          <w:lang w:val="zxx"/>
        </w:rPr>
        <w:t>big-</w:t>
      </w:r>
      <w:r>
        <w:rPr>
          <w:b w:val="false"/>
          <w:sz w:val="28"/>
        </w:rPr>
        <w:t>⁠</w:t>
      </w:r>
      <w:r>
        <w:rPr>
          <w:b w:val="false"/>
          <w:sz w:val="28"/>
          <w:lang w:val="zxx"/>
        </w:rPr>
        <w:t>endian.</w:t>
      </w:r>
    </w:p>
    <w:p>
      <w:pPr>
        <w:pStyle w:val="Normal"/>
        <w:keepNext w:val="true"/>
        <w:jc w:val="start"/>
        <w:rPr/>
      </w:pPr>
      <w:r>
        <w:rPr>
          <w:b/>
          <w:sz w:val="28"/>
          <w:lang w:val="zxx"/>
        </w:rPr>
        <w:t>15.126</w:t>
      </w:r>
      <w:r>
        <w:rPr>
          <w:b/>
          <w:sz w:val="28"/>
        </w:rPr>
        <w:t xml:space="preserve"> </w:t>
      </w:r>
      <w:r>
        <w:rPr>
          <w:b/>
          <w:sz w:val="28"/>
          <w:lang w:val="zxx"/>
        </w:rPr>
        <w:t>16</w:t>
      </w:r>
      <w:r>
        <w:rPr>
          <w:b/>
          <w:sz w:val="28"/>
        </w:rPr>
        <w:t xml:space="preserve"> байт данных расширения</w:t>
      </w:r>
    </w:p>
    <w:p>
      <w:pPr>
        <w:pStyle w:val="Normal"/>
        <w:jc w:val="start"/>
        <w:rPr/>
      </w:pPr>
      <w:r>
        <w:rPr>
          <w:b w:val="false"/>
          <w:sz w:val="28"/>
          <w:lang w:val="zxx"/>
        </w:rPr>
        <w:t>packetIndex:uint32</w:t>
      </w:r>
      <w:r>
        <w:rPr>
          <w:b w:val="false"/>
          <w:sz w:val="28"/>
        </w:rPr>
        <w:t xml:space="preserve">, </w:t>
      </w:r>
      <w:r>
        <w:rPr>
          <w:b w:val="false"/>
          <w:sz w:val="28"/>
          <w:lang w:val="zxx"/>
        </w:rPr>
        <w:t>validSamples:uint16</w:t>
      </w:r>
      <w:r>
        <w:rPr>
          <w:b w:val="false"/>
          <w:sz w:val="28"/>
        </w:rPr>
        <w:t xml:space="preserve">, </w:t>
      </w:r>
      <w:r>
        <w:rPr>
          <w:b w:val="false"/>
          <w:sz w:val="28"/>
          <w:lang w:val="zxx"/>
        </w:rPr>
        <w:t>flags:uint16</w:t>
      </w:r>
      <w:r>
        <w:rPr>
          <w:b w:val="false"/>
          <w:sz w:val="28"/>
        </w:rPr>
        <w:t xml:space="preserve">, </w:t>
      </w:r>
      <w:r>
        <w:rPr>
          <w:b w:val="false"/>
          <w:sz w:val="28"/>
          <w:lang w:val="zxx"/>
        </w:rPr>
        <w:t>capturedAtMs:uint64.</w:t>
      </w:r>
      <w:r>
        <w:rPr>
          <w:b w:val="false"/>
          <w:sz w:val="28"/>
        </w:rPr>
        <w:t xml:space="preserve"> Единственный флаг </w:t>
      </w:r>
      <w:r>
        <w:rPr>
          <w:b w:val="false"/>
          <w:sz w:val="28"/>
          <w:lang w:val="zxx"/>
        </w:rPr>
        <w:t>END=0x0001</w:t>
      </w:r>
      <w:r>
        <w:rPr>
          <w:b w:val="false"/>
          <w:sz w:val="28"/>
        </w:rPr>
        <w:t xml:space="preserve">; остальные биты нулевые. Полный заголовок </w:t>
      </w:r>
      <w:r>
        <w:rPr>
          <w:b w:val="false"/>
          <w:sz w:val="28"/>
          <w:lang w:val="zxx"/>
        </w:rPr>
        <w:t>RTP</w:t>
      </w:r>
      <w:r>
        <w:rPr>
          <w:b w:val="false"/>
          <w:sz w:val="28"/>
        </w:rPr>
        <w:t xml:space="preserve"> с расширением - </w:t>
      </w:r>
      <w:r>
        <w:rPr>
          <w:b w:val="false"/>
          <w:sz w:val="28"/>
          <w:lang w:val="zxx"/>
        </w:rPr>
        <w:t>32</w:t>
      </w:r>
      <w:r>
        <w:rPr>
          <w:b w:val="false"/>
          <w:sz w:val="28"/>
        </w:rPr>
        <w:t xml:space="preserve"> байта.</w:t>
      </w:r>
    </w:p>
    <w:p>
      <w:pPr>
        <w:pStyle w:val="Normal"/>
        <w:keepNext w:val="true"/>
        <w:jc w:val="start"/>
        <w:rPr/>
      </w:pPr>
      <w:r>
        <w:rPr>
          <w:b/>
          <w:sz w:val="28"/>
          <w:lang w:val="zxx"/>
        </w:rPr>
        <w:t>15.127</w:t>
      </w:r>
      <w:r>
        <w:rPr>
          <w:b/>
          <w:sz w:val="28"/>
        </w:rPr>
        <w:t xml:space="preserve"> Обычный пакет</w:t>
      </w:r>
    </w:p>
    <w:p>
      <w:pPr>
        <w:pStyle w:val="Normal"/>
        <w:jc w:val="start"/>
        <w:rPr/>
      </w:pPr>
      <w:r>
        <w:rPr>
          <w:b w:val="false"/>
          <w:sz w:val="28"/>
          <w:lang w:val="zxx"/>
        </w:rPr>
        <w:t>END=0</w:t>
      </w:r>
      <w:r>
        <w:rPr>
          <w:b w:val="false"/>
          <w:sz w:val="28"/>
        </w:rPr>
        <w:t xml:space="preserve">, </w:t>
      </w:r>
      <w:r>
        <w:rPr>
          <w:b w:val="false"/>
          <w:sz w:val="28"/>
          <w:lang w:val="zxx"/>
        </w:rPr>
        <w:t>validSamples=N=packetMs</w:t>
      </w:r>
      <w:r>
        <w:rPr>
          <w:b w:val="false"/>
          <w:sz w:val="28"/>
        </w:rPr>
        <w:t>*</w:t>
      </w:r>
      <w:r>
        <w:rPr>
          <w:b w:val="false"/>
          <w:sz w:val="28"/>
          <w:lang w:val="zxx"/>
        </w:rPr>
        <w:t>sampleRate/</w:t>
      </w:r>
      <w:r>
        <w:rPr>
          <w:b w:val="false"/>
          <w:sz w:val="28"/>
        </w:rPr>
        <w:t>⁠</w:t>
      </w:r>
      <w:r>
        <w:rPr>
          <w:b w:val="false"/>
          <w:sz w:val="28"/>
          <w:lang w:val="zxx"/>
        </w:rPr>
        <w:t>1000</w:t>
      </w:r>
      <w:r>
        <w:rPr>
          <w:b w:val="false"/>
          <w:sz w:val="28"/>
        </w:rPr>
        <w:t xml:space="preserve">, при отсутствии </w:t>
      </w:r>
      <w:r>
        <w:rPr>
          <w:b w:val="false"/>
          <w:sz w:val="28"/>
          <w:lang w:val="zxx"/>
        </w:rPr>
        <w:t>sampleRate</w:t>
      </w:r>
      <w:r>
        <w:rPr>
          <w:b w:val="false"/>
          <w:sz w:val="28"/>
        </w:rPr>
        <w:t xml:space="preserve"> используется </w:t>
      </w:r>
      <w:r>
        <w:rPr>
          <w:b w:val="false"/>
          <w:sz w:val="28"/>
          <w:lang w:val="zxx"/>
        </w:rPr>
        <w:t>8000.</w:t>
      </w:r>
      <w:r>
        <w:rPr>
          <w:b w:val="false"/>
          <w:sz w:val="28"/>
        </w:rPr>
        <w:t xml:space="preserve"> Полезная нагрузка: </w:t>
      </w:r>
      <w:r>
        <w:rPr>
          <w:b w:val="false"/>
          <w:sz w:val="28"/>
          <w:lang w:val="zxx"/>
        </w:rPr>
        <w:t>PCMA</w:t>
      </w:r>
      <w:r>
        <w:rPr>
          <w:b w:val="false"/>
          <w:sz w:val="28"/>
        </w:rPr>
        <w:t xml:space="preserve"> </w:t>
      </w:r>
      <w:r>
        <w:rPr>
          <w:b w:val="false"/>
          <w:sz w:val="28"/>
          <w:lang w:val="zxx"/>
        </w:rPr>
        <w:t>160</w:t>
      </w:r>
      <w:r>
        <w:rPr>
          <w:b w:val="false"/>
          <w:sz w:val="28"/>
        </w:rPr>
        <w:t xml:space="preserve">, </w:t>
      </w:r>
      <w:r>
        <w:rPr>
          <w:b w:val="false"/>
          <w:sz w:val="28"/>
          <w:lang w:val="zxx"/>
        </w:rPr>
        <w:t>320</w:t>
      </w:r>
      <w:r>
        <w:rPr>
          <w:b w:val="false"/>
          <w:sz w:val="28"/>
        </w:rPr>
        <w:t xml:space="preserve"> либо </w:t>
      </w:r>
      <w:r>
        <w:rPr>
          <w:b w:val="false"/>
          <w:sz w:val="28"/>
          <w:lang w:val="zxx"/>
        </w:rPr>
        <w:t>640</w:t>
      </w:r>
      <w:r>
        <w:rPr>
          <w:b w:val="false"/>
          <w:sz w:val="28"/>
        </w:rPr>
        <w:t xml:space="preserve"> байт для </w:t>
      </w:r>
      <w:r>
        <w:rPr>
          <w:b w:val="false"/>
          <w:sz w:val="28"/>
          <w:lang w:val="zxx"/>
        </w:rPr>
        <w:t>8000</w:t>
      </w:r>
      <w:r>
        <w:rPr>
          <w:b w:val="false"/>
          <w:sz w:val="28"/>
        </w:rPr>
        <w:t xml:space="preserve">, </w:t>
      </w:r>
      <w:r>
        <w:rPr>
          <w:b w:val="false"/>
          <w:sz w:val="28"/>
          <w:lang w:val="zxx"/>
        </w:rPr>
        <w:t>16000</w:t>
      </w:r>
      <w:r>
        <w:rPr>
          <w:b w:val="false"/>
          <w:sz w:val="28"/>
        </w:rPr>
        <w:t xml:space="preserve"> либо </w:t>
      </w:r>
      <w:r>
        <w:rPr>
          <w:b w:val="false"/>
          <w:sz w:val="28"/>
          <w:lang w:val="zxx"/>
        </w:rPr>
        <w:t>32000</w:t>
      </w:r>
      <w:r>
        <w:rPr>
          <w:b w:val="false"/>
          <w:sz w:val="28"/>
        </w:rPr>
        <w:t xml:space="preserve"> Гц; </w:t>
      </w:r>
      <w:r>
        <w:rPr>
          <w:b w:val="false"/>
          <w:sz w:val="28"/>
          <w:lang w:val="zxx"/>
        </w:rPr>
        <w:t>GSM</w:t>
      </w:r>
      <w:r>
        <w:rPr>
          <w:b w:val="false"/>
          <w:sz w:val="28"/>
        </w:rPr>
        <w:t xml:space="preserve"> </w:t>
      </w:r>
      <w:r>
        <w:rPr>
          <w:b w:val="false"/>
          <w:sz w:val="28"/>
          <w:lang w:val="zxx"/>
        </w:rPr>
        <w:t>33</w:t>
      </w:r>
      <w:r>
        <w:rPr>
          <w:b w:val="false"/>
          <w:sz w:val="28"/>
        </w:rPr>
        <w:t xml:space="preserve">, </w:t>
      </w:r>
      <w:r>
        <w:rPr>
          <w:b w:val="false"/>
          <w:sz w:val="28"/>
          <w:lang w:val="zxx"/>
        </w:rPr>
        <w:t>66</w:t>
      </w:r>
      <w:r>
        <w:rPr>
          <w:b w:val="false"/>
          <w:sz w:val="28"/>
        </w:rPr>
        <w:t xml:space="preserve"> или </w:t>
      </w:r>
      <w:r>
        <w:rPr>
          <w:b w:val="false"/>
          <w:sz w:val="28"/>
          <w:lang w:val="zxx"/>
        </w:rPr>
        <w:t>132</w:t>
      </w:r>
      <w:r>
        <w:rPr>
          <w:b w:val="false"/>
          <w:sz w:val="28"/>
        </w:rPr>
        <w:t xml:space="preserve"> байта. Индекс начинается с </w:t>
      </w:r>
      <w:r>
        <w:rPr>
          <w:b w:val="false"/>
          <w:sz w:val="28"/>
          <w:lang w:val="zxx"/>
        </w:rPr>
        <w:t>0</w:t>
      </w:r>
      <w:r>
        <w:rPr>
          <w:b w:val="false"/>
          <w:sz w:val="28"/>
        </w:rPr>
        <w:t xml:space="preserve">; </w:t>
      </w:r>
      <w:r>
        <w:rPr>
          <w:b w:val="false"/>
          <w:sz w:val="28"/>
          <w:lang w:val="zxx"/>
        </w:rPr>
        <w:t>sequence=</w:t>
      </w:r>
      <w:r>
        <w:rPr>
          <w:b w:val="false"/>
          <w:sz w:val="28"/>
        </w:rPr>
        <w:t>(</w:t>
      </w:r>
      <w:r>
        <w:rPr>
          <w:b w:val="false"/>
          <w:sz w:val="28"/>
          <w:lang w:val="zxx"/>
        </w:rPr>
        <w:t>firstSeq+packetIndex</w:t>
      </w:r>
      <w:r>
        <w:rPr>
          <w:b w:val="false"/>
          <w:sz w:val="28"/>
        </w:rPr>
        <w:t xml:space="preserve">) </w:t>
      </w:r>
      <w:r>
        <w:rPr>
          <w:b w:val="false"/>
          <w:sz w:val="28"/>
          <w:lang w:val="zxx"/>
        </w:rPr>
        <w:t>mod</w:t>
      </w:r>
      <w:r>
        <w:rPr>
          <w:b w:val="false"/>
          <w:sz w:val="28"/>
        </w:rPr>
        <w:t xml:space="preserve"> </w:t>
      </w:r>
      <w:r>
        <w:rPr>
          <w:b w:val="false"/>
          <w:sz w:val="28"/>
          <w:lang w:val="zxx"/>
        </w:rPr>
        <w:t>65536</w:t>
      </w:r>
      <w:r>
        <w:rPr>
          <w:b w:val="false"/>
          <w:sz w:val="28"/>
        </w:rPr>
        <w:t xml:space="preserve">, </w:t>
      </w:r>
      <w:r>
        <w:rPr>
          <w:b w:val="false"/>
          <w:sz w:val="28"/>
          <w:lang w:val="zxx"/>
        </w:rPr>
        <w:t>timestamp=</w:t>
      </w:r>
      <w:r>
        <w:rPr>
          <w:b w:val="false"/>
          <w:sz w:val="28"/>
        </w:rPr>
        <w:t>(</w:t>
      </w:r>
      <w:r>
        <w:rPr>
          <w:b w:val="false"/>
          <w:sz w:val="28"/>
          <w:lang w:val="zxx"/>
        </w:rPr>
        <w:t>firstTimestamp+N</w:t>
      </w:r>
      <w:r>
        <w:rPr>
          <w:b w:val="false"/>
          <w:sz w:val="28"/>
        </w:rPr>
        <w:t>*</w:t>
      </w:r>
      <w:r>
        <w:rPr>
          <w:b w:val="false"/>
          <w:sz w:val="28"/>
          <w:lang w:val="zxx"/>
        </w:rPr>
        <w:t>packetIndex</w:t>
      </w:r>
      <w:r>
        <w:rPr>
          <w:b w:val="false"/>
          <w:sz w:val="28"/>
        </w:rPr>
        <w:t xml:space="preserve">) </w:t>
      </w:r>
      <w:r>
        <w:rPr>
          <w:b w:val="false"/>
          <w:sz w:val="28"/>
          <w:lang w:val="zxx"/>
        </w:rPr>
        <w:t>mod</w:t>
      </w:r>
      <w:r>
        <w:rPr>
          <w:b w:val="false"/>
          <w:sz w:val="28"/>
        </w:rPr>
        <w:t xml:space="preserve"> </w:t>
      </w:r>
      <w:r>
        <w:rPr>
          <w:b w:val="false"/>
          <w:sz w:val="28"/>
          <w:lang w:val="zxx"/>
        </w:rPr>
        <w:t>2</w:t>
      </w:r>
      <w:r>
        <w:rPr>
          <w:b w:val="false"/>
          <w:sz w:val="28"/>
        </w:rPr>
        <w:t>^</w:t>
      </w:r>
      <w:r>
        <w:rPr>
          <w:b w:val="false"/>
          <w:sz w:val="28"/>
          <w:lang w:val="zxx"/>
        </w:rPr>
        <w:t>32.</w:t>
      </w:r>
      <w:r>
        <w:rPr>
          <w:b w:val="false"/>
          <w:sz w:val="28"/>
        </w:rPr>
        <w:t xml:space="preserve"> </w:t>
      </w:r>
      <w:r>
        <w:rPr>
          <w:b w:val="false"/>
          <w:sz w:val="28"/>
          <w:lang w:val="zxx"/>
        </w:rPr>
        <w:t>marker=1</w:t>
      </w:r>
      <w:r>
        <w:rPr>
          <w:b w:val="false"/>
          <w:sz w:val="28"/>
        </w:rPr>
        <w:t xml:space="preserve"> только при </w:t>
      </w:r>
      <w:r>
        <w:rPr>
          <w:b w:val="false"/>
          <w:sz w:val="28"/>
          <w:lang w:val="zxx"/>
        </w:rPr>
        <w:t>packetIndex=0.</w:t>
      </w:r>
    </w:p>
    <w:p>
      <w:pPr>
        <w:pStyle w:val="Normal"/>
        <w:keepNext w:val="true"/>
        <w:jc w:val="start"/>
        <w:rPr/>
      </w:pPr>
      <w:r>
        <w:rPr>
          <w:b/>
          <w:sz w:val="28"/>
          <w:lang w:val="zxx"/>
        </w:rPr>
        <w:t>15.128</w:t>
      </w:r>
      <w:r>
        <w:rPr>
          <w:b/>
          <w:sz w:val="28"/>
        </w:rPr>
        <w:t xml:space="preserve"> Последний пакет</w:t>
      </w:r>
    </w:p>
    <w:p>
      <w:pPr>
        <w:pStyle w:val="Normal"/>
        <w:jc w:val="start"/>
        <w:rPr/>
      </w:pPr>
      <w:r>
        <w:rPr>
          <w:b w:val="false"/>
          <w:sz w:val="28"/>
          <w:lang w:val="zxx"/>
        </w:rPr>
        <w:t>END=1</w:t>
      </w:r>
      <w:r>
        <w:rPr>
          <w:b w:val="false"/>
          <w:sz w:val="28"/>
        </w:rPr>
        <w:t xml:space="preserve">, </w:t>
      </w:r>
      <w:r>
        <w:rPr>
          <w:b w:val="false"/>
          <w:sz w:val="28"/>
          <w:lang w:val="zxx"/>
        </w:rPr>
        <w:t>1</w:t>
      </w:r>
      <w:r>
        <w:rPr>
          <w:b w:val="false"/>
          <w:sz w:val="28"/>
        </w:rPr>
        <w:t>&lt;=</w:t>
      </w:r>
      <w:r>
        <w:rPr>
          <w:b w:val="false"/>
          <w:sz w:val="28"/>
          <w:lang w:val="zxx"/>
        </w:rPr>
        <w:t>validSamples</w:t>
      </w:r>
      <w:r>
        <w:rPr>
          <w:b w:val="false"/>
          <w:sz w:val="28"/>
        </w:rPr>
        <w:t>&lt;=</w:t>
      </w:r>
      <w:r>
        <w:rPr>
          <w:b w:val="false"/>
          <w:sz w:val="28"/>
          <w:lang w:val="zxx"/>
        </w:rPr>
        <w:t>N.</w:t>
      </w:r>
      <w:r>
        <w:rPr>
          <w:b w:val="false"/>
          <w:sz w:val="28"/>
        </w:rPr>
        <w:t xml:space="preserve"> Нагрузка той же кодековой длины с дополнением тишиной, но декодер передает только </w:t>
      </w:r>
      <w:r>
        <w:rPr>
          <w:b w:val="false"/>
          <w:sz w:val="28"/>
          <w:lang w:val="zxx"/>
        </w:rPr>
        <w:t>validSamples.</w:t>
      </w:r>
      <w:r>
        <w:rPr>
          <w:b w:val="false"/>
          <w:sz w:val="28"/>
        </w:rPr>
        <w:t xml:space="preserve"> </w:t>
      </w:r>
      <w:r>
        <w:rPr>
          <w:b w:val="false"/>
          <w:sz w:val="28"/>
          <w:lang w:val="zxx"/>
        </w:rPr>
        <w:t>sampleCount=packetIndex</w:t>
      </w:r>
      <w:r>
        <w:rPr>
          <w:b w:val="false"/>
          <w:sz w:val="28"/>
        </w:rPr>
        <w:t>*</w:t>
      </w:r>
      <w:r>
        <w:rPr>
          <w:b w:val="false"/>
          <w:sz w:val="28"/>
          <w:lang w:val="zxx"/>
        </w:rPr>
        <w:t>N+validSamples.</w:t>
      </w:r>
      <w:r>
        <w:rPr>
          <w:b w:val="false"/>
          <w:sz w:val="28"/>
        </w:rPr>
        <w:t xml:space="preserve"> Этот пакет задает границу до выдачи собственного хвоста независимо от доставки </w:t>
      </w:r>
      <w:r>
        <w:rPr>
          <w:b w:val="false"/>
          <w:sz w:val="28"/>
          <w:lang w:val="zxx"/>
        </w:rPr>
        <w:t>audio.finish.</w:t>
      </w:r>
    </w:p>
    <w:p>
      <w:pPr>
        <w:pStyle w:val="Normal"/>
        <w:keepNext w:val="true"/>
        <w:jc w:val="start"/>
        <w:rPr/>
      </w:pPr>
      <w:r>
        <w:rPr>
          <w:b/>
          <w:sz w:val="28"/>
          <w:lang w:val="zxx"/>
        </w:rPr>
        <w:t>15.129</w:t>
      </w:r>
      <w:r>
        <w:rPr>
          <w:b/>
          <w:sz w:val="28"/>
        </w:rPr>
        <w:t xml:space="preserve"> Маркер границы</w:t>
      </w:r>
    </w:p>
    <w:p>
      <w:pPr>
        <w:pStyle w:val="Normal"/>
        <w:jc w:val="start"/>
        <w:rPr/>
      </w:pPr>
      <w:r>
        <w:rPr>
          <w:b w:val="false"/>
          <w:sz w:val="28"/>
          <w:lang w:val="zxx"/>
        </w:rPr>
        <w:t>END=1</w:t>
      </w:r>
      <w:r>
        <w:rPr>
          <w:b w:val="false"/>
          <w:sz w:val="28"/>
        </w:rPr>
        <w:t xml:space="preserve">, </w:t>
      </w:r>
      <w:r>
        <w:rPr>
          <w:b w:val="false"/>
          <w:sz w:val="28"/>
          <w:lang w:val="zxx"/>
        </w:rPr>
        <w:t>validSamples=0</w:t>
      </w:r>
      <w:r>
        <w:rPr>
          <w:b w:val="false"/>
          <w:sz w:val="28"/>
        </w:rPr>
        <w:t xml:space="preserve"> и длина нагрузки </w:t>
      </w:r>
      <w:r>
        <w:rPr>
          <w:b w:val="false"/>
          <w:sz w:val="28"/>
          <w:lang w:val="zxx"/>
        </w:rPr>
        <w:t>0</w:t>
      </w:r>
      <w:r>
        <w:rPr>
          <w:b w:val="false"/>
          <w:sz w:val="28"/>
        </w:rPr>
        <w:t xml:space="preserve"> допустимы у микрофона после последнего уже отправленного полного пакета: </w:t>
      </w:r>
      <w:r>
        <w:rPr>
          <w:b w:val="false"/>
          <w:sz w:val="28"/>
          <w:lang w:val="zxx"/>
        </w:rPr>
        <w:t>packetIndex</w:t>
      </w:r>
      <w:r>
        <w:rPr>
          <w:b w:val="false"/>
          <w:sz w:val="28"/>
        </w:rPr>
        <w:t xml:space="preserve"> равен следующему индексу, </w:t>
      </w:r>
      <w:r>
        <w:rPr>
          <w:b w:val="false"/>
          <w:sz w:val="28"/>
          <w:lang w:val="zxx"/>
        </w:rPr>
        <w:t>sampleCount=packetIndex</w:t>
      </w:r>
      <w:r>
        <w:rPr>
          <w:b w:val="false"/>
          <w:sz w:val="28"/>
        </w:rPr>
        <w:t>*</w:t>
      </w:r>
      <w:r>
        <w:rPr>
          <w:b w:val="false"/>
          <w:sz w:val="28"/>
          <w:lang w:val="zxx"/>
        </w:rPr>
        <w:t>N.</w:t>
      </w:r>
      <w:r>
        <w:rPr>
          <w:b w:val="false"/>
          <w:sz w:val="28"/>
        </w:rPr>
        <w:t xml:space="preserve"> Маркер не является звуковым пакетом и не увеличивает </w:t>
      </w:r>
      <w:r>
        <w:rPr>
          <w:b w:val="false"/>
          <w:sz w:val="28"/>
          <w:lang w:val="zxx"/>
        </w:rPr>
        <w:t>lostPackets</w:t>
      </w:r>
      <w:r>
        <w:rPr>
          <w:b w:val="false"/>
          <w:sz w:val="28"/>
        </w:rPr>
        <w:t xml:space="preserve"> при его утрате. При </w:t>
      </w:r>
      <w:r>
        <w:rPr>
          <w:b w:val="false"/>
          <w:sz w:val="28"/>
          <w:lang w:val="zxx"/>
        </w:rPr>
        <w:t>packetIndex=0</w:t>
      </w:r>
      <w:r>
        <w:rPr>
          <w:b w:val="false"/>
          <w:sz w:val="28"/>
        </w:rPr>
        <w:t xml:space="preserve"> поток пуст: выходы не включаются, итог </w:t>
      </w:r>
      <w:r>
        <w:rPr>
          <w:b w:val="false"/>
          <w:sz w:val="28"/>
          <w:lang w:val="zxx"/>
        </w:rPr>
        <w:t>cancelled/</w:t>
      </w:r>
      <w:r>
        <w:rPr>
          <w:b w:val="false"/>
          <w:sz w:val="28"/>
        </w:rPr>
        <w:t>​</w:t>
      </w:r>
      <w:r>
        <w:rPr>
          <w:b w:val="false"/>
          <w:sz w:val="28"/>
          <w:lang w:val="zxx"/>
        </w:rPr>
        <w:t>operatorStop</w:t>
      </w:r>
      <w:r>
        <w:rPr>
          <w:b w:val="false"/>
          <w:sz w:val="28"/>
        </w:rPr>
        <w:t xml:space="preserve"> с подтвержденным </w:t>
      </w:r>
      <w:r>
        <w:rPr>
          <w:b w:val="false"/>
          <w:sz w:val="28"/>
          <w:lang w:val="zxx"/>
        </w:rPr>
        <w:t>off.</w:t>
      </w:r>
    </w:p>
    <w:p>
      <w:pPr>
        <w:pStyle w:val="Normal"/>
        <w:jc w:val="start"/>
        <w:rPr/>
      </w:pPr>
      <w:r>
        <w:rPr>
          <w:b w:val="false"/>
          <w:sz w:val="28"/>
          <w:lang w:val="zxx"/>
        </w:rPr>
        <w:t>15.130</w:t>
      </w:r>
      <w:r>
        <w:rPr>
          <w:b w:val="false"/>
          <w:sz w:val="28"/>
        </w:rPr>
        <w:t xml:space="preserve"> Для </w:t>
      </w:r>
      <w:r>
        <w:rPr>
          <w:b w:val="false"/>
          <w:sz w:val="28"/>
          <w:lang w:val="zxx"/>
        </w:rPr>
        <w:t>source=recording</w:t>
      </w:r>
      <w:r>
        <w:rPr>
          <w:b w:val="false"/>
          <w:sz w:val="28"/>
        </w:rPr>
        <w:t xml:space="preserve"> </w:t>
      </w:r>
      <w:r>
        <w:rPr>
          <w:b w:val="false"/>
          <w:sz w:val="28"/>
          <w:lang w:val="zxx"/>
        </w:rPr>
        <w:t>audio.prepare</w:t>
      </w:r>
      <w:r>
        <w:rPr>
          <w:b w:val="false"/>
          <w:sz w:val="28"/>
        </w:rPr>
        <w:t xml:space="preserve"> содержит обязательный </w:t>
      </w:r>
      <w:r>
        <w:rPr>
          <w:b w:val="false"/>
          <w:sz w:val="28"/>
          <w:lang w:val="zxx"/>
        </w:rPr>
        <w:t>totalSamples:uint64</w:t>
      </w:r>
      <w:r>
        <w:rPr>
          <w:b w:val="false"/>
          <w:sz w:val="28"/>
        </w:rPr>
        <w:t>&gt;</w:t>
      </w:r>
      <w:r>
        <w:rPr>
          <w:b w:val="false"/>
          <w:sz w:val="28"/>
          <w:lang w:val="zxx"/>
        </w:rPr>
        <w:t>0</w:t>
      </w:r>
      <w:r>
        <w:rPr>
          <w:b w:val="false"/>
          <w:sz w:val="28"/>
        </w:rPr>
        <w:t xml:space="preserve">; для </w:t>
      </w:r>
      <w:r>
        <w:rPr>
          <w:b w:val="false"/>
          <w:sz w:val="28"/>
          <w:lang w:val="zxx"/>
        </w:rPr>
        <w:t>microphone</w:t>
      </w:r>
      <w:r>
        <w:rPr>
          <w:b w:val="false"/>
          <w:sz w:val="28"/>
        </w:rPr>
        <w:t xml:space="preserve"> это поле запрещено. У записи заранее известны </w:t>
      </w:r>
      <w:r>
        <w:rPr>
          <w:b w:val="false"/>
          <w:sz w:val="28"/>
          <w:lang w:val="zxx"/>
        </w:rPr>
        <w:t>lastPacketIndex=floor</w:t>
      </w:r>
      <w:r>
        <w:rPr>
          <w:b w:val="false"/>
          <w:sz w:val="28"/>
        </w:rPr>
        <w:t>((</w:t>
      </w:r>
      <w:r>
        <w:rPr>
          <w:b w:val="false"/>
          <w:sz w:val="28"/>
          <w:lang w:val="zxx"/>
        </w:rPr>
        <w:t>totalSamples-</w:t>
      </w:r>
      <w:r>
        <w:rPr>
          <w:b w:val="false"/>
          <w:sz w:val="28"/>
        </w:rPr>
        <w:t>⁠</w:t>
      </w:r>
      <w:r>
        <w:rPr>
          <w:b w:val="false"/>
          <w:sz w:val="28"/>
          <w:lang w:val="zxx"/>
        </w:rPr>
        <w:t>1</w:t>
      </w:r>
      <w:r>
        <w:rPr>
          <w:b w:val="false"/>
          <w:sz w:val="28"/>
        </w:rPr>
        <w:t>)/</w:t>
      </w:r>
      <w:r>
        <w:rPr>
          <w:b w:val="false"/>
          <w:sz w:val="28"/>
          <w:lang w:val="zxx"/>
        </w:rPr>
        <w:t>N</w:t>
      </w:r>
      <w:r>
        <w:rPr>
          <w:b w:val="false"/>
          <w:sz w:val="28"/>
        </w:rPr>
        <w:t xml:space="preserve">) и допустимые отсчеты хвоста; </w:t>
      </w:r>
      <w:r>
        <w:rPr>
          <w:b w:val="false"/>
          <w:sz w:val="28"/>
          <w:lang w:val="zxx"/>
        </w:rPr>
        <w:t>END</w:t>
      </w:r>
      <w:r>
        <w:rPr>
          <w:b w:val="false"/>
          <w:sz w:val="28"/>
        </w:rPr>
        <w:t xml:space="preserve"> и </w:t>
      </w:r>
      <w:r>
        <w:rPr>
          <w:b w:val="false"/>
          <w:sz w:val="28"/>
          <w:lang w:val="zxx"/>
        </w:rPr>
        <w:t>audio.finish</w:t>
      </w:r>
      <w:r>
        <w:rPr>
          <w:b w:val="false"/>
          <w:sz w:val="28"/>
        </w:rPr>
        <w:t xml:space="preserve"> </w:t>
      </w:r>
      <w:r>
        <w:rPr>
          <w:b w:val="false"/>
          <w:sz w:val="28"/>
          <w:lang w:val="zxx"/>
        </w:rPr>
        <w:t>ДОЛЖНЫ</w:t>
      </w:r>
      <w:r>
        <w:rPr>
          <w:b w:val="false"/>
          <w:sz w:val="28"/>
        </w:rPr>
        <w:t xml:space="preserve"> совпасть с этой границей. Для микрофона конец определяется </w:t>
      </w:r>
      <w:r>
        <w:rPr>
          <w:b w:val="false"/>
          <w:sz w:val="28"/>
          <w:lang w:val="zxx"/>
        </w:rPr>
        <w:t>END</w:t>
      </w:r>
      <w:r>
        <w:rPr>
          <w:b w:val="false"/>
          <w:sz w:val="28"/>
        </w:rPr>
        <w:t xml:space="preserve"> либо заранее поступившим </w:t>
      </w:r>
      <w:r>
        <w:rPr>
          <w:b w:val="false"/>
          <w:sz w:val="28"/>
          <w:lang w:val="zxx"/>
        </w:rPr>
        <w:t>audio.finish.</w:t>
      </w:r>
      <w:r>
        <w:rPr>
          <w:b w:val="false"/>
          <w:sz w:val="28"/>
        </w:rPr>
        <w:t xml:space="preserve"> Если полный последний пакет уже отправлен без </w:t>
      </w:r>
      <w:r>
        <w:rPr>
          <w:b w:val="false"/>
          <w:sz w:val="28"/>
          <w:lang w:val="zxx"/>
        </w:rPr>
        <w:t>END</w:t>
      </w:r>
      <w:r>
        <w:rPr>
          <w:b w:val="false"/>
          <w:sz w:val="28"/>
        </w:rPr>
        <w:t xml:space="preserve">, источник передает маркер границы с нулем отсчетов; повторная передача прежнего индекса с измененными флагами запрещена. </w:t>
      </w:r>
      <w:r>
        <w:rPr>
          <w:b w:val="false"/>
          <w:sz w:val="28"/>
          <w:lang w:val="zxx"/>
        </w:rPr>
        <w:t>lastPacketIndex</w:t>
      </w:r>
      <w:r>
        <w:rPr>
          <w:b w:val="false"/>
          <w:sz w:val="28"/>
        </w:rPr>
        <w:t xml:space="preserve"> в </w:t>
      </w:r>
      <w:r>
        <w:rPr>
          <w:b w:val="false"/>
          <w:sz w:val="28"/>
          <w:lang w:val="zxx"/>
        </w:rPr>
        <w:t>audio.finish</w:t>
      </w:r>
      <w:r>
        <w:rPr>
          <w:b w:val="false"/>
          <w:sz w:val="28"/>
        </w:rPr>
        <w:t xml:space="preserve"> обозначает индекс </w:t>
      </w:r>
      <w:r>
        <w:rPr>
          <w:b w:val="false"/>
          <w:sz w:val="28"/>
          <w:lang w:val="zxx"/>
        </w:rPr>
        <w:t>END</w:t>
      </w:r>
      <w:r>
        <w:rPr>
          <w:b w:val="false"/>
          <w:sz w:val="28"/>
        </w:rPr>
        <w:t xml:space="preserve">, включая такой маркер. При </w:t>
      </w:r>
      <w:r>
        <w:rPr>
          <w:b w:val="false"/>
          <w:sz w:val="28"/>
          <w:lang w:val="zxx"/>
        </w:rPr>
        <w:t>sampleCount=0</w:t>
      </w:r>
      <w:r>
        <w:rPr>
          <w:b w:val="false"/>
          <w:sz w:val="28"/>
        </w:rPr>
        <w:t xml:space="preserve"> индекс равен </w:t>
      </w:r>
      <w:r>
        <w:rPr>
          <w:b w:val="false"/>
          <w:sz w:val="28"/>
          <w:lang w:val="zxx"/>
        </w:rPr>
        <w:t>0</w:t>
      </w:r>
      <w:r>
        <w:rPr>
          <w:b w:val="false"/>
          <w:sz w:val="28"/>
        </w:rPr>
        <w:t>; иначе допустимы обычный хвост с (</w:t>
      </w:r>
      <w:r>
        <w:rPr>
          <w:b w:val="false"/>
          <w:sz w:val="28"/>
          <w:lang w:val="zxx"/>
        </w:rPr>
        <w:t>lastPacketIndex</w:t>
      </w:r>
      <w:r>
        <w:rPr>
          <w:b w:val="false"/>
          <w:sz w:val="28"/>
        </w:rPr>
        <w:t>*</w:t>
      </w:r>
      <w:r>
        <w:rPr>
          <w:b w:val="false"/>
          <w:sz w:val="28"/>
          <w:lang w:val="zxx"/>
        </w:rPr>
        <w:t>N</w:t>
      </w:r>
      <w:r>
        <w:rPr>
          <w:b w:val="false"/>
          <w:sz w:val="28"/>
        </w:rPr>
        <w:t>)&lt;</w:t>
      </w:r>
      <w:r>
        <w:rPr>
          <w:b w:val="false"/>
          <w:sz w:val="28"/>
          <w:lang w:val="zxx"/>
        </w:rPr>
        <w:t>sampleCount</w:t>
      </w:r>
      <w:r>
        <w:rPr>
          <w:b w:val="false"/>
          <w:sz w:val="28"/>
        </w:rPr>
        <w:t>&lt;=(</w:t>
      </w:r>
      <w:r>
        <w:rPr>
          <w:b w:val="false"/>
          <w:sz w:val="28"/>
          <w:lang w:val="zxx"/>
        </w:rPr>
        <w:t>lastPacketIndex+1</w:t>
      </w:r>
      <w:r>
        <w:rPr>
          <w:b w:val="false"/>
          <w:sz w:val="28"/>
        </w:rPr>
        <w:t>)*</w:t>
      </w:r>
      <w:r>
        <w:rPr>
          <w:b w:val="false"/>
          <w:sz w:val="28"/>
          <w:lang w:val="zxx"/>
        </w:rPr>
        <w:t>N</w:t>
      </w:r>
      <w:r>
        <w:rPr>
          <w:b w:val="false"/>
          <w:sz w:val="28"/>
        </w:rPr>
        <w:t xml:space="preserve"> либо маркер </w:t>
      </w:r>
      <w:r>
        <w:rPr>
          <w:b w:val="false"/>
          <w:sz w:val="28"/>
          <w:lang w:val="zxx"/>
        </w:rPr>
        <w:t>sampleCount=lastPacketIndex</w:t>
      </w:r>
      <w:r>
        <w:rPr>
          <w:b w:val="false"/>
          <w:sz w:val="28"/>
        </w:rPr>
        <w:t>*</w:t>
      </w:r>
      <w:r>
        <w:rPr>
          <w:b w:val="false"/>
          <w:sz w:val="28"/>
          <w:lang w:val="zxx"/>
        </w:rPr>
        <w:t>N.</w:t>
      </w:r>
      <w:r>
        <w:rPr>
          <w:b w:val="false"/>
          <w:sz w:val="28"/>
        </w:rPr>
        <w:t xml:space="preserve"> У записи обязателен </w:t>
      </w:r>
      <w:r>
        <w:rPr>
          <w:b w:val="false"/>
          <w:sz w:val="28"/>
          <w:lang w:val="zxx"/>
        </w:rPr>
        <w:t>END</w:t>
      </w:r>
      <w:r>
        <w:rPr>
          <w:b w:val="false"/>
          <w:sz w:val="28"/>
        </w:rPr>
        <w:t xml:space="preserve"> в последнем звуковом пакете, отдельный нулевой маркер не используется. Два разных конца дают </w:t>
      </w:r>
      <w:r>
        <w:rPr>
          <w:b w:val="false"/>
          <w:sz w:val="28"/>
          <w:lang w:val="zxx"/>
        </w:rPr>
        <w:t>failed/</w:t>
      </w:r>
      <w:r>
        <w:rPr>
          <w:b w:val="false"/>
          <w:sz w:val="28"/>
        </w:rPr>
        <w:t>​</w:t>
      </w:r>
      <w:r>
        <w:rPr>
          <w:b w:val="false"/>
          <w:sz w:val="28"/>
          <w:lang w:val="zxx"/>
        </w:rPr>
        <w:t>mediaIncomplete</w:t>
      </w:r>
      <w:r>
        <w:rPr>
          <w:b w:val="false"/>
          <w:sz w:val="28"/>
        </w:rPr>
        <w:t xml:space="preserve"> до завершения; после </w:t>
      </w:r>
      <w:r>
        <w:rPr>
          <w:b w:val="false"/>
          <w:sz w:val="28"/>
          <w:lang w:val="zxx"/>
        </w:rPr>
        <w:t>finished</w:t>
      </w:r>
      <w:r>
        <w:rPr>
          <w:b w:val="false"/>
          <w:sz w:val="28"/>
        </w:rPr>
        <w:t xml:space="preserve"> противоречивое сообщение дает </w:t>
      </w:r>
      <w:r>
        <w:rPr>
          <w:b w:val="false"/>
          <w:sz w:val="28"/>
          <w:lang w:val="zxx"/>
        </w:rPr>
        <w:t>conflict</w:t>
      </w:r>
      <w:r>
        <w:rPr>
          <w:b w:val="false"/>
          <w:sz w:val="28"/>
        </w:rPr>
        <w:t xml:space="preserve"> и не переписывает историю. </w:t>
      </w:r>
      <w:r>
        <w:rPr>
          <w:b w:val="false"/>
          <w:sz w:val="28"/>
          <w:lang w:val="zxx"/>
        </w:rPr>
        <w:t>audio.finish</w:t>
      </w:r>
      <w:r>
        <w:rPr>
          <w:b w:val="false"/>
          <w:sz w:val="28"/>
        </w:rPr>
        <w:t xml:space="preserve"> повторяет </w:t>
      </w:r>
      <w:r>
        <w:rPr>
          <w:b w:val="false"/>
          <w:sz w:val="28"/>
          <w:lang w:val="zxx"/>
        </w:rPr>
        <w:t>lastPacketIndex/</w:t>
      </w:r>
      <w:r>
        <w:rPr>
          <w:b w:val="false"/>
          <w:sz w:val="28"/>
        </w:rPr>
        <w:t>​</w:t>
      </w:r>
      <w:r>
        <w:rPr>
          <w:b w:val="false"/>
          <w:sz w:val="28"/>
          <w:lang w:val="zxx"/>
        </w:rPr>
        <w:t>sampleCount</w:t>
      </w:r>
      <w:r>
        <w:rPr>
          <w:b w:val="false"/>
          <w:sz w:val="28"/>
        </w:rPr>
        <w:t xml:space="preserve">, подтверждается </w:t>
      </w:r>
      <w:r>
        <w:rPr>
          <w:b w:val="false"/>
          <w:sz w:val="28"/>
          <w:lang w:val="zxx"/>
        </w:rPr>
        <w:t>eof</w:t>
      </w:r>
      <w:r>
        <w:rPr>
          <w:b w:val="false"/>
          <w:sz w:val="28"/>
        </w:rPr>
        <w:t xml:space="preserve">; доставка после воспроизведения корректного </w:t>
      </w:r>
      <w:r>
        <w:rPr>
          <w:b w:val="false"/>
          <w:sz w:val="28"/>
          <w:lang w:val="zxx"/>
        </w:rPr>
        <w:t>END</w:t>
      </w:r>
      <w:r>
        <w:rPr>
          <w:b w:val="false"/>
          <w:sz w:val="28"/>
        </w:rPr>
        <w:t xml:space="preserve"> допустима и возвращает ту же границу в течение </w:t>
      </w:r>
      <w:r>
        <w:rPr>
          <w:b w:val="false"/>
          <w:sz w:val="28"/>
          <w:lang w:val="zxx"/>
        </w:rPr>
        <w:t>resultRetentionMs</w:t>
      </w:r>
      <w:r>
        <w:rPr>
          <w:b w:val="false"/>
          <w:sz w:val="28"/>
        </w:rPr>
        <w:t xml:space="preserve">, даже если сеанс уже </w:t>
      </w:r>
      <w:r>
        <w:rPr>
          <w:b w:val="false"/>
          <w:sz w:val="28"/>
          <w:lang w:val="zxx"/>
        </w:rPr>
        <w:t>finished.</w:t>
      </w:r>
      <w:r>
        <w:rPr>
          <w:b w:val="false"/>
          <w:sz w:val="28"/>
        </w:rPr>
        <w:t xml:space="preserve"> Отсутствие </w:t>
      </w:r>
      <w:r>
        <w:rPr>
          <w:b w:val="false"/>
          <w:sz w:val="28"/>
          <w:lang w:val="zxx"/>
        </w:rPr>
        <w:t>audio.finish</w:t>
      </w:r>
      <w:r>
        <w:rPr>
          <w:b w:val="false"/>
          <w:sz w:val="28"/>
        </w:rPr>
        <w:t xml:space="preserve"> при полученном корректном </w:t>
      </w:r>
      <w:r>
        <w:rPr>
          <w:b w:val="false"/>
          <w:sz w:val="28"/>
          <w:lang w:val="zxx"/>
        </w:rPr>
        <w:t>END</w:t>
      </w:r>
      <w:r>
        <w:rPr>
          <w:b w:val="false"/>
          <w:sz w:val="28"/>
        </w:rPr>
        <w:t xml:space="preserve"> не является потерей звука.</w:t>
      </w:r>
    </w:p>
    <w:p>
      <w:pPr>
        <w:pStyle w:val="Normal"/>
        <w:jc w:val="both"/>
        <w:rPr/>
      </w:pPr>
      <w:r>
        <w:rPr>
          <w:b w:val="false"/>
          <w:sz w:val="28"/>
          <w:lang w:val="zxx"/>
        </w:rPr>
        <w:t>15.131</w:t>
      </w:r>
      <w:r>
        <w:rPr>
          <w:b w:val="false"/>
          <w:sz w:val="28"/>
        </w:rPr>
        <w:t xml:space="preserve"> УУ никогда не выдает дополнение последнего кодекового кадра как отсчеты источника. Короткий непустой поток меньше </w:t>
      </w:r>
      <w:r>
        <w:rPr>
          <w:b w:val="false"/>
          <w:sz w:val="28"/>
          <w:lang w:val="zxx"/>
        </w:rPr>
        <w:t>initialMs</w:t>
      </w:r>
      <w:r>
        <w:rPr>
          <w:b w:val="false"/>
          <w:sz w:val="28"/>
        </w:rPr>
        <w:t xml:space="preserve"> начинает выдачу, как только получены конечная граница и все его пакеты; ожидание полного стартового буфера в этом случае запрещено. При потерях начальное окно считается от позиции </w:t>
      </w:r>
      <w:r>
        <w:rPr>
          <w:b w:val="false"/>
          <w:sz w:val="28"/>
          <w:lang w:val="zxx"/>
        </w:rPr>
        <w:t>0</w:t>
      </w:r>
      <w:r>
        <w:rPr>
          <w:b w:val="false"/>
          <w:sz w:val="28"/>
        </w:rPr>
        <w:t xml:space="preserve"> до последнего принятого отсчета, включая доказанные пропуски. Неполный короткий поток с известным концом и хотя бы одним пригодным звуковым пакетом начинает выдачу через </w:t>
      </w:r>
      <w:r>
        <w:rPr>
          <w:b w:val="false"/>
          <w:sz w:val="28"/>
          <w:lang w:val="zxx"/>
        </w:rPr>
        <w:t>initialMs</w:t>
      </w:r>
      <w:r>
        <w:rPr>
          <w:b w:val="false"/>
          <w:sz w:val="28"/>
        </w:rPr>
        <w:t xml:space="preserve"> от первого пригодного пакета с учетом маскирования потерь. Отсутствие пригодного звука к </w:t>
      </w:r>
      <w:r>
        <w:rPr>
          <w:b w:val="false"/>
          <w:sz w:val="28"/>
          <w:lang w:val="zxx"/>
        </w:rPr>
        <w:t>prepareDeadlineMs</w:t>
      </w:r>
      <w:r>
        <w:rPr>
          <w:b w:val="false"/>
          <w:sz w:val="28"/>
        </w:rPr>
        <w:t xml:space="preserve"> дает </w:t>
      </w:r>
      <w:r>
        <w:rPr>
          <w:b w:val="false"/>
          <w:sz w:val="28"/>
          <w:lang w:val="zxx"/>
        </w:rPr>
        <w:t>prepareTimeout.</w:t>
      </w:r>
      <w:r>
        <w:rPr>
          <w:b w:val="false"/>
          <w:sz w:val="28"/>
        </w:rPr>
        <w:t xml:space="preserve"> В остальных случаях старт при накоплении окна не менее </w:t>
      </w:r>
      <w:r>
        <w:rPr>
          <w:b w:val="false"/>
          <w:sz w:val="28"/>
          <w:lang w:val="zxx"/>
        </w:rPr>
        <w:t>initialMs</w:t>
      </w:r>
      <w:r>
        <w:rPr>
          <w:b w:val="false"/>
          <w:sz w:val="28"/>
        </w:rPr>
        <w:t xml:space="preserve">; округление вверх до целого кодекового пакета </w:t>
      </w:r>
      <w:r>
        <w:rPr>
          <w:b w:val="false"/>
          <w:sz w:val="28"/>
          <w:lang w:val="zxx"/>
        </w:rPr>
        <w:t>ДОПУСКАЕТСЯ</w:t>
      </w:r>
      <w:r>
        <w:rPr>
          <w:b w:val="false"/>
          <w:sz w:val="28"/>
        </w:rPr>
        <w:t xml:space="preserve"> только в пределах </w:t>
      </w:r>
      <w:r>
        <w:rPr>
          <w:b w:val="false"/>
          <w:sz w:val="28"/>
          <w:lang w:val="zxx"/>
        </w:rPr>
        <w:t>maxMs.</w:t>
      </w:r>
      <w:r>
        <w:rPr>
          <w:b w:val="false"/>
          <w:sz w:val="28"/>
        </w:rPr>
        <w:t xml:space="preserve"> Пустой поток не требует </w:t>
      </w:r>
      <w:r>
        <w:rPr>
          <w:b w:val="false"/>
          <w:sz w:val="28"/>
          <w:lang w:val="zxx"/>
        </w:rPr>
        <w:t>running</w:t>
      </w:r>
      <w:r>
        <w:rPr>
          <w:b w:val="false"/>
          <w:sz w:val="28"/>
        </w:rPr>
        <w:t xml:space="preserve"> и не считается ошибкой подготовки.</w:t>
      </w:r>
    </w:p>
    <w:p>
      <w:pPr>
        <w:pStyle w:val="Normal"/>
        <w:jc w:val="both"/>
        <w:rPr/>
      </w:pPr>
      <w:r>
        <w:rPr>
          <w:b w:val="false"/>
          <w:sz w:val="28"/>
          <w:lang w:val="zxx"/>
        </w:rPr>
        <w:t>15.132</w:t>
      </w:r>
      <w:r>
        <w:rPr>
          <w:b w:val="false"/>
          <w:sz w:val="28"/>
        </w:rPr>
        <w:t xml:space="preserve"> Освобождение памяти уже выданного пакета не изменяет принятую границу его действительных отсчетов. До завершения проверки конца УУ сохраняет сведения, необходимые для проверки </w:t>
      </w:r>
      <w:r>
        <w:rPr>
          <w:b w:val="false"/>
          <w:sz w:val="28"/>
          <w:lang w:val="zxx"/>
        </w:rPr>
        <w:t>sampleCount</w:t>
      </w:r>
      <w:r>
        <w:rPr>
          <w:b w:val="false"/>
          <w:sz w:val="28"/>
        </w:rPr>
        <w:t xml:space="preserve">, </w:t>
      </w:r>
      <w:r>
        <w:rPr>
          <w:b w:val="false"/>
          <w:sz w:val="28"/>
          <w:lang w:val="zxx"/>
        </w:rPr>
        <w:t>validSamples</w:t>
      </w:r>
      <w:r>
        <w:rPr>
          <w:b w:val="false"/>
          <w:sz w:val="28"/>
        </w:rPr>
        <w:t xml:space="preserve"> и повторов. Поздний </w:t>
      </w:r>
      <w:r>
        <w:rPr>
          <w:b w:val="false"/>
          <w:sz w:val="28"/>
          <w:lang w:val="zxx"/>
        </w:rPr>
        <w:t>audio.finish</w:t>
      </w:r>
      <w:r>
        <w:rPr>
          <w:b w:val="false"/>
          <w:sz w:val="28"/>
        </w:rPr>
        <w:t xml:space="preserve"> с ранее принятой границей, в том числе после полного вывода последнего пакета или пустого маркера, не создает дополнительных отсчетов, потерь или </w:t>
      </w:r>
      <w:r>
        <w:rPr>
          <w:b w:val="false"/>
          <w:sz w:val="28"/>
          <w:lang w:val="zxx"/>
        </w:rPr>
        <w:t>mediaIncomplete.</w:t>
      </w:r>
      <w:r>
        <w:rPr>
          <w:b w:val="false"/>
          <w:sz w:val="28"/>
        </w:rPr>
        <w:t xml:space="preserve"> Противоречивый конец по-прежнему отклоняется; удаление полезной нагрузки не разрешает считать короткий хвост полным кодековым пакетом.</w:t>
      </w:r>
    </w:p>
    <w:p>
      <w:pPr>
        <w:pStyle w:val="Normal"/>
        <w:jc w:val="start"/>
        <w:rPr/>
      </w:pPr>
      <w:r>
        <w:rPr>
          <w:b w:val="false"/>
          <w:sz w:val="28"/>
          <w:lang w:val="zxx"/>
        </w:rPr>
        <w:t>15.133</w:t>
      </w:r>
      <w:r>
        <w:rPr>
          <w:b w:val="false"/>
          <w:sz w:val="28"/>
        </w:rPr>
        <w:t xml:space="preserve"> Потерянная позиция учитывается как </w:t>
      </w:r>
      <w:r>
        <w:rPr>
          <w:b w:val="false"/>
          <w:sz w:val="28"/>
          <w:lang w:val="zxx"/>
        </w:rPr>
        <w:t>lostPackets</w:t>
      </w:r>
      <w:r>
        <w:rPr>
          <w:b w:val="false"/>
          <w:sz w:val="28"/>
        </w:rPr>
        <w:t xml:space="preserve"> и замена тишиной только если ее принадлежность источнику доказана </w:t>
      </w:r>
      <w:r>
        <w:rPr>
          <w:b w:val="false"/>
          <w:sz w:val="28"/>
          <w:lang w:val="zxx"/>
        </w:rPr>
        <w:t>totalSamples</w:t>
      </w:r>
      <w:r>
        <w:rPr>
          <w:b w:val="false"/>
          <w:sz w:val="28"/>
        </w:rPr>
        <w:t xml:space="preserve">, </w:t>
      </w:r>
      <w:r>
        <w:rPr>
          <w:b w:val="false"/>
          <w:sz w:val="28"/>
          <w:lang w:val="zxx"/>
        </w:rPr>
        <w:t>EOF</w:t>
      </w:r>
      <w:r>
        <w:rPr>
          <w:b w:val="false"/>
          <w:sz w:val="28"/>
        </w:rPr>
        <w:t xml:space="preserve"> либо наличием более позднего пакета. За еще неизвестным концом УУ может выдавать аппаратную тишину, но не начисляет фиктивные отсчеты источника и потери. При появлении более позднего пакета пропущенные позиции до него классифицируются один раз; поздние байты не воспроизводятся задним числом. Потери </w:t>
      </w:r>
      <w:r>
        <w:rPr>
          <w:b w:val="false"/>
          <w:sz w:val="28"/>
          <w:lang w:val="zxx"/>
        </w:rPr>
        <w:t>UDP</w:t>
      </w:r>
      <w:r>
        <w:rPr>
          <w:b w:val="false"/>
          <w:sz w:val="28"/>
        </w:rPr>
        <w:t xml:space="preserve"> сами по себе не останавливают поток. При завершении или остановке с </w:t>
      </w:r>
      <w:r>
        <w:rPr>
          <w:b w:val="false"/>
          <w:sz w:val="28"/>
          <w:lang w:val="zxx"/>
        </w:rPr>
        <w:t>concealedSamples</w:t>
      </w:r>
      <w:r>
        <w:rPr>
          <w:b w:val="false"/>
          <w:sz w:val="28"/>
        </w:rPr>
        <w:t>&gt;</w:t>
      </w:r>
      <w:r>
        <w:rPr>
          <w:b w:val="false"/>
          <w:sz w:val="28"/>
          <w:lang w:val="zxx"/>
        </w:rPr>
        <w:t>0</w:t>
      </w:r>
      <w:r>
        <w:rPr>
          <w:b w:val="false"/>
          <w:sz w:val="28"/>
        </w:rPr>
        <w:t xml:space="preserve"> результат содержит </w:t>
      </w:r>
      <w:r>
        <w:rPr>
          <w:b w:val="false"/>
          <w:sz w:val="28"/>
          <w:lang w:val="zxx"/>
        </w:rPr>
        <w:t>fault</w:t>
      </w:r>
      <w:r>
        <w:rPr>
          <w:b w:val="false"/>
          <w:sz w:val="28"/>
        </w:rPr>
        <w:t xml:space="preserve"> </w:t>
      </w:r>
      <w:r>
        <w:rPr>
          <w:b w:val="false"/>
          <w:sz w:val="28"/>
          <w:lang w:val="zxx"/>
        </w:rPr>
        <w:t>code=mediaPacketLoss</w:t>
      </w:r>
      <w:r>
        <w:rPr>
          <w:b w:val="false"/>
          <w:sz w:val="28"/>
        </w:rPr>
        <w:t xml:space="preserve">, </w:t>
      </w:r>
      <w:r>
        <w:rPr>
          <w:b w:val="false"/>
          <w:sz w:val="28"/>
          <w:lang w:val="zxx"/>
        </w:rPr>
        <w:t>effect=degraded</w:t>
      </w:r>
      <w:r>
        <w:rPr>
          <w:b w:val="false"/>
          <w:sz w:val="28"/>
        </w:rPr>
        <w:t xml:space="preserve">, </w:t>
      </w:r>
      <w:r>
        <w:rPr>
          <w:b w:val="false"/>
          <w:sz w:val="28"/>
          <w:lang w:val="zxx"/>
        </w:rPr>
        <w:t>severity=warning.</w:t>
      </w:r>
      <w:r>
        <w:rPr>
          <w:b w:val="false"/>
          <w:sz w:val="28"/>
        </w:rPr>
        <w:t xml:space="preserve"> При потерянном </w:t>
      </w:r>
      <w:r>
        <w:rPr>
          <w:b w:val="false"/>
          <w:sz w:val="28"/>
          <w:lang w:val="zxx"/>
        </w:rPr>
        <w:t>END</w:t>
      </w:r>
      <w:r>
        <w:rPr>
          <w:b w:val="false"/>
          <w:sz w:val="28"/>
        </w:rPr>
        <w:t xml:space="preserve"> надежный </w:t>
      </w:r>
      <w:r>
        <w:rPr>
          <w:b w:val="false"/>
          <w:sz w:val="28"/>
          <w:lang w:val="zxx"/>
        </w:rPr>
        <w:t>EOF</w:t>
      </w:r>
      <w:r>
        <w:rPr>
          <w:b w:val="false"/>
          <w:sz w:val="28"/>
        </w:rPr>
        <w:t xml:space="preserve"> задает диапазон; его утраченные позиции маскируются, а полный проход до этой границы с подтвержденным выключением допускает </w:t>
      </w:r>
      <w:r>
        <w:rPr>
          <w:b w:val="false"/>
          <w:sz w:val="28"/>
          <w:lang w:val="zxx"/>
        </w:rPr>
        <w:t>succeeded/</w:t>
      </w:r>
      <w:r>
        <w:rPr>
          <w:b w:val="false"/>
          <w:sz w:val="28"/>
        </w:rPr>
        <w:t>​</w:t>
      </w:r>
      <w:r>
        <w:rPr>
          <w:b w:val="false"/>
          <w:sz w:val="28"/>
          <w:lang w:val="zxx"/>
        </w:rPr>
        <w:t>completed</w:t>
      </w:r>
      <w:r>
        <w:rPr>
          <w:b w:val="false"/>
          <w:sz w:val="28"/>
        </w:rPr>
        <w:t xml:space="preserve"> с предупреждением. Это не подтверждает доставку утраченного звука. Отсутствие пригодных пакетов </w:t>
      </w:r>
      <w:r>
        <w:rPr>
          <w:b w:val="false"/>
          <w:sz w:val="28"/>
          <w:lang w:val="zxx"/>
        </w:rPr>
        <w:t>5000</w:t>
      </w:r>
      <w:r>
        <w:rPr>
          <w:b w:val="false"/>
          <w:sz w:val="28"/>
        </w:rPr>
        <w:t xml:space="preserve"> мс без полного конца дает </w:t>
      </w:r>
      <w:r>
        <w:rPr>
          <w:b w:val="false"/>
          <w:sz w:val="28"/>
          <w:lang w:val="zxx"/>
        </w:rPr>
        <w:t>mediaIncomplete</w:t>
      </w:r>
      <w:r>
        <w:rPr>
          <w:b w:val="false"/>
          <w:sz w:val="28"/>
        </w:rPr>
        <w:t xml:space="preserve"> для записи и </w:t>
      </w:r>
      <w:r>
        <w:rPr>
          <w:b w:val="false"/>
          <w:sz w:val="28"/>
          <w:lang w:val="zxx"/>
        </w:rPr>
        <w:t>sourceUnavailable</w:t>
      </w:r>
      <w:r>
        <w:rPr>
          <w:b w:val="false"/>
          <w:sz w:val="28"/>
        </w:rPr>
        <w:t xml:space="preserve"> для микрофона. При неизвестном выключении итог </w:t>
      </w:r>
      <w:r>
        <w:rPr>
          <w:b w:val="false"/>
          <w:sz w:val="28"/>
          <w:lang w:val="zxx"/>
        </w:rPr>
        <w:t>unknown/</w:t>
      </w:r>
      <w:r>
        <w:rPr>
          <w:b w:val="false"/>
          <w:sz w:val="28"/>
        </w:rPr>
        <w:t>​</w:t>
      </w:r>
      <w:r>
        <w:rPr>
          <w:b w:val="false"/>
          <w:sz w:val="28"/>
          <w:lang w:val="zxx"/>
        </w:rPr>
        <w:t>stopUnconfirmed.</w:t>
      </w:r>
      <w:r>
        <w:rPr>
          <w:b w:val="false"/>
          <w:sz w:val="28"/>
        </w:rPr>
        <w:t xml:space="preserve"> Все ожидания ограничены </w:t>
      </w:r>
      <w:r>
        <w:rPr>
          <w:b w:val="false"/>
          <w:sz w:val="28"/>
          <w:lang w:val="zxx"/>
        </w:rPr>
        <w:t>prepareTimeoutMs/</w:t>
      </w:r>
      <w:r>
        <w:rPr>
          <w:b w:val="false"/>
          <w:sz w:val="28"/>
        </w:rPr>
        <w:t>​</w:t>
      </w:r>
      <w:r>
        <w:rPr>
          <w:b w:val="false"/>
          <w:sz w:val="28"/>
          <w:lang w:val="zxx"/>
        </w:rPr>
        <w:t>maxDurationMs</w:t>
      </w:r>
      <w:r>
        <w:rPr>
          <w:b w:val="false"/>
          <w:sz w:val="28"/>
        </w:rPr>
        <w:t xml:space="preserve"> и не задерживают </w:t>
      </w:r>
      <w:r>
        <w:rPr>
          <w:b w:val="false"/>
          <w:sz w:val="28"/>
          <w:lang w:val="zxx"/>
        </w:rPr>
        <w:t>session.stop.</w:t>
      </w:r>
    </w:p>
    <w:p>
      <w:pPr>
        <w:pStyle w:val="Normal"/>
        <w:jc w:val="both"/>
        <w:rPr/>
      </w:pPr>
      <w:r>
        <w:rPr>
          <w:b w:val="false"/>
          <w:sz w:val="28"/>
          <w:lang w:val="zxx"/>
        </w:rPr>
        <w:t>15.134</w:t>
      </w:r>
      <w:r>
        <w:rPr>
          <w:b w:val="false"/>
          <w:sz w:val="28"/>
        </w:rPr>
        <w:t xml:space="preserve"> </w:t>
      </w:r>
      <w:r>
        <w:rPr>
          <w:b w:val="false"/>
          <w:sz w:val="28"/>
          <w:lang w:val="zxx"/>
        </w:rPr>
        <w:t>RTP</w:t>
      </w:r>
      <w:r>
        <w:rPr>
          <w:b w:val="false"/>
          <w:sz w:val="28"/>
        </w:rPr>
        <w:t xml:space="preserve"> </w:t>
      </w:r>
      <w:r>
        <w:rPr>
          <w:b w:val="false"/>
          <w:sz w:val="28"/>
          <w:lang w:val="zxx"/>
        </w:rPr>
        <w:t>timestamp</w:t>
      </w:r>
      <w:r>
        <w:rPr>
          <w:b w:val="false"/>
          <w:sz w:val="28"/>
        </w:rPr>
        <w:t xml:space="preserve"> описывает шкалу источника; часы ЦАП не считаются тождественными ей. Приемник </w:t>
      </w:r>
      <w:r>
        <w:rPr>
          <w:b w:val="false"/>
          <w:sz w:val="28"/>
          <w:lang w:val="zxx"/>
        </w:rPr>
        <w:t>ДОЛЖЕН</w:t>
      </w:r>
      <w:r>
        <w:rPr>
          <w:b w:val="false"/>
          <w:sz w:val="28"/>
        </w:rPr>
        <w:t xml:space="preserve"> поддерживать непрерывное воспроизведение при постоянном относительном расхождении частот до ±</w:t>
      </w:r>
      <w:r>
        <w:rPr>
          <w:b w:val="false"/>
          <w:sz w:val="28"/>
          <w:lang w:val="zxx"/>
        </w:rPr>
        <w:t>200</w:t>
      </w:r>
      <w:r>
        <w:rPr>
          <w:b w:val="false"/>
          <w:sz w:val="28"/>
        </w:rPr>
        <w:t xml:space="preserve"> </w:t>
      </w:r>
      <w:r>
        <w:rPr>
          <w:b w:val="false"/>
          <w:sz w:val="28"/>
          <w:lang w:val="zxx"/>
        </w:rPr>
        <w:t>ppm</w:t>
      </w:r>
      <w:r>
        <w:rPr>
          <w:b w:val="false"/>
          <w:sz w:val="28"/>
        </w:rPr>
        <w:t xml:space="preserve">, а также плавном изменении до </w:t>
      </w:r>
      <w:r>
        <w:rPr>
          <w:b w:val="false"/>
          <w:sz w:val="28"/>
          <w:lang w:val="zxx"/>
        </w:rPr>
        <w:t>1</w:t>
      </w:r>
      <w:r>
        <w:rPr>
          <w:b w:val="false"/>
          <w:sz w:val="28"/>
        </w:rPr>
        <w:t xml:space="preserve"> </w:t>
      </w:r>
      <w:r>
        <w:rPr>
          <w:b w:val="false"/>
          <w:sz w:val="28"/>
          <w:lang w:val="zxx"/>
        </w:rPr>
        <w:t>ppm/</w:t>
      </w:r>
      <w:r>
        <w:rPr>
          <w:b w:val="false"/>
          <w:sz w:val="28"/>
        </w:rPr>
        <w:t>с внутри этого диапазона. Используется подстройка частоты ЦАП или непрерывный ресемплинг; коррекция ограничена ±</w:t>
      </w:r>
      <w:r>
        <w:rPr>
          <w:b w:val="false"/>
          <w:sz w:val="28"/>
          <w:lang w:val="zxx"/>
        </w:rPr>
        <w:t>500</w:t>
      </w:r>
      <w:r>
        <w:rPr>
          <w:b w:val="false"/>
          <w:sz w:val="28"/>
        </w:rPr>
        <w:t xml:space="preserve"> </w:t>
      </w:r>
      <w:r>
        <w:rPr>
          <w:b w:val="false"/>
          <w:sz w:val="28"/>
          <w:lang w:val="zxx"/>
        </w:rPr>
        <w:t>ppm.</w:t>
      </w:r>
      <w:r>
        <w:rPr>
          <w:b w:val="false"/>
          <w:sz w:val="28"/>
        </w:rPr>
        <w:t xml:space="preserve"> Сброс </w:t>
      </w:r>
      <w:r>
        <w:rPr>
          <w:b w:val="false"/>
          <w:sz w:val="28"/>
          <w:lang w:val="zxx"/>
        </w:rPr>
        <w:t>timestamp</w:t>
      </w:r>
      <w:r>
        <w:rPr>
          <w:b w:val="false"/>
          <w:sz w:val="28"/>
        </w:rPr>
        <w:t>, периодическое удаление целого пакета и повтор уже потребленного пакета для регулировки буфера запрещены. Алгоритм оценки не нормируется, но результат обязан удовлетворять указанным границам и испытательным трассам.</w:t>
      </w:r>
    </w:p>
    <w:p>
      <w:pPr>
        <w:pStyle w:val="Normal"/>
        <w:jc w:val="both"/>
        <w:rPr/>
      </w:pPr>
      <w:r>
        <w:rPr>
          <w:b w:val="false"/>
          <w:sz w:val="28"/>
          <w:lang w:val="zxx"/>
        </w:rPr>
        <w:t>15.135</w:t>
      </w:r>
      <w:r>
        <w:rPr>
          <w:b w:val="false"/>
          <w:sz w:val="28"/>
        </w:rPr>
        <w:t xml:space="preserve"> В отсутствие потерь, при джиттере доставки до </w:t>
      </w:r>
      <w:r>
        <w:rPr>
          <w:b w:val="false"/>
          <w:sz w:val="28"/>
          <w:lang w:val="zxx"/>
        </w:rPr>
        <w:t>20</w:t>
      </w:r>
      <w:r>
        <w:rPr>
          <w:b w:val="false"/>
          <w:sz w:val="28"/>
        </w:rPr>
        <w:t xml:space="preserve"> мс и указанном дрейфе УУ удерживает заполнение без </w:t>
      </w:r>
      <w:r>
        <w:rPr>
          <w:b w:val="false"/>
          <w:sz w:val="28"/>
          <w:lang w:val="zxx"/>
        </w:rPr>
        <w:t>underrun</w:t>
      </w:r>
      <w:r>
        <w:rPr>
          <w:b w:val="false"/>
          <w:sz w:val="28"/>
        </w:rPr>
        <w:t xml:space="preserve"> и без превышения </w:t>
      </w:r>
      <w:r>
        <w:rPr>
          <w:b w:val="false"/>
          <w:sz w:val="28"/>
          <w:lang w:val="zxx"/>
        </w:rPr>
        <w:t>maxMs.</w:t>
      </w:r>
      <w:r>
        <w:rPr>
          <w:b w:val="false"/>
          <w:sz w:val="28"/>
        </w:rPr>
        <w:t xml:space="preserve"> В оценку заполнения входят декодированные, но еще не выведенные отсчеты аппаратной очереди. Коррекция по среднему заполнению ограничена ±</w:t>
      </w:r>
      <w:r>
        <w:rPr>
          <w:b w:val="false"/>
          <w:sz w:val="28"/>
          <w:lang w:val="zxx"/>
        </w:rPr>
        <w:t>500</w:t>
      </w:r>
      <w:r>
        <w:rPr>
          <w:b w:val="false"/>
          <w:sz w:val="28"/>
        </w:rPr>
        <w:t xml:space="preserve"> </w:t>
      </w:r>
      <w:r>
        <w:rPr>
          <w:b w:val="false"/>
          <w:sz w:val="28"/>
          <w:lang w:val="zxx"/>
        </w:rPr>
        <w:t>ppm.</w:t>
      </w:r>
      <w:r>
        <w:rPr>
          <w:b w:val="false"/>
          <w:sz w:val="28"/>
        </w:rPr>
        <w:t xml:space="preserve"> Изменение уровня очереди, насыщение коррекции и временный </w:t>
      </w:r>
      <w:r>
        <w:rPr>
          <w:b w:val="false"/>
          <w:sz w:val="28"/>
          <w:lang w:val="zxx"/>
        </w:rPr>
        <w:t>underrun</w:t>
      </w:r>
      <w:r>
        <w:rPr>
          <w:b w:val="false"/>
          <w:sz w:val="28"/>
        </w:rPr>
        <w:t xml:space="preserve"> сами по себе не являются доказательством расхождения частот и не запускают таймер остановки. После паузы обслуживания или потери пакета выдача продолжается с плавной коррекцией и учетом утраченных позиций. Переполнение установленной емкости либо нарушение допустимой связи времени и отсчетов дает </w:t>
      </w:r>
      <w:r>
        <w:rPr>
          <w:b w:val="false"/>
          <w:sz w:val="28"/>
          <w:lang w:val="zxx"/>
        </w:rPr>
        <w:t>failed/</w:t>
      </w:r>
      <w:r>
        <w:rPr>
          <w:b w:val="false"/>
          <w:sz w:val="28"/>
        </w:rPr>
        <w:t>​</w:t>
      </w:r>
      <w:r>
        <w:rPr>
          <w:b w:val="false"/>
          <w:sz w:val="28"/>
          <w:lang w:val="zxx"/>
        </w:rPr>
        <w:t>mediaClockFault</w:t>
      </w:r>
      <w:r>
        <w:rPr>
          <w:b w:val="false"/>
          <w:sz w:val="28"/>
        </w:rPr>
        <w:t xml:space="preserve">; старые данные не вытесняются молча. Проверка свежести, срока допустимой оценки часов и работоспособности кодека сохраняется. Изменение </w:t>
      </w:r>
      <w:r>
        <w:rPr>
          <w:b w:val="false"/>
          <w:sz w:val="28"/>
          <w:lang w:val="zxx"/>
        </w:rPr>
        <w:t>initialMs/</w:t>
      </w:r>
      <w:r>
        <w:rPr>
          <w:b w:val="false"/>
          <w:sz w:val="28"/>
        </w:rPr>
        <w:t>​</w:t>
      </w:r>
      <w:r>
        <w:rPr>
          <w:b w:val="false"/>
          <w:sz w:val="28"/>
          <w:lang w:val="zxx"/>
        </w:rPr>
        <w:t>maxMs</w:t>
      </w:r>
      <w:r>
        <w:rPr>
          <w:b w:val="false"/>
          <w:sz w:val="28"/>
        </w:rPr>
        <w:t xml:space="preserve"> во время сеанса запрещено; бесконечный рост задержки не допускается.</w:t>
      </w:r>
    </w:p>
    <w:p>
      <w:pPr>
        <w:pStyle w:val="Normal"/>
        <w:jc w:val="start"/>
        <w:rPr/>
      </w:pPr>
      <w:r>
        <w:rPr>
          <w:b w:val="false"/>
          <w:sz w:val="28"/>
          <w:lang w:val="zxx"/>
        </w:rPr>
        <w:t>15.136</w:t>
      </w:r>
      <w:r>
        <w:rPr>
          <w:b w:val="false"/>
          <w:sz w:val="28"/>
        </w:rPr>
        <w:t xml:space="preserve"> </w:t>
      </w:r>
      <w:r>
        <w:rPr>
          <w:b w:val="false"/>
          <w:sz w:val="28"/>
          <w:lang w:val="zxx"/>
        </w:rPr>
        <w:t>audio.state</w:t>
      </w:r>
      <w:r>
        <w:rPr>
          <w:b w:val="false"/>
          <w:sz w:val="28"/>
        </w:rPr>
        <w:t xml:space="preserve"> сохраняет </w:t>
      </w:r>
      <w:r>
        <w:rPr>
          <w:b w:val="false"/>
          <w:sz w:val="28"/>
          <w:lang w:val="zxx"/>
        </w:rPr>
        <w:t>emittedSamples</w:t>
      </w:r>
      <w:r>
        <w:rPr>
          <w:b w:val="false"/>
          <w:sz w:val="28"/>
        </w:rPr>
        <w:t xml:space="preserve"> как число отсчетов, выданных ЦАП, включая ресемплирование и аппаратную тишину до </w:t>
      </w:r>
      <w:r>
        <w:rPr>
          <w:b w:val="false"/>
          <w:sz w:val="28"/>
          <w:lang w:val="zxx"/>
        </w:rPr>
        <w:t>off.</w:t>
      </w:r>
      <w:r>
        <w:rPr>
          <w:b w:val="false"/>
          <w:sz w:val="28"/>
        </w:rPr>
        <w:t xml:space="preserve"> Дополнительный дочерний </w:t>
      </w:r>
      <w:r>
        <w:rPr>
          <w:b w:val="false"/>
          <w:sz w:val="28"/>
          <w:lang w:val="zxx"/>
        </w:rPr>
        <w:t>clock</w:t>
      </w:r>
      <w:r>
        <w:rPr>
          <w:b w:val="false"/>
          <w:sz w:val="28"/>
        </w:rPr>
        <w:t xml:space="preserve"> содержит </w:t>
      </w:r>
      <w:r>
        <w:rPr>
          <w:b w:val="false"/>
          <w:sz w:val="28"/>
          <w:lang w:val="zxx"/>
        </w:rPr>
        <w:t>sourceSamples</w:t>
      </w:r>
      <w:r>
        <w:rPr>
          <w:b w:val="false"/>
          <w:sz w:val="28"/>
        </w:rPr>
        <w:t xml:space="preserve">, </w:t>
      </w:r>
      <w:r>
        <w:rPr>
          <w:b w:val="false"/>
          <w:sz w:val="28"/>
          <w:lang w:val="zxx"/>
        </w:rPr>
        <w:t>concealedSamples</w:t>
      </w:r>
      <w:r>
        <w:rPr>
          <w:b w:val="false"/>
          <w:sz w:val="28"/>
        </w:rPr>
        <w:t xml:space="preserve">, </w:t>
      </w:r>
      <w:r>
        <w:rPr>
          <w:b w:val="false"/>
          <w:sz w:val="28"/>
          <w:lang w:val="zxx"/>
        </w:rPr>
        <w:t>rateCorrectionPpm</w:t>
      </w:r>
      <w:r>
        <w:rPr>
          <w:b w:val="false"/>
          <w:sz w:val="28"/>
        </w:rPr>
        <w:t xml:space="preserve"> и </w:t>
      </w:r>
      <w:r>
        <w:rPr>
          <w:b w:val="false"/>
          <w:sz w:val="28"/>
          <w:lang w:val="zxx"/>
        </w:rPr>
        <w:t>state=locking|</w:t>
      </w:r>
      <w:r>
        <w:rPr>
          <w:b w:val="false"/>
          <w:sz w:val="28"/>
        </w:rPr>
        <w:t>​</w:t>
      </w:r>
      <w:r>
        <w:rPr>
          <w:b w:val="false"/>
          <w:sz w:val="28"/>
          <w:lang w:val="zxx"/>
        </w:rPr>
        <w:t>locked|</w:t>
      </w:r>
      <w:r>
        <w:rPr>
          <w:b w:val="false"/>
          <w:sz w:val="28"/>
        </w:rPr>
        <w:t>​</w:t>
      </w:r>
      <w:r>
        <w:rPr>
          <w:b w:val="false"/>
          <w:sz w:val="28"/>
          <w:lang w:val="zxx"/>
        </w:rPr>
        <w:t>outOfRange.</w:t>
      </w:r>
      <w:r>
        <w:rPr>
          <w:b w:val="false"/>
          <w:sz w:val="28"/>
        </w:rPr>
        <w:t xml:space="preserve"> </w:t>
      </w:r>
      <w:r>
        <w:rPr>
          <w:b w:val="false"/>
          <w:sz w:val="28"/>
          <w:lang w:val="zxx"/>
        </w:rPr>
        <w:t>sourceSamples</w:t>
      </w:r>
      <w:r>
        <w:rPr>
          <w:b w:val="false"/>
          <w:sz w:val="28"/>
        </w:rPr>
        <w:t xml:space="preserve"> - число однократно потребленных позиций источника внутри известной границы, включая позиции замены; </w:t>
      </w:r>
      <w:r>
        <w:rPr>
          <w:b w:val="false"/>
          <w:sz w:val="28"/>
          <w:lang w:val="zxx"/>
        </w:rPr>
        <w:t>concealedSamples</w:t>
      </w:r>
      <w:r>
        <w:rPr>
          <w:b w:val="false"/>
          <w:sz w:val="28"/>
        </w:rPr>
        <w:t xml:space="preserve"> - сколько из них заменены из-за утраты, без добавленных кодековых отсчетов и тишины за неизвестным концом. </w:t>
      </w:r>
      <w:r>
        <w:rPr>
          <w:b w:val="false"/>
          <w:sz w:val="28"/>
          <w:lang w:val="zxx"/>
        </w:rPr>
        <w:t>rateCorrectionPpm</w:t>
      </w:r>
      <w:r>
        <w:rPr>
          <w:b w:val="false"/>
          <w:sz w:val="28"/>
        </w:rPr>
        <w:t xml:space="preserve"> - </w:t>
      </w:r>
      <w:r>
        <w:rPr>
          <w:b w:val="false"/>
          <w:sz w:val="28"/>
          <w:lang w:val="zxx"/>
        </w:rPr>
        <w:t>int</w:t>
      </w:r>
      <w:r>
        <w:rPr>
          <w:b w:val="false"/>
          <w:sz w:val="28"/>
        </w:rPr>
        <w:t xml:space="preserve"> от -</w:t>
      </w:r>
      <w:r>
        <w:rPr>
          <w:b w:val="false"/>
          <w:sz w:val="28"/>
          <w:lang w:val="zxx"/>
        </w:rPr>
        <w:t>500</w:t>
      </w:r>
      <w:r>
        <w:rPr>
          <w:b w:val="false"/>
          <w:sz w:val="28"/>
        </w:rPr>
        <w:t xml:space="preserve"> до </w:t>
      </w:r>
      <w:r>
        <w:rPr>
          <w:b w:val="false"/>
          <w:sz w:val="28"/>
          <w:lang w:val="zxx"/>
        </w:rPr>
        <w:t>500.</w:t>
      </w:r>
      <w:r>
        <w:rPr>
          <w:b w:val="false"/>
          <w:sz w:val="28"/>
        </w:rPr>
        <w:t xml:space="preserve"> При </w:t>
      </w:r>
      <w:r>
        <w:rPr>
          <w:b w:val="false"/>
          <w:sz w:val="28"/>
          <w:lang w:val="zxx"/>
        </w:rPr>
        <w:t>succeeded/</w:t>
      </w:r>
      <w:r>
        <w:rPr>
          <w:b w:val="false"/>
          <w:sz w:val="28"/>
        </w:rPr>
        <w:t>​</w:t>
      </w:r>
      <w:r>
        <w:rPr>
          <w:b w:val="false"/>
          <w:sz w:val="28"/>
          <w:lang w:val="zxx"/>
        </w:rPr>
        <w:t>completed</w:t>
      </w:r>
      <w:r>
        <w:rPr>
          <w:b w:val="false"/>
          <w:sz w:val="28"/>
        </w:rPr>
        <w:t xml:space="preserve"> конечного потока </w:t>
      </w:r>
      <w:r>
        <w:rPr>
          <w:b w:val="false"/>
          <w:sz w:val="28"/>
          <w:lang w:val="zxx"/>
        </w:rPr>
        <w:t>sourceSamples=sampleCount.</w:t>
      </w:r>
      <w:r>
        <w:rPr>
          <w:b w:val="false"/>
          <w:sz w:val="28"/>
        </w:rPr>
        <w:t xml:space="preserve"> </w:t>
      </w:r>
      <w:r>
        <w:rPr>
          <w:b w:val="false"/>
          <w:sz w:val="28"/>
          <w:lang w:val="zxx"/>
        </w:rPr>
        <w:t>concealedSamples=0</w:t>
      </w:r>
      <w:r>
        <w:rPr>
          <w:b w:val="false"/>
          <w:sz w:val="28"/>
        </w:rPr>
        <w:t xml:space="preserve"> означает отсутствие маскирования потерь; при </w:t>
      </w:r>
      <w:r>
        <w:rPr>
          <w:b w:val="false"/>
          <w:sz w:val="28"/>
          <w:lang w:val="zxx"/>
        </w:rPr>
        <w:t>concealedSamples</w:t>
      </w:r>
      <w:r>
        <w:rPr>
          <w:b w:val="false"/>
          <w:sz w:val="28"/>
        </w:rPr>
        <w:t>&gt;</w:t>
      </w:r>
      <w:r>
        <w:rPr>
          <w:b w:val="false"/>
          <w:sz w:val="28"/>
          <w:lang w:val="zxx"/>
        </w:rPr>
        <w:t>0</w:t>
      </w:r>
      <w:r>
        <w:rPr>
          <w:b w:val="false"/>
          <w:sz w:val="28"/>
        </w:rPr>
        <w:t xml:space="preserve"> обязательно предупреждение </w:t>
      </w:r>
      <w:r>
        <w:rPr>
          <w:b w:val="false"/>
          <w:sz w:val="28"/>
          <w:lang w:val="zxx"/>
        </w:rPr>
        <w:t>mediaPacketLoss</w:t>
      </w:r>
      <w:r>
        <w:rPr>
          <w:b w:val="false"/>
          <w:sz w:val="28"/>
        </w:rPr>
        <w:t xml:space="preserve">, которое клиент показывает отдельно от отказа оборудования. </w:t>
      </w:r>
      <w:r>
        <w:rPr>
          <w:b w:val="false"/>
          <w:sz w:val="28"/>
          <w:lang w:val="zxx"/>
        </w:rPr>
        <w:t>emittedSamples</w:t>
      </w:r>
      <w:r>
        <w:rPr>
          <w:b w:val="false"/>
          <w:sz w:val="28"/>
        </w:rPr>
        <w:t xml:space="preserve"> может отличаться из-за коррекции часов. При ресемплинге длина считается в шкале источника, полнота прохода не требует равенства счетчикам ЦАП и не означает отсутствие потерь.</w:t>
      </w:r>
    </w:p>
    <w:p>
      <w:pPr>
        <w:pStyle w:val="Normal"/>
        <w:jc w:val="both"/>
        <w:rPr/>
      </w:pPr>
      <w:r>
        <w:rPr>
          <w:b w:val="false"/>
          <w:sz w:val="28"/>
          <w:lang w:val="zxx"/>
        </w:rPr>
        <w:t>15.137</w:t>
      </w:r>
      <w:r>
        <w:rPr>
          <w:b w:val="false"/>
          <w:sz w:val="28"/>
        </w:rPr>
        <w:t xml:space="preserve"> Счетчики пакетов, отсчетов, повторов, поздних пакетов и потерь обязательны в прежнем назначении. Запрещен только вывод об отказе частоты из длительного смещения уровня очереди или насыщения регулятора без независимого доказательства нарушения. </w:t>
      </w:r>
      <w:r>
        <w:rPr>
          <w:b w:val="false"/>
          <w:sz w:val="28"/>
          <w:lang w:val="zxx"/>
        </w:rPr>
        <w:t>clock.state</w:t>
      </w:r>
      <w:r>
        <w:rPr>
          <w:b w:val="false"/>
          <w:sz w:val="28"/>
        </w:rPr>
        <w:t xml:space="preserve"> описывает состояние алгоритма приемника: </w:t>
      </w:r>
      <w:r>
        <w:rPr>
          <w:b w:val="false"/>
          <w:sz w:val="28"/>
          <w:lang w:val="zxx"/>
        </w:rPr>
        <w:t>locked</w:t>
      </w:r>
      <w:r>
        <w:rPr>
          <w:b w:val="false"/>
          <w:sz w:val="28"/>
        </w:rPr>
        <w:t xml:space="preserve"> само по себе не является измерением точности аппаратного генератора и не подтверждает слышимость. Сравнение накопленных отсчетов с временем обслуживания программного цикла не заменяет измерение тактирования ЦАП.</w:t>
      </w:r>
    </w:p>
    <w:p>
      <w:pPr>
        <w:pStyle w:val="2"/>
        <w:rPr/>
      </w:pPr>
      <w:r>
        <w:rPr/>
        <w:t>Изоляция отказов подключения медиаканала</w:t>
      </w:r>
    </w:p>
    <w:p>
      <w:pPr>
        <w:pStyle w:val="Normal"/>
        <w:jc w:val="both"/>
        <w:rPr/>
      </w:pPr>
      <w:r>
        <w:rPr>
          <w:b w:val="false"/>
          <w:sz w:val="28"/>
          <w:lang w:val="zxx"/>
        </w:rPr>
        <w:t>15.138</w:t>
      </w:r>
      <w:r>
        <w:rPr>
          <w:b w:val="false"/>
          <w:sz w:val="28"/>
        </w:rPr>
        <w:t xml:space="preserve"> До успешного </w:t>
      </w:r>
      <w:r>
        <w:rPr>
          <w:b w:val="false"/>
          <w:sz w:val="28"/>
          <w:lang w:val="zxx"/>
        </w:rPr>
        <w:t>BIND</w:t>
      </w:r>
      <w:r>
        <w:rPr>
          <w:b w:val="false"/>
          <w:sz w:val="28"/>
        </w:rPr>
        <w:t xml:space="preserve"> датаграммы не связаны с подготовкой. УУ проверяет разрешенный </w:t>
      </w:r>
      <w:r>
        <w:rPr>
          <w:b w:val="false"/>
          <w:sz w:val="28"/>
          <w:lang w:val="zxx"/>
        </w:rPr>
        <w:t>mediaId</w:t>
      </w:r>
      <w:r>
        <w:rPr>
          <w:b w:val="false"/>
          <w:sz w:val="28"/>
        </w:rPr>
        <w:t xml:space="preserve">, текущую эпоху и владельца, точный маршрут и подлинность пакета. Неверный пакет отбрасывается без очистки звука, изменения результата или отзыва действующего </w:t>
      </w:r>
      <w:r>
        <w:rPr>
          <w:b w:val="false"/>
          <w:sz w:val="28"/>
          <w:lang w:val="zxx"/>
        </w:rPr>
        <w:t>mediaId.</w:t>
      </w:r>
      <w:r>
        <w:rPr>
          <w:b w:val="false"/>
          <w:sz w:val="28"/>
        </w:rPr>
        <w:t xml:space="preserve"> Знание </w:t>
      </w:r>
      <w:r>
        <w:rPr>
          <w:b w:val="false"/>
          <w:sz w:val="28"/>
          <w:lang w:val="zxx"/>
        </w:rPr>
        <w:t>mediaId</w:t>
      </w:r>
      <w:r>
        <w:rPr>
          <w:b w:val="false"/>
          <w:sz w:val="28"/>
        </w:rPr>
        <w:t xml:space="preserve"> не доказывает полномочия источника.</w:t>
      </w:r>
    </w:p>
    <w:p>
      <w:pPr>
        <w:pStyle w:val="Normal"/>
        <w:jc w:val="both"/>
        <w:rPr/>
      </w:pPr>
      <w:r>
        <w:rPr>
          <w:b w:val="false"/>
          <w:sz w:val="28"/>
          <w:lang w:val="zxx"/>
        </w:rPr>
        <w:t>15.139</w:t>
      </w:r>
      <w:r>
        <w:rPr>
          <w:b w:val="false"/>
          <w:sz w:val="28"/>
        </w:rPr>
        <w:t xml:space="preserve"> </w:t>
      </w:r>
      <w:r>
        <w:rPr>
          <w:b w:val="false"/>
          <w:sz w:val="28"/>
          <w:lang w:val="zxx"/>
        </w:rPr>
        <w:t>BIND</w:t>
      </w:r>
      <w:r>
        <w:rPr>
          <w:b w:val="false"/>
          <w:sz w:val="28"/>
        </w:rPr>
        <w:t xml:space="preserve"> атомарно связывается с подготовкой. Его корректный повтор только восстанавливает служебный ответ. Новый источник, маршрут или </w:t>
      </w:r>
      <w:r>
        <w:rPr>
          <w:b w:val="false"/>
          <w:sz w:val="28"/>
          <w:lang w:val="zxx"/>
        </w:rPr>
        <w:t>mediaId</w:t>
      </w:r>
      <w:r>
        <w:rPr>
          <w:b w:val="false"/>
          <w:sz w:val="28"/>
        </w:rPr>
        <w:t xml:space="preserve"> не наследует полномочия действующего сеанса. </w:t>
      </w:r>
      <w:r>
        <w:rPr>
          <w:b w:val="false"/>
          <w:sz w:val="28"/>
          <w:lang w:val="zxx"/>
        </w:rPr>
        <w:t>STOP</w:t>
      </w:r>
      <w:r>
        <w:rPr>
          <w:b w:val="false"/>
          <w:sz w:val="28"/>
        </w:rPr>
        <w:t>, отзыв, смена контекста и таймаут завершают прием; запоздалые пакеты не возобновляют звук. Ошибка аутентификации не останавливает разрешенный поток.</w:t>
      </w:r>
    </w:p>
    <w:p>
      <w:pPr>
        <w:pStyle w:val="Normal"/>
        <w:jc w:val="start"/>
        <w:rPr/>
      </w:pPr>
      <w:r>
        <w:rPr>
          <w:b w:val="false"/>
          <w:sz w:val="28"/>
          <w:lang w:val="zxx"/>
        </w:rPr>
        <w:t>15.140</w:t>
      </w:r>
      <w:r>
        <w:rPr>
          <w:b w:val="false"/>
          <w:sz w:val="28"/>
        </w:rPr>
        <w:t xml:space="preserve"> Штатный </w:t>
      </w:r>
      <w:r>
        <w:rPr>
          <w:b w:val="false"/>
          <w:sz w:val="28"/>
          <w:lang w:val="zxx"/>
        </w:rPr>
        <w:t>session.stop/</w:t>
      </w:r>
      <w:r>
        <w:rPr>
          <w:b w:val="false"/>
          <w:sz w:val="28"/>
        </w:rPr>
        <w:t>​</w:t>
      </w:r>
      <w:r>
        <w:rPr>
          <w:b w:val="false"/>
          <w:sz w:val="28"/>
          <w:lang w:val="zxx"/>
        </w:rPr>
        <w:t>cancel</w:t>
      </w:r>
      <w:r>
        <w:rPr>
          <w:b w:val="false"/>
          <w:sz w:val="28"/>
        </w:rPr>
        <w:t xml:space="preserve"> отзывает поток и прекращает воспроизведение без требования передать оставшуюся часть файла, </w:t>
      </w:r>
      <w:r>
        <w:rPr>
          <w:b w:val="false"/>
          <w:sz w:val="28"/>
          <w:lang w:val="zxx"/>
        </w:rPr>
        <w:t>END</w:t>
      </w:r>
      <w:r>
        <w:rPr>
          <w:b w:val="false"/>
          <w:sz w:val="28"/>
        </w:rPr>
        <w:t xml:space="preserve"> или </w:t>
      </w:r>
      <w:r>
        <w:rPr>
          <w:b w:val="false"/>
          <w:sz w:val="28"/>
          <w:lang w:val="zxx"/>
        </w:rPr>
        <w:t>audio.finish.</w:t>
      </w:r>
      <w:r>
        <w:rPr>
          <w:b w:val="false"/>
          <w:sz w:val="28"/>
        </w:rPr>
        <w:t xml:space="preserve"> Отсчеты после принятой границы остановки и сброшенный по ней буфер не учитываются как потерянный звук. Для незавершенного файла </w:t>
      </w:r>
      <w:r>
        <w:rPr>
          <w:b w:val="false"/>
          <w:sz w:val="28"/>
          <w:lang w:val="zxx"/>
        </w:rPr>
        <w:t>completion=interrupted</w:t>
      </w:r>
      <w:r>
        <w:rPr>
          <w:b w:val="false"/>
          <w:sz w:val="28"/>
        </w:rPr>
        <w:t xml:space="preserve">; при подтвержденном начале на всех ресурсах и </w:t>
      </w:r>
      <w:r>
        <w:rPr>
          <w:b w:val="false"/>
          <w:sz w:val="28"/>
          <w:lang w:val="zxx"/>
        </w:rPr>
        <w:t>off</w:t>
      </w:r>
      <w:r>
        <w:rPr>
          <w:b w:val="false"/>
          <w:sz w:val="28"/>
        </w:rPr>
        <w:t xml:space="preserve"> в срок </w:t>
      </w:r>
      <w:r>
        <w:rPr>
          <w:b w:val="false"/>
          <w:sz w:val="28"/>
          <w:lang w:val="zxx"/>
        </w:rPr>
        <w:t>ДОПУСКАЕТСЯ</w:t>
      </w:r>
      <w:r>
        <w:rPr>
          <w:b w:val="false"/>
          <w:sz w:val="28"/>
        </w:rPr>
        <w:t xml:space="preserve"> </w:t>
      </w:r>
      <w:r>
        <w:rPr>
          <w:b w:val="false"/>
          <w:sz w:val="28"/>
          <w:lang w:val="zxx"/>
        </w:rPr>
        <w:t>succeeded/</w:t>
      </w:r>
      <w:r>
        <w:rPr>
          <w:b w:val="false"/>
          <w:sz w:val="28"/>
        </w:rPr>
        <w:t>​</w:t>
      </w:r>
      <w:r>
        <w:rPr>
          <w:b w:val="false"/>
          <w:sz w:val="28"/>
          <w:lang w:val="zxx"/>
        </w:rPr>
        <w:t>operatorStop.</w:t>
      </w:r>
      <w:r>
        <w:rPr>
          <w:b w:val="false"/>
          <w:sz w:val="28"/>
        </w:rPr>
        <w:t xml:space="preserve"> Уже зафиксированные до остановки </w:t>
      </w:r>
      <w:r>
        <w:rPr>
          <w:b w:val="false"/>
          <w:sz w:val="28"/>
          <w:lang w:val="zxx"/>
        </w:rPr>
        <w:t>mediaIncomplete</w:t>
      </w:r>
      <w:r>
        <w:rPr>
          <w:b w:val="false"/>
          <w:sz w:val="28"/>
        </w:rPr>
        <w:t xml:space="preserve">, </w:t>
      </w:r>
      <w:r>
        <w:rPr>
          <w:b w:val="false"/>
          <w:sz w:val="28"/>
          <w:lang w:val="zxx"/>
        </w:rPr>
        <w:t>sourceUnavailable</w:t>
      </w:r>
      <w:r>
        <w:rPr>
          <w:b w:val="false"/>
          <w:sz w:val="28"/>
        </w:rPr>
        <w:t xml:space="preserve">, </w:t>
      </w:r>
      <w:r>
        <w:rPr>
          <w:b w:val="false"/>
          <w:sz w:val="28"/>
          <w:lang w:val="zxx"/>
        </w:rPr>
        <w:t>mediaClockFault</w:t>
      </w:r>
      <w:r>
        <w:rPr>
          <w:b w:val="false"/>
          <w:sz w:val="28"/>
        </w:rPr>
        <w:t xml:space="preserve"> и аппаратные отказы сохраняются и запрещают успех. Потери до границы остановки сохраняются в счетчиках и предупреждении </w:t>
      </w:r>
      <w:r>
        <w:rPr>
          <w:b w:val="false"/>
          <w:sz w:val="28"/>
          <w:lang w:val="zxx"/>
        </w:rPr>
        <w:t>mediaPacketLoss</w:t>
      </w:r>
      <w:r>
        <w:rPr>
          <w:b w:val="false"/>
          <w:sz w:val="28"/>
        </w:rPr>
        <w:t xml:space="preserve">; они сами по себе не запрещают </w:t>
      </w:r>
      <w:r>
        <w:rPr>
          <w:b w:val="false"/>
          <w:sz w:val="28"/>
          <w:lang w:val="zxx"/>
        </w:rPr>
        <w:t>succeeded/</w:t>
      </w:r>
      <w:r>
        <w:rPr>
          <w:b w:val="false"/>
          <w:sz w:val="28"/>
        </w:rPr>
        <w:t>​</w:t>
      </w:r>
      <w:r>
        <w:rPr>
          <w:b w:val="false"/>
          <w:sz w:val="28"/>
          <w:lang w:val="zxx"/>
        </w:rPr>
        <w:t>operatorStop.</w:t>
      </w:r>
    </w:p>
    <w:p>
      <w:pPr>
        <w:pStyle w:val="1"/>
        <w:rPr/>
      </w:pPr>
      <w:bookmarkStart w:id="16" w:name="__RefHeading___Toc43281_1766585215"/>
      <w:bookmarkEnd w:id="16"/>
      <w:r>
        <w:rPr/>
        <w:t>16 Конфигурация, контент и обновление</w:t>
      </w:r>
    </w:p>
    <w:p>
      <w:pPr>
        <w:pStyle w:val="Normal"/>
        <w:jc w:val="both"/>
        <w:rPr/>
      </w:pPr>
      <w:r>
        <w:rPr>
          <w:b w:val="false"/>
          <w:sz w:val="28"/>
          <w:lang w:val="zxx"/>
        </w:rPr>
        <w:t>16.1</w:t>
      </w:r>
      <w:r>
        <w:rPr>
          <w:b w:val="false"/>
          <w:sz w:val="28"/>
        </w:rPr>
        <w:t xml:space="preserve"> Изменения проходят подготовку, проверку и явное применение. </w:t>
      </w:r>
      <w:r>
        <w:rPr>
          <w:b w:val="false"/>
          <w:sz w:val="28"/>
          <w:lang w:val="zxx"/>
        </w:rPr>
        <w:t>config.stage</w:t>
      </w:r>
      <w:r>
        <w:rPr>
          <w:b w:val="false"/>
          <w:sz w:val="28"/>
        </w:rPr>
        <w:t xml:space="preserve"> не меняет действующую конфигурацию; </w:t>
      </w:r>
      <w:r>
        <w:rPr>
          <w:b w:val="false"/>
          <w:sz w:val="28"/>
          <w:lang w:val="zxx"/>
        </w:rPr>
        <w:t>config.commit</w:t>
      </w:r>
      <w:r>
        <w:rPr>
          <w:b w:val="false"/>
          <w:sz w:val="28"/>
        </w:rPr>
        <w:t xml:space="preserve"> атомарно фиксирует и применяет проверенные локальные правила получателя; </w:t>
      </w:r>
      <w:r>
        <w:rPr>
          <w:b w:val="false"/>
          <w:sz w:val="28"/>
          <w:lang w:val="zxx"/>
        </w:rPr>
        <w:t>configRevision</w:t>
      </w:r>
      <w:r>
        <w:rPr>
          <w:b w:val="false"/>
          <w:sz w:val="28"/>
        </w:rPr>
        <w:t xml:space="preserve"> и </w:t>
      </w:r>
      <w:r>
        <w:rPr>
          <w:b w:val="false"/>
          <w:sz w:val="28"/>
          <w:lang w:val="zxx"/>
        </w:rPr>
        <w:t>appliedRevision</w:t>
      </w:r>
      <w:r>
        <w:rPr>
          <w:b w:val="false"/>
          <w:sz w:val="28"/>
        </w:rPr>
        <w:t xml:space="preserve"> становятся равны. Команды физической перенастройки ОУ и перезапуск в этот пакет не входят. Несколько получателей применяют пакет независимо и имеют отдельные результаты. Значение </w:t>
      </w:r>
      <w:r>
        <w:rPr>
          <w:b w:val="false"/>
          <w:sz w:val="28"/>
          <w:lang w:val="zxx"/>
        </w:rPr>
        <w:t>onControlLoss</w:t>
      </w:r>
      <w:r>
        <w:rPr>
          <w:b w:val="false"/>
          <w:sz w:val="28"/>
        </w:rPr>
        <w:t xml:space="preserve"> хранится на конкретном приборе и не переопределяется произвольным </w:t>
      </w:r>
      <w:r>
        <w:rPr>
          <w:b w:val="false"/>
          <w:sz w:val="28"/>
          <w:lang w:val="zxx"/>
        </w:rPr>
        <w:t>session.start.</w:t>
      </w:r>
      <w:r>
        <w:rPr>
          <w:b w:val="false"/>
          <w:sz w:val="28"/>
        </w:rPr>
        <w:t xml:space="preserve"> После применения выполняется чтение фактической конфигурации.</w:t>
      </w:r>
    </w:p>
    <w:p>
      <w:pPr>
        <w:pStyle w:val="Normal"/>
        <w:jc w:val="both"/>
        <w:rPr/>
      </w:pPr>
      <w:r>
        <w:rPr>
          <w:b w:val="false"/>
          <w:sz w:val="28"/>
          <w:lang w:val="zxx"/>
        </w:rPr>
        <w:t>16.2</w:t>
      </w:r>
      <w:r>
        <w:rPr>
          <w:b w:val="false"/>
          <w:sz w:val="28"/>
        </w:rPr>
        <w:t xml:space="preserve"> Сеть меняется с подтверждением через новый путь и возвратом к прежним параметрам при истечении срока. Потеря ответа </w:t>
      </w:r>
      <w:r>
        <w:rPr>
          <w:b w:val="false"/>
          <w:sz w:val="28"/>
          <w:lang w:val="zxx"/>
        </w:rPr>
        <w:t>commit</w:t>
      </w:r>
      <w:r>
        <w:rPr>
          <w:b w:val="false"/>
          <w:sz w:val="28"/>
        </w:rPr>
        <w:t xml:space="preserve"> требует чтения результата по идентичности операции, а не слепого повторного применения. Секреты не возвращаются обычным </w:t>
      </w:r>
      <w:r>
        <w:rPr>
          <w:b w:val="false"/>
          <w:sz w:val="28"/>
          <w:lang w:val="zxx"/>
        </w:rPr>
        <w:t>config.get.</w:t>
      </w:r>
    </w:p>
    <w:p>
      <w:pPr>
        <w:pStyle w:val="2"/>
        <w:rPr/>
      </w:pPr>
      <w:r>
        <w:rPr/>
        <w:t>Обновление и восстановление</w:t>
      </w:r>
    </w:p>
    <w:p>
      <w:pPr>
        <w:pStyle w:val="Normal"/>
        <w:jc w:val="both"/>
        <w:rPr/>
      </w:pPr>
      <w:r>
        <w:rPr>
          <w:b w:val="false"/>
          <w:sz w:val="28"/>
          <w:lang w:val="zxx"/>
        </w:rPr>
        <w:t>16.3</w:t>
      </w:r>
      <w:r>
        <w:rPr>
          <w:b w:val="false"/>
          <w:sz w:val="28"/>
        </w:rPr>
        <w:t xml:space="preserve"> Прошивка принимается малыми блоками с проверкой совместимости, целостности и подлинности образа. Загрузка, проверка, активация и результат загрузчика различаются. В активном оповещении недопустимы перезапуск, смена профиля ОУ и изменение задействованного контента. Сервисная передача </w:t>
      </w:r>
      <w:r>
        <w:rPr>
          <w:b w:val="false"/>
          <w:sz w:val="28"/>
          <w:lang w:val="zxx"/>
        </w:rPr>
        <w:t>НЕ ДОЛЖНА</w:t>
      </w:r>
      <w:r>
        <w:rPr>
          <w:b w:val="false"/>
          <w:sz w:val="28"/>
        </w:rPr>
        <w:t xml:space="preserve"> занимать неограниченную очередь перед </w:t>
      </w:r>
      <w:r>
        <w:rPr>
          <w:b w:val="false"/>
          <w:sz w:val="28"/>
          <w:lang w:val="zxx"/>
        </w:rPr>
        <w:t>session.stop.</w:t>
      </w:r>
    </w:p>
    <w:p>
      <w:pPr>
        <w:pStyle w:val="Normal"/>
        <w:jc w:val="both"/>
        <w:rPr/>
      </w:pPr>
      <w:r>
        <w:rPr>
          <w:b w:val="false"/>
          <w:sz w:val="28"/>
          <w:lang w:val="zxx"/>
        </w:rPr>
        <w:t>16.4</w:t>
      </w:r>
      <w:r>
        <w:rPr>
          <w:b w:val="false"/>
          <w:sz w:val="28"/>
        </w:rPr>
        <w:t xml:space="preserve"> Конфигурация и контент фиксируются атомарно: действующая копия сохраняется до проверки и </w:t>
      </w:r>
      <w:r>
        <w:rPr>
          <w:b w:val="false"/>
          <w:sz w:val="28"/>
          <w:lang w:val="zxx"/>
        </w:rPr>
        <w:t>commit-</w:t>
      </w:r>
      <w:r>
        <w:rPr>
          <w:b w:val="false"/>
          <w:sz w:val="28"/>
        </w:rPr>
        <w:t xml:space="preserve">маркера новой; после потери питания выбирается последняя целая зафиксированная ревизия. Допустимый откат выполняется как новая ревизия уполномоченного автора. Загрузчик сохраняет исполнимый образ либо независимый режим приема образа при обрыве любой операции записи. Если такая гарантия не обеспечивается аппаратурой, удаленная активация прошивки </w:t>
      </w:r>
      <w:r>
        <w:rPr>
          <w:b w:val="false"/>
          <w:sz w:val="28"/>
          <w:lang w:val="zxx"/>
        </w:rPr>
        <w:t>ДОЛЖНА</w:t>
      </w:r>
      <w:r>
        <w:rPr>
          <w:b w:val="false"/>
          <w:sz w:val="28"/>
        </w:rPr>
        <w:t xml:space="preserve"> быть запрещена.</w:t>
      </w:r>
    </w:p>
    <w:p>
      <w:pPr>
        <w:pStyle w:val="Normal"/>
        <w:jc w:val="both"/>
        <w:rPr/>
      </w:pPr>
      <w:r>
        <w:rPr>
          <w:b w:val="false"/>
          <w:sz w:val="28"/>
          <w:lang w:val="zxx"/>
        </w:rPr>
        <w:t>16.5</w:t>
      </w:r>
      <w:r>
        <w:rPr>
          <w:b w:val="false"/>
          <w:sz w:val="28"/>
        </w:rPr>
        <w:t xml:space="preserve"> Изменяющие сервисные команды допускаются участнику с административным правом, при владении </w:t>
      </w:r>
      <w:r>
        <w:rPr>
          <w:b w:val="false"/>
          <w:sz w:val="28"/>
          <w:lang w:val="zxx"/>
        </w:rPr>
        <w:t>purpose=maintenance</w:t>
      </w:r>
      <w:r>
        <w:rPr>
          <w:b w:val="false"/>
          <w:sz w:val="28"/>
        </w:rPr>
        <w:t xml:space="preserve"> и подтвержденном </w:t>
      </w:r>
      <w:r>
        <w:rPr>
          <w:b w:val="false"/>
          <w:sz w:val="28"/>
          <w:lang w:val="zxx"/>
        </w:rPr>
        <w:t>off</w:t>
      </w:r>
      <w:r>
        <w:rPr>
          <w:b w:val="false"/>
          <w:sz w:val="28"/>
        </w:rPr>
        <w:t xml:space="preserve"> затрагиваемых ресурсов. Чтения </w:t>
      </w:r>
      <w:r>
        <w:rPr>
          <w:b w:val="false"/>
          <w:sz w:val="28"/>
          <w:lang w:val="zxx"/>
        </w:rPr>
        <w:t>config.get</w:t>
      </w:r>
      <w:r>
        <w:rPr>
          <w:b w:val="false"/>
          <w:sz w:val="28"/>
        </w:rPr>
        <w:t xml:space="preserve">, </w:t>
      </w:r>
      <w:r>
        <w:rPr>
          <w:b w:val="false"/>
          <w:sz w:val="28"/>
          <w:lang w:val="zxx"/>
        </w:rPr>
        <w:t>firmware.status</w:t>
      </w:r>
      <w:r>
        <w:rPr>
          <w:b w:val="false"/>
          <w:sz w:val="28"/>
        </w:rPr>
        <w:t xml:space="preserve"> и </w:t>
      </w:r>
      <w:r>
        <w:rPr>
          <w:b w:val="false"/>
          <w:sz w:val="28"/>
          <w:lang w:val="zxx"/>
        </w:rPr>
        <w:t>content.status</w:t>
      </w:r>
      <w:r>
        <w:rPr>
          <w:b w:val="false"/>
          <w:sz w:val="28"/>
        </w:rPr>
        <w:t xml:space="preserve"> владения не требуют. Изменения используют обычный </w:t>
      </w:r>
      <w:r>
        <w:rPr>
          <w:b w:val="false"/>
          <w:sz w:val="28"/>
          <w:lang w:val="zxx"/>
        </w:rPr>
        <w:t>cmdSeq</w:t>
      </w:r>
      <w:r>
        <w:rPr>
          <w:b w:val="false"/>
          <w:sz w:val="28"/>
        </w:rPr>
        <w:t xml:space="preserve">; одна активная транзакция изменения на УУ. Транзакция переживает смену эпохи по правилам продолжения, но старая эпоха больше не меняет ее. Сервис уступает реальной тревоге по разделу </w:t>
      </w:r>
      <w:r>
        <w:rPr>
          <w:b w:val="false"/>
          <w:sz w:val="28"/>
          <w:lang w:val="zxx"/>
        </w:rPr>
        <w:t>5</w:t>
      </w:r>
      <w:r>
        <w:rPr>
          <w:b w:val="false"/>
          <w:sz w:val="28"/>
        </w:rPr>
        <w:t>; секретные ключи в конфигурацию не входят.</w:t>
      </w:r>
    </w:p>
    <w:p>
      <w:pPr>
        <w:pStyle w:val="Normal"/>
        <w:jc w:val="both"/>
        <w:rPr/>
      </w:pPr>
      <w:r>
        <w:rPr>
          <w:b w:val="false"/>
          <w:sz w:val="28"/>
          <w:lang w:val="zxx"/>
        </w:rPr>
        <w:t>16.6</w:t>
      </w:r>
      <w:r>
        <w:rPr>
          <w:b w:val="false"/>
          <w:sz w:val="28"/>
        </w:rPr>
        <w:t xml:space="preserve"> При </w:t>
      </w:r>
      <w:r>
        <w:rPr>
          <w:b w:val="false"/>
          <w:sz w:val="28"/>
          <w:lang w:val="zxx"/>
        </w:rPr>
        <w:t>config.get</w:t>
      </w:r>
      <w:r>
        <w:rPr>
          <w:b w:val="false"/>
          <w:sz w:val="28"/>
        </w:rPr>
        <w:t xml:space="preserve"> с </w:t>
      </w:r>
      <w:r>
        <w:rPr>
          <w:b w:val="false"/>
          <w:sz w:val="28"/>
          <w:lang w:val="zxx"/>
        </w:rPr>
        <w:t>configId</w:t>
      </w:r>
      <w:r>
        <w:rPr>
          <w:b w:val="false"/>
          <w:sz w:val="28"/>
        </w:rPr>
        <w:t xml:space="preserve"> снимок фиксирует выбранный пакет и его </w:t>
      </w:r>
      <w:r>
        <w:rPr>
          <w:b w:val="false"/>
          <w:sz w:val="28"/>
          <w:lang w:val="zxx"/>
        </w:rPr>
        <w:t>configRevision/</w:t>
      </w:r>
      <w:r>
        <w:rPr>
          <w:b w:val="false"/>
          <w:sz w:val="28"/>
        </w:rPr>
        <w:t>​</w:t>
      </w:r>
      <w:r>
        <w:rPr>
          <w:b w:val="false"/>
          <w:sz w:val="28"/>
          <w:lang w:val="zxx"/>
        </w:rPr>
        <w:t>appliedRevision.</w:t>
      </w:r>
      <w:r>
        <w:rPr>
          <w:b w:val="false"/>
          <w:sz w:val="28"/>
        </w:rPr>
        <w:t xml:space="preserve"> </w:t>
      </w:r>
      <w:r>
        <w:rPr>
          <w:b w:val="false"/>
          <w:sz w:val="28"/>
          <w:lang w:val="zxx"/>
        </w:rPr>
        <w:t>entry.id</w:t>
      </w:r>
      <w:r>
        <w:rPr>
          <w:b w:val="false"/>
          <w:sz w:val="28"/>
        </w:rPr>
        <w:t xml:space="preserve"> представляет положительный порядковый номер в канонической десятичной записи, начиная с </w:t>
      </w:r>
      <w:r>
        <w:rPr>
          <w:b w:val="false"/>
          <w:sz w:val="28"/>
          <w:lang w:val="zxx"/>
        </w:rPr>
        <w:t>1</w:t>
      </w:r>
      <w:r>
        <w:rPr>
          <w:b w:val="false"/>
          <w:sz w:val="28"/>
        </w:rPr>
        <w:t xml:space="preserve">, одинаковый для обеих </w:t>
      </w:r>
      <w:r>
        <w:rPr>
          <w:b w:val="false"/>
          <w:sz w:val="28"/>
          <w:lang w:val="zxx"/>
        </w:rPr>
        <w:t>facet</w:t>
      </w:r>
      <w:r>
        <w:rPr>
          <w:b w:val="false"/>
          <w:sz w:val="28"/>
        </w:rPr>
        <w:t xml:space="preserve"> этой записи. Обход идет от корня: свойства объекта в лексикографическом порядке имен, элементы массива в исходном порядке. </w:t>
      </w:r>
      <w:r>
        <w:rPr>
          <w:b w:val="false"/>
          <w:sz w:val="28"/>
          <w:lang w:val="zxx"/>
        </w:rPr>
        <w:t>facet=path</w:t>
      </w:r>
      <w:r>
        <w:rPr>
          <w:b w:val="false"/>
          <w:sz w:val="28"/>
        </w:rPr>
        <w:t xml:space="preserve"> имеет </w:t>
      </w:r>
      <w:r>
        <w:rPr>
          <w:b w:val="false"/>
          <w:sz w:val="28"/>
          <w:lang w:val="zxx"/>
        </w:rPr>
        <w:t>type=string</w:t>
      </w:r>
      <w:r>
        <w:rPr>
          <w:b w:val="false"/>
          <w:sz w:val="28"/>
        </w:rPr>
        <w:t xml:space="preserve"> и путь от корня </w:t>
      </w:r>
      <w:r>
        <w:rPr>
          <w:b w:val="false"/>
          <w:sz w:val="28"/>
          <w:lang w:val="zxx"/>
        </w:rPr>
        <w:t>JSON:</w:t>
      </w:r>
      <w:r>
        <w:rPr>
          <w:b w:val="false"/>
          <w:sz w:val="28"/>
        </w:rPr>
        <w:t xml:space="preserve"> сегменты отделены знаком /, имена полей сохранены, индексы массивов начинаются с </w:t>
      </w:r>
      <w:r>
        <w:rPr>
          <w:b w:val="false"/>
          <w:sz w:val="28"/>
          <w:lang w:val="zxx"/>
        </w:rPr>
        <w:t>0</w:t>
      </w:r>
      <w:r>
        <w:rPr>
          <w:b w:val="false"/>
          <w:sz w:val="28"/>
        </w:rPr>
        <w:t>; например /</w:t>
      </w:r>
      <w:r>
        <w:rPr>
          <w:b w:val="false"/>
          <w:sz w:val="28"/>
          <w:lang w:val="zxx"/>
        </w:rPr>
        <w:t>targets/</w:t>
      </w:r>
      <w:r>
        <w:rPr>
          <w:b w:val="false"/>
          <w:sz w:val="28"/>
        </w:rPr>
        <w:t>⁠</w:t>
      </w:r>
      <w:r>
        <w:rPr>
          <w:b w:val="false"/>
          <w:sz w:val="28"/>
          <w:lang w:val="zxx"/>
        </w:rPr>
        <w:t>0/</w:t>
      </w:r>
      <w:r>
        <w:rPr>
          <w:b w:val="false"/>
          <w:sz w:val="28"/>
        </w:rPr>
        <w:t>​</w:t>
      </w:r>
      <w:r>
        <w:rPr>
          <w:b w:val="false"/>
          <w:sz w:val="28"/>
          <w:lang w:val="zxx"/>
        </w:rPr>
        <w:t>port.</w:t>
      </w:r>
      <w:r>
        <w:rPr>
          <w:b w:val="false"/>
          <w:sz w:val="28"/>
        </w:rPr>
        <w:t xml:space="preserve"> Отдельная запись пути массива перед его элементами имеет </w:t>
      </w:r>
      <w:r>
        <w:rPr>
          <w:b w:val="false"/>
          <w:sz w:val="28"/>
          <w:lang w:val="zxx"/>
        </w:rPr>
        <w:t>facet=value/</w:t>
      </w:r>
      <w:r>
        <w:rPr>
          <w:b w:val="false"/>
          <w:sz w:val="28"/>
        </w:rPr>
        <w:t>​</w:t>
      </w:r>
      <w:r>
        <w:rPr>
          <w:b w:val="false"/>
          <w:sz w:val="28"/>
          <w:lang w:val="zxx"/>
        </w:rPr>
        <w:t>type=counter</w:t>
      </w:r>
      <w:r>
        <w:rPr>
          <w:b w:val="false"/>
          <w:sz w:val="28"/>
        </w:rPr>
        <w:t xml:space="preserve"> и число элементов, включая </w:t>
      </w:r>
      <w:r>
        <w:rPr>
          <w:b w:val="false"/>
          <w:sz w:val="28"/>
          <w:lang w:val="zxx"/>
        </w:rPr>
        <w:t>0.</w:t>
      </w:r>
      <w:r>
        <w:rPr>
          <w:b w:val="false"/>
          <w:sz w:val="28"/>
        </w:rPr>
        <w:t xml:space="preserve"> Объекты не создают отдельной записи значения. Вместе эти записи сохраняют структуру пакета, включая пустые коллекции.</w:t>
      </w:r>
    </w:p>
    <w:p>
      <w:pPr>
        <w:pStyle w:val="Normal"/>
        <w:jc w:val="start"/>
        <w:rPr/>
      </w:pPr>
      <w:r>
        <w:rPr>
          <w:b w:val="false"/>
          <w:sz w:val="28"/>
          <w:lang w:val="zxx"/>
        </w:rPr>
        <w:t>16.7</w:t>
      </w:r>
      <w:r>
        <w:rPr>
          <w:b w:val="false"/>
          <w:sz w:val="28"/>
        </w:rPr>
        <w:t xml:space="preserve"> Для скалярного поля </w:t>
      </w:r>
      <w:r>
        <w:rPr>
          <w:b w:val="false"/>
          <w:sz w:val="28"/>
          <w:lang w:val="zxx"/>
        </w:rPr>
        <w:t>facet=value</w:t>
      </w:r>
      <w:r>
        <w:rPr>
          <w:b w:val="false"/>
          <w:sz w:val="28"/>
        </w:rPr>
        <w:t xml:space="preserve"> содержит декодированное значение. Неотрицательные целые поля имеют </w:t>
      </w:r>
      <w:r>
        <w:rPr>
          <w:b w:val="false"/>
          <w:sz w:val="28"/>
          <w:lang w:val="zxx"/>
        </w:rPr>
        <w:t>type=counter</w:t>
      </w:r>
      <w:r>
        <w:rPr>
          <w:b w:val="false"/>
          <w:sz w:val="28"/>
        </w:rPr>
        <w:t xml:space="preserve">, перечисления </w:t>
      </w:r>
      <w:r>
        <w:rPr>
          <w:b w:val="false"/>
          <w:sz w:val="28"/>
          <w:lang w:val="zxx"/>
        </w:rPr>
        <w:t>type=enum</w:t>
      </w:r>
      <w:r>
        <w:rPr>
          <w:b w:val="false"/>
          <w:sz w:val="28"/>
        </w:rPr>
        <w:t xml:space="preserve">, </w:t>
      </w:r>
      <w:r>
        <w:rPr>
          <w:b w:val="false"/>
          <w:sz w:val="28"/>
          <w:lang w:val="zxx"/>
        </w:rPr>
        <w:t>activeValue</w:t>
      </w:r>
      <w:r>
        <w:rPr>
          <w:b w:val="false"/>
          <w:sz w:val="28"/>
        </w:rPr>
        <w:t xml:space="preserve"> </w:t>
      </w:r>
      <w:r>
        <w:rPr>
          <w:b w:val="false"/>
          <w:sz w:val="28"/>
          <w:lang w:val="zxx"/>
        </w:rPr>
        <w:t>type=bool</w:t>
      </w:r>
      <w:r>
        <w:rPr>
          <w:b w:val="false"/>
          <w:sz w:val="28"/>
        </w:rPr>
        <w:t xml:space="preserve">; идентификаторы, токены, хеши и </w:t>
      </w:r>
      <w:r>
        <w:rPr>
          <w:b w:val="false"/>
          <w:sz w:val="28"/>
          <w:lang w:val="zxx"/>
        </w:rPr>
        <w:t>schemaVersion</w:t>
      </w:r>
      <w:r>
        <w:rPr>
          <w:b w:val="false"/>
          <w:sz w:val="28"/>
        </w:rPr>
        <w:t xml:space="preserve"> имеют </w:t>
      </w:r>
      <w:r>
        <w:rPr>
          <w:b w:val="false"/>
          <w:sz w:val="28"/>
          <w:lang w:val="zxx"/>
        </w:rPr>
        <w:t>type=string.</w:t>
      </w:r>
      <w:r>
        <w:rPr>
          <w:b w:val="false"/>
          <w:sz w:val="28"/>
        </w:rPr>
        <w:t xml:space="preserve"> Значение </w:t>
      </w:r>
      <w:r>
        <w:rPr>
          <w:b w:val="false"/>
          <w:sz w:val="28"/>
          <w:lang w:val="zxx"/>
        </w:rPr>
        <w:t>parameter.value</w:t>
      </w:r>
      <w:r>
        <w:rPr>
          <w:b w:val="false"/>
          <w:sz w:val="28"/>
        </w:rPr>
        <w:t xml:space="preserve"> использует </w:t>
      </w:r>
      <w:r>
        <w:rPr>
          <w:b w:val="false"/>
          <w:sz w:val="28"/>
          <w:lang w:val="zxx"/>
        </w:rPr>
        <w:t>type</w:t>
      </w:r>
      <w:r>
        <w:rPr>
          <w:b w:val="false"/>
          <w:sz w:val="28"/>
        </w:rPr>
        <w:t xml:space="preserve"> из своего </w:t>
      </w:r>
      <w:r>
        <w:rPr>
          <w:b w:val="false"/>
          <w:sz w:val="28"/>
          <w:lang w:val="zxx"/>
        </w:rPr>
        <w:t>parameter.</w:t>
      </w:r>
      <w:r>
        <w:rPr>
          <w:b w:val="false"/>
          <w:sz w:val="28"/>
        </w:rPr>
        <w:t xml:space="preserve"> Обе </w:t>
      </w:r>
      <w:r>
        <w:rPr>
          <w:b w:val="false"/>
          <w:sz w:val="28"/>
          <w:lang w:val="zxx"/>
        </w:rPr>
        <w:t>facet</w:t>
      </w:r>
      <w:r>
        <w:rPr>
          <w:b w:val="false"/>
          <w:sz w:val="28"/>
        </w:rPr>
        <w:t xml:space="preserve"> передаются полностью, частями до </w:t>
      </w:r>
      <w:r>
        <w:rPr>
          <w:b w:val="false"/>
          <w:sz w:val="28"/>
          <w:lang w:val="zxx"/>
        </w:rPr>
        <w:t>64</w:t>
      </w:r>
      <w:r>
        <w:rPr>
          <w:b w:val="false"/>
          <w:sz w:val="28"/>
        </w:rPr>
        <w:t xml:space="preserve"> байт </w:t>
      </w:r>
      <w:r>
        <w:rPr>
          <w:b w:val="false"/>
          <w:sz w:val="28"/>
          <w:lang w:val="zxx"/>
        </w:rPr>
        <w:t>UTF-</w:t>
      </w:r>
      <w:r>
        <w:rPr>
          <w:b w:val="false"/>
          <w:sz w:val="28"/>
        </w:rPr>
        <w:t>⁠</w:t>
      </w:r>
      <w:r>
        <w:rPr>
          <w:b w:val="false"/>
          <w:sz w:val="28"/>
          <w:lang w:val="zxx"/>
        </w:rPr>
        <w:t>8</w:t>
      </w:r>
      <w:r>
        <w:rPr>
          <w:b w:val="false"/>
          <w:sz w:val="28"/>
        </w:rPr>
        <w:t xml:space="preserve"> без разрыва символа; </w:t>
      </w:r>
      <w:r>
        <w:rPr>
          <w:b w:val="false"/>
          <w:sz w:val="28"/>
          <w:lang w:val="zxx"/>
        </w:rPr>
        <w:t>part</w:t>
      </w:r>
      <w:r>
        <w:rPr>
          <w:b w:val="false"/>
          <w:sz w:val="28"/>
        </w:rPr>
        <w:t xml:space="preserve"> начинается с </w:t>
      </w:r>
      <w:r>
        <w:rPr>
          <w:b w:val="false"/>
          <w:sz w:val="28"/>
          <w:lang w:val="zxx"/>
        </w:rPr>
        <w:t>1</w:t>
      </w:r>
      <w:r>
        <w:rPr>
          <w:b w:val="false"/>
          <w:sz w:val="28"/>
        </w:rPr>
        <w:t xml:space="preserve">, </w:t>
      </w:r>
      <w:r>
        <w:rPr>
          <w:b w:val="false"/>
          <w:sz w:val="28"/>
          <w:lang w:val="zxx"/>
        </w:rPr>
        <w:t>parts</w:t>
      </w:r>
      <w:r>
        <w:rPr>
          <w:b w:val="false"/>
          <w:sz w:val="28"/>
        </w:rPr>
        <w:t xml:space="preserve"> одинаково во всех частях одной </w:t>
      </w:r>
      <w:r>
        <w:rPr>
          <w:b w:val="false"/>
          <w:sz w:val="28"/>
          <w:lang w:val="zxx"/>
        </w:rPr>
        <w:t>facet.</w:t>
      </w:r>
      <w:r>
        <w:rPr>
          <w:b w:val="false"/>
          <w:sz w:val="28"/>
        </w:rPr>
        <w:t xml:space="preserve"> Пустое значение передается одной частью с пустым </w:t>
      </w:r>
      <w:r>
        <w:rPr>
          <w:b w:val="false"/>
          <w:sz w:val="28"/>
          <w:lang w:val="zxx"/>
        </w:rPr>
        <w:t>text.</w:t>
      </w:r>
      <w:r>
        <w:rPr>
          <w:b w:val="false"/>
          <w:sz w:val="28"/>
        </w:rPr>
        <w:t xml:space="preserve"> Строки </w:t>
      </w:r>
      <w:r>
        <w:rPr>
          <w:b w:val="false"/>
          <w:sz w:val="28"/>
          <w:lang w:val="zxx"/>
        </w:rPr>
        <w:t>parameter.value</w:t>
      </w:r>
      <w:r>
        <w:rPr>
          <w:b w:val="false"/>
          <w:sz w:val="28"/>
        </w:rPr>
        <w:t xml:space="preserve"> содержат только символы </w:t>
      </w:r>
      <w:r>
        <w:rPr>
          <w:b w:val="false"/>
          <w:sz w:val="28"/>
          <w:lang w:val="zxx"/>
        </w:rPr>
        <w:t>XML</w:t>
      </w:r>
      <w:r>
        <w:rPr>
          <w:b w:val="false"/>
          <w:sz w:val="28"/>
        </w:rPr>
        <w:t xml:space="preserve"> </w:t>
      </w:r>
      <w:r>
        <w:rPr>
          <w:b w:val="false"/>
          <w:sz w:val="28"/>
          <w:lang w:val="zxx"/>
        </w:rPr>
        <w:t>1.0:</w:t>
      </w:r>
      <w:r>
        <w:rPr>
          <w:b w:val="false"/>
          <w:sz w:val="28"/>
        </w:rPr>
        <w:t xml:space="preserve"> табуляцию, переводы строк и допустимые символы от </w:t>
      </w:r>
      <w:r>
        <w:rPr>
          <w:b w:val="false"/>
          <w:sz w:val="28"/>
          <w:lang w:val="zxx"/>
        </w:rPr>
        <w:t>U+0020</w:t>
      </w:r>
      <w:r>
        <w:rPr>
          <w:b w:val="false"/>
          <w:sz w:val="28"/>
        </w:rPr>
        <w:t xml:space="preserve">; </w:t>
      </w:r>
      <w:r>
        <w:rPr>
          <w:b w:val="false"/>
          <w:sz w:val="28"/>
          <w:lang w:val="zxx"/>
        </w:rPr>
        <w:t>NUL</w:t>
      </w:r>
      <w:r>
        <w:rPr>
          <w:b w:val="false"/>
          <w:sz w:val="28"/>
        </w:rPr>
        <w:t xml:space="preserve">, остальные управляющие символы ниже </w:t>
      </w:r>
      <w:r>
        <w:rPr>
          <w:b w:val="false"/>
          <w:sz w:val="28"/>
          <w:lang w:val="zxx"/>
        </w:rPr>
        <w:t>U+0020</w:t>
      </w:r>
      <w:r>
        <w:rPr>
          <w:b w:val="false"/>
          <w:sz w:val="28"/>
        </w:rPr>
        <w:t xml:space="preserve">, непарные суррогаты, </w:t>
      </w:r>
      <w:r>
        <w:rPr>
          <w:b w:val="false"/>
          <w:sz w:val="28"/>
          <w:lang w:val="zxx"/>
        </w:rPr>
        <w:t>U+FFFE</w:t>
      </w:r>
      <w:r>
        <w:rPr>
          <w:b w:val="false"/>
          <w:sz w:val="28"/>
        </w:rPr>
        <w:t xml:space="preserve"> и </w:t>
      </w:r>
      <w:r>
        <w:rPr>
          <w:b w:val="false"/>
          <w:sz w:val="28"/>
          <w:lang w:val="zxx"/>
        </w:rPr>
        <w:t>U+FFFF</w:t>
      </w:r>
      <w:r>
        <w:rPr>
          <w:b w:val="false"/>
          <w:sz w:val="28"/>
        </w:rPr>
        <w:t xml:space="preserve"> запрещены. </w:t>
      </w:r>
      <w:r>
        <w:rPr>
          <w:b w:val="false"/>
          <w:sz w:val="28"/>
          <w:lang w:val="zxx"/>
        </w:rPr>
        <w:t>JSON-</w:t>
      </w:r>
      <w:r>
        <w:rPr>
          <w:b w:val="false"/>
          <w:sz w:val="28"/>
        </w:rPr>
        <w:t>экранирование не отменяет это ограничение.</w:t>
      </w:r>
    </w:p>
    <w:p>
      <w:pPr>
        <w:pStyle w:val="Normal"/>
        <w:jc w:val="start"/>
        <w:rPr/>
      </w:pPr>
      <w:r>
        <w:rPr>
          <w:b w:val="false"/>
          <w:sz w:val="28"/>
          <w:lang w:val="zxx"/>
        </w:rPr>
        <w:t>16.8</w:t>
      </w:r>
      <w:r>
        <w:rPr>
          <w:b w:val="false"/>
          <w:sz w:val="28"/>
        </w:rPr>
        <w:t xml:space="preserve"> До </w:t>
      </w:r>
      <w:r>
        <w:rPr>
          <w:b w:val="false"/>
          <w:sz w:val="28"/>
          <w:lang w:val="zxx"/>
        </w:rPr>
        <w:t>staged</w:t>
      </w:r>
      <w:r>
        <w:rPr>
          <w:b w:val="false"/>
          <w:sz w:val="28"/>
        </w:rPr>
        <w:t xml:space="preserve"> получатель проверяет, что полные снимки принятой конфигурации и каталога программ помещаются в объявленные пределы страниц и времени чтения. Недостаточная емкость дает </w:t>
      </w:r>
      <w:r>
        <w:rPr>
          <w:b w:val="false"/>
          <w:sz w:val="28"/>
          <w:lang w:val="zxx"/>
        </w:rPr>
        <w:t>noSpace</w:t>
      </w:r>
      <w:r>
        <w:rPr>
          <w:b w:val="false"/>
          <w:sz w:val="28"/>
        </w:rPr>
        <w:t xml:space="preserve"> до </w:t>
      </w:r>
      <w:r>
        <w:rPr>
          <w:b w:val="false"/>
          <w:sz w:val="28"/>
          <w:lang w:val="zxx"/>
        </w:rPr>
        <w:t>commit</w:t>
      </w:r>
      <w:r>
        <w:rPr>
          <w:b w:val="false"/>
          <w:sz w:val="28"/>
        </w:rPr>
        <w:t xml:space="preserve">; обрезка пакета или каталога запрещена. </w:t>
      </w:r>
      <w:r>
        <w:rPr>
          <w:b w:val="false"/>
          <w:sz w:val="28"/>
          <w:lang w:val="zxx"/>
        </w:rPr>
        <w:t>configRevision</w:t>
      </w:r>
      <w:r>
        <w:rPr>
          <w:b w:val="false"/>
          <w:sz w:val="28"/>
        </w:rPr>
        <w:t xml:space="preserve"> является счетчиком состояния получателя и отличается от </w:t>
      </w:r>
      <w:r>
        <w:rPr>
          <w:b w:val="false"/>
          <w:sz w:val="28"/>
          <w:lang w:val="zxx"/>
        </w:rPr>
        <w:t>revision</w:t>
      </w:r>
      <w:r>
        <w:rPr>
          <w:b w:val="false"/>
          <w:sz w:val="28"/>
        </w:rPr>
        <w:t xml:space="preserve"> линии </w:t>
      </w:r>
      <w:r>
        <w:rPr>
          <w:b w:val="false"/>
          <w:sz w:val="28"/>
          <w:lang w:val="zxx"/>
        </w:rPr>
        <w:t>configId</w:t>
      </w:r>
      <w:r>
        <w:rPr>
          <w:b w:val="false"/>
          <w:sz w:val="28"/>
        </w:rPr>
        <w:t xml:space="preserve"> внутри </w:t>
      </w:r>
      <w:r>
        <w:rPr>
          <w:b w:val="false"/>
          <w:sz w:val="28"/>
          <w:lang w:val="zxx"/>
        </w:rPr>
        <w:t>JSON.</w:t>
      </w:r>
      <w:r>
        <w:rPr>
          <w:b w:val="false"/>
          <w:sz w:val="28"/>
        </w:rPr>
        <w:t xml:space="preserve"> Новый </w:t>
      </w:r>
      <w:r>
        <w:rPr>
          <w:b w:val="false"/>
          <w:sz w:val="28"/>
          <w:lang w:val="zxx"/>
        </w:rPr>
        <w:t>commit</w:t>
      </w:r>
      <w:r>
        <w:rPr>
          <w:b w:val="false"/>
          <w:sz w:val="28"/>
        </w:rPr>
        <w:t xml:space="preserve"> присваивает </w:t>
      </w:r>
      <w:r>
        <w:rPr>
          <w:b w:val="false"/>
          <w:sz w:val="28"/>
          <w:lang w:val="zxx"/>
        </w:rPr>
        <w:t>configRevision=baseRevision+1</w:t>
      </w:r>
      <w:r>
        <w:rPr>
          <w:b w:val="false"/>
          <w:sz w:val="28"/>
        </w:rPr>
        <w:t xml:space="preserve"> и тот же </w:t>
      </w:r>
      <w:r>
        <w:rPr>
          <w:b w:val="false"/>
          <w:sz w:val="28"/>
          <w:lang w:val="zxx"/>
        </w:rPr>
        <w:t>appliedRevision</w:t>
      </w:r>
      <w:r>
        <w:rPr>
          <w:b w:val="false"/>
          <w:sz w:val="28"/>
        </w:rPr>
        <w:t xml:space="preserve">; исчерпание </w:t>
      </w:r>
      <w:r>
        <w:rPr>
          <w:b w:val="false"/>
          <w:sz w:val="28"/>
          <w:lang w:val="zxx"/>
        </w:rPr>
        <w:t>uint64</w:t>
      </w:r>
      <w:r>
        <w:rPr>
          <w:b w:val="false"/>
          <w:sz w:val="28"/>
        </w:rPr>
        <w:t xml:space="preserve"> дает </w:t>
      </w:r>
      <w:r>
        <w:rPr>
          <w:b w:val="false"/>
          <w:sz w:val="28"/>
          <w:lang w:val="zxx"/>
        </w:rPr>
        <w:t>conflict.</w:t>
      </w:r>
      <w:r>
        <w:rPr>
          <w:b w:val="false"/>
          <w:sz w:val="28"/>
        </w:rPr>
        <w:t xml:space="preserve"> Повтор уже принятой команды или транзакции возвращает ее решение без нового увеличения счетчика.</w:t>
      </w:r>
    </w:p>
    <w:p>
      <w:pPr>
        <w:pStyle w:val="Normal"/>
        <w:keepNext w:val="true"/>
        <w:jc w:val="start"/>
        <w:rPr/>
      </w:pPr>
      <w:r>
        <w:rPr>
          <w:b/>
          <w:sz w:val="28"/>
          <w:lang w:val="zxx"/>
        </w:rPr>
        <w:t>16.9</w:t>
      </w:r>
      <w:r>
        <w:rPr>
          <w:b/>
          <w:sz w:val="28"/>
        </w:rPr>
        <w:t xml:space="preserve"> </w:t>
      </w:r>
      <w:r>
        <w:rPr>
          <w:b/>
          <w:sz w:val="28"/>
          <w:lang w:val="zxx"/>
        </w:rPr>
        <w:t>config.get</w:t>
      </w:r>
    </w:p>
    <w:p>
      <w:pPr>
        <w:pStyle w:val="Normal"/>
        <w:jc w:val="start"/>
        <w:rPr/>
      </w:pPr>
      <w:r>
        <w:rPr>
          <w:b w:val="false"/>
          <w:sz w:val="28"/>
        </w:rPr>
        <w:t xml:space="preserve">Чтение </w:t>
      </w:r>
      <w:r>
        <w:rPr>
          <w:b w:val="false"/>
          <w:sz w:val="28"/>
          <w:lang w:val="zxx"/>
        </w:rPr>
        <w:t>selection</w:t>
      </w:r>
      <w:r>
        <w:rPr>
          <w:b w:val="false"/>
          <w:sz w:val="28"/>
        </w:rPr>
        <w:t xml:space="preserve"> с </w:t>
      </w:r>
      <w:r>
        <w:rPr>
          <w:b w:val="false"/>
          <w:sz w:val="28"/>
          <w:lang w:val="zxx"/>
        </w:rPr>
        <w:t>configId</w:t>
      </w:r>
      <w:r>
        <w:rPr>
          <w:b w:val="false"/>
          <w:sz w:val="28"/>
        </w:rPr>
        <w:t xml:space="preserve"> либо </w:t>
      </w:r>
      <w:r>
        <w:rPr>
          <w:b w:val="false"/>
          <w:sz w:val="28"/>
          <w:lang w:val="zxx"/>
        </w:rPr>
        <w:t>transactionId</w:t>
      </w:r>
      <w:r>
        <w:rPr>
          <w:b w:val="false"/>
          <w:sz w:val="28"/>
        </w:rPr>
        <w:t xml:space="preserve"> или </w:t>
      </w:r>
      <w:r>
        <w:rPr>
          <w:b w:val="false"/>
          <w:sz w:val="28"/>
          <w:lang w:val="zxx"/>
        </w:rPr>
        <w:t>snapshotId/</w:t>
      </w:r>
      <w:r>
        <w:rPr>
          <w:b w:val="false"/>
          <w:sz w:val="28"/>
        </w:rPr>
        <w:t>​</w:t>
      </w:r>
      <w:r>
        <w:rPr>
          <w:b w:val="false"/>
          <w:sz w:val="28"/>
          <w:lang w:val="zxx"/>
        </w:rPr>
        <w:t>cursor.</w:t>
      </w:r>
      <w:r>
        <w:rPr>
          <w:b w:val="false"/>
          <w:sz w:val="28"/>
        </w:rPr>
        <w:t xml:space="preserve"> Ответ </w:t>
      </w:r>
      <w:r>
        <w:rPr>
          <w:b w:val="false"/>
          <w:sz w:val="28"/>
          <w:lang w:val="zxx"/>
        </w:rPr>
        <w:t>configuration:</w:t>
      </w:r>
      <w:r>
        <w:rPr>
          <w:b w:val="false"/>
          <w:sz w:val="28"/>
        </w:rPr>
        <w:t xml:space="preserve"> </w:t>
      </w:r>
      <w:r>
        <w:rPr>
          <w:b w:val="false"/>
          <w:sz w:val="28"/>
          <w:lang w:val="zxx"/>
        </w:rPr>
        <w:t>snapshotId</w:t>
      </w:r>
      <w:r>
        <w:rPr>
          <w:b w:val="false"/>
          <w:sz w:val="28"/>
        </w:rPr>
        <w:t xml:space="preserve">, </w:t>
      </w:r>
      <w:r>
        <w:rPr>
          <w:b w:val="false"/>
          <w:sz w:val="28"/>
          <w:lang w:val="zxx"/>
        </w:rPr>
        <w:t>configRevision</w:t>
      </w:r>
      <w:r>
        <w:rPr>
          <w:b w:val="false"/>
          <w:sz w:val="28"/>
        </w:rPr>
        <w:t xml:space="preserve">, </w:t>
      </w:r>
      <w:r>
        <w:rPr>
          <w:b w:val="false"/>
          <w:sz w:val="28"/>
          <w:lang w:val="zxx"/>
        </w:rPr>
        <w:t>appliedRevision</w:t>
      </w:r>
      <w:r>
        <w:rPr>
          <w:b w:val="false"/>
          <w:sz w:val="28"/>
        </w:rPr>
        <w:t xml:space="preserve">, </w:t>
      </w:r>
      <w:r>
        <w:rPr>
          <w:b w:val="false"/>
          <w:sz w:val="28"/>
          <w:lang w:val="zxx"/>
        </w:rPr>
        <w:t>more/</w:t>
      </w:r>
      <w:r>
        <w:rPr>
          <w:b w:val="false"/>
          <w:sz w:val="28"/>
        </w:rPr>
        <w:t>​</w:t>
      </w:r>
      <w:r>
        <w:rPr>
          <w:b w:val="false"/>
          <w:sz w:val="28"/>
          <w:lang w:val="zxx"/>
        </w:rPr>
        <w:t>cursor</w:t>
      </w:r>
      <w:r>
        <w:rPr>
          <w:b w:val="false"/>
          <w:sz w:val="28"/>
        </w:rPr>
        <w:t xml:space="preserve">; записи </w:t>
      </w:r>
      <w:r>
        <w:rPr>
          <w:b w:val="false"/>
          <w:sz w:val="28"/>
          <w:lang w:val="zxx"/>
        </w:rPr>
        <w:t>entry</w:t>
      </w:r>
      <w:r>
        <w:rPr>
          <w:b w:val="false"/>
          <w:sz w:val="28"/>
        </w:rPr>
        <w:t xml:space="preserve"> </w:t>
      </w:r>
      <w:r>
        <w:rPr>
          <w:b w:val="false"/>
          <w:sz w:val="28"/>
          <w:lang w:val="zxx"/>
        </w:rPr>
        <w:t>id/</w:t>
      </w:r>
      <w:r>
        <w:rPr>
          <w:b w:val="false"/>
          <w:sz w:val="28"/>
        </w:rPr>
        <w:t>​</w:t>
      </w:r>
      <w:r>
        <w:rPr>
          <w:b w:val="false"/>
          <w:sz w:val="28"/>
          <w:lang w:val="zxx"/>
        </w:rPr>
        <w:t>facet/</w:t>
      </w:r>
      <w:r>
        <w:rPr>
          <w:b w:val="false"/>
          <w:sz w:val="28"/>
        </w:rPr>
        <w:t>​</w:t>
      </w:r>
      <w:r>
        <w:rPr>
          <w:b w:val="false"/>
          <w:sz w:val="28"/>
          <w:lang w:val="zxx"/>
        </w:rPr>
        <w:t>part/</w:t>
      </w:r>
      <w:r>
        <w:rPr>
          <w:b w:val="false"/>
          <w:sz w:val="28"/>
        </w:rPr>
        <w:t>​</w:t>
      </w:r>
      <w:r>
        <w:rPr>
          <w:b w:val="false"/>
          <w:sz w:val="28"/>
          <w:lang w:val="zxx"/>
        </w:rPr>
        <w:t>parts/</w:t>
      </w:r>
      <w:r>
        <w:rPr>
          <w:b w:val="false"/>
          <w:sz w:val="28"/>
        </w:rPr>
        <w:t>​</w:t>
      </w:r>
      <w:r>
        <w:rPr>
          <w:b w:val="false"/>
          <w:sz w:val="28"/>
          <w:lang w:val="zxx"/>
        </w:rPr>
        <w:t>type/</w:t>
      </w:r>
      <w:r>
        <w:rPr>
          <w:b w:val="false"/>
          <w:sz w:val="28"/>
        </w:rPr>
        <w:t>​</w:t>
      </w:r>
      <w:r>
        <w:rPr>
          <w:b w:val="false"/>
          <w:sz w:val="28"/>
          <w:lang w:val="zxx"/>
        </w:rPr>
        <w:t>text</w:t>
      </w:r>
      <w:r>
        <w:rPr>
          <w:b w:val="false"/>
          <w:sz w:val="28"/>
        </w:rPr>
        <w:t xml:space="preserve"> для разрешенных параметров либо </w:t>
      </w:r>
      <w:r>
        <w:rPr>
          <w:b w:val="false"/>
          <w:sz w:val="28"/>
          <w:lang w:val="zxx"/>
        </w:rPr>
        <w:t>transaction</w:t>
      </w:r>
      <w:r>
        <w:rPr>
          <w:b w:val="false"/>
          <w:sz w:val="28"/>
        </w:rPr>
        <w:t xml:space="preserve"> </w:t>
      </w:r>
      <w:r>
        <w:rPr>
          <w:b w:val="false"/>
          <w:sz w:val="28"/>
          <w:lang w:val="zxx"/>
        </w:rPr>
        <w:t>id/</w:t>
      </w:r>
      <w:r>
        <w:rPr>
          <w:b w:val="false"/>
          <w:sz w:val="28"/>
        </w:rPr>
        <w:t>​</w:t>
      </w:r>
      <w:r>
        <w:rPr>
          <w:b w:val="false"/>
          <w:sz w:val="28"/>
          <w:lang w:val="zxx"/>
        </w:rPr>
        <w:t>state/</w:t>
      </w:r>
      <w:r>
        <w:rPr>
          <w:b w:val="false"/>
          <w:sz w:val="28"/>
        </w:rPr>
        <w:t>​</w:t>
      </w:r>
      <w:r>
        <w:rPr>
          <w:b w:val="false"/>
          <w:sz w:val="28"/>
          <w:lang w:val="zxx"/>
        </w:rPr>
        <w:t>receivedBytes/</w:t>
      </w:r>
      <w:r>
        <w:rPr>
          <w:b w:val="false"/>
          <w:sz w:val="28"/>
        </w:rPr>
        <w:t>​</w:t>
      </w:r>
      <w:r>
        <w:rPr>
          <w:b w:val="false"/>
          <w:sz w:val="28"/>
          <w:lang w:val="zxx"/>
        </w:rPr>
        <w:t>totalBytes/</w:t>
      </w:r>
      <w:r>
        <w:rPr>
          <w:b w:val="false"/>
          <w:sz w:val="28"/>
        </w:rPr>
        <w:t>​</w:t>
      </w:r>
      <w:r>
        <w:rPr>
          <w:b w:val="false"/>
          <w:sz w:val="28"/>
          <w:lang w:val="zxx"/>
        </w:rPr>
        <w:t>hash/</w:t>
      </w:r>
      <w:r>
        <w:rPr>
          <w:b w:val="false"/>
          <w:sz w:val="28"/>
        </w:rPr>
        <w:t>​</w:t>
      </w:r>
      <w:r>
        <w:rPr>
          <w:b w:val="false"/>
          <w:sz w:val="28"/>
          <w:lang w:val="zxx"/>
        </w:rPr>
        <w:t>remainingBudgetMs.</w:t>
      </w:r>
      <w:r>
        <w:rPr>
          <w:b w:val="false"/>
          <w:sz w:val="28"/>
        </w:rPr>
        <w:t xml:space="preserve"> Путь и значение до </w:t>
      </w:r>
      <w:r>
        <w:rPr>
          <w:b w:val="false"/>
          <w:sz w:val="28"/>
          <w:lang w:val="zxx"/>
        </w:rPr>
        <w:t>128</w:t>
      </w:r>
      <w:r>
        <w:rPr>
          <w:b w:val="false"/>
          <w:sz w:val="28"/>
        </w:rPr>
        <w:t xml:space="preserve"> байт передаются отдельными частями по </w:t>
      </w:r>
      <w:r>
        <w:rPr>
          <w:b w:val="false"/>
          <w:sz w:val="28"/>
          <w:lang w:val="zxx"/>
        </w:rPr>
        <w:t>64</w:t>
      </w:r>
      <w:r>
        <w:rPr>
          <w:b w:val="false"/>
          <w:sz w:val="28"/>
        </w:rPr>
        <w:t xml:space="preserve"> байта; обе </w:t>
      </w:r>
      <w:r>
        <w:rPr>
          <w:b w:val="false"/>
          <w:sz w:val="28"/>
          <w:lang w:val="zxx"/>
        </w:rPr>
        <w:t>facet</w:t>
      </w:r>
      <w:r>
        <w:rPr>
          <w:b w:val="false"/>
          <w:sz w:val="28"/>
        </w:rPr>
        <w:t xml:space="preserve"> и все части обязательны по разделу </w:t>
      </w:r>
      <w:r>
        <w:rPr>
          <w:b w:val="false"/>
          <w:sz w:val="28"/>
          <w:lang w:val="zxx"/>
        </w:rPr>
        <w:t>7.</w:t>
      </w:r>
    </w:p>
    <w:p>
      <w:pPr>
        <w:pStyle w:val="Normal"/>
        <w:keepNext w:val="true"/>
        <w:jc w:val="start"/>
        <w:rPr/>
      </w:pPr>
      <w:r>
        <w:rPr>
          <w:b/>
          <w:sz w:val="28"/>
          <w:lang w:val="zxx"/>
        </w:rPr>
        <w:t>16.10</w:t>
      </w:r>
      <w:r>
        <w:rPr>
          <w:b/>
          <w:sz w:val="28"/>
        </w:rPr>
        <w:t xml:space="preserve"> </w:t>
      </w:r>
      <w:r>
        <w:rPr>
          <w:b/>
          <w:sz w:val="28"/>
          <w:lang w:val="zxx"/>
        </w:rPr>
        <w:t>config.stage</w:t>
      </w:r>
    </w:p>
    <w:p>
      <w:pPr>
        <w:pStyle w:val="Normal"/>
        <w:jc w:val="start"/>
        <w:rPr/>
      </w:pPr>
      <w:r>
        <w:rPr>
          <w:b w:val="false"/>
          <w:sz w:val="28"/>
          <w:lang w:val="zxx"/>
        </w:rPr>
        <w:t>transaction</w:t>
      </w:r>
      <w:r>
        <w:rPr>
          <w:b w:val="false"/>
          <w:sz w:val="28"/>
        </w:rPr>
        <w:t xml:space="preserve"> </w:t>
      </w:r>
      <w:r>
        <w:rPr>
          <w:b w:val="false"/>
          <w:sz w:val="28"/>
          <w:lang w:val="zxx"/>
        </w:rPr>
        <w:t>id/</w:t>
      </w:r>
      <w:r>
        <w:rPr>
          <w:b w:val="false"/>
          <w:sz w:val="28"/>
        </w:rPr>
        <w:t>​</w:t>
      </w:r>
      <w:r>
        <w:rPr>
          <w:b w:val="false"/>
          <w:sz w:val="28"/>
          <w:lang w:val="zxx"/>
        </w:rPr>
        <w:t>baseRevision/</w:t>
      </w:r>
      <w:r>
        <w:rPr>
          <w:b w:val="false"/>
          <w:sz w:val="28"/>
        </w:rPr>
        <w:t>​</w:t>
      </w:r>
      <w:r>
        <w:rPr>
          <w:b w:val="false"/>
          <w:sz w:val="28"/>
          <w:lang w:val="zxx"/>
        </w:rPr>
        <w:t>totalBytes/</w:t>
      </w:r>
      <w:r>
        <w:rPr>
          <w:b w:val="false"/>
          <w:sz w:val="28"/>
        </w:rPr>
        <w:t>​</w:t>
      </w:r>
      <w:r>
        <w:rPr>
          <w:b w:val="false"/>
          <w:sz w:val="28"/>
          <w:lang w:val="zxx"/>
        </w:rPr>
        <w:t>hashAlgorithm/</w:t>
      </w:r>
      <w:r>
        <w:rPr>
          <w:b w:val="false"/>
          <w:sz w:val="28"/>
        </w:rPr>
        <w:t>​</w:t>
      </w:r>
      <w:r>
        <w:rPr>
          <w:b w:val="false"/>
          <w:sz w:val="28"/>
          <w:lang w:val="zxx"/>
        </w:rPr>
        <w:t>hash</w:t>
      </w:r>
      <w:r>
        <w:rPr>
          <w:b w:val="false"/>
          <w:sz w:val="28"/>
        </w:rPr>
        <w:t xml:space="preserve"> и </w:t>
      </w:r>
      <w:r>
        <w:rPr>
          <w:b w:val="false"/>
          <w:sz w:val="28"/>
          <w:lang w:val="zxx"/>
        </w:rPr>
        <w:t>transfer</w:t>
      </w:r>
      <w:r>
        <w:rPr>
          <w:b w:val="false"/>
          <w:sz w:val="28"/>
        </w:rPr>
        <w:t xml:space="preserve"> </w:t>
      </w:r>
      <w:r>
        <w:rPr>
          <w:b w:val="false"/>
          <w:sz w:val="28"/>
          <w:lang w:val="zxx"/>
        </w:rPr>
        <w:t>profile/</w:t>
      </w:r>
      <w:r>
        <w:rPr>
          <w:b w:val="false"/>
          <w:sz w:val="28"/>
        </w:rPr>
        <w:t>​</w:t>
      </w:r>
      <w:r>
        <w:rPr>
          <w:b w:val="false"/>
          <w:sz w:val="28"/>
          <w:lang w:val="zxx"/>
        </w:rPr>
        <w:t>blockBytes/</w:t>
      </w:r>
      <w:r>
        <w:rPr>
          <w:b w:val="false"/>
          <w:sz w:val="28"/>
        </w:rPr>
        <w:t>​</w:t>
      </w:r>
      <w:r>
        <w:rPr>
          <w:b w:val="false"/>
          <w:sz w:val="28"/>
          <w:lang w:val="zxx"/>
        </w:rPr>
        <w:t>windowBlocks/</w:t>
      </w:r>
      <w:r>
        <w:rPr>
          <w:b w:val="false"/>
          <w:sz w:val="28"/>
        </w:rPr>
        <w:t>​</w:t>
      </w:r>
      <w:r>
        <w:rPr>
          <w:b w:val="false"/>
          <w:sz w:val="28"/>
          <w:lang w:val="zxx"/>
        </w:rPr>
        <w:t>windowRoundTripMaxMs.</w:t>
      </w:r>
      <w:r>
        <w:rPr>
          <w:b w:val="false"/>
          <w:sz w:val="28"/>
        </w:rPr>
        <w:t xml:space="preserve"> </w:t>
      </w:r>
      <w:r>
        <w:rPr>
          <w:b w:val="false"/>
          <w:sz w:val="28"/>
          <w:lang w:val="zxx"/>
        </w:rPr>
        <w:t>id:32</w:t>
      </w:r>
      <w:r>
        <w:rPr>
          <w:b w:val="false"/>
          <w:sz w:val="28"/>
        </w:rPr>
        <w:t xml:space="preserve"> </w:t>
      </w:r>
      <w:r>
        <w:rPr>
          <w:b w:val="false"/>
          <w:sz w:val="28"/>
          <w:lang w:val="zxx"/>
        </w:rPr>
        <w:t>hex</w:t>
      </w:r>
      <w:r>
        <w:rPr>
          <w:b w:val="false"/>
          <w:sz w:val="28"/>
        </w:rPr>
        <w:t xml:space="preserve">; </w:t>
      </w:r>
      <w:r>
        <w:rPr>
          <w:b w:val="false"/>
          <w:sz w:val="28"/>
          <w:lang w:val="zxx"/>
        </w:rPr>
        <w:t>totalBytes:1..1048576.</w:t>
      </w:r>
      <w:r>
        <w:rPr>
          <w:b w:val="false"/>
          <w:sz w:val="28"/>
        </w:rPr>
        <w:t xml:space="preserve"> Создает прием </w:t>
      </w:r>
      <w:r>
        <w:rPr>
          <w:b w:val="false"/>
          <w:sz w:val="28"/>
          <w:lang w:val="zxx"/>
        </w:rPr>
        <w:t>bulk/</w:t>
      </w:r>
      <w:r>
        <w:rPr>
          <w:b w:val="false"/>
          <w:sz w:val="28"/>
        </w:rPr>
        <w:t>⁠</w:t>
      </w:r>
      <w:r>
        <w:rPr>
          <w:b w:val="false"/>
          <w:sz w:val="28"/>
          <w:lang w:val="zxx"/>
        </w:rPr>
        <w:t>1</w:t>
      </w:r>
      <w:r>
        <w:rPr>
          <w:b w:val="false"/>
          <w:sz w:val="28"/>
        </w:rPr>
        <w:t xml:space="preserve"> без изменения текущей конфигурации; байтов </w:t>
      </w:r>
      <w:r>
        <w:rPr>
          <w:b w:val="false"/>
          <w:sz w:val="28"/>
          <w:lang w:val="zxx"/>
        </w:rPr>
        <w:t>block</w:t>
      </w:r>
      <w:r>
        <w:rPr>
          <w:b w:val="false"/>
          <w:sz w:val="28"/>
        </w:rPr>
        <w:t xml:space="preserve"> в </w:t>
      </w:r>
      <w:r>
        <w:rPr>
          <w:b w:val="false"/>
          <w:sz w:val="28"/>
          <w:lang w:val="zxx"/>
        </w:rPr>
        <w:t>XML</w:t>
      </w:r>
      <w:r>
        <w:rPr>
          <w:b w:val="false"/>
          <w:sz w:val="28"/>
        </w:rPr>
        <w:t xml:space="preserve"> нет. Ответ </w:t>
      </w:r>
      <w:r>
        <w:rPr>
          <w:b w:val="false"/>
          <w:sz w:val="28"/>
          <w:lang w:val="zxx"/>
        </w:rPr>
        <w:t>transaction</w:t>
      </w:r>
      <w:r>
        <w:rPr>
          <w:b w:val="false"/>
          <w:sz w:val="28"/>
        </w:rPr>
        <w:t xml:space="preserve"> </w:t>
      </w:r>
      <w:r>
        <w:rPr>
          <w:b w:val="false"/>
          <w:sz w:val="28"/>
          <w:lang w:val="zxx"/>
        </w:rPr>
        <w:t>id/</w:t>
      </w:r>
      <w:r>
        <w:rPr>
          <w:b w:val="false"/>
          <w:sz w:val="28"/>
        </w:rPr>
        <w:t>​</w:t>
      </w:r>
      <w:r>
        <w:rPr>
          <w:b w:val="false"/>
          <w:sz w:val="28"/>
          <w:lang w:val="zxx"/>
        </w:rPr>
        <w:t>state=receiving/</w:t>
      </w:r>
      <w:r>
        <w:rPr>
          <w:b w:val="false"/>
          <w:sz w:val="28"/>
        </w:rPr>
        <w:t>​</w:t>
      </w:r>
      <w:r>
        <w:rPr>
          <w:b w:val="false"/>
          <w:sz w:val="28"/>
          <w:lang w:val="zxx"/>
        </w:rPr>
        <w:t>receivedBytes/</w:t>
      </w:r>
      <w:r>
        <w:rPr>
          <w:b w:val="false"/>
          <w:sz w:val="28"/>
        </w:rPr>
        <w:t>​</w:t>
      </w:r>
      <w:r>
        <w:rPr>
          <w:b w:val="false"/>
          <w:sz w:val="28"/>
          <w:lang w:val="zxx"/>
        </w:rPr>
        <w:t>remainingBudgetMs.</w:t>
      </w:r>
      <w:r>
        <w:rPr>
          <w:b w:val="false"/>
          <w:sz w:val="28"/>
        </w:rPr>
        <w:t xml:space="preserve"> Повтор возвращает текущий префикс/состояние. Полный файл проходит </w:t>
      </w:r>
      <w:r>
        <w:rPr>
          <w:b w:val="false"/>
          <w:sz w:val="28"/>
          <w:lang w:val="zxx"/>
        </w:rPr>
        <w:t>validating</w:t>
      </w:r>
      <w:r>
        <w:rPr>
          <w:b w:val="false"/>
          <w:sz w:val="28"/>
        </w:rPr>
        <w:t xml:space="preserve"> и получает </w:t>
      </w:r>
      <w:r>
        <w:rPr>
          <w:b w:val="false"/>
          <w:sz w:val="28"/>
          <w:lang w:val="zxx"/>
        </w:rPr>
        <w:t>staged</w:t>
      </w:r>
      <w:r>
        <w:rPr>
          <w:b w:val="false"/>
          <w:sz w:val="28"/>
        </w:rPr>
        <w:t xml:space="preserve"> только после проверки длины, хеша, </w:t>
      </w:r>
      <w:r>
        <w:rPr>
          <w:b w:val="false"/>
          <w:sz w:val="28"/>
          <w:lang w:val="zxx"/>
        </w:rPr>
        <w:t>JSON-</w:t>
      </w:r>
      <w:r>
        <w:rPr>
          <w:b w:val="false"/>
          <w:sz w:val="28"/>
        </w:rPr>
        <w:t xml:space="preserve">пакета и прав всех изменений; </w:t>
      </w:r>
      <w:r>
        <w:rPr>
          <w:b w:val="false"/>
          <w:sz w:val="28"/>
          <w:lang w:val="zxx"/>
        </w:rPr>
        <w:t>config.get</w:t>
      </w:r>
      <w:r>
        <w:rPr>
          <w:b w:val="false"/>
          <w:sz w:val="28"/>
        </w:rPr>
        <w:t xml:space="preserve"> читает прогресс и исход.</w:t>
      </w:r>
    </w:p>
    <w:p>
      <w:pPr>
        <w:pStyle w:val="Normal"/>
        <w:keepNext w:val="true"/>
        <w:jc w:val="start"/>
        <w:rPr/>
      </w:pPr>
      <w:r>
        <w:rPr>
          <w:b/>
          <w:sz w:val="28"/>
          <w:lang w:val="zxx"/>
        </w:rPr>
        <w:t>16.11</w:t>
      </w:r>
      <w:r>
        <w:rPr>
          <w:b/>
          <w:sz w:val="28"/>
        </w:rPr>
        <w:t xml:space="preserve"> </w:t>
      </w:r>
      <w:r>
        <w:rPr>
          <w:b/>
          <w:sz w:val="28"/>
          <w:lang w:val="zxx"/>
        </w:rPr>
        <w:t>config.commit</w:t>
      </w:r>
      <w:r>
        <w:rPr>
          <w:b/>
          <w:sz w:val="28"/>
        </w:rPr>
        <w:t xml:space="preserve"> / </w:t>
      </w:r>
      <w:r>
        <w:rPr>
          <w:b/>
          <w:sz w:val="28"/>
          <w:lang w:val="zxx"/>
        </w:rPr>
        <w:t>config.cancel</w:t>
      </w:r>
    </w:p>
    <w:p>
      <w:pPr>
        <w:pStyle w:val="Normal"/>
        <w:jc w:val="start"/>
        <w:rPr/>
      </w:pPr>
      <w:r>
        <w:rPr>
          <w:b w:val="false"/>
          <w:sz w:val="28"/>
          <w:lang w:val="zxx"/>
        </w:rPr>
        <w:t>transaction</w:t>
      </w:r>
      <w:r>
        <w:rPr>
          <w:b w:val="false"/>
          <w:sz w:val="28"/>
        </w:rPr>
        <w:t xml:space="preserve"> </w:t>
      </w:r>
      <w:r>
        <w:rPr>
          <w:b w:val="false"/>
          <w:sz w:val="28"/>
          <w:lang w:val="zxx"/>
        </w:rPr>
        <w:t>id.</w:t>
      </w:r>
      <w:r>
        <w:rPr>
          <w:b w:val="false"/>
          <w:sz w:val="28"/>
        </w:rPr>
        <w:t xml:space="preserve"> </w:t>
      </w:r>
      <w:r>
        <w:rPr>
          <w:b w:val="false"/>
          <w:sz w:val="28"/>
          <w:lang w:val="zxx"/>
        </w:rPr>
        <w:t>commit</w:t>
      </w:r>
      <w:r>
        <w:rPr>
          <w:b w:val="false"/>
          <w:sz w:val="28"/>
        </w:rPr>
        <w:t xml:space="preserve"> требует </w:t>
      </w:r>
      <w:r>
        <w:rPr>
          <w:b w:val="false"/>
          <w:sz w:val="28"/>
          <w:lang w:val="zxx"/>
        </w:rPr>
        <w:t>staged</w:t>
      </w:r>
      <w:r>
        <w:rPr>
          <w:b w:val="false"/>
          <w:sz w:val="28"/>
        </w:rPr>
        <w:t xml:space="preserve">, совпадения </w:t>
      </w:r>
      <w:r>
        <w:rPr>
          <w:b w:val="false"/>
          <w:sz w:val="28"/>
          <w:lang w:val="zxx"/>
        </w:rPr>
        <w:t>baseRevision</w:t>
      </w:r>
      <w:r>
        <w:rPr>
          <w:b w:val="false"/>
          <w:sz w:val="28"/>
        </w:rPr>
        <w:t xml:space="preserve"> с текущей и отсутствия исполнения; атомарно фиксирует и применяет локальные правила получателя, без записи параметров ОУ; точная граница и исходы определены ниже. Ответ </w:t>
      </w:r>
      <w:r>
        <w:rPr>
          <w:b w:val="false"/>
          <w:sz w:val="28"/>
          <w:lang w:val="zxx"/>
        </w:rPr>
        <w:t>committed</w:t>
      </w:r>
      <w:r>
        <w:rPr>
          <w:b w:val="false"/>
          <w:sz w:val="28"/>
        </w:rPr>
        <w:t xml:space="preserve"> </w:t>
      </w:r>
      <w:r>
        <w:rPr>
          <w:b w:val="false"/>
          <w:sz w:val="28"/>
          <w:lang w:val="zxx"/>
        </w:rPr>
        <w:t>id/</w:t>
      </w:r>
      <w:r>
        <w:rPr>
          <w:b w:val="false"/>
          <w:sz w:val="28"/>
        </w:rPr>
        <w:t>​</w:t>
      </w:r>
      <w:r>
        <w:rPr>
          <w:b w:val="false"/>
          <w:sz w:val="28"/>
          <w:lang w:val="zxx"/>
        </w:rPr>
        <w:t>configRevision/</w:t>
      </w:r>
      <w:r>
        <w:rPr>
          <w:b w:val="false"/>
          <w:sz w:val="28"/>
        </w:rPr>
        <w:t>​</w:t>
      </w:r>
      <w:r>
        <w:rPr>
          <w:b w:val="false"/>
          <w:sz w:val="28"/>
          <w:lang w:val="zxx"/>
        </w:rPr>
        <w:t>appliedRevision.</w:t>
      </w:r>
      <w:r>
        <w:rPr>
          <w:b w:val="false"/>
          <w:sz w:val="28"/>
        </w:rPr>
        <w:t xml:space="preserve"> </w:t>
      </w:r>
      <w:r>
        <w:rPr>
          <w:b w:val="false"/>
          <w:sz w:val="28"/>
          <w:lang w:val="zxx"/>
        </w:rPr>
        <w:t>cancel</w:t>
      </w:r>
      <w:r>
        <w:rPr>
          <w:b w:val="false"/>
          <w:sz w:val="28"/>
        </w:rPr>
        <w:t xml:space="preserve"> удаляет только незафиксированную транзакцию, ответ </w:t>
      </w:r>
      <w:r>
        <w:rPr>
          <w:b w:val="false"/>
          <w:sz w:val="28"/>
          <w:lang w:val="zxx"/>
        </w:rPr>
        <w:t>cancelled</w:t>
      </w:r>
      <w:r>
        <w:rPr>
          <w:b w:val="false"/>
          <w:sz w:val="28"/>
        </w:rPr>
        <w:t xml:space="preserve"> </w:t>
      </w:r>
      <w:r>
        <w:rPr>
          <w:b w:val="false"/>
          <w:sz w:val="28"/>
          <w:lang w:val="zxx"/>
        </w:rPr>
        <w:t>id.</w:t>
      </w:r>
      <w:r>
        <w:rPr>
          <w:b w:val="false"/>
          <w:sz w:val="28"/>
        </w:rPr>
        <w:t xml:space="preserve"> Точный повтор использует сохраненное решение; </w:t>
      </w:r>
      <w:r>
        <w:rPr>
          <w:b w:val="false"/>
          <w:sz w:val="28"/>
          <w:lang w:val="zxx"/>
        </w:rPr>
        <w:t>cancel</w:t>
      </w:r>
      <w:r>
        <w:rPr>
          <w:b w:val="false"/>
          <w:sz w:val="28"/>
        </w:rPr>
        <w:t xml:space="preserve"> после </w:t>
      </w:r>
      <w:r>
        <w:rPr>
          <w:b w:val="false"/>
          <w:sz w:val="28"/>
          <w:lang w:val="zxx"/>
        </w:rPr>
        <w:t>commit</w:t>
      </w:r>
      <w:r>
        <w:rPr>
          <w:b w:val="false"/>
          <w:sz w:val="28"/>
        </w:rPr>
        <w:t xml:space="preserve"> дает </w:t>
      </w:r>
      <w:r>
        <w:rPr>
          <w:b w:val="false"/>
          <w:sz w:val="28"/>
          <w:lang w:val="zxx"/>
        </w:rPr>
        <w:t>conflict.</w:t>
      </w:r>
    </w:p>
    <w:p>
      <w:pPr>
        <w:pStyle w:val="Normal"/>
        <w:keepNext w:val="true"/>
        <w:jc w:val="start"/>
        <w:rPr/>
      </w:pPr>
      <w:r>
        <w:rPr>
          <w:b/>
          <w:sz w:val="28"/>
          <w:lang w:val="zxx"/>
        </w:rPr>
        <w:t>16.12</w:t>
      </w:r>
      <w:r>
        <w:rPr>
          <w:b/>
          <w:sz w:val="28"/>
        </w:rPr>
        <w:t xml:space="preserve"> </w:t>
      </w:r>
      <w:r>
        <w:rPr>
          <w:b/>
          <w:sz w:val="28"/>
          <w:lang w:val="zxx"/>
        </w:rPr>
        <w:t>network.stage</w:t>
      </w:r>
    </w:p>
    <w:p>
      <w:pPr>
        <w:pStyle w:val="Normal"/>
        <w:jc w:val="start"/>
        <w:rPr/>
      </w:pPr>
      <w:r>
        <w:rPr>
          <w:b w:val="false"/>
          <w:sz w:val="28"/>
          <w:lang w:val="zxx"/>
        </w:rPr>
        <w:t>network</w:t>
      </w:r>
      <w:r>
        <w:rPr>
          <w:b w:val="false"/>
          <w:sz w:val="28"/>
        </w:rPr>
        <w:t xml:space="preserve"> </w:t>
      </w:r>
      <w:r>
        <w:rPr>
          <w:b w:val="false"/>
          <w:sz w:val="28"/>
          <w:lang w:val="zxx"/>
        </w:rPr>
        <w:t>id/</w:t>
      </w:r>
      <w:r>
        <w:rPr>
          <w:b w:val="false"/>
          <w:sz w:val="28"/>
        </w:rPr>
        <w:t>​</w:t>
      </w:r>
      <w:r>
        <w:rPr>
          <w:b w:val="false"/>
          <w:sz w:val="28"/>
          <w:lang w:val="zxx"/>
        </w:rPr>
        <w:t>address/</w:t>
      </w:r>
      <w:r>
        <w:rPr>
          <w:b w:val="false"/>
          <w:sz w:val="28"/>
        </w:rPr>
        <w:t>​</w:t>
      </w:r>
      <w:r>
        <w:rPr>
          <w:b w:val="false"/>
          <w:sz w:val="28"/>
          <w:lang w:val="zxx"/>
        </w:rPr>
        <w:t>prefix/</w:t>
      </w:r>
      <w:r>
        <w:rPr>
          <w:b w:val="false"/>
          <w:sz w:val="28"/>
        </w:rPr>
        <w:t>​</w:t>
      </w:r>
      <w:r>
        <w:rPr>
          <w:b w:val="false"/>
          <w:sz w:val="28"/>
          <w:lang w:val="zxx"/>
        </w:rPr>
        <w:t>gateway/</w:t>
      </w:r>
      <w:r>
        <w:rPr>
          <w:b w:val="false"/>
          <w:sz w:val="28"/>
        </w:rPr>
        <w:t>​</w:t>
      </w:r>
      <w:r>
        <w:rPr>
          <w:b w:val="false"/>
          <w:sz w:val="28"/>
          <w:lang w:val="zxx"/>
        </w:rPr>
        <w:t>confirmMs.</w:t>
      </w:r>
      <w:r>
        <w:rPr>
          <w:b w:val="false"/>
          <w:sz w:val="28"/>
        </w:rPr>
        <w:t xml:space="preserve"> </w:t>
      </w:r>
      <w:r>
        <w:rPr>
          <w:b w:val="false"/>
          <w:sz w:val="28"/>
          <w:lang w:val="zxx"/>
        </w:rPr>
        <w:t>id:32</w:t>
      </w:r>
      <w:r>
        <w:rPr>
          <w:b w:val="false"/>
          <w:sz w:val="28"/>
        </w:rPr>
        <w:t xml:space="preserve"> </w:t>
      </w:r>
      <w:r>
        <w:rPr>
          <w:b w:val="false"/>
          <w:sz w:val="28"/>
          <w:lang w:val="zxx"/>
        </w:rPr>
        <w:t>hex</w:t>
      </w:r>
      <w:r>
        <w:rPr>
          <w:b w:val="false"/>
          <w:sz w:val="28"/>
        </w:rPr>
        <w:t xml:space="preserve">, </w:t>
      </w:r>
      <w:r>
        <w:rPr>
          <w:b w:val="false"/>
          <w:sz w:val="28"/>
          <w:lang w:val="zxx"/>
        </w:rPr>
        <w:t>IPv4</w:t>
      </w:r>
      <w:r>
        <w:rPr>
          <w:b w:val="false"/>
          <w:sz w:val="28"/>
        </w:rPr>
        <w:t xml:space="preserve">, </w:t>
      </w:r>
      <w:r>
        <w:rPr>
          <w:b w:val="false"/>
          <w:sz w:val="28"/>
          <w:lang w:val="zxx"/>
        </w:rPr>
        <w:t>prefix:0..32</w:t>
      </w:r>
      <w:r>
        <w:rPr>
          <w:b w:val="false"/>
          <w:sz w:val="28"/>
        </w:rPr>
        <w:t xml:space="preserve">, </w:t>
      </w:r>
      <w:r>
        <w:rPr>
          <w:b w:val="false"/>
          <w:sz w:val="28"/>
          <w:lang w:val="zxx"/>
        </w:rPr>
        <w:t>confirmMs:10000..60000.</w:t>
      </w:r>
      <w:r>
        <w:rPr>
          <w:b w:val="false"/>
          <w:sz w:val="28"/>
        </w:rPr>
        <w:t xml:space="preserve"> Прежняя конфигурация хранится до подтверждения; ответ </w:t>
      </w:r>
      <w:r>
        <w:rPr>
          <w:b w:val="false"/>
          <w:sz w:val="28"/>
          <w:lang w:val="zxx"/>
        </w:rPr>
        <w:t>staged</w:t>
      </w:r>
      <w:r>
        <w:rPr>
          <w:b w:val="false"/>
          <w:sz w:val="28"/>
        </w:rPr>
        <w:t xml:space="preserve"> </w:t>
      </w:r>
      <w:r>
        <w:rPr>
          <w:b w:val="false"/>
          <w:sz w:val="28"/>
          <w:lang w:val="zxx"/>
        </w:rPr>
        <w:t>id/</w:t>
      </w:r>
      <w:r>
        <w:rPr>
          <w:b w:val="false"/>
          <w:sz w:val="28"/>
        </w:rPr>
        <w:t>​</w:t>
      </w:r>
      <w:r>
        <w:rPr>
          <w:b w:val="false"/>
          <w:sz w:val="28"/>
          <w:lang w:val="zxx"/>
        </w:rPr>
        <w:t>expiresAtMs.</w:t>
      </w:r>
      <w:r>
        <w:rPr>
          <w:b w:val="false"/>
          <w:sz w:val="28"/>
        </w:rPr>
        <w:t xml:space="preserve"> Новый адрес активируется как пробный, старый путь сохраняется на период подтверждения, если аппаратно допустимо.</w:t>
      </w:r>
    </w:p>
    <w:p>
      <w:pPr>
        <w:pStyle w:val="Normal"/>
        <w:keepNext w:val="true"/>
        <w:jc w:val="start"/>
        <w:rPr/>
      </w:pPr>
      <w:r>
        <w:rPr>
          <w:b/>
          <w:sz w:val="28"/>
          <w:lang w:val="zxx"/>
        </w:rPr>
        <w:t>16.13</w:t>
      </w:r>
      <w:r>
        <w:rPr>
          <w:b/>
          <w:sz w:val="28"/>
        </w:rPr>
        <w:t xml:space="preserve"> </w:t>
      </w:r>
      <w:r>
        <w:rPr>
          <w:b/>
          <w:sz w:val="28"/>
          <w:lang w:val="zxx"/>
        </w:rPr>
        <w:t>network.confirm</w:t>
      </w:r>
      <w:r>
        <w:rPr>
          <w:b/>
          <w:sz w:val="28"/>
        </w:rPr>
        <w:t xml:space="preserve"> / </w:t>
      </w:r>
      <w:r>
        <w:rPr>
          <w:b/>
          <w:sz w:val="28"/>
          <w:lang w:val="zxx"/>
        </w:rPr>
        <w:t>network.cancel</w:t>
      </w:r>
    </w:p>
    <w:p>
      <w:pPr>
        <w:pStyle w:val="Normal"/>
        <w:jc w:val="start"/>
        <w:rPr/>
      </w:pPr>
      <w:r>
        <w:rPr>
          <w:b w:val="false"/>
          <w:sz w:val="28"/>
          <w:lang w:val="zxx"/>
        </w:rPr>
        <w:t>network</w:t>
      </w:r>
      <w:r>
        <w:rPr>
          <w:b w:val="false"/>
          <w:sz w:val="28"/>
        </w:rPr>
        <w:t xml:space="preserve"> </w:t>
      </w:r>
      <w:r>
        <w:rPr>
          <w:b w:val="false"/>
          <w:sz w:val="28"/>
          <w:lang w:val="zxx"/>
        </w:rPr>
        <w:t>id.</w:t>
      </w:r>
      <w:r>
        <w:rPr>
          <w:b w:val="false"/>
          <w:sz w:val="28"/>
        </w:rPr>
        <w:t xml:space="preserve"> </w:t>
      </w:r>
      <w:r>
        <w:rPr>
          <w:b w:val="false"/>
          <w:sz w:val="28"/>
          <w:lang w:val="zxx"/>
        </w:rPr>
        <w:t>confirm</w:t>
      </w:r>
      <w:r>
        <w:rPr>
          <w:b w:val="false"/>
          <w:sz w:val="28"/>
        </w:rPr>
        <w:t xml:space="preserve"> принимается через новый адрес до </w:t>
      </w:r>
      <w:r>
        <w:rPr>
          <w:b w:val="false"/>
          <w:sz w:val="28"/>
          <w:lang w:val="zxx"/>
        </w:rPr>
        <w:t>expiresAtMs</w:t>
      </w:r>
      <w:r>
        <w:rPr>
          <w:b w:val="false"/>
          <w:sz w:val="28"/>
        </w:rPr>
        <w:t xml:space="preserve">, с действующего управляющего соединения того же </w:t>
      </w:r>
      <w:r>
        <w:rPr>
          <w:b w:val="false"/>
          <w:sz w:val="28"/>
          <w:lang w:val="zxx"/>
        </w:rPr>
        <w:t>principalId</w:t>
      </w:r>
      <w:r>
        <w:rPr>
          <w:b w:val="false"/>
          <w:sz w:val="28"/>
        </w:rPr>
        <w:t xml:space="preserve"> и того же явно выбранного режима </w:t>
      </w:r>
      <w:r>
        <w:rPr>
          <w:b w:val="false"/>
          <w:sz w:val="28"/>
          <w:lang w:val="zxx"/>
        </w:rPr>
        <w:t>tls</w:t>
      </w:r>
      <w:r>
        <w:rPr>
          <w:b w:val="false"/>
          <w:sz w:val="28"/>
        </w:rPr>
        <w:t xml:space="preserve"> либо </w:t>
      </w:r>
      <w:r>
        <w:rPr>
          <w:b w:val="false"/>
          <w:sz w:val="28"/>
          <w:lang w:val="zxx"/>
        </w:rPr>
        <w:t>plain</w:t>
      </w:r>
      <w:r>
        <w:rPr>
          <w:b w:val="false"/>
          <w:sz w:val="28"/>
        </w:rPr>
        <w:t xml:space="preserve">, что </w:t>
      </w:r>
      <w:r>
        <w:rPr>
          <w:b w:val="false"/>
          <w:sz w:val="28"/>
          <w:lang w:val="zxx"/>
        </w:rPr>
        <w:t>network.stage.</w:t>
      </w:r>
      <w:r>
        <w:rPr>
          <w:b w:val="false"/>
          <w:sz w:val="28"/>
        </w:rPr>
        <w:t xml:space="preserve"> Перед </w:t>
      </w:r>
      <w:r>
        <w:rPr>
          <w:b w:val="false"/>
          <w:sz w:val="28"/>
          <w:lang w:val="zxx"/>
        </w:rPr>
        <w:t>confirm</w:t>
      </w:r>
      <w:r>
        <w:rPr>
          <w:b w:val="false"/>
          <w:sz w:val="28"/>
        </w:rPr>
        <w:t xml:space="preserve"> новый канал проходит </w:t>
      </w:r>
      <w:r>
        <w:rPr>
          <w:b w:val="false"/>
          <w:sz w:val="28"/>
          <w:lang w:val="zxx"/>
        </w:rPr>
        <w:t>protocol.hello</w:t>
      </w:r>
      <w:r>
        <w:rPr>
          <w:b w:val="false"/>
          <w:sz w:val="28"/>
        </w:rPr>
        <w:t xml:space="preserve"> и </w:t>
      </w:r>
      <w:r>
        <w:rPr>
          <w:b w:val="false"/>
          <w:sz w:val="28"/>
          <w:lang w:val="zxx"/>
        </w:rPr>
        <w:t>control.resume</w:t>
      </w:r>
      <w:r>
        <w:rPr>
          <w:b w:val="false"/>
          <w:sz w:val="28"/>
        </w:rPr>
        <w:t xml:space="preserve"> действующей эпохи; если она истекла, тот же участник получает новое </w:t>
      </w:r>
      <w:r>
        <w:rPr>
          <w:b w:val="false"/>
          <w:sz w:val="28"/>
          <w:lang w:val="zxx"/>
        </w:rPr>
        <w:t>control.acquire</w:t>
      </w:r>
      <w:r>
        <w:rPr>
          <w:b w:val="false"/>
          <w:sz w:val="28"/>
        </w:rPr>
        <w:t xml:space="preserve"> </w:t>
      </w:r>
      <w:r>
        <w:rPr>
          <w:b w:val="false"/>
          <w:sz w:val="28"/>
          <w:lang w:val="zxx"/>
        </w:rPr>
        <w:t>purpose=maintenance.</w:t>
      </w:r>
      <w:r>
        <w:rPr>
          <w:b w:val="false"/>
          <w:sz w:val="28"/>
        </w:rPr>
        <w:t xml:space="preserve"> Чужой </w:t>
      </w:r>
      <w:r>
        <w:rPr>
          <w:b w:val="false"/>
          <w:sz w:val="28"/>
          <w:lang w:val="zxx"/>
        </w:rPr>
        <w:t>principalId</w:t>
      </w:r>
      <w:r>
        <w:rPr>
          <w:b w:val="false"/>
          <w:sz w:val="28"/>
        </w:rPr>
        <w:t xml:space="preserve">, смена режима, прежняя привязка и старый адрес не подтверждают переход. Для </w:t>
      </w:r>
      <w:r>
        <w:rPr>
          <w:b w:val="false"/>
          <w:sz w:val="28"/>
          <w:lang w:val="zxx"/>
        </w:rPr>
        <w:t>tls</w:t>
      </w:r>
      <w:r>
        <w:rPr>
          <w:b w:val="false"/>
          <w:sz w:val="28"/>
        </w:rPr>
        <w:t xml:space="preserve"> </w:t>
      </w:r>
      <w:r>
        <w:rPr>
          <w:b w:val="false"/>
          <w:sz w:val="28"/>
          <w:lang w:val="zxx"/>
        </w:rPr>
        <w:t>principalId</w:t>
      </w:r>
      <w:r>
        <w:rPr>
          <w:b w:val="false"/>
          <w:sz w:val="28"/>
        </w:rPr>
        <w:t xml:space="preserve"> аутентифицирован, для </w:t>
      </w:r>
      <w:r>
        <w:rPr>
          <w:b w:val="false"/>
          <w:sz w:val="28"/>
          <w:lang w:val="zxx"/>
        </w:rPr>
        <w:t>plain</w:t>
      </w:r>
      <w:r>
        <w:rPr>
          <w:b w:val="false"/>
          <w:sz w:val="28"/>
        </w:rPr>
        <w:t xml:space="preserve"> остается логическим идентификатором. </w:t>
      </w:r>
      <w:r>
        <w:rPr>
          <w:b w:val="false"/>
          <w:sz w:val="28"/>
          <w:lang w:val="zxx"/>
        </w:rPr>
        <w:t>confirm</w:t>
      </w:r>
      <w:r>
        <w:rPr>
          <w:b w:val="false"/>
          <w:sz w:val="28"/>
        </w:rPr>
        <w:t xml:space="preserve"> фиксирует новые параметры; </w:t>
      </w:r>
      <w:r>
        <w:rPr>
          <w:b w:val="false"/>
          <w:sz w:val="28"/>
          <w:lang w:val="zxx"/>
        </w:rPr>
        <w:t>cancel</w:t>
      </w:r>
      <w:r>
        <w:rPr>
          <w:b w:val="false"/>
          <w:sz w:val="28"/>
        </w:rPr>
        <w:t xml:space="preserve"> или истечение срока восстанавливает прежние. Ответ </w:t>
      </w:r>
      <w:r>
        <w:rPr>
          <w:b w:val="false"/>
          <w:sz w:val="28"/>
          <w:lang w:val="zxx"/>
        </w:rPr>
        <w:t>network</w:t>
      </w:r>
      <w:r>
        <w:rPr>
          <w:b w:val="false"/>
          <w:sz w:val="28"/>
        </w:rPr>
        <w:t xml:space="preserve"> </w:t>
      </w:r>
      <w:r>
        <w:rPr>
          <w:b w:val="false"/>
          <w:sz w:val="28"/>
          <w:lang w:val="zxx"/>
        </w:rPr>
        <w:t>id/</w:t>
      </w:r>
      <w:r>
        <w:rPr>
          <w:b w:val="false"/>
          <w:sz w:val="28"/>
        </w:rPr>
        <w:t>​</w:t>
      </w:r>
      <w:r>
        <w:rPr>
          <w:b w:val="false"/>
          <w:sz w:val="28"/>
          <w:lang w:val="zxx"/>
        </w:rPr>
        <w:t>state=committed|</w:t>
      </w:r>
      <w:r>
        <w:rPr>
          <w:b w:val="false"/>
          <w:sz w:val="28"/>
        </w:rPr>
        <w:t>​</w:t>
      </w:r>
      <w:r>
        <w:rPr>
          <w:b w:val="false"/>
          <w:sz w:val="28"/>
          <w:lang w:val="zxx"/>
        </w:rPr>
        <w:t>cancelled.</w:t>
      </w:r>
      <w:r>
        <w:rPr>
          <w:b w:val="false"/>
          <w:sz w:val="28"/>
        </w:rPr>
        <w:t xml:space="preserve"> Повтор, новое соединение и смена эпохи не продлевают </w:t>
      </w:r>
      <w:r>
        <w:rPr>
          <w:b w:val="false"/>
          <w:sz w:val="28"/>
          <w:lang w:val="zxx"/>
        </w:rPr>
        <w:t>expiresAtMs.</w:t>
      </w:r>
      <w:r>
        <w:rPr>
          <w:b w:val="false"/>
          <w:sz w:val="28"/>
        </w:rPr>
        <w:t xml:space="preserve"> При невозможности надежного возврата </w:t>
      </w:r>
      <w:r>
        <w:rPr>
          <w:b w:val="false"/>
          <w:sz w:val="28"/>
          <w:lang w:val="zxx"/>
        </w:rPr>
        <w:t>network.stage</w:t>
      </w:r>
      <w:r>
        <w:rPr>
          <w:b w:val="false"/>
          <w:sz w:val="28"/>
        </w:rPr>
        <w:t xml:space="preserve"> отклоняется до смены адреса.</w:t>
      </w:r>
    </w:p>
    <w:p>
      <w:pPr>
        <w:pStyle w:val="Normal"/>
        <w:keepNext w:val="true"/>
        <w:jc w:val="start"/>
        <w:rPr/>
      </w:pPr>
      <w:r>
        <w:rPr>
          <w:b/>
          <w:sz w:val="28"/>
          <w:lang w:val="zxx"/>
        </w:rPr>
        <w:t>16.14</w:t>
      </w:r>
      <w:r>
        <w:rPr>
          <w:b/>
          <w:sz w:val="28"/>
        </w:rPr>
        <w:t xml:space="preserve"> </w:t>
      </w:r>
      <w:r>
        <w:rPr>
          <w:b/>
          <w:sz w:val="28"/>
          <w:lang w:val="zxx"/>
        </w:rPr>
        <w:t>time.set</w:t>
      </w:r>
    </w:p>
    <w:p>
      <w:pPr>
        <w:pStyle w:val="Normal"/>
        <w:jc w:val="start"/>
        <w:rPr/>
      </w:pPr>
      <w:r>
        <w:rPr>
          <w:b w:val="false"/>
          <w:sz w:val="28"/>
          <w:lang w:val="zxx"/>
        </w:rPr>
        <w:t>clock</w:t>
      </w:r>
      <w:r>
        <w:rPr>
          <w:b w:val="false"/>
          <w:sz w:val="28"/>
        </w:rPr>
        <w:t xml:space="preserve"> </w:t>
      </w:r>
      <w:r>
        <w:rPr>
          <w:b w:val="false"/>
          <w:sz w:val="28"/>
          <w:lang w:val="zxx"/>
        </w:rPr>
        <w:t>utcMs/</w:t>
      </w:r>
      <w:r>
        <w:rPr>
          <w:b w:val="false"/>
          <w:sz w:val="28"/>
        </w:rPr>
        <w:t>​</w:t>
      </w:r>
      <w:r>
        <w:rPr>
          <w:b w:val="false"/>
          <w:sz w:val="28"/>
          <w:lang w:val="zxx"/>
        </w:rPr>
        <w:t>errorMs</w:t>
      </w:r>
      <w:r>
        <w:rPr>
          <w:b w:val="false"/>
          <w:sz w:val="28"/>
        </w:rPr>
        <w:t xml:space="preserve">; </w:t>
      </w:r>
      <w:r>
        <w:rPr>
          <w:b w:val="false"/>
          <w:sz w:val="28"/>
          <w:lang w:val="zxx"/>
        </w:rPr>
        <w:t>uint64</w:t>
      </w:r>
      <w:r>
        <w:rPr>
          <w:b w:val="false"/>
          <w:sz w:val="28"/>
        </w:rPr>
        <w:t xml:space="preserve">, </w:t>
      </w:r>
      <w:r>
        <w:rPr>
          <w:b w:val="false"/>
          <w:sz w:val="28"/>
          <w:lang w:val="zxx"/>
        </w:rPr>
        <w:t>errorMs:0..500.</w:t>
      </w:r>
      <w:r>
        <w:rPr>
          <w:b w:val="false"/>
          <w:sz w:val="28"/>
        </w:rPr>
        <w:t xml:space="preserve"> Изменяет </w:t>
      </w:r>
      <w:r>
        <w:rPr>
          <w:b w:val="false"/>
          <w:sz w:val="28"/>
          <w:lang w:val="zxx"/>
        </w:rPr>
        <w:t>UTC</w:t>
      </w:r>
      <w:r>
        <w:rPr>
          <w:b w:val="false"/>
          <w:sz w:val="28"/>
        </w:rPr>
        <w:t xml:space="preserve"> и оценку его погрешности; </w:t>
      </w:r>
      <w:r>
        <w:rPr>
          <w:b w:val="false"/>
          <w:sz w:val="28"/>
          <w:lang w:val="zxx"/>
        </w:rPr>
        <w:t>uptimeMs</w:t>
      </w:r>
      <w:r>
        <w:rPr>
          <w:b w:val="false"/>
          <w:sz w:val="28"/>
        </w:rPr>
        <w:t xml:space="preserve">, </w:t>
      </w:r>
      <w:r>
        <w:rPr>
          <w:b w:val="false"/>
          <w:sz w:val="28"/>
          <w:lang w:val="zxx"/>
        </w:rPr>
        <w:t>lease</w:t>
      </w:r>
      <w:r>
        <w:rPr>
          <w:b w:val="false"/>
          <w:sz w:val="28"/>
        </w:rPr>
        <w:t xml:space="preserve">, временная шкала и уже вычисленные сроки исполнения неизменны. Ответ </w:t>
      </w:r>
      <w:r>
        <w:rPr>
          <w:b w:val="false"/>
          <w:sz w:val="28"/>
          <w:lang w:val="zxx"/>
        </w:rPr>
        <w:t>clock</w:t>
      </w:r>
      <w:r>
        <w:rPr>
          <w:b w:val="false"/>
          <w:sz w:val="28"/>
        </w:rPr>
        <w:t xml:space="preserve"> </w:t>
      </w:r>
      <w:r>
        <w:rPr>
          <w:b w:val="false"/>
          <w:sz w:val="28"/>
          <w:lang w:val="zxx"/>
        </w:rPr>
        <w:t>utcMs/</w:t>
      </w:r>
      <w:r>
        <w:rPr>
          <w:b w:val="false"/>
          <w:sz w:val="28"/>
        </w:rPr>
        <w:t>​</w:t>
      </w:r>
      <w:r>
        <w:rPr>
          <w:b w:val="false"/>
          <w:sz w:val="28"/>
          <w:lang w:val="zxx"/>
        </w:rPr>
        <w:t>errorMs.</w:t>
      </w:r>
    </w:p>
    <w:p>
      <w:pPr>
        <w:pStyle w:val="Normal"/>
        <w:keepNext w:val="true"/>
        <w:jc w:val="start"/>
        <w:rPr/>
      </w:pPr>
      <w:r>
        <w:rPr>
          <w:b/>
          <w:sz w:val="28"/>
          <w:lang w:val="zxx"/>
        </w:rPr>
        <w:t>16.15</w:t>
      </w:r>
      <w:r>
        <w:rPr>
          <w:b/>
          <w:sz w:val="28"/>
        </w:rPr>
        <w:t xml:space="preserve"> </w:t>
      </w:r>
      <w:r>
        <w:rPr>
          <w:b/>
          <w:sz w:val="28"/>
          <w:lang w:val="zxx"/>
        </w:rPr>
        <w:t>firmware.begin</w:t>
      </w:r>
    </w:p>
    <w:p>
      <w:pPr>
        <w:pStyle w:val="Normal"/>
        <w:jc w:val="start"/>
        <w:rPr/>
      </w:pPr>
      <w:r>
        <w:rPr>
          <w:b w:val="false"/>
          <w:sz w:val="28"/>
          <w:lang w:val="zxx"/>
        </w:rPr>
        <w:t>image</w:t>
      </w:r>
      <w:r>
        <w:rPr>
          <w:b w:val="false"/>
          <w:sz w:val="28"/>
        </w:rPr>
        <w:t xml:space="preserve"> </w:t>
      </w:r>
      <w:r>
        <w:rPr>
          <w:b w:val="false"/>
          <w:sz w:val="28"/>
          <w:lang w:val="zxx"/>
        </w:rPr>
        <w:t>id/</w:t>
      </w:r>
      <w:r>
        <w:rPr>
          <w:b w:val="false"/>
          <w:sz w:val="28"/>
        </w:rPr>
        <w:t>​</w:t>
      </w:r>
      <w:r>
        <w:rPr>
          <w:b w:val="false"/>
          <w:sz w:val="28"/>
          <w:lang w:val="zxx"/>
        </w:rPr>
        <w:t>deviceKind/</w:t>
      </w:r>
      <w:r>
        <w:rPr>
          <w:b w:val="false"/>
          <w:sz w:val="28"/>
        </w:rPr>
        <w:t>​</w:t>
      </w:r>
      <w:r>
        <w:rPr>
          <w:b w:val="false"/>
          <w:sz w:val="28"/>
          <w:lang w:val="zxx"/>
        </w:rPr>
        <w:t>hardwareRevision/</w:t>
      </w:r>
      <w:r>
        <w:rPr>
          <w:b w:val="false"/>
          <w:sz w:val="28"/>
        </w:rPr>
        <w:t>​</w:t>
      </w:r>
      <w:r>
        <w:rPr>
          <w:b w:val="false"/>
          <w:sz w:val="28"/>
          <w:lang w:val="zxx"/>
        </w:rPr>
        <w:t>version/</w:t>
      </w:r>
      <w:r>
        <w:rPr>
          <w:b w:val="false"/>
          <w:sz w:val="28"/>
        </w:rPr>
        <w:t>​</w:t>
      </w:r>
      <w:r>
        <w:rPr>
          <w:b w:val="false"/>
          <w:sz w:val="28"/>
          <w:lang w:val="zxx"/>
        </w:rPr>
        <w:t>bytes/</w:t>
      </w:r>
      <w:r>
        <w:rPr>
          <w:b w:val="false"/>
          <w:sz w:val="28"/>
        </w:rPr>
        <w:t>​</w:t>
      </w:r>
      <w:r>
        <w:rPr>
          <w:b w:val="false"/>
          <w:sz w:val="28"/>
          <w:lang w:val="zxx"/>
        </w:rPr>
        <w:t>hashAlgorithm/</w:t>
      </w:r>
      <w:r>
        <w:rPr>
          <w:b w:val="false"/>
          <w:sz w:val="28"/>
        </w:rPr>
        <w:t>​</w:t>
      </w:r>
      <w:r>
        <w:rPr>
          <w:b w:val="false"/>
          <w:sz w:val="28"/>
          <w:lang w:val="zxx"/>
        </w:rPr>
        <w:t>hash/</w:t>
      </w:r>
      <w:r>
        <w:rPr>
          <w:b w:val="false"/>
          <w:sz w:val="28"/>
        </w:rPr>
        <w:t>​</w:t>
      </w:r>
      <w:r>
        <w:rPr>
          <w:b w:val="false"/>
          <w:sz w:val="28"/>
          <w:lang w:val="zxx"/>
        </w:rPr>
        <w:t>signature/</w:t>
      </w:r>
      <w:r>
        <w:rPr>
          <w:b w:val="false"/>
          <w:sz w:val="28"/>
        </w:rPr>
        <w:t>​</w:t>
      </w:r>
      <w:r>
        <w:rPr>
          <w:b w:val="false"/>
          <w:sz w:val="28"/>
          <w:lang w:val="zxx"/>
        </w:rPr>
        <w:t>keyId</w:t>
      </w:r>
      <w:r>
        <w:rPr>
          <w:b w:val="false"/>
          <w:sz w:val="28"/>
        </w:rPr>
        <w:t xml:space="preserve"> и </w:t>
      </w:r>
      <w:r>
        <w:rPr>
          <w:b w:val="false"/>
          <w:sz w:val="28"/>
          <w:lang w:val="zxx"/>
        </w:rPr>
        <w:t>transfer</w:t>
      </w:r>
      <w:r>
        <w:rPr>
          <w:b w:val="false"/>
          <w:sz w:val="28"/>
        </w:rPr>
        <w:t xml:space="preserve"> </w:t>
      </w:r>
      <w:r>
        <w:rPr>
          <w:b w:val="false"/>
          <w:sz w:val="28"/>
          <w:lang w:val="zxx"/>
        </w:rPr>
        <w:t>profile/</w:t>
      </w:r>
      <w:r>
        <w:rPr>
          <w:b w:val="false"/>
          <w:sz w:val="28"/>
        </w:rPr>
        <w:t>​</w:t>
      </w:r>
      <w:r>
        <w:rPr>
          <w:b w:val="false"/>
          <w:sz w:val="28"/>
          <w:lang w:val="zxx"/>
        </w:rPr>
        <w:t>blockBytes/</w:t>
      </w:r>
      <w:r>
        <w:rPr>
          <w:b w:val="false"/>
          <w:sz w:val="28"/>
        </w:rPr>
        <w:t>​</w:t>
      </w:r>
      <w:r>
        <w:rPr>
          <w:b w:val="false"/>
          <w:sz w:val="28"/>
          <w:lang w:val="zxx"/>
        </w:rPr>
        <w:t>windowBlocks/</w:t>
      </w:r>
      <w:r>
        <w:rPr>
          <w:b w:val="false"/>
          <w:sz w:val="28"/>
        </w:rPr>
        <w:t>​</w:t>
      </w:r>
      <w:r>
        <w:rPr>
          <w:b w:val="false"/>
          <w:sz w:val="28"/>
          <w:lang w:val="zxx"/>
        </w:rPr>
        <w:t>windowRoundTripMaxMs.</w:t>
      </w:r>
      <w:r>
        <w:rPr>
          <w:b w:val="false"/>
          <w:sz w:val="28"/>
        </w:rPr>
        <w:t xml:space="preserve"> </w:t>
      </w:r>
      <w:r>
        <w:rPr>
          <w:b w:val="false"/>
          <w:sz w:val="28"/>
          <w:lang w:val="zxx"/>
        </w:rPr>
        <w:t>id:32</w:t>
      </w:r>
      <w:r>
        <w:rPr>
          <w:b w:val="false"/>
          <w:sz w:val="28"/>
        </w:rPr>
        <w:t xml:space="preserve"> </w:t>
      </w:r>
      <w:r>
        <w:rPr>
          <w:b w:val="false"/>
          <w:sz w:val="28"/>
          <w:lang w:val="zxx"/>
        </w:rPr>
        <w:t>hex</w:t>
      </w:r>
      <w:r>
        <w:rPr>
          <w:b w:val="false"/>
          <w:sz w:val="28"/>
        </w:rPr>
        <w:t xml:space="preserve">; </w:t>
      </w:r>
      <w:r>
        <w:rPr>
          <w:b w:val="false"/>
          <w:sz w:val="28"/>
          <w:lang w:val="zxx"/>
        </w:rPr>
        <w:t>version</w:t>
      </w:r>
      <w:r>
        <w:rPr>
          <w:b w:val="false"/>
          <w:sz w:val="28"/>
        </w:rPr>
        <w:t xml:space="preserve"> </w:t>
      </w:r>
      <w:r>
        <w:rPr>
          <w:b w:val="false"/>
          <w:sz w:val="28"/>
          <w:lang w:val="zxx"/>
        </w:rPr>
        <w:t>uint64</w:t>
      </w:r>
      <w:r>
        <w:rPr>
          <w:b w:val="false"/>
          <w:sz w:val="28"/>
        </w:rPr>
        <w:t xml:space="preserve">; </w:t>
      </w:r>
      <w:r>
        <w:rPr>
          <w:b w:val="false"/>
          <w:sz w:val="28"/>
          <w:lang w:val="zxx"/>
        </w:rPr>
        <w:t>bytes:1..33554432</w:t>
      </w:r>
      <w:r>
        <w:rPr>
          <w:b w:val="false"/>
          <w:sz w:val="28"/>
        </w:rPr>
        <w:t xml:space="preserve">; подпись - </w:t>
      </w:r>
      <w:r>
        <w:rPr>
          <w:b w:val="false"/>
          <w:sz w:val="28"/>
          <w:lang w:val="zxx"/>
        </w:rPr>
        <w:t>128</w:t>
      </w:r>
      <w:r>
        <w:rPr>
          <w:b w:val="false"/>
          <w:sz w:val="28"/>
        </w:rPr>
        <w:t xml:space="preserve"> строчных </w:t>
      </w:r>
      <w:r>
        <w:rPr>
          <w:b w:val="false"/>
          <w:sz w:val="28"/>
          <w:lang w:val="zxx"/>
        </w:rPr>
        <w:t>hex</w:t>
      </w:r>
      <w:r>
        <w:rPr>
          <w:b w:val="false"/>
          <w:sz w:val="28"/>
        </w:rPr>
        <w:t xml:space="preserve">, ГОСТ Р </w:t>
      </w:r>
      <w:r>
        <w:rPr>
          <w:b w:val="false"/>
          <w:sz w:val="28"/>
          <w:lang w:val="zxx"/>
        </w:rPr>
        <w:t>34.10-</w:t>
      </w:r>
      <w:r>
        <w:rPr>
          <w:b w:val="false"/>
          <w:sz w:val="28"/>
        </w:rPr>
        <w:t>⁠</w:t>
      </w:r>
      <w:r>
        <w:rPr>
          <w:b w:val="false"/>
          <w:sz w:val="28"/>
          <w:lang w:val="zxx"/>
        </w:rPr>
        <w:t>2012</w:t>
      </w:r>
      <w:r>
        <w:rPr>
          <w:b w:val="false"/>
          <w:sz w:val="28"/>
        </w:rPr>
        <w:t xml:space="preserve">, </w:t>
      </w:r>
      <w:r>
        <w:rPr>
          <w:b w:val="false"/>
          <w:sz w:val="28"/>
          <w:lang w:val="zxx"/>
        </w:rPr>
        <w:t>256-</w:t>
      </w:r>
      <w:r>
        <w:rPr>
          <w:b w:val="false"/>
          <w:sz w:val="28"/>
        </w:rPr>
        <w:t xml:space="preserve">битный вариант и </w:t>
      </w:r>
      <w:r>
        <w:rPr>
          <w:b w:val="false"/>
          <w:sz w:val="28"/>
          <w:lang w:val="zxx"/>
        </w:rPr>
        <w:t>GC256A</w:t>
      </w:r>
      <w:r>
        <w:rPr>
          <w:b w:val="false"/>
          <w:sz w:val="28"/>
        </w:rPr>
        <w:t>, над Стрибог-</w:t>
      </w:r>
      <w:r>
        <w:rPr>
          <w:b w:val="false"/>
          <w:sz w:val="28"/>
          <w:lang w:val="zxx"/>
        </w:rPr>
        <w:t>256</w:t>
      </w:r>
      <w:r>
        <w:rPr>
          <w:b w:val="false"/>
          <w:sz w:val="28"/>
        </w:rPr>
        <w:t xml:space="preserve"> манифеста. </w:t>
      </w:r>
      <w:r>
        <w:rPr>
          <w:b w:val="false"/>
          <w:sz w:val="28"/>
          <w:lang w:val="zxx"/>
        </w:rPr>
        <w:t>keyId</w:t>
      </w:r>
      <w:r>
        <w:rPr>
          <w:b w:val="false"/>
          <w:sz w:val="28"/>
        </w:rPr>
        <w:t xml:space="preserve"> выбирает предварительно внесенный доверенный ключ издателя. Ответ </w:t>
      </w:r>
      <w:r>
        <w:rPr>
          <w:b w:val="false"/>
          <w:sz w:val="28"/>
          <w:lang w:val="zxx"/>
        </w:rPr>
        <w:t>upload</w:t>
      </w:r>
      <w:r>
        <w:rPr>
          <w:b w:val="false"/>
          <w:sz w:val="28"/>
        </w:rPr>
        <w:t xml:space="preserve"> </w:t>
      </w:r>
      <w:r>
        <w:rPr>
          <w:b w:val="false"/>
          <w:sz w:val="28"/>
          <w:lang w:val="zxx"/>
        </w:rPr>
        <w:t>id=image.id/</w:t>
      </w:r>
      <w:r>
        <w:rPr>
          <w:b w:val="false"/>
          <w:sz w:val="28"/>
        </w:rPr>
        <w:t>​</w:t>
      </w:r>
      <w:r>
        <w:rPr>
          <w:b w:val="false"/>
          <w:sz w:val="28"/>
          <w:lang w:val="zxx"/>
        </w:rPr>
        <w:t>state=receiving/</w:t>
      </w:r>
      <w:r>
        <w:rPr>
          <w:b w:val="false"/>
          <w:sz w:val="28"/>
        </w:rPr>
        <w:t>​</w:t>
      </w:r>
      <w:r>
        <w:rPr>
          <w:b w:val="false"/>
          <w:sz w:val="28"/>
          <w:lang w:val="zxx"/>
        </w:rPr>
        <w:t>receivedBytes=0/</w:t>
      </w:r>
      <w:r>
        <w:rPr>
          <w:b w:val="false"/>
          <w:sz w:val="28"/>
        </w:rPr>
        <w:t>​</w:t>
      </w:r>
      <w:r>
        <w:rPr>
          <w:b w:val="false"/>
          <w:sz w:val="28"/>
          <w:lang w:val="zxx"/>
        </w:rPr>
        <w:t>remainingBudgetMs</w:t>
      </w:r>
      <w:r>
        <w:rPr>
          <w:b w:val="false"/>
          <w:sz w:val="28"/>
        </w:rPr>
        <w:t xml:space="preserve">; байты поступают </w:t>
      </w:r>
      <w:r>
        <w:rPr>
          <w:b w:val="false"/>
          <w:sz w:val="28"/>
          <w:lang w:val="zxx"/>
        </w:rPr>
        <w:t>bulk/</w:t>
      </w:r>
      <w:r>
        <w:rPr>
          <w:b w:val="false"/>
          <w:sz w:val="28"/>
        </w:rPr>
        <w:t>⁠</w:t>
      </w:r>
      <w:r>
        <w:rPr>
          <w:b w:val="false"/>
          <w:sz w:val="28"/>
          <w:lang w:val="zxx"/>
        </w:rPr>
        <w:t>1.</w:t>
      </w:r>
    </w:p>
    <w:p>
      <w:pPr>
        <w:pStyle w:val="Normal"/>
        <w:keepNext w:val="true"/>
        <w:jc w:val="start"/>
        <w:rPr/>
      </w:pPr>
      <w:r>
        <w:rPr>
          <w:b/>
          <w:sz w:val="28"/>
          <w:lang w:val="zxx"/>
        </w:rPr>
        <w:t>16.16</w:t>
      </w:r>
      <w:r>
        <w:rPr>
          <w:b/>
          <w:sz w:val="28"/>
        </w:rPr>
        <w:t xml:space="preserve"> </w:t>
      </w:r>
      <w:r>
        <w:rPr>
          <w:b/>
          <w:sz w:val="28"/>
          <w:lang w:val="zxx"/>
        </w:rPr>
        <w:t>firmware.verify</w:t>
      </w:r>
    </w:p>
    <w:p>
      <w:pPr>
        <w:pStyle w:val="Normal"/>
        <w:jc w:val="start"/>
        <w:rPr/>
      </w:pPr>
      <w:r>
        <w:rPr>
          <w:b w:val="false"/>
          <w:sz w:val="28"/>
          <w:lang w:val="zxx"/>
        </w:rPr>
        <w:t>upload</w:t>
      </w:r>
      <w:r>
        <w:rPr>
          <w:b w:val="false"/>
          <w:sz w:val="28"/>
        </w:rPr>
        <w:t xml:space="preserve"> </w:t>
      </w:r>
      <w:r>
        <w:rPr>
          <w:b w:val="false"/>
          <w:sz w:val="28"/>
          <w:lang w:val="zxx"/>
        </w:rPr>
        <w:t>id.</w:t>
      </w:r>
      <w:r>
        <w:rPr>
          <w:b w:val="false"/>
          <w:sz w:val="28"/>
        </w:rPr>
        <w:t xml:space="preserve"> Проверяет размер, хеш байтов, подпись манифеста, совместимость </w:t>
      </w:r>
      <w:r>
        <w:rPr>
          <w:b w:val="false"/>
          <w:sz w:val="28"/>
          <w:lang w:val="zxx"/>
        </w:rPr>
        <w:t>device.kind/</w:t>
      </w:r>
      <w:r>
        <w:rPr>
          <w:b w:val="false"/>
          <w:sz w:val="28"/>
        </w:rPr>
        <w:t>​</w:t>
      </w:r>
      <w:r>
        <w:rPr>
          <w:b w:val="false"/>
          <w:sz w:val="28"/>
          <w:lang w:val="zxx"/>
        </w:rPr>
        <w:t>hardwareRevision</w:t>
      </w:r>
      <w:r>
        <w:rPr>
          <w:b w:val="false"/>
          <w:sz w:val="28"/>
        </w:rPr>
        <w:t xml:space="preserve"> и разрешенную </w:t>
      </w:r>
      <w:r>
        <w:rPr>
          <w:b w:val="false"/>
          <w:sz w:val="28"/>
          <w:lang w:val="zxx"/>
        </w:rPr>
        <w:t>version.</w:t>
      </w:r>
      <w:r>
        <w:rPr>
          <w:b w:val="false"/>
          <w:sz w:val="28"/>
        </w:rPr>
        <w:t xml:space="preserve"> Ответ </w:t>
      </w:r>
      <w:r>
        <w:rPr>
          <w:b w:val="false"/>
          <w:sz w:val="28"/>
          <w:lang w:val="zxx"/>
        </w:rPr>
        <w:t>upload</w:t>
      </w:r>
      <w:r>
        <w:rPr>
          <w:b w:val="false"/>
          <w:sz w:val="28"/>
        </w:rPr>
        <w:t xml:space="preserve"> </w:t>
      </w:r>
      <w:r>
        <w:rPr>
          <w:b w:val="false"/>
          <w:sz w:val="28"/>
          <w:lang w:val="zxx"/>
        </w:rPr>
        <w:t>id/</w:t>
      </w:r>
      <w:r>
        <w:rPr>
          <w:b w:val="false"/>
          <w:sz w:val="28"/>
        </w:rPr>
        <w:t>​</w:t>
      </w:r>
      <w:r>
        <w:rPr>
          <w:b w:val="false"/>
          <w:sz w:val="28"/>
          <w:lang w:val="zxx"/>
        </w:rPr>
        <w:t>state=verified</w:t>
      </w:r>
      <w:r>
        <w:rPr>
          <w:b w:val="false"/>
          <w:sz w:val="28"/>
        </w:rPr>
        <w:t xml:space="preserve"> либо </w:t>
      </w:r>
      <w:r>
        <w:rPr>
          <w:b w:val="false"/>
          <w:sz w:val="28"/>
          <w:lang w:val="zxx"/>
        </w:rPr>
        <w:t>status=accepted</w:t>
      </w:r>
      <w:r>
        <w:rPr>
          <w:b w:val="false"/>
          <w:sz w:val="28"/>
        </w:rPr>
        <w:t xml:space="preserve"> с </w:t>
      </w:r>
      <w:r>
        <w:rPr>
          <w:b w:val="false"/>
          <w:sz w:val="28"/>
          <w:lang w:val="zxx"/>
        </w:rPr>
        <w:t>operation</w:t>
      </w:r>
      <w:r>
        <w:rPr>
          <w:b w:val="false"/>
          <w:sz w:val="28"/>
        </w:rPr>
        <w:t xml:space="preserve"> </w:t>
      </w:r>
      <w:r>
        <w:rPr>
          <w:b w:val="false"/>
          <w:sz w:val="28"/>
          <w:lang w:val="zxx"/>
        </w:rPr>
        <w:t>id=upload.id.</w:t>
      </w:r>
      <w:r>
        <w:rPr>
          <w:b w:val="false"/>
          <w:sz w:val="28"/>
        </w:rPr>
        <w:t xml:space="preserve"> </w:t>
      </w:r>
      <w:r>
        <w:rPr>
          <w:b w:val="false"/>
          <w:sz w:val="28"/>
          <w:lang w:val="zxx"/>
        </w:rPr>
        <w:t>firmware.status</w:t>
      </w:r>
      <w:r>
        <w:rPr>
          <w:b w:val="false"/>
          <w:sz w:val="28"/>
        </w:rPr>
        <w:t xml:space="preserve"> сообщает </w:t>
      </w:r>
      <w:r>
        <w:rPr>
          <w:b w:val="false"/>
          <w:sz w:val="28"/>
          <w:lang w:val="zxx"/>
        </w:rPr>
        <w:t>verifying/</w:t>
      </w:r>
      <w:r>
        <w:rPr>
          <w:b w:val="false"/>
          <w:sz w:val="28"/>
        </w:rPr>
        <w:t>​</w:t>
      </w:r>
      <w:r>
        <w:rPr>
          <w:b w:val="false"/>
          <w:sz w:val="28"/>
          <w:lang w:val="zxx"/>
        </w:rPr>
        <w:t>verified/</w:t>
      </w:r>
      <w:r>
        <w:rPr>
          <w:b w:val="false"/>
          <w:sz w:val="28"/>
        </w:rPr>
        <w:t>​</w:t>
      </w:r>
      <w:r>
        <w:rPr>
          <w:b w:val="false"/>
          <w:sz w:val="28"/>
          <w:lang w:val="zxx"/>
        </w:rPr>
        <w:t>failed</w:t>
      </w:r>
      <w:r>
        <w:rPr>
          <w:b w:val="false"/>
          <w:sz w:val="28"/>
        </w:rPr>
        <w:t xml:space="preserve">; </w:t>
      </w:r>
      <w:r>
        <w:rPr>
          <w:b w:val="false"/>
          <w:sz w:val="28"/>
          <w:lang w:val="zxx"/>
        </w:rPr>
        <w:t>failed</w:t>
      </w:r>
      <w:r>
        <w:rPr>
          <w:b w:val="false"/>
          <w:sz w:val="28"/>
        </w:rPr>
        <w:t xml:space="preserve"> содержит </w:t>
      </w:r>
      <w:r>
        <w:rPr>
          <w:b w:val="false"/>
          <w:sz w:val="28"/>
          <w:lang w:val="zxx"/>
        </w:rPr>
        <w:t>reason.</w:t>
      </w:r>
      <w:r>
        <w:rPr>
          <w:b w:val="false"/>
          <w:sz w:val="28"/>
        </w:rPr>
        <w:t xml:space="preserve"> Проверка ограничена </w:t>
      </w:r>
      <w:r>
        <w:rPr>
          <w:b w:val="false"/>
          <w:sz w:val="28"/>
          <w:lang w:val="zxx"/>
        </w:rPr>
        <w:t>60000</w:t>
      </w:r>
      <w:r>
        <w:rPr>
          <w:b w:val="false"/>
          <w:sz w:val="28"/>
        </w:rPr>
        <w:t xml:space="preserve"> мс и выполняется порциями до </w:t>
      </w:r>
      <w:r>
        <w:rPr>
          <w:b w:val="false"/>
          <w:sz w:val="28"/>
          <w:lang w:val="zxx"/>
        </w:rPr>
        <w:t>100</w:t>
      </w:r>
      <w:r>
        <w:rPr>
          <w:b w:val="false"/>
          <w:sz w:val="28"/>
        </w:rPr>
        <w:t xml:space="preserve"> мс. Правило владения во время проверки полного файла исключает прерывание обычным </w:t>
      </w:r>
      <w:r>
        <w:rPr>
          <w:b w:val="false"/>
          <w:sz w:val="28"/>
          <w:lang w:val="zxx"/>
        </w:rPr>
        <w:t>idle-</w:t>
      </w:r>
      <w:r>
        <w:rPr>
          <w:b w:val="false"/>
          <w:sz w:val="28"/>
        </w:rPr>
        <w:t xml:space="preserve">сроком </w:t>
      </w:r>
      <w:r>
        <w:rPr>
          <w:b w:val="false"/>
          <w:sz w:val="28"/>
          <w:lang w:val="zxx"/>
        </w:rPr>
        <w:t>10000</w:t>
      </w:r>
      <w:r>
        <w:rPr>
          <w:b w:val="false"/>
          <w:sz w:val="28"/>
        </w:rPr>
        <w:t xml:space="preserve"> мс, но сохраняет </w:t>
      </w:r>
      <w:r>
        <w:rPr>
          <w:b w:val="false"/>
          <w:sz w:val="28"/>
          <w:lang w:val="zxx"/>
        </w:rPr>
        <w:t>lease</w:t>
      </w:r>
      <w:r>
        <w:rPr>
          <w:b w:val="false"/>
          <w:sz w:val="28"/>
        </w:rPr>
        <w:t xml:space="preserve"> и отзыв в пользу </w:t>
      </w:r>
      <w:r>
        <w:rPr>
          <w:b w:val="false"/>
          <w:sz w:val="28"/>
          <w:lang w:val="zxx"/>
        </w:rPr>
        <w:t>real.</w:t>
      </w:r>
      <w:r>
        <w:rPr>
          <w:b w:val="false"/>
          <w:sz w:val="28"/>
        </w:rPr>
        <w:t xml:space="preserve"> Отзыв владения во время </w:t>
      </w:r>
      <w:r>
        <w:rPr>
          <w:b w:val="false"/>
          <w:sz w:val="28"/>
          <w:lang w:val="zxx"/>
        </w:rPr>
        <w:t>verifying</w:t>
      </w:r>
      <w:r>
        <w:rPr>
          <w:b w:val="false"/>
          <w:sz w:val="28"/>
        </w:rPr>
        <w:t xml:space="preserve"> возвращает </w:t>
      </w:r>
      <w:r>
        <w:rPr>
          <w:b w:val="false"/>
          <w:sz w:val="28"/>
          <w:lang w:val="zxx"/>
        </w:rPr>
        <w:t>complete</w:t>
      </w:r>
      <w:r>
        <w:rPr>
          <w:b w:val="false"/>
          <w:sz w:val="28"/>
        </w:rPr>
        <w:t xml:space="preserve"> без продления общих сроков.</w:t>
      </w:r>
    </w:p>
    <w:p>
      <w:pPr>
        <w:pStyle w:val="Normal"/>
        <w:keepNext w:val="true"/>
        <w:jc w:val="start"/>
        <w:rPr/>
      </w:pPr>
      <w:r>
        <w:rPr>
          <w:b/>
          <w:sz w:val="28"/>
          <w:lang w:val="zxx"/>
        </w:rPr>
        <w:t>16.17</w:t>
      </w:r>
      <w:r>
        <w:rPr>
          <w:b/>
          <w:sz w:val="28"/>
        </w:rPr>
        <w:t xml:space="preserve"> </w:t>
      </w:r>
      <w:r>
        <w:rPr>
          <w:b/>
          <w:sz w:val="28"/>
          <w:lang w:val="zxx"/>
        </w:rPr>
        <w:t>firmware.commit</w:t>
      </w:r>
      <w:r>
        <w:rPr>
          <w:b/>
          <w:sz w:val="28"/>
        </w:rPr>
        <w:t xml:space="preserve"> / </w:t>
      </w:r>
      <w:r>
        <w:rPr>
          <w:b/>
          <w:sz w:val="28"/>
          <w:lang w:val="zxx"/>
        </w:rPr>
        <w:t>firmware.status</w:t>
      </w:r>
    </w:p>
    <w:p>
      <w:pPr>
        <w:pStyle w:val="Normal"/>
        <w:jc w:val="start"/>
        <w:rPr/>
      </w:pPr>
      <w:r>
        <w:rPr>
          <w:b w:val="false"/>
          <w:sz w:val="28"/>
          <w:lang w:val="zxx"/>
        </w:rPr>
        <w:t>commit:</w:t>
      </w:r>
      <w:r>
        <w:rPr>
          <w:b w:val="false"/>
          <w:sz w:val="28"/>
        </w:rPr>
        <w:t xml:space="preserve"> </w:t>
      </w:r>
      <w:r>
        <w:rPr>
          <w:b w:val="false"/>
          <w:sz w:val="28"/>
          <w:lang w:val="zxx"/>
        </w:rPr>
        <w:t>upload</w:t>
      </w:r>
      <w:r>
        <w:rPr>
          <w:b w:val="false"/>
          <w:sz w:val="28"/>
        </w:rPr>
        <w:t xml:space="preserve"> </w:t>
      </w:r>
      <w:r>
        <w:rPr>
          <w:b w:val="false"/>
          <w:sz w:val="28"/>
          <w:lang w:val="zxx"/>
        </w:rPr>
        <w:t>id</w:t>
      </w:r>
      <w:r>
        <w:rPr>
          <w:b w:val="false"/>
          <w:sz w:val="28"/>
        </w:rPr>
        <w:t xml:space="preserve">, только </w:t>
      </w:r>
      <w:r>
        <w:rPr>
          <w:b w:val="false"/>
          <w:sz w:val="28"/>
          <w:lang w:val="zxx"/>
        </w:rPr>
        <w:t>verified</w:t>
      </w:r>
      <w:r>
        <w:rPr>
          <w:b w:val="false"/>
          <w:sz w:val="28"/>
        </w:rPr>
        <w:t xml:space="preserve"> и </w:t>
      </w:r>
      <w:r>
        <w:rPr>
          <w:b w:val="false"/>
          <w:sz w:val="28"/>
          <w:lang w:val="zxx"/>
        </w:rPr>
        <w:t>off</w:t>
      </w:r>
      <w:r>
        <w:rPr>
          <w:b w:val="false"/>
          <w:sz w:val="28"/>
        </w:rPr>
        <w:t xml:space="preserve">; ответ </w:t>
      </w:r>
      <w:r>
        <w:rPr>
          <w:b w:val="false"/>
          <w:sz w:val="28"/>
          <w:lang w:val="zxx"/>
        </w:rPr>
        <w:t>accepted</w:t>
      </w:r>
      <w:r>
        <w:rPr>
          <w:b w:val="false"/>
          <w:sz w:val="28"/>
        </w:rPr>
        <w:t xml:space="preserve"> с </w:t>
      </w:r>
      <w:r>
        <w:rPr>
          <w:b w:val="false"/>
          <w:sz w:val="28"/>
          <w:lang w:val="zxx"/>
        </w:rPr>
        <w:t>operation</w:t>
      </w:r>
      <w:r>
        <w:rPr>
          <w:b w:val="false"/>
          <w:sz w:val="28"/>
        </w:rPr>
        <w:t xml:space="preserve"> </w:t>
      </w:r>
      <w:r>
        <w:rPr>
          <w:b w:val="false"/>
          <w:sz w:val="28"/>
          <w:lang w:val="zxx"/>
        </w:rPr>
        <w:t>id.</w:t>
      </w:r>
      <w:r>
        <w:rPr>
          <w:b w:val="false"/>
          <w:sz w:val="28"/>
        </w:rPr>
        <w:t xml:space="preserve"> Активируется только образ с сохраненным путем восстановления. </w:t>
      </w:r>
      <w:r>
        <w:rPr>
          <w:b w:val="false"/>
          <w:sz w:val="28"/>
          <w:lang w:val="zxx"/>
        </w:rPr>
        <w:t>status:</w:t>
      </w:r>
      <w:r>
        <w:rPr>
          <w:b w:val="false"/>
          <w:sz w:val="28"/>
        </w:rPr>
        <w:t xml:space="preserve"> </w:t>
      </w:r>
      <w:r>
        <w:rPr>
          <w:b w:val="false"/>
          <w:sz w:val="28"/>
          <w:lang w:val="zxx"/>
        </w:rPr>
        <w:t>selection</w:t>
      </w:r>
      <w:r>
        <w:rPr>
          <w:b w:val="false"/>
          <w:sz w:val="28"/>
        </w:rPr>
        <w:t xml:space="preserve"> </w:t>
      </w:r>
      <w:r>
        <w:rPr>
          <w:b w:val="false"/>
          <w:sz w:val="28"/>
          <w:lang w:val="zxx"/>
        </w:rPr>
        <w:t>operationId</w:t>
      </w:r>
      <w:r>
        <w:rPr>
          <w:b w:val="false"/>
          <w:sz w:val="28"/>
        </w:rPr>
        <w:t xml:space="preserve">; ответ </w:t>
      </w:r>
      <w:r>
        <w:rPr>
          <w:b w:val="false"/>
          <w:sz w:val="28"/>
          <w:lang w:val="zxx"/>
        </w:rPr>
        <w:t>firmware</w:t>
      </w:r>
      <w:r>
        <w:rPr>
          <w:b w:val="false"/>
          <w:sz w:val="28"/>
        </w:rPr>
        <w:t xml:space="preserve"> </w:t>
      </w:r>
      <w:r>
        <w:rPr>
          <w:b w:val="false"/>
          <w:sz w:val="28"/>
          <w:lang w:val="zxx"/>
        </w:rPr>
        <w:t>operationId/</w:t>
      </w:r>
      <w:r>
        <w:rPr>
          <w:b w:val="false"/>
          <w:sz w:val="28"/>
        </w:rPr>
        <w:t>​</w:t>
      </w:r>
      <w:r>
        <w:rPr>
          <w:b w:val="false"/>
          <w:sz w:val="28"/>
          <w:lang w:val="zxx"/>
        </w:rPr>
        <w:t>state=receiving|</w:t>
      </w:r>
      <w:r>
        <w:rPr>
          <w:b w:val="false"/>
          <w:sz w:val="28"/>
        </w:rPr>
        <w:t>​</w:t>
      </w:r>
      <w:r>
        <w:rPr>
          <w:b w:val="false"/>
          <w:sz w:val="28"/>
          <w:lang w:val="zxx"/>
        </w:rPr>
        <w:t>complete|</w:t>
      </w:r>
      <w:r>
        <w:rPr>
          <w:b w:val="false"/>
          <w:sz w:val="28"/>
        </w:rPr>
        <w:t>​</w:t>
      </w:r>
      <w:r>
        <w:rPr>
          <w:b w:val="false"/>
          <w:sz w:val="28"/>
          <w:lang w:val="zxx"/>
        </w:rPr>
        <w:t>verifying|</w:t>
      </w:r>
      <w:r>
        <w:rPr>
          <w:b w:val="false"/>
          <w:sz w:val="28"/>
        </w:rPr>
        <w:t>​</w:t>
      </w:r>
      <w:r>
        <w:rPr>
          <w:b w:val="false"/>
          <w:sz w:val="28"/>
          <w:lang w:val="zxx"/>
        </w:rPr>
        <w:t>verified|</w:t>
      </w:r>
      <w:r>
        <w:rPr>
          <w:b w:val="false"/>
          <w:sz w:val="28"/>
        </w:rPr>
        <w:t>​</w:t>
      </w:r>
      <w:r>
        <w:rPr>
          <w:b w:val="false"/>
          <w:sz w:val="28"/>
          <w:lang w:val="zxx"/>
        </w:rPr>
        <w:t>activating|</w:t>
      </w:r>
      <w:r>
        <w:rPr>
          <w:b w:val="false"/>
          <w:sz w:val="28"/>
        </w:rPr>
        <w:t>​</w:t>
      </w:r>
      <w:r>
        <w:rPr>
          <w:b w:val="false"/>
          <w:sz w:val="28"/>
          <w:lang w:val="zxx"/>
        </w:rPr>
        <w:t>booted|</w:t>
      </w:r>
      <w:r>
        <w:rPr>
          <w:b w:val="false"/>
          <w:sz w:val="28"/>
        </w:rPr>
        <w:t>​</w:t>
      </w:r>
      <w:r>
        <w:rPr>
          <w:b w:val="false"/>
          <w:sz w:val="28"/>
          <w:lang w:val="zxx"/>
        </w:rPr>
        <w:t>failed|</w:t>
      </w:r>
      <w:r>
        <w:rPr>
          <w:b w:val="false"/>
          <w:sz w:val="28"/>
        </w:rPr>
        <w:t>​</w:t>
      </w:r>
      <w:r>
        <w:rPr>
          <w:b w:val="false"/>
          <w:sz w:val="28"/>
          <w:lang w:val="zxx"/>
        </w:rPr>
        <w:t>cancelled</w:t>
      </w:r>
      <w:r>
        <w:rPr>
          <w:b w:val="false"/>
          <w:sz w:val="28"/>
        </w:rPr>
        <w:t xml:space="preserve">, </w:t>
      </w:r>
      <w:r>
        <w:rPr>
          <w:b w:val="false"/>
          <w:sz w:val="28"/>
          <w:lang w:val="zxx"/>
        </w:rPr>
        <w:t>receivedBytes/</w:t>
      </w:r>
      <w:r>
        <w:rPr>
          <w:b w:val="false"/>
          <w:sz w:val="28"/>
        </w:rPr>
        <w:t>​</w:t>
      </w:r>
      <w:r>
        <w:rPr>
          <w:b w:val="false"/>
          <w:sz w:val="28"/>
          <w:lang w:val="zxx"/>
        </w:rPr>
        <w:t>version/</w:t>
      </w:r>
      <w:r>
        <w:rPr>
          <w:b w:val="false"/>
          <w:sz w:val="28"/>
        </w:rPr>
        <w:t>​</w:t>
      </w:r>
      <w:r>
        <w:rPr>
          <w:b w:val="false"/>
          <w:sz w:val="28"/>
          <w:lang w:val="zxx"/>
        </w:rPr>
        <w:t>reason.</w:t>
      </w:r>
      <w:r>
        <w:rPr>
          <w:b w:val="false"/>
          <w:sz w:val="28"/>
        </w:rPr>
        <w:t xml:space="preserve"> </w:t>
      </w:r>
      <w:r>
        <w:rPr>
          <w:b w:val="false"/>
          <w:sz w:val="28"/>
          <w:lang w:val="zxx"/>
        </w:rPr>
        <w:t>booted</w:t>
      </w:r>
      <w:r>
        <w:rPr>
          <w:b w:val="false"/>
          <w:sz w:val="28"/>
        </w:rPr>
        <w:t xml:space="preserve"> подтверждается новым </w:t>
      </w:r>
      <w:r>
        <w:rPr>
          <w:b w:val="false"/>
          <w:sz w:val="28"/>
          <w:lang w:val="zxx"/>
        </w:rPr>
        <w:t>bootId</w:t>
      </w:r>
      <w:r>
        <w:rPr>
          <w:b w:val="false"/>
          <w:sz w:val="28"/>
        </w:rPr>
        <w:t xml:space="preserve"> и фактической </w:t>
      </w:r>
      <w:r>
        <w:rPr>
          <w:b w:val="false"/>
          <w:sz w:val="28"/>
          <w:lang w:val="zxx"/>
        </w:rPr>
        <w:t>version</w:t>
      </w:r>
      <w:r>
        <w:rPr>
          <w:b w:val="false"/>
          <w:sz w:val="28"/>
        </w:rPr>
        <w:t xml:space="preserve"> после загрузки, квитанция загрузчика не является </w:t>
      </w:r>
      <w:r>
        <w:rPr>
          <w:b w:val="false"/>
          <w:sz w:val="28"/>
          <w:lang w:val="zxx"/>
        </w:rPr>
        <w:t>booted.</w:t>
      </w:r>
    </w:p>
    <w:p>
      <w:pPr>
        <w:pStyle w:val="Normal"/>
        <w:jc w:val="start"/>
        <w:rPr/>
      </w:pPr>
      <w:r>
        <w:rPr>
          <w:b w:val="false"/>
          <w:sz w:val="28"/>
          <w:lang w:val="zxx"/>
        </w:rPr>
        <w:t>16.18</w:t>
      </w:r>
      <w:r>
        <w:rPr>
          <w:b w:val="false"/>
          <w:sz w:val="28"/>
        </w:rPr>
        <w:t xml:space="preserve"> Манифест образа - </w:t>
      </w:r>
      <w:r>
        <w:rPr>
          <w:b w:val="false"/>
          <w:sz w:val="28"/>
          <w:lang w:val="zxx"/>
        </w:rPr>
        <w:t>JCS</w:t>
      </w:r>
      <w:r>
        <w:rPr>
          <w:b w:val="false"/>
          <w:sz w:val="28"/>
        </w:rPr>
        <w:t xml:space="preserve"> </w:t>
      </w:r>
      <w:r>
        <w:rPr>
          <w:b w:val="false"/>
          <w:sz w:val="28"/>
          <w:lang w:val="zxx"/>
        </w:rPr>
        <w:t>JSON</w:t>
      </w:r>
      <w:r>
        <w:rPr>
          <w:b w:val="false"/>
          <w:sz w:val="28"/>
        </w:rPr>
        <w:t xml:space="preserve"> с полями </w:t>
      </w:r>
      <w:r>
        <w:rPr>
          <w:b w:val="false"/>
          <w:sz w:val="28"/>
          <w:lang w:val="zxx"/>
        </w:rPr>
        <w:t>deviceKind</w:t>
      </w:r>
      <w:r>
        <w:rPr>
          <w:b w:val="false"/>
          <w:sz w:val="28"/>
        </w:rPr>
        <w:t xml:space="preserve">, </w:t>
      </w:r>
      <w:r>
        <w:rPr>
          <w:b w:val="false"/>
          <w:sz w:val="28"/>
          <w:lang w:val="zxx"/>
        </w:rPr>
        <w:t>hardwareRevision</w:t>
      </w:r>
      <w:r>
        <w:rPr>
          <w:b w:val="false"/>
          <w:sz w:val="28"/>
        </w:rPr>
        <w:t xml:space="preserve">, </w:t>
      </w:r>
      <w:r>
        <w:rPr>
          <w:b w:val="false"/>
          <w:sz w:val="28"/>
          <w:lang w:val="zxx"/>
        </w:rPr>
        <w:t>version</w:t>
      </w:r>
      <w:r>
        <w:rPr>
          <w:b w:val="false"/>
          <w:sz w:val="28"/>
        </w:rPr>
        <w:t xml:space="preserve">, </w:t>
      </w:r>
      <w:r>
        <w:rPr>
          <w:b w:val="false"/>
          <w:sz w:val="28"/>
          <w:lang w:val="zxx"/>
        </w:rPr>
        <w:t>bytes</w:t>
      </w:r>
      <w:r>
        <w:rPr>
          <w:b w:val="false"/>
          <w:sz w:val="28"/>
        </w:rPr>
        <w:t xml:space="preserve">, </w:t>
      </w:r>
      <w:r>
        <w:rPr>
          <w:b w:val="false"/>
          <w:sz w:val="28"/>
          <w:lang w:val="zxx"/>
        </w:rPr>
        <w:t>hashAlgorithm=</w:t>
      </w:r>
      <w:r>
        <w:rPr>
          <w:b w:val="false"/>
          <w:sz w:val="28"/>
        </w:rPr>
        <w:t>"</w:t>
      </w:r>
      <w:r>
        <w:rPr>
          <w:b w:val="false"/>
          <w:sz w:val="28"/>
          <w:lang w:val="zxx"/>
        </w:rPr>
        <w:t>streebog256</w:t>
      </w:r>
      <w:r>
        <w:rPr>
          <w:b w:val="false"/>
          <w:sz w:val="28"/>
        </w:rPr>
        <w:t xml:space="preserve">", </w:t>
      </w:r>
      <w:r>
        <w:rPr>
          <w:b w:val="false"/>
          <w:sz w:val="28"/>
          <w:lang w:val="zxx"/>
        </w:rPr>
        <w:t>hash.</w:t>
      </w:r>
      <w:r>
        <w:rPr>
          <w:b w:val="false"/>
          <w:sz w:val="28"/>
        </w:rPr>
        <w:t xml:space="preserve"> Все целые числа представлены десятичными строками. Подпись кодируется как </w:t>
      </w:r>
      <w:r>
        <w:rPr>
          <w:b w:val="false"/>
          <w:sz w:val="28"/>
          <w:lang w:val="zxx"/>
        </w:rPr>
        <w:t>32-</w:t>
      </w:r>
      <w:r>
        <w:rPr>
          <w:b w:val="false"/>
          <w:sz w:val="28"/>
        </w:rPr>
        <w:t xml:space="preserve">байтовое </w:t>
      </w:r>
      <w:r>
        <w:rPr>
          <w:b w:val="false"/>
          <w:sz w:val="28"/>
          <w:lang w:val="zxx"/>
        </w:rPr>
        <w:t>r</w:t>
      </w:r>
      <w:r>
        <w:rPr>
          <w:b w:val="false"/>
          <w:sz w:val="28"/>
        </w:rPr>
        <w:t xml:space="preserve">, затем </w:t>
      </w:r>
      <w:r>
        <w:rPr>
          <w:b w:val="false"/>
          <w:sz w:val="28"/>
          <w:lang w:val="zxx"/>
        </w:rPr>
        <w:t>32-</w:t>
      </w:r>
      <w:r>
        <w:rPr>
          <w:b w:val="false"/>
          <w:sz w:val="28"/>
        </w:rPr>
        <w:t xml:space="preserve">байтовое </w:t>
      </w:r>
      <w:r>
        <w:rPr>
          <w:b w:val="false"/>
          <w:sz w:val="28"/>
          <w:lang w:val="zxx"/>
        </w:rPr>
        <w:t>s</w:t>
      </w:r>
      <w:r>
        <w:rPr>
          <w:b w:val="false"/>
          <w:sz w:val="28"/>
        </w:rPr>
        <w:t xml:space="preserve">, оба в </w:t>
      </w:r>
      <w:r>
        <w:rPr>
          <w:b w:val="false"/>
          <w:sz w:val="28"/>
          <w:lang w:val="zxx"/>
        </w:rPr>
        <w:t>little-</w:t>
      </w:r>
      <w:r>
        <w:rPr>
          <w:b w:val="false"/>
          <w:sz w:val="28"/>
        </w:rPr>
        <w:t>⁠</w:t>
      </w:r>
      <w:r>
        <w:rPr>
          <w:b w:val="false"/>
          <w:sz w:val="28"/>
          <w:lang w:val="zxx"/>
        </w:rPr>
        <w:t>endian</w:t>
      </w:r>
      <w:r>
        <w:rPr>
          <w:b w:val="false"/>
          <w:sz w:val="28"/>
        </w:rPr>
        <w:t xml:space="preserve">, в строчных </w:t>
      </w:r>
      <w:r>
        <w:rPr>
          <w:b w:val="false"/>
          <w:sz w:val="28"/>
          <w:lang w:val="zxx"/>
        </w:rPr>
        <w:t>hex.</w:t>
      </w:r>
      <w:r>
        <w:rPr>
          <w:b w:val="false"/>
          <w:sz w:val="28"/>
        </w:rPr>
        <w:t xml:space="preserve"> Производитель поддерживает монотонный минимальный разрешенный номер версии; откат ниже него дает </w:t>
      </w:r>
      <w:r>
        <w:rPr>
          <w:b w:val="false"/>
          <w:sz w:val="28"/>
          <w:lang w:val="zxx"/>
        </w:rPr>
        <w:t>rollbackDenied.</w:t>
      </w:r>
      <w:r>
        <w:rPr>
          <w:b w:val="false"/>
          <w:sz w:val="28"/>
        </w:rPr>
        <w:t xml:space="preserve"> Для передачи применяется расчетный бюджет и </w:t>
      </w:r>
      <w:r>
        <w:rPr>
          <w:b w:val="false"/>
          <w:sz w:val="28"/>
          <w:lang w:val="zxx"/>
        </w:rPr>
        <w:t>idleTimeoutMs</w:t>
      </w:r>
      <w:r>
        <w:rPr>
          <w:b w:val="false"/>
          <w:sz w:val="28"/>
        </w:rPr>
        <w:t xml:space="preserve"> по таблице ниже; повтор не сдвигает сроки. Состояния операции сохраняются до явной отмены или истечения, а результат </w:t>
      </w:r>
      <w:r>
        <w:rPr>
          <w:b w:val="false"/>
          <w:sz w:val="28"/>
          <w:lang w:val="zxx"/>
        </w:rPr>
        <w:t>commit</w:t>
      </w:r>
      <w:r>
        <w:rPr>
          <w:b w:val="false"/>
          <w:sz w:val="28"/>
        </w:rPr>
        <w:t xml:space="preserve"> - по общему </w:t>
      </w:r>
      <w:r>
        <w:rPr>
          <w:b w:val="false"/>
          <w:sz w:val="28"/>
          <w:lang w:val="zxx"/>
        </w:rPr>
        <w:t>resultRetentionMs.</w:t>
      </w:r>
    </w:p>
    <w:p>
      <w:pPr>
        <w:pStyle w:val="Normal"/>
        <w:jc w:val="start"/>
        <w:rPr/>
      </w:pPr>
      <w:r>
        <w:rPr>
          <w:b w:val="false"/>
          <w:sz w:val="28"/>
          <w:lang w:val="zxx"/>
        </w:rPr>
        <w:t>16.19</w:t>
      </w:r>
      <w:r>
        <w:rPr>
          <w:b w:val="false"/>
          <w:sz w:val="28"/>
        </w:rPr>
        <w:t xml:space="preserve"> При </w:t>
      </w:r>
      <w:r>
        <w:rPr>
          <w:b w:val="false"/>
          <w:sz w:val="28"/>
          <w:lang w:val="zxx"/>
        </w:rPr>
        <w:t>firmware.begin</w:t>
      </w:r>
      <w:r>
        <w:rPr>
          <w:b w:val="false"/>
          <w:sz w:val="28"/>
        </w:rPr>
        <w:t xml:space="preserve"> и </w:t>
      </w:r>
      <w:r>
        <w:rPr>
          <w:b w:val="false"/>
          <w:sz w:val="28"/>
          <w:lang w:val="zxx"/>
        </w:rPr>
        <w:t>firmware.verify</w:t>
      </w:r>
      <w:r>
        <w:rPr>
          <w:b w:val="false"/>
          <w:sz w:val="28"/>
        </w:rPr>
        <w:t xml:space="preserve"> устройство </w:t>
      </w:r>
      <w:r>
        <w:rPr>
          <w:b w:val="false"/>
          <w:sz w:val="28"/>
          <w:lang w:val="zxx"/>
        </w:rPr>
        <w:t>ДОЛЖНО</w:t>
      </w:r>
      <w:r>
        <w:rPr>
          <w:b w:val="false"/>
          <w:sz w:val="28"/>
        </w:rPr>
        <w:t xml:space="preserve"> проверять наличие ключа издателя, его состояние </w:t>
      </w:r>
      <w:r>
        <w:rPr>
          <w:b w:val="false"/>
          <w:sz w:val="28"/>
          <w:lang w:val="zxx"/>
        </w:rPr>
        <w:t>staged</w:t>
      </w:r>
      <w:r>
        <w:rPr>
          <w:b w:val="false"/>
          <w:sz w:val="28"/>
        </w:rPr>
        <w:t xml:space="preserve"> либо </w:t>
      </w:r>
      <w:r>
        <w:rPr>
          <w:b w:val="false"/>
          <w:sz w:val="28"/>
          <w:lang w:val="zxx"/>
        </w:rPr>
        <w:t>active</w:t>
      </w:r>
      <w:r>
        <w:rPr>
          <w:b w:val="false"/>
          <w:sz w:val="28"/>
        </w:rPr>
        <w:t xml:space="preserve">, разрешенные </w:t>
      </w:r>
      <w:r>
        <w:rPr>
          <w:b w:val="false"/>
          <w:sz w:val="28"/>
          <w:lang w:val="zxx"/>
        </w:rPr>
        <w:t>deviceKind</w:t>
      </w:r>
      <w:r>
        <w:rPr>
          <w:b w:val="false"/>
          <w:sz w:val="28"/>
        </w:rPr>
        <w:t xml:space="preserve"> и </w:t>
      </w:r>
      <w:r>
        <w:rPr>
          <w:b w:val="false"/>
          <w:sz w:val="28"/>
          <w:lang w:val="zxx"/>
        </w:rPr>
        <w:t>hardwareRevision</w:t>
      </w:r>
      <w:r>
        <w:rPr>
          <w:b w:val="false"/>
          <w:sz w:val="28"/>
        </w:rPr>
        <w:t xml:space="preserve">, а также минимальную разрешенную версию. Отсутствующий, отозванный или не подходящий по области действия ключ дает </w:t>
      </w:r>
      <w:r>
        <w:rPr>
          <w:b w:val="false"/>
          <w:sz w:val="28"/>
          <w:lang w:val="zxx"/>
        </w:rPr>
        <w:t>invalidSignature</w:t>
      </w:r>
      <w:r>
        <w:rPr>
          <w:b w:val="false"/>
          <w:sz w:val="28"/>
        </w:rPr>
        <w:t xml:space="preserve">; версия ниже допустимой дает </w:t>
      </w:r>
      <w:r>
        <w:rPr>
          <w:b w:val="false"/>
          <w:sz w:val="28"/>
          <w:lang w:val="zxx"/>
        </w:rPr>
        <w:t>rollbackDenied.</w:t>
      </w:r>
      <w:r>
        <w:rPr>
          <w:b w:val="false"/>
          <w:sz w:val="28"/>
        </w:rPr>
        <w:t xml:space="preserve"> Непосредственно перед </w:t>
      </w:r>
      <w:r>
        <w:rPr>
          <w:b w:val="false"/>
          <w:sz w:val="28"/>
          <w:lang w:val="zxx"/>
        </w:rPr>
        <w:t>firmware.commit</w:t>
      </w:r>
      <w:r>
        <w:rPr>
          <w:b w:val="false"/>
          <w:sz w:val="28"/>
        </w:rPr>
        <w:t xml:space="preserve"> эти проверки </w:t>
      </w:r>
      <w:r>
        <w:rPr>
          <w:b w:val="false"/>
          <w:sz w:val="28"/>
          <w:lang w:val="zxx"/>
        </w:rPr>
        <w:t>ДОЛЖНЫ</w:t>
      </w:r>
      <w:r>
        <w:rPr>
          <w:b w:val="false"/>
          <w:sz w:val="28"/>
        </w:rPr>
        <w:t xml:space="preserve"> выполняться повторно по действующему реестру и текущему минимуму версии; ключ издателя </w:t>
      </w:r>
      <w:r>
        <w:rPr>
          <w:b w:val="false"/>
          <w:sz w:val="28"/>
          <w:lang w:val="zxx"/>
        </w:rPr>
        <w:t>ДОЛЖЕН</w:t>
      </w:r>
      <w:r>
        <w:rPr>
          <w:b w:val="false"/>
          <w:sz w:val="28"/>
        </w:rPr>
        <w:t xml:space="preserve"> находиться в состоянии </w:t>
      </w:r>
      <w:r>
        <w:rPr>
          <w:b w:val="false"/>
          <w:sz w:val="28"/>
          <w:lang w:val="zxx"/>
        </w:rPr>
        <w:t>active.</w:t>
      </w:r>
      <w:r>
        <w:rPr>
          <w:b w:val="false"/>
          <w:sz w:val="28"/>
        </w:rPr>
        <w:t xml:space="preserve"> Ранее полученное </w:t>
      </w:r>
      <w:r>
        <w:rPr>
          <w:b w:val="false"/>
          <w:sz w:val="28"/>
          <w:lang w:val="zxx"/>
        </w:rPr>
        <w:t>verified</w:t>
      </w:r>
      <w:r>
        <w:rPr>
          <w:b w:val="false"/>
          <w:sz w:val="28"/>
        </w:rPr>
        <w:t xml:space="preserve"> не отменяет последующий отзыв ключа или повышение минимума версии. Проверка подписи при </w:t>
      </w:r>
      <w:r>
        <w:rPr>
          <w:b w:val="false"/>
          <w:sz w:val="28"/>
          <w:lang w:val="zxx"/>
        </w:rPr>
        <w:t>firmware.verify</w:t>
      </w:r>
      <w:r>
        <w:rPr>
          <w:b w:val="false"/>
          <w:sz w:val="28"/>
        </w:rPr>
        <w:t xml:space="preserve"> и проба </w:t>
      </w:r>
      <w:r>
        <w:rPr>
          <w:b w:val="false"/>
          <w:sz w:val="28"/>
          <w:lang w:val="zxx"/>
        </w:rPr>
        <w:t>staged-</w:t>
      </w:r>
      <w:r>
        <w:rPr>
          <w:b w:val="false"/>
          <w:sz w:val="28"/>
        </w:rPr>
        <w:t>ключа не разрешают установку этим ключом до его активации.</w:t>
      </w:r>
    </w:p>
    <w:p>
      <w:pPr>
        <w:pStyle w:val="2"/>
        <w:rPr/>
      </w:pPr>
      <w:r>
        <w:rPr/>
        <w:t>Идентичность сервисной транзакции</w:t>
      </w:r>
    </w:p>
    <w:p>
      <w:pPr>
        <w:pStyle w:val="Normal"/>
        <w:jc w:val="start"/>
        <w:rPr/>
      </w:pPr>
      <w:r>
        <w:rPr>
          <w:b w:val="false"/>
          <w:sz w:val="28"/>
          <w:lang w:val="zxx"/>
        </w:rPr>
        <w:t>16.20</w:t>
      </w:r>
      <w:r>
        <w:rPr>
          <w:b w:val="false"/>
          <w:sz w:val="28"/>
        </w:rPr>
        <w:t xml:space="preserve"> Одна незавершенная транзакция изменения на УУ; она связана с </w:t>
      </w:r>
      <w:r>
        <w:rPr>
          <w:b w:val="false"/>
          <w:sz w:val="28"/>
          <w:lang w:val="zxx"/>
        </w:rPr>
        <w:t>principalId</w:t>
      </w:r>
      <w:r>
        <w:rPr>
          <w:b w:val="false"/>
          <w:sz w:val="28"/>
        </w:rPr>
        <w:t xml:space="preserve"> и неизменным манифестом, а не с эпохой. </w:t>
      </w:r>
      <w:r>
        <w:rPr>
          <w:b w:val="false"/>
          <w:sz w:val="28"/>
          <w:lang w:val="zxx"/>
        </w:rPr>
        <w:t>firmware</w:t>
      </w:r>
      <w:r>
        <w:rPr>
          <w:b w:val="false"/>
          <w:sz w:val="28"/>
        </w:rPr>
        <w:t xml:space="preserve"> </w:t>
      </w:r>
      <w:r>
        <w:rPr>
          <w:b w:val="false"/>
          <w:sz w:val="28"/>
          <w:lang w:val="zxx"/>
        </w:rPr>
        <w:t>upload.id=</w:t>
      </w:r>
      <w:r>
        <w:rPr>
          <w:b w:val="false"/>
          <w:sz w:val="28"/>
        </w:rPr>
        <w:t xml:space="preserve"> </w:t>
      </w:r>
      <w:r>
        <w:rPr>
          <w:b w:val="false"/>
          <w:sz w:val="28"/>
          <w:lang w:val="zxx"/>
        </w:rPr>
        <w:t>image.id=operation.id</w:t>
      </w:r>
      <w:r>
        <w:rPr>
          <w:b w:val="false"/>
          <w:sz w:val="28"/>
        </w:rPr>
        <w:t xml:space="preserve"> во всех стадиях от </w:t>
      </w:r>
      <w:r>
        <w:rPr>
          <w:b w:val="false"/>
          <w:sz w:val="28"/>
          <w:lang w:val="zxx"/>
        </w:rPr>
        <w:t>begin</w:t>
      </w:r>
      <w:r>
        <w:rPr>
          <w:b w:val="false"/>
          <w:sz w:val="28"/>
        </w:rPr>
        <w:t xml:space="preserve"> до </w:t>
      </w:r>
      <w:r>
        <w:rPr>
          <w:b w:val="false"/>
          <w:sz w:val="28"/>
          <w:lang w:val="zxx"/>
        </w:rPr>
        <w:t>booted</w:t>
      </w:r>
      <w:r>
        <w:rPr>
          <w:b w:val="false"/>
          <w:sz w:val="28"/>
        </w:rPr>
        <w:t xml:space="preserve">; </w:t>
      </w:r>
      <w:r>
        <w:rPr>
          <w:b w:val="false"/>
          <w:sz w:val="28"/>
          <w:lang w:val="zxx"/>
        </w:rPr>
        <w:t>content</w:t>
      </w:r>
      <w:r>
        <w:rPr>
          <w:b w:val="false"/>
          <w:sz w:val="28"/>
        </w:rPr>
        <w:t xml:space="preserve"> использует один </w:t>
      </w:r>
      <w:r>
        <w:rPr>
          <w:b w:val="false"/>
          <w:sz w:val="28"/>
          <w:lang w:val="zxx"/>
        </w:rPr>
        <w:t>upload.id</w:t>
      </w:r>
      <w:r>
        <w:rPr>
          <w:b w:val="false"/>
          <w:sz w:val="28"/>
        </w:rPr>
        <w:t xml:space="preserve"> для приема, проверки и </w:t>
      </w:r>
      <w:r>
        <w:rPr>
          <w:b w:val="false"/>
          <w:sz w:val="28"/>
          <w:lang w:val="zxx"/>
        </w:rPr>
        <w:t>commit</w:t>
      </w:r>
      <w:r>
        <w:rPr>
          <w:b w:val="false"/>
          <w:sz w:val="28"/>
        </w:rPr>
        <w:t xml:space="preserve">; </w:t>
      </w:r>
      <w:r>
        <w:rPr>
          <w:b w:val="false"/>
          <w:sz w:val="28"/>
          <w:lang w:val="zxx"/>
        </w:rPr>
        <w:t>config</w:t>
      </w:r>
      <w:r>
        <w:rPr>
          <w:b w:val="false"/>
          <w:sz w:val="28"/>
        </w:rPr>
        <w:t xml:space="preserve"> использует </w:t>
      </w:r>
      <w:r>
        <w:rPr>
          <w:b w:val="false"/>
          <w:sz w:val="28"/>
          <w:lang w:val="zxx"/>
        </w:rPr>
        <w:t>transaction.id.</w:t>
      </w:r>
      <w:r>
        <w:rPr>
          <w:b w:val="false"/>
          <w:sz w:val="28"/>
        </w:rPr>
        <w:t xml:space="preserve"> Повтор </w:t>
      </w:r>
      <w:r>
        <w:rPr>
          <w:b w:val="false"/>
          <w:sz w:val="28"/>
          <w:lang w:val="zxx"/>
        </w:rPr>
        <w:t>begin/</w:t>
      </w:r>
      <w:r>
        <w:rPr>
          <w:b w:val="false"/>
          <w:sz w:val="28"/>
        </w:rPr>
        <w:t>​</w:t>
      </w:r>
      <w:r>
        <w:rPr>
          <w:b w:val="false"/>
          <w:sz w:val="28"/>
          <w:lang w:val="zxx"/>
        </w:rPr>
        <w:t>stage</w:t>
      </w:r>
      <w:r>
        <w:rPr>
          <w:b w:val="false"/>
          <w:sz w:val="28"/>
        </w:rPr>
        <w:t xml:space="preserve"> своего участника проверяет весь манифест и параметры </w:t>
      </w:r>
      <w:r>
        <w:rPr>
          <w:b w:val="false"/>
          <w:sz w:val="28"/>
          <w:lang w:val="zxx"/>
        </w:rPr>
        <w:t>bulk/</w:t>
      </w:r>
      <w:r>
        <w:rPr>
          <w:b w:val="false"/>
          <w:sz w:val="28"/>
        </w:rPr>
        <w:t>⁠</w:t>
      </w:r>
      <w:r>
        <w:rPr>
          <w:b w:val="false"/>
          <w:sz w:val="28"/>
          <w:lang w:val="zxx"/>
        </w:rPr>
        <w:t>1</w:t>
      </w:r>
      <w:r>
        <w:rPr>
          <w:b w:val="false"/>
          <w:sz w:val="28"/>
        </w:rPr>
        <w:t xml:space="preserve">, возвращает прежний </w:t>
      </w:r>
      <w:r>
        <w:rPr>
          <w:b w:val="false"/>
          <w:sz w:val="28"/>
          <w:lang w:val="zxx"/>
        </w:rPr>
        <w:t>ID</w:t>
      </w:r>
      <w:r>
        <w:rPr>
          <w:b w:val="false"/>
          <w:sz w:val="28"/>
        </w:rPr>
        <w:t xml:space="preserve"> и текущий </w:t>
      </w:r>
      <w:r>
        <w:rPr>
          <w:b w:val="false"/>
          <w:sz w:val="28"/>
          <w:lang w:val="zxx"/>
        </w:rPr>
        <w:t>receivedBytes</w:t>
      </w:r>
      <w:r>
        <w:rPr>
          <w:b w:val="false"/>
          <w:sz w:val="28"/>
        </w:rPr>
        <w:t xml:space="preserve"> без обнуления срока. Изменение любого поля дает </w:t>
      </w:r>
      <w:r>
        <w:rPr>
          <w:b w:val="false"/>
          <w:sz w:val="28"/>
          <w:lang w:val="zxx"/>
        </w:rPr>
        <w:t>conflict.</w:t>
      </w:r>
      <w:r>
        <w:rPr>
          <w:b w:val="false"/>
          <w:sz w:val="28"/>
        </w:rPr>
        <w:t xml:space="preserve"> Параметры канала, долговременные </w:t>
      </w:r>
      <w:r>
        <w:rPr>
          <w:b w:val="false"/>
          <w:sz w:val="28"/>
          <w:lang w:val="zxx"/>
        </w:rPr>
        <w:t>ACK</w:t>
      </w:r>
      <w:r>
        <w:rPr>
          <w:b w:val="false"/>
          <w:sz w:val="28"/>
        </w:rPr>
        <w:t xml:space="preserve">, сроки и продолжение определены ниже в </w:t>
      </w:r>
      <w:r>
        <w:rPr>
          <w:b w:val="false"/>
          <w:sz w:val="28"/>
          <w:lang w:val="zxx"/>
        </w:rPr>
        <w:t>bulk/</w:t>
      </w:r>
      <w:r>
        <w:rPr>
          <w:b w:val="false"/>
          <w:sz w:val="28"/>
        </w:rPr>
        <w:t>⁠</w:t>
      </w:r>
      <w:r>
        <w:rPr>
          <w:b w:val="false"/>
          <w:sz w:val="28"/>
          <w:lang w:val="zxx"/>
        </w:rPr>
        <w:t>1.</w:t>
      </w:r>
      <w:r>
        <w:rPr>
          <w:b w:val="false"/>
          <w:sz w:val="28"/>
        </w:rPr>
        <w:t xml:space="preserve"> Терминальный </w:t>
      </w:r>
      <w:r>
        <w:rPr>
          <w:b w:val="false"/>
          <w:sz w:val="28"/>
          <w:lang w:val="zxx"/>
        </w:rPr>
        <w:t>failed/</w:t>
      </w:r>
      <w:r>
        <w:rPr>
          <w:b w:val="false"/>
          <w:sz w:val="28"/>
        </w:rPr>
        <w:t>​</w:t>
      </w:r>
      <w:r>
        <w:rPr>
          <w:b w:val="false"/>
          <w:sz w:val="28"/>
          <w:lang w:val="zxx"/>
        </w:rPr>
        <w:t>cancelled</w:t>
      </w:r>
      <w:r>
        <w:rPr>
          <w:b w:val="false"/>
          <w:sz w:val="28"/>
        </w:rPr>
        <w:t xml:space="preserve"> освобождает </w:t>
      </w:r>
      <w:r>
        <w:rPr>
          <w:b w:val="false"/>
          <w:sz w:val="28"/>
          <w:lang w:val="zxx"/>
        </w:rPr>
        <w:t>staging</w:t>
      </w:r>
      <w:r>
        <w:rPr>
          <w:b w:val="false"/>
          <w:sz w:val="28"/>
        </w:rPr>
        <w:t xml:space="preserve"> и сохраняет итог не менее </w:t>
      </w:r>
      <w:r>
        <w:rPr>
          <w:b w:val="false"/>
          <w:sz w:val="28"/>
          <w:lang w:val="zxx"/>
        </w:rPr>
        <w:t>resultRetentionMs</w:t>
      </w:r>
      <w:r>
        <w:rPr>
          <w:b w:val="false"/>
          <w:sz w:val="28"/>
        </w:rPr>
        <w:t xml:space="preserve">; повтор </w:t>
      </w:r>
      <w:r>
        <w:rPr>
          <w:b w:val="false"/>
          <w:sz w:val="28"/>
          <w:lang w:val="zxx"/>
        </w:rPr>
        <w:t>ID</w:t>
      </w:r>
      <w:r>
        <w:rPr>
          <w:b w:val="false"/>
          <w:sz w:val="28"/>
        </w:rPr>
        <w:t xml:space="preserve"> с другим манифестом не превращается в новую транзакцию.</w:t>
      </w:r>
    </w:p>
    <w:p>
      <w:pPr>
        <w:pStyle w:val="Normal"/>
        <w:jc w:val="start"/>
        <w:rPr/>
      </w:pPr>
      <w:r>
        <w:rPr>
          <w:b w:val="false"/>
          <w:sz w:val="28"/>
          <w:lang w:val="zxx"/>
        </w:rPr>
        <w:t>16.21</w:t>
      </w:r>
      <w:r>
        <w:rPr>
          <w:b w:val="false"/>
          <w:sz w:val="28"/>
        </w:rPr>
        <w:t xml:space="preserve"> </w:t>
      </w:r>
      <w:r>
        <w:rPr>
          <w:b w:val="false"/>
          <w:sz w:val="28"/>
          <w:lang w:val="zxx"/>
        </w:rPr>
        <w:t>firmware.cancel:</w:t>
      </w:r>
      <w:r>
        <w:rPr>
          <w:b w:val="false"/>
          <w:sz w:val="28"/>
        </w:rPr>
        <w:t xml:space="preserve"> </w:t>
      </w:r>
      <w:r>
        <w:rPr>
          <w:b w:val="false"/>
          <w:sz w:val="28"/>
          <w:lang w:val="zxx"/>
        </w:rPr>
        <w:t>upload</w:t>
      </w:r>
      <w:r>
        <w:rPr>
          <w:b w:val="false"/>
          <w:sz w:val="28"/>
        </w:rPr>
        <w:t xml:space="preserve"> </w:t>
      </w:r>
      <w:r>
        <w:rPr>
          <w:b w:val="false"/>
          <w:sz w:val="28"/>
          <w:lang w:val="zxx"/>
        </w:rPr>
        <w:t>id</w:t>
      </w:r>
      <w:r>
        <w:rPr>
          <w:b w:val="false"/>
          <w:sz w:val="28"/>
        </w:rPr>
        <w:t xml:space="preserve">, обычный </w:t>
      </w:r>
      <w:r>
        <w:rPr>
          <w:b w:val="false"/>
          <w:sz w:val="28"/>
          <w:lang w:val="zxx"/>
        </w:rPr>
        <w:t>cmdSeq</w:t>
      </w:r>
      <w:r>
        <w:rPr>
          <w:b w:val="false"/>
          <w:sz w:val="28"/>
        </w:rPr>
        <w:t xml:space="preserve"> владельца </w:t>
      </w:r>
      <w:r>
        <w:rPr>
          <w:b w:val="false"/>
          <w:sz w:val="28"/>
          <w:lang w:val="zxx"/>
        </w:rPr>
        <w:t>maintenance</w:t>
      </w:r>
      <w:r>
        <w:rPr>
          <w:b w:val="false"/>
          <w:sz w:val="28"/>
        </w:rPr>
        <w:t xml:space="preserve"> и право обновления. В </w:t>
      </w:r>
      <w:r>
        <w:rPr>
          <w:b w:val="false"/>
          <w:sz w:val="28"/>
          <w:lang w:val="zxx"/>
        </w:rPr>
        <w:t>receiving/</w:t>
      </w:r>
      <w:r>
        <w:rPr>
          <w:b w:val="false"/>
          <w:sz w:val="28"/>
        </w:rPr>
        <w:t>​</w:t>
      </w:r>
      <w:r>
        <w:rPr>
          <w:b w:val="false"/>
          <w:sz w:val="28"/>
          <w:lang w:val="zxx"/>
        </w:rPr>
        <w:t>complete/</w:t>
      </w:r>
      <w:r>
        <w:rPr>
          <w:b w:val="false"/>
          <w:sz w:val="28"/>
        </w:rPr>
        <w:t>​</w:t>
      </w:r>
      <w:r>
        <w:rPr>
          <w:b w:val="false"/>
          <w:sz w:val="28"/>
          <w:lang w:val="zxx"/>
        </w:rPr>
        <w:t>verifying/</w:t>
      </w:r>
      <w:r>
        <w:rPr>
          <w:b w:val="false"/>
          <w:sz w:val="28"/>
        </w:rPr>
        <w:t>​</w:t>
      </w:r>
      <w:r>
        <w:rPr>
          <w:b w:val="false"/>
          <w:sz w:val="28"/>
          <w:lang w:val="zxx"/>
        </w:rPr>
        <w:t>verified</w:t>
      </w:r>
      <w:r>
        <w:rPr>
          <w:b w:val="false"/>
          <w:sz w:val="28"/>
        </w:rPr>
        <w:t xml:space="preserve"> отменяет прием/проверку, возвращает </w:t>
      </w:r>
      <w:r>
        <w:rPr>
          <w:b w:val="false"/>
          <w:sz w:val="28"/>
          <w:lang w:val="zxx"/>
        </w:rPr>
        <w:t>upload</w:t>
      </w:r>
      <w:r>
        <w:rPr>
          <w:b w:val="false"/>
          <w:sz w:val="28"/>
        </w:rPr>
        <w:t xml:space="preserve"> </w:t>
      </w:r>
      <w:r>
        <w:rPr>
          <w:b w:val="false"/>
          <w:sz w:val="28"/>
          <w:lang w:val="zxx"/>
        </w:rPr>
        <w:t>id/</w:t>
      </w:r>
      <w:r>
        <w:rPr>
          <w:b w:val="false"/>
          <w:sz w:val="28"/>
        </w:rPr>
        <w:t>​</w:t>
      </w:r>
      <w:r>
        <w:rPr>
          <w:b w:val="false"/>
          <w:sz w:val="28"/>
          <w:lang w:val="zxx"/>
        </w:rPr>
        <w:t>state=cancelled</w:t>
      </w:r>
      <w:r>
        <w:rPr>
          <w:b w:val="false"/>
          <w:sz w:val="28"/>
        </w:rPr>
        <w:t xml:space="preserve"> и освобождает незакоммиченный образ; в </w:t>
      </w:r>
      <w:r>
        <w:rPr>
          <w:b w:val="false"/>
          <w:sz w:val="28"/>
          <w:lang w:val="zxx"/>
        </w:rPr>
        <w:t>activating/</w:t>
      </w:r>
      <w:r>
        <w:rPr>
          <w:b w:val="false"/>
          <w:sz w:val="28"/>
        </w:rPr>
        <w:t>​</w:t>
      </w:r>
      <w:r>
        <w:rPr>
          <w:b w:val="false"/>
          <w:sz w:val="28"/>
          <w:lang w:val="zxx"/>
        </w:rPr>
        <w:t>booted/</w:t>
      </w:r>
      <w:r>
        <w:rPr>
          <w:b w:val="false"/>
          <w:sz w:val="28"/>
        </w:rPr>
        <w:t>​</w:t>
      </w:r>
      <w:r>
        <w:rPr>
          <w:b w:val="false"/>
          <w:sz w:val="28"/>
          <w:lang w:val="zxx"/>
        </w:rPr>
        <w:t>failed</w:t>
      </w:r>
      <w:r>
        <w:rPr>
          <w:b w:val="false"/>
          <w:sz w:val="28"/>
        </w:rPr>
        <w:t xml:space="preserve"> - </w:t>
      </w:r>
      <w:r>
        <w:rPr>
          <w:b w:val="false"/>
          <w:sz w:val="28"/>
          <w:lang w:val="zxx"/>
        </w:rPr>
        <w:t>conflict</w:t>
      </w:r>
      <w:r>
        <w:rPr>
          <w:b w:val="false"/>
          <w:sz w:val="28"/>
        </w:rPr>
        <w:t xml:space="preserve">; </w:t>
      </w:r>
      <w:r>
        <w:rPr>
          <w:b w:val="false"/>
          <w:sz w:val="28"/>
          <w:lang w:val="zxx"/>
        </w:rPr>
        <w:t>cancelled</w:t>
      </w:r>
      <w:r>
        <w:rPr>
          <w:b w:val="false"/>
          <w:sz w:val="28"/>
        </w:rPr>
        <w:t xml:space="preserve"> возвращает сохраненный итог. Повтор возвращает сохраненный итог. </w:t>
      </w:r>
      <w:r>
        <w:rPr>
          <w:b w:val="false"/>
          <w:sz w:val="28"/>
          <w:lang w:val="zxx"/>
        </w:rPr>
        <w:t>firmware.verify</w:t>
      </w:r>
      <w:r>
        <w:rPr>
          <w:b w:val="false"/>
          <w:sz w:val="28"/>
        </w:rPr>
        <w:t xml:space="preserve"> принимает </w:t>
      </w:r>
      <w:r>
        <w:rPr>
          <w:b w:val="false"/>
          <w:sz w:val="28"/>
          <w:lang w:val="zxx"/>
        </w:rPr>
        <w:t>complete</w:t>
      </w:r>
      <w:r>
        <w:rPr>
          <w:b w:val="false"/>
          <w:sz w:val="28"/>
        </w:rPr>
        <w:t xml:space="preserve">, синхронный ответ </w:t>
      </w:r>
      <w:r>
        <w:rPr>
          <w:b w:val="false"/>
          <w:sz w:val="28"/>
          <w:lang w:val="zxx"/>
        </w:rPr>
        <w:t>verified</w:t>
      </w:r>
      <w:r>
        <w:rPr>
          <w:b w:val="false"/>
          <w:sz w:val="28"/>
        </w:rPr>
        <w:t xml:space="preserve"> либо </w:t>
      </w:r>
      <w:r>
        <w:rPr>
          <w:b w:val="false"/>
          <w:sz w:val="28"/>
          <w:lang w:val="zxx"/>
        </w:rPr>
        <w:t>accepted</w:t>
      </w:r>
      <w:r>
        <w:rPr>
          <w:b w:val="false"/>
          <w:sz w:val="28"/>
        </w:rPr>
        <w:t xml:space="preserve"> с </w:t>
      </w:r>
      <w:r>
        <w:rPr>
          <w:b w:val="false"/>
          <w:sz w:val="28"/>
          <w:lang w:val="zxx"/>
        </w:rPr>
        <w:t>operation.id</w:t>
      </w:r>
      <w:r>
        <w:rPr>
          <w:b w:val="false"/>
          <w:sz w:val="28"/>
        </w:rPr>
        <w:t xml:space="preserve">; </w:t>
      </w:r>
      <w:r>
        <w:rPr>
          <w:b w:val="false"/>
          <w:sz w:val="28"/>
          <w:lang w:val="zxx"/>
        </w:rPr>
        <w:t>firmware.status</w:t>
      </w:r>
      <w:r>
        <w:rPr>
          <w:b w:val="false"/>
          <w:sz w:val="28"/>
        </w:rPr>
        <w:t xml:space="preserve"> всегда содержит </w:t>
      </w:r>
      <w:r>
        <w:rPr>
          <w:b w:val="false"/>
          <w:sz w:val="28"/>
          <w:lang w:val="zxx"/>
        </w:rPr>
        <w:t>operationId/</w:t>
      </w:r>
      <w:r>
        <w:rPr>
          <w:b w:val="false"/>
          <w:sz w:val="28"/>
        </w:rPr>
        <w:t>​</w:t>
      </w:r>
      <w:r>
        <w:rPr>
          <w:b w:val="false"/>
          <w:sz w:val="28"/>
          <w:lang w:val="zxx"/>
        </w:rPr>
        <w:t>state/</w:t>
      </w:r>
      <w:r>
        <w:rPr>
          <w:b w:val="false"/>
          <w:sz w:val="28"/>
        </w:rPr>
        <w:t>​</w:t>
      </w:r>
      <w:r>
        <w:rPr>
          <w:b w:val="false"/>
          <w:sz w:val="28"/>
          <w:lang w:val="zxx"/>
        </w:rPr>
        <w:t>receivedBytes/</w:t>
      </w:r>
      <w:r>
        <w:rPr>
          <w:b w:val="false"/>
          <w:sz w:val="28"/>
        </w:rPr>
        <w:t>​</w:t>
      </w:r>
      <w:r>
        <w:rPr>
          <w:b w:val="false"/>
          <w:sz w:val="28"/>
          <w:lang w:val="zxx"/>
        </w:rPr>
        <w:t>version/</w:t>
      </w:r>
      <w:r>
        <w:rPr>
          <w:b w:val="false"/>
          <w:sz w:val="28"/>
        </w:rPr>
        <w:t>​</w:t>
      </w:r>
      <w:r>
        <w:rPr>
          <w:b w:val="false"/>
          <w:sz w:val="28"/>
          <w:lang w:val="zxx"/>
        </w:rPr>
        <w:t>remainingBudgetMs</w:t>
      </w:r>
      <w:r>
        <w:rPr>
          <w:b w:val="false"/>
          <w:sz w:val="28"/>
        </w:rPr>
        <w:t xml:space="preserve">; в </w:t>
      </w:r>
      <w:r>
        <w:rPr>
          <w:b w:val="false"/>
          <w:sz w:val="28"/>
          <w:lang w:val="zxx"/>
        </w:rPr>
        <w:t>verifying</w:t>
      </w:r>
      <w:r>
        <w:rPr>
          <w:b w:val="false"/>
          <w:sz w:val="28"/>
        </w:rPr>
        <w:t xml:space="preserve"> дополнительно </w:t>
      </w:r>
      <w:r>
        <w:rPr>
          <w:b w:val="false"/>
          <w:sz w:val="28"/>
          <w:lang w:val="zxx"/>
        </w:rPr>
        <w:t>progressBytes</w:t>
      </w:r>
      <w:r>
        <w:rPr>
          <w:b w:val="false"/>
          <w:sz w:val="28"/>
        </w:rPr>
        <w:t xml:space="preserve">, в </w:t>
      </w:r>
      <w:r>
        <w:rPr>
          <w:b w:val="false"/>
          <w:sz w:val="28"/>
          <w:lang w:val="zxx"/>
        </w:rPr>
        <w:t>failed</w:t>
      </w:r>
      <w:r>
        <w:rPr>
          <w:b w:val="false"/>
          <w:sz w:val="28"/>
        </w:rPr>
        <w:t xml:space="preserve"> - </w:t>
      </w:r>
      <w:r>
        <w:rPr>
          <w:b w:val="false"/>
          <w:sz w:val="28"/>
          <w:lang w:val="zxx"/>
        </w:rPr>
        <w:t>reason</w:t>
      </w:r>
      <w:r>
        <w:rPr>
          <w:b w:val="false"/>
          <w:sz w:val="28"/>
        </w:rPr>
        <w:t xml:space="preserve"> (код ошибки), в иных состояниях </w:t>
      </w:r>
      <w:r>
        <w:rPr>
          <w:b w:val="false"/>
          <w:sz w:val="28"/>
          <w:lang w:val="zxx"/>
        </w:rPr>
        <w:t>reason</w:t>
      </w:r>
      <w:r>
        <w:rPr>
          <w:b w:val="false"/>
          <w:sz w:val="28"/>
        </w:rPr>
        <w:t xml:space="preserve"> отсутствует. </w:t>
      </w:r>
      <w:r>
        <w:rPr>
          <w:b w:val="false"/>
          <w:sz w:val="28"/>
          <w:lang w:val="zxx"/>
        </w:rPr>
        <w:t>remainingBudgetMs=0</w:t>
      </w:r>
      <w:r>
        <w:rPr>
          <w:b w:val="false"/>
          <w:sz w:val="28"/>
        </w:rPr>
        <w:t xml:space="preserve"> для терминального результата, иначе остаток действующего срока. </w:t>
      </w:r>
      <w:r>
        <w:rPr>
          <w:b w:val="false"/>
          <w:sz w:val="28"/>
          <w:lang w:val="zxx"/>
        </w:rPr>
        <w:t>commit</w:t>
      </w:r>
      <w:r>
        <w:rPr>
          <w:b w:val="false"/>
          <w:sz w:val="28"/>
        </w:rPr>
        <w:t xml:space="preserve"> допустим только в </w:t>
      </w:r>
      <w:r>
        <w:rPr>
          <w:b w:val="false"/>
          <w:sz w:val="28"/>
          <w:lang w:val="zxx"/>
        </w:rPr>
        <w:t>verified</w:t>
      </w:r>
      <w:r>
        <w:rPr>
          <w:b w:val="false"/>
          <w:sz w:val="28"/>
        </w:rPr>
        <w:t xml:space="preserve">, задает </w:t>
      </w:r>
      <w:r>
        <w:rPr>
          <w:b w:val="false"/>
          <w:sz w:val="28"/>
          <w:lang w:val="zxx"/>
        </w:rPr>
        <w:t>activating</w:t>
      </w:r>
      <w:r>
        <w:rPr>
          <w:b w:val="false"/>
          <w:sz w:val="28"/>
        </w:rPr>
        <w:t xml:space="preserve"> и сохраняет </w:t>
      </w:r>
      <w:r>
        <w:rPr>
          <w:b w:val="false"/>
          <w:sz w:val="28"/>
          <w:lang w:val="zxx"/>
        </w:rPr>
        <w:t>ID</w:t>
      </w:r>
      <w:r>
        <w:rPr>
          <w:b w:val="false"/>
          <w:sz w:val="28"/>
        </w:rPr>
        <w:t xml:space="preserve"> в журнале загрузчика; </w:t>
      </w:r>
      <w:r>
        <w:rPr>
          <w:b w:val="false"/>
          <w:sz w:val="28"/>
          <w:lang w:val="zxx"/>
        </w:rPr>
        <w:t>booted</w:t>
      </w:r>
      <w:r>
        <w:rPr>
          <w:b w:val="false"/>
          <w:sz w:val="28"/>
        </w:rPr>
        <w:t xml:space="preserve"> относится к фактической новой </w:t>
      </w:r>
      <w:r>
        <w:rPr>
          <w:b w:val="false"/>
          <w:sz w:val="28"/>
          <w:lang w:val="zxx"/>
        </w:rPr>
        <w:t>version</w:t>
      </w:r>
      <w:r>
        <w:rPr>
          <w:b w:val="false"/>
          <w:sz w:val="28"/>
        </w:rPr>
        <w:t xml:space="preserve"> и </w:t>
      </w:r>
      <w:r>
        <w:rPr>
          <w:b w:val="false"/>
          <w:sz w:val="28"/>
          <w:lang w:val="zxx"/>
        </w:rPr>
        <w:t>bootId.</w:t>
      </w:r>
    </w:p>
    <w:p>
      <w:pPr>
        <w:pStyle w:val="Normal"/>
        <w:jc w:val="both"/>
        <w:rPr/>
      </w:pPr>
      <w:r>
        <w:rPr>
          <w:b w:val="false"/>
          <w:sz w:val="28"/>
          <w:lang w:val="zxx"/>
        </w:rPr>
        <w:t>16.22</w:t>
      </w:r>
      <w:r>
        <w:rPr>
          <w:b w:val="false"/>
          <w:sz w:val="28"/>
        </w:rPr>
        <w:t xml:space="preserve"> </w:t>
      </w:r>
      <w:r>
        <w:rPr>
          <w:b w:val="false"/>
          <w:sz w:val="28"/>
          <w:lang w:val="zxx"/>
        </w:rPr>
        <w:t>config.commit</w:t>
      </w:r>
      <w:r>
        <w:rPr>
          <w:b w:val="false"/>
          <w:sz w:val="28"/>
        </w:rPr>
        <w:t xml:space="preserve"> атомарен только для конфигурации самого получателя: хранение полного </w:t>
      </w:r>
      <w:r>
        <w:rPr>
          <w:b w:val="false"/>
          <w:sz w:val="28"/>
          <w:lang w:val="zxx"/>
        </w:rPr>
        <w:t>JSON-</w:t>
      </w:r>
      <w:r>
        <w:rPr>
          <w:b w:val="false"/>
          <w:sz w:val="28"/>
        </w:rPr>
        <w:t xml:space="preserve">пакета и переключение локального набора правил. В </w:t>
      </w:r>
      <w:r>
        <w:rPr>
          <w:b w:val="false"/>
          <w:sz w:val="28"/>
          <w:lang w:val="zxx"/>
        </w:rPr>
        <w:t>0.21</w:t>
      </w:r>
      <w:r>
        <w:rPr>
          <w:b w:val="false"/>
          <w:sz w:val="28"/>
        </w:rPr>
        <w:t xml:space="preserve"> пакет не содержит команд записи параметров ОУ, секретных ключей или изменения собственной аппаратной идентичности. Открытые ключи источников защищенной групповой речи задаются только в </w:t>
      </w:r>
      <w:r>
        <w:rPr>
          <w:b w:val="false"/>
          <w:sz w:val="28"/>
          <w:lang w:val="zxx"/>
        </w:rPr>
        <w:t>mediaGroups</w:t>
      </w:r>
      <w:r>
        <w:rPr>
          <w:b w:val="false"/>
          <w:sz w:val="28"/>
        </w:rPr>
        <w:t xml:space="preserve"> по специальным правилам этого профиля. Все ссылки, доступность локальных объектов и возможность применить правила без записи параметров в ОУ проверяются до </w:t>
      </w:r>
      <w:r>
        <w:rPr>
          <w:b w:val="false"/>
          <w:sz w:val="28"/>
          <w:lang w:val="zxx"/>
        </w:rPr>
        <w:t>commit.</w:t>
      </w:r>
      <w:r>
        <w:rPr>
          <w:b w:val="false"/>
          <w:sz w:val="28"/>
        </w:rPr>
        <w:t xml:space="preserve"> Успешный ответ </w:t>
      </w:r>
      <w:r>
        <w:rPr>
          <w:b w:val="false"/>
          <w:sz w:val="28"/>
          <w:lang w:val="zxx"/>
        </w:rPr>
        <w:t>committed</w:t>
      </w:r>
      <w:r>
        <w:rPr>
          <w:b w:val="false"/>
          <w:sz w:val="28"/>
        </w:rPr>
        <w:t xml:space="preserve"> содержит </w:t>
      </w:r>
      <w:r>
        <w:rPr>
          <w:b w:val="false"/>
          <w:sz w:val="28"/>
          <w:lang w:val="zxx"/>
        </w:rPr>
        <w:t>configRevision=appliedRevision</w:t>
      </w:r>
      <w:r>
        <w:rPr>
          <w:b w:val="false"/>
          <w:sz w:val="28"/>
        </w:rPr>
        <w:t xml:space="preserve"> новой редакции. Отказ до атомарной фиксации сохраняет обе старые редакции. Потеря ответа после фиксации выясняется через </w:t>
      </w:r>
      <w:r>
        <w:rPr>
          <w:b w:val="false"/>
          <w:sz w:val="28"/>
          <w:lang w:val="zxx"/>
        </w:rPr>
        <w:t>config.get/</w:t>
      </w:r>
      <w:r>
        <w:rPr>
          <w:b w:val="false"/>
          <w:sz w:val="28"/>
        </w:rPr>
        <w:t>​</w:t>
      </w:r>
      <w:r>
        <w:rPr>
          <w:b w:val="false"/>
          <w:sz w:val="28"/>
          <w:lang w:val="zxx"/>
        </w:rPr>
        <w:t>transaction.id.</w:t>
      </w:r>
      <w:r>
        <w:rPr>
          <w:b w:val="false"/>
          <w:sz w:val="28"/>
        </w:rPr>
        <w:t xml:space="preserve"> Групповой импорт на несколько узлов не атомарен: каждый узел имеет собственный итог. Физическая перенастройка ОУ этим пакетом не выполняется и не объявляется примененной.</w:t>
      </w:r>
    </w:p>
    <w:p>
      <w:pPr>
        <w:pStyle w:val="2"/>
        <w:rPr/>
      </w:pPr>
      <w:r>
        <w:rPr/>
        <w:t>Оконная передача файлов bulk/1</w:t>
      </w:r>
    </w:p>
    <w:p>
      <w:pPr>
        <w:pStyle w:val="Normal"/>
        <w:jc w:val="both"/>
        <w:rPr/>
      </w:pPr>
      <w:r>
        <w:rPr>
          <w:b w:val="false"/>
          <w:sz w:val="28"/>
          <w:lang w:val="zxx"/>
        </w:rPr>
        <w:t>16.23</w:t>
      </w:r>
      <w:r>
        <w:rPr>
          <w:b w:val="false"/>
          <w:sz w:val="28"/>
        </w:rPr>
        <w:t xml:space="preserve"> При объявлении сетевого размещения контента, транзакционной конфигурации или обновления прошивки обе стороны </w:t>
      </w:r>
      <w:r>
        <w:rPr>
          <w:b w:val="false"/>
          <w:sz w:val="28"/>
          <w:lang w:val="zxx"/>
        </w:rPr>
        <w:t>ДОЛЖНЫ</w:t>
      </w:r>
      <w:r>
        <w:rPr>
          <w:b w:val="false"/>
          <w:sz w:val="28"/>
        </w:rPr>
        <w:t xml:space="preserve"> поддерживать </w:t>
      </w:r>
      <w:r>
        <w:rPr>
          <w:b w:val="false"/>
          <w:sz w:val="28"/>
          <w:lang w:val="zxx"/>
        </w:rPr>
        <w:t>bulk/</w:t>
      </w:r>
      <w:r>
        <w:rPr>
          <w:b w:val="false"/>
          <w:sz w:val="28"/>
        </w:rPr>
        <w:t>⁠</w:t>
      </w:r>
      <w:r>
        <w:rPr>
          <w:b w:val="false"/>
          <w:sz w:val="28"/>
          <w:lang w:val="zxx"/>
        </w:rPr>
        <w:t>1.</w:t>
      </w:r>
      <w:r>
        <w:rPr>
          <w:b w:val="false"/>
          <w:sz w:val="28"/>
        </w:rPr>
        <w:t xml:space="preserve"> Управляющие команды создают, проверяют и фиксируют объект; его байты передаются отдельным </w:t>
      </w:r>
      <w:r>
        <w:rPr>
          <w:b w:val="false"/>
          <w:sz w:val="28"/>
          <w:lang w:val="zxx"/>
        </w:rPr>
        <w:t>TCP-</w:t>
      </w:r>
      <w:r>
        <w:rPr>
          <w:b w:val="false"/>
          <w:sz w:val="28"/>
        </w:rPr>
        <w:t xml:space="preserve">соединением того же явно выбранного режима </w:t>
      </w:r>
      <w:r>
        <w:rPr>
          <w:b w:val="false"/>
          <w:sz w:val="28"/>
          <w:lang w:val="zxx"/>
        </w:rPr>
        <w:t>tls</w:t>
      </w:r>
      <w:r>
        <w:rPr>
          <w:b w:val="false"/>
          <w:sz w:val="28"/>
        </w:rPr>
        <w:t xml:space="preserve"> либо </w:t>
      </w:r>
      <w:r>
        <w:rPr>
          <w:b w:val="false"/>
          <w:sz w:val="28"/>
          <w:lang w:val="zxx"/>
        </w:rPr>
        <w:t>plain.</w:t>
      </w:r>
      <w:r>
        <w:rPr>
          <w:b w:val="false"/>
          <w:sz w:val="28"/>
        </w:rPr>
        <w:t xml:space="preserve"> В </w:t>
      </w:r>
      <w:r>
        <w:rPr>
          <w:b w:val="false"/>
          <w:sz w:val="28"/>
          <w:lang w:val="zxx"/>
        </w:rPr>
        <w:t>open-</w:t>
      </w:r>
      <w:r>
        <w:rPr>
          <w:b w:val="false"/>
          <w:sz w:val="28"/>
        </w:rPr>
        <w:t>⁠</w:t>
      </w:r>
      <w:r>
        <w:rPr>
          <w:b w:val="false"/>
          <w:sz w:val="28"/>
          <w:lang w:val="zxx"/>
        </w:rPr>
        <w:t>alert-</w:t>
      </w:r>
      <w:r>
        <w:rPr>
          <w:b w:val="false"/>
          <w:sz w:val="28"/>
        </w:rPr>
        <w:t>⁠</w:t>
      </w:r>
      <w:r>
        <w:rPr>
          <w:b w:val="false"/>
          <w:sz w:val="28"/>
          <w:lang w:val="zxx"/>
        </w:rPr>
        <w:t>draft/</w:t>
      </w:r>
      <w:r>
        <w:rPr>
          <w:b w:val="false"/>
          <w:sz w:val="28"/>
        </w:rPr>
        <w:t>⁠</w:t>
      </w:r>
      <w:r>
        <w:rPr>
          <w:b w:val="false"/>
          <w:sz w:val="28"/>
          <w:lang w:val="zxx"/>
        </w:rPr>
        <w:t>0.21</w:t>
      </w:r>
      <w:r>
        <w:rPr>
          <w:b w:val="false"/>
          <w:sz w:val="28"/>
        </w:rPr>
        <w:t xml:space="preserve"> команды </w:t>
      </w:r>
      <w:r>
        <w:rPr>
          <w:b w:val="false"/>
          <w:sz w:val="28"/>
          <w:lang w:val="zxx"/>
        </w:rPr>
        <w:t>content.write</w:t>
      </w:r>
      <w:r>
        <w:rPr>
          <w:b w:val="false"/>
          <w:sz w:val="28"/>
        </w:rPr>
        <w:t xml:space="preserve"> и </w:t>
      </w:r>
      <w:r>
        <w:rPr>
          <w:b w:val="false"/>
          <w:sz w:val="28"/>
          <w:lang w:val="zxx"/>
        </w:rPr>
        <w:t>firmware.write</w:t>
      </w:r>
      <w:r>
        <w:rPr>
          <w:b w:val="false"/>
          <w:sz w:val="28"/>
        </w:rPr>
        <w:t xml:space="preserve"> отсутствуют, </w:t>
      </w:r>
      <w:r>
        <w:rPr>
          <w:b w:val="false"/>
          <w:sz w:val="28"/>
          <w:lang w:val="zxx"/>
        </w:rPr>
        <w:t>config.stage</w:t>
      </w:r>
      <w:r>
        <w:rPr>
          <w:b w:val="false"/>
          <w:sz w:val="28"/>
        </w:rPr>
        <w:t xml:space="preserve"> не содержит </w:t>
      </w:r>
      <w:r>
        <w:rPr>
          <w:b w:val="false"/>
          <w:sz w:val="28"/>
          <w:lang w:val="zxx"/>
        </w:rPr>
        <w:t>block.</w:t>
      </w:r>
      <w:r>
        <w:rPr>
          <w:b w:val="false"/>
          <w:sz w:val="28"/>
        </w:rPr>
        <w:t xml:space="preserve"> Использование </w:t>
      </w:r>
      <w:r>
        <w:rPr>
          <w:b w:val="false"/>
          <w:sz w:val="28"/>
          <w:lang w:val="zxx"/>
        </w:rPr>
        <w:t>64-</w:t>
      </w:r>
      <w:r>
        <w:rPr>
          <w:b w:val="false"/>
          <w:sz w:val="28"/>
        </w:rPr>
        <w:t xml:space="preserve">байтового обмена прежних редакций внутри </w:t>
      </w:r>
      <w:r>
        <w:rPr>
          <w:b w:val="false"/>
          <w:sz w:val="28"/>
          <w:lang w:val="zxx"/>
        </w:rPr>
        <w:t>0.21</w:t>
      </w:r>
      <w:r>
        <w:rPr>
          <w:b w:val="false"/>
          <w:sz w:val="28"/>
        </w:rPr>
        <w:t xml:space="preserve"> запрещено; неподдержанный </w:t>
      </w:r>
      <w:r>
        <w:rPr>
          <w:b w:val="false"/>
          <w:sz w:val="28"/>
          <w:lang w:val="zxx"/>
        </w:rPr>
        <w:t>action</w:t>
      </w:r>
      <w:r>
        <w:rPr>
          <w:b w:val="false"/>
          <w:sz w:val="28"/>
        </w:rPr>
        <w:t xml:space="preserve"> получает </w:t>
      </w:r>
      <w:r>
        <w:rPr>
          <w:b w:val="false"/>
          <w:sz w:val="28"/>
          <w:lang w:val="zxx"/>
        </w:rPr>
        <w:t>unsupported</w:t>
      </w:r>
      <w:r>
        <w:rPr>
          <w:b w:val="false"/>
          <w:sz w:val="28"/>
        </w:rPr>
        <w:t xml:space="preserve"> по общему правилу </w:t>
      </w:r>
      <w:r>
        <w:rPr>
          <w:b w:val="false"/>
          <w:sz w:val="28"/>
          <w:lang w:val="zxx"/>
        </w:rPr>
        <w:t>cmdSeq.</w:t>
      </w:r>
      <w:r>
        <w:rPr>
          <w:b w:val="false"/>
          <w:sz w:val="28"/>
        </w:rPr>
        <w:t xml:space="preserve"> Устройства без указанных файловых функций не обязаны реализовывать </w:t>
      </w:r>
      <w:r>
        <w:rPr>
          <w:b w:val="false"/>
          <w:sz w:val="28"/>
          <w:lang w:val="zxx"/>
        </w:rPr>
        <w:t>bulk/</w:t>
      </w:r>
      <w:r>
        <w:rPr>
          <w:b w:val="false"/>
          <w:sz w:val="28"/>
        </w:rPr>
        <w:t>⁠</w:t>
      </w:r>
      <w:r>
        <w:rPr>
          <w:b w:val="false"/>
          <w:sz w:val="28"/>
          <w:lang w:val="zxx"/>
        </w:rPr>
        <w:t>1.</w:t>
      </w:r>
    </w:p>
    <w:p>
      <w:pPr>
        <w:pStyle w:val="Normal"/>
        <w:jc w:val="start"/>
        <w:rPr/>
      </w:pPr>
      <w:r>
        <w:rPr>
          <w:b w:val="false"/>
          <w:sz w:val="28"/>
          <w:lang w:val="zxx"/>
        </w:rPr>
        <w:t>16.24</w:t>
      </w:r>
      <w:r>
        <w:rPr>
          <w:b w:val="false"/>
          <w:sz w:val="28"/>
        </w:rPr>
        <w:t xml:space="preserve"> </w:t>
      </w:r>
      <w:r>
        <w:rPr>
          <w:b w:val="false"/>
          <w:sz w:val="28"/>
          <w:lang w:val="zxx"/>
        </w:rPr>
        <w:t>transfer.capabilities</w:t>
      </w:r>
      <w:r>
        <w:rPr>
          <w:b w:val="false"/>
          <w:sz w:val="28"/>
        </w:rPr>
        <w:t xml:space="preserve"> выполняется на управляющем соединении без владения, с правом чтения возможностей. Запрос не содержит дочерних элементов. Ответ </w:t>
      </w:r>
      <w:r>
        <w:rPr>
          <w:b w:val="false"/>
          <w:sz w:val="28"/>
          <w:lang w:val="zxx"/>
        </w:rPr>
        <w:t>status=ok</w:t>
      </w:r>
      <w:r>
        <w:rPr>
          <w:b w:val="false"/>
          <w:sz w:val="28"/>
        </w:rPr>
        <w:t xml:space="preserve"> содержит единственный </w:t>
      </w:r>
      <w:r>
        <w:rPr>
          <w:b w:val="false"/>
          <w:sz w:val="28"/>
          <w:lang w:val="zxx"/>
        </w:rPr>
        <w:t>transfer:</w:t>
      </w:r>
      <w:r>
        <w:rPr>
          <w:b w:val="false"/>
          <w:sz w:val="28"/>
        </w:rPr>
        <w:t xml:space="preserve"> </w:t>
      </w:r>
      <w:r>
        <w:rPr>
          <w:b w:val="false"/>
          <w:sz w:val="28"/>
          <w:lang w:val="zxx"/>
        </w:rPr>
        <w:t>profile=</w:t>
      </w:r>
      <w:r>
        <w:rPr>
          <w:b w:val="false"/>
          <w:sz w:val="28"/>
        </w:rPr>
        <w:t>"</w:t>
      </w:r>
      <w:r>
        <w:rPr>
          <w:b w:val="false"/>
          <w:sz w:val="28"/>
          <w:lang w:val="zxx"/>
        </w:rPr>
        <w:t>bulk/</w:t>
      </w:r>
      <w:r>
        <w:rPr>
          <w:b w:val="false"/>
          <w:sz w:val="28"/>
        </w:rPr>
        <w:t>⁠</w:t>
      </w:r>
      <w:r>
        <w:rPr>
          <w:b w:val="false"/>
          <w:sz w:val="28"/>
          <w:lang w:val="zxx"/>
        </w:rPr>
        <w:t>1</w:t>
      </w:r>
      <w:r>
        <w:rPr>
          <w:b w:val="false"/>
          <w:sz w:val="28"/>
        </w:rPr>
        <w:t xml:space="preserve">", </w:t>
      </w:r>
      <w:r>
        <w:rPr>
          <w:b w:val="false"/>
          <w:sz w:val="28"/>
          <w:lang w:val="zxx"/>
        </w:rPr>
        <w:t>port</w:t>
      </w:r>
      <w:r>
        <w:rPr>
          <w:b w:val="false"/>
          <w:sz w:val="28"/>
        </w:rPr>
        <w:t xml:space="preserve">, </w:t>
      </w:r>
      <w:r>
        <w:rPr>
          <w:b w:val="false"/>
          <w:sz w:val="28"/>
          <w:lang w:val="zxx"/>
        </w:rPr>
        <w:t>maxBlockBytes</w:t>
      </w:r>
      <w:r>
        <w:rPr>
          <w:b w:val="false"/>
          <w:sz w:val="28"/>
        </w:rPr>
        <w:t xml:space="preserve">, </w:t>
      </w:r>
      <w:r>
        <w:rPr>
          <w:b w:val="false"/>
          <w:sz w:val="28"/>
          <w:lang w:val="zxx"/>
        </w:rPr>
        <w:t>maxWindowBlocks</w:t>
      </w:r>
      <w:r>
        <w:rPr>
          <w:b w:val="false"/>
          <w:sz w:val="28"/>
        </w:rPr>
        <w:t xml:space="preserve">, </w:t>
      </w:r>
      <w:r>
        <w:rPr>
          <w:b w:val="false"/>
          <w:sz w:val="28"/>
          <w:lang w:val="zxx"/>
        </w:rPr>
        <w:t>maxInFlightBytes.</w:t>
      </w:r>
      <w:r>
        <w:rPr>
          <w:b w:val="false"/>
          <w:sz w:val="28"/>
        </w:rPr>
        <w:t xml:space="preserve"> </w:t>
      </w:r>
      <w:r>
        <w:rPr>
          <w:b w:val="false"/>
          <w:sz w:val="28"/>
          <w:lang w:val="zxx"/>
        </w:rPr>
        <w:t>port:1..65535</w:t>
      </w:r>
      <w:r>
        <w:rPr>
          <w:b w:val="false"/>
          <w:sz w:val="28"/>
        </w:rPr>
        <w:t xml:space="preserve"> задает отдельный от управления и медиа </w:t>
      </w:r>
      <w:r>
        <w:rPr>
          <w:b w:val="false"/>
          <w:sz w:val="28"/>
          <w:lang w:val="zxx"/>
        </w:rPr>
        <w:t>TCP-</w:t>
      </w:r>
      <w:r>
        <w:rPr>
          <w:b w:val="false"/>
          <w:sz w:val="28"/>
        </w:rPr>
        <w:t xml:space="preserve">порт того же аутентифицированного УУ; иной адрес и переадресация запрещены. Допустимые </w:t>
      </w:r>
      <w:r>
        <w:rPr>
          <w:b w:val="false"/>
          <w:sz w:val="28"/>
          <w:lang w:val="zxx"/>
        </w:rPr>
        <w:t>maxBlockBytes:4096</w:t>
      </w:r>
      <w:r>
        <w:rPr>
          <w:b w:val="false"/>
          <w:sz w:val="28"/>
        </w:rPr>
        <w:t>,</w:t>
      </w:r>
      <w:r>
        <w:rPr>
          <w:b w:val="false"/>
          <w:sz w:val="28"/>
          <w:lang w:val="zxx"/>
        </w:rPr>
        <w:t>8192</w:t>
      </w:r>
      <w:r>
        <w:rPr>
          <w:b w:val="false"/>
          <w:sz w:val="28"/>
        </w:rPr>
        <w:t>,</w:t>
      </w:r>
      <w:r>
        <w:rPr>
          <w:b w:val="false"/>
          <w:sz w:val="28"/>
          <w:lang w:val="zxx"/>
        </w:rPr>
        <w:t>16384</w:t>
      </w:r>
      <w:r>
        <w:rPr>
          <w:b w:val="false"/>
          <w:sz w:val="28"/>
        </w:rPr>
        <w:t>,</w:t>
      </w:r>
      <w:r>
        <w:rPr>
          <w:b w:val="false"/>
          <w:sz w:val="28"/>
          <w:lang w:val="zxx"/>
        </w:rPr>
        <w:t>32768</w:t>
      </w:r>
      <w:r>
        <w:rPr>
          <w:b w:val="false"/>
          <w:sz w:val="28"/>
        </w:rPr>
        <w:t>,</w:t>
      </w:r>
      <w:r>
        <w:rPr>
          <w:b w:val="false"/>
          <w:sz w:val="28"/>
          <w:lang w:val="zxx"/>
        </w:rPr>
        <w:t>65536</w:t>
      </w:r>
      <w:r>
        <w:rPr>
          <w:b w:val="false"/>
          <w:sz w:val="28"/>
        </w:rPr>
        <w:t xml:space="preserve">; </w:t>
      </w:r>
      <w:r>
        <w:rPr>
          <w:b w:val="false"/>
          <w:sz w:val="28"/>
          <w:lang w:val="zxx"/>
        </w:rPr>
        <w:t>maxWindowBlocks:4..64</w:t>
      </w:r>
      <w:r>
        <w:rPr>
          <w:b w:val="false"/>
          <w:sz w:val="28"/>
        </w:rPr>
        <w:t xml:space="preserve">; </w:t>
      </w:r>
      <w:r>
        <w:rPr>
          <w:b w:val="false"/>
          <w:sz w:val="28"/>
          <w:lang w:val="zxx"/>
        </w:rPr>
        <w:t>maxInFlightBytes:16384..4194304</w:t>
      </w:r>
      <w:r>
        <w:rPr>
          <w:b w:val="false"/>
          <w:sz w:val="28"/>
        </w:rPr>
        <w:t xml:space="preserve"> и не меньше </w:t>
      </w:r>
      <w:r>
        <w:rPr>
          <w:b w:val="false"/>
          <w:sz w:val="28"/>
          <w:lang w:val="zxx"/>
        </w:rPr>
        <w:t>4</w:t>
      </w:r>
      <w:r>
        <w:rPr>
          <w:b w:val="false"/>
          <w:sz w:val="28"/>
        </w:rPr>
        <w:t>*</w:t>
      </w:r>
      <w:r>
        <w:rPr>
          <w:b w:val="false"/>
          <w:sz w:val="28"/>
          <w:lang w:val="zxx"/>
        </w:rPr>
        <w:t>maxBlockBytes.</w:t>
      </w:r>
      <w:r>
        <w:rPr>
          <w:b w:val="false"/>
          <w:sz w:val="28"/>
        </w:rPr>
        <w:t xml:space="preserve"> Изменение этих возможностей меняет </w:t>
      </w:r>
      <w:r>
        <w:rPr>
          <w:b w:val="false"/>
          <w:sz w:val="28"/>
          <w:lang w:val="zxx"/>
        </w:rPr>
        <w:t>capabilityRevision.</w:t>
      </w:r>
      <w:r>
        <w:rPr>
          <w:b w:val="false"/>
          <w:sz w:val="28"/>
        </w:rPr>
        <w:t xml:space="preserve"> Минимальная совместимая пара: </w:t>
      </w:r>
      <w:r>
        <w:rPr>
          <w:b w:val="false"/>
          <w:sz w:val="28"/>
          <w:lang w:val="zxx"/>
        </w:rPr>
        <w:t>blockBytes=4096</w:t>
      </w:r>
      <w:r>
        <w:rPr>
          <w:b w:val="false"/>
          <w:sz w:val="28"/>
        </w:rPr>
        <w:t xml:space="preserve">, </w:t>
      </w:r>
      <w:r>
        <w:rPr>
          <w:b w:val="false"/>
          <w:sz w:val="28"/>
          <w:lang w:val="zxx"/>
        </w:rPr>
        <w:t>windowBlocks=4.</w:t>
      </w:r>
    </w:p>
    <w:p>
      <w:pPr>
        <w:pStyle w:val="Normal"/>
        <w:jc w:val="start"/>
        <w:rPr/>
      </w:pPr>
      <w:r>
        <w:rPr>
          <w:b w:val="false"/>
          <w:sz w:val="28"/>
          <w:lang w:val="zxx"/>
        </w:rPr>
        <w:t>16.25</w:t>
      </w:r>
      <w:r>
        <w:rPr>
          <w:b w:val="false"/>
          <w:sz w:val="28"/>
        </w:rPr>
        <w:t xml:space="preserve"> </w:t>
      </w:r>
      <w:r>
        <w:rPr>
          <w:b w:val="false"/>
          <w:sz w:val="28"/>
          <w:lang w:val="zxx"/>
        </w:rPr>
        <w:t>firmware.begin</w:t>
      </w:r>
      <w:r>
        <w:rPr>
          <w:b w:val="false"/>
          <w:sz w:val="28"/>
        </w:rPr>
        <w:t xml:space="preserve">, </w:t>
      </w:r>
      <w:r>
        <w:rPr>
          <w:b w:val="false"/>
          <w:sz w:val="28"/>
          <w:lang w:val="zxx"/>
        </w:rPr>
        <w:t>content.begin</w:t>
      </w:r>
      <w:r>
        <w:rPr>
          <w:b w:val="false"/>
          <w:sz w:val="28"/>
        </w:rPr>
        <w:t xml:space="preserve"> и </w:t>
      </w:r>
      <w:r>
        <w:rPr>
          <w:b w:val="false"/>
          <w:sz w:val="28"/>
          <w:lang w:val="zxx"/>
        </w:rPr>
        <w:t>config.stage</w:t>
      </w:r>
      <w:r>
        <w:rPr>
          <w:b w:val="false"/>
          <w:sz w:val="28"/>
        </w:rPr>
        <w:t xml:space="preserve"> содержат рядом с предметным манифестом единственный </w:t>
      </w:r>
      <w:r>
        <w:rPr>
          <w:b w:val="false"/>
          <w:sz w:val="28"/>
          <w:lang w:val="zxx"/>
        </w:rPr>
        <w:t>transfer</w:t>
      </w:r>
      <w:r>
        <w:rPr>
          <w:b w:val="false"/>
          <w:sz w:val="28"/>
        </w:rPr>
        <w:t xml:space="preserve"> с </w:t>
      </w:r>
      <w:r>
        <w:rPr>
          <w:b w:val="false"/>
          <w:sz w:val="28"/>
          <w:lang w:val="zxx"/>
        </w:rPr>
        <w:t>profile=</w:t>
      </w:r>
      <w:r>
        <w:rPr>
          <w:b w:val="false"/>
          <w:sz w:val="28"/>
        </w:rPr>
        <w:t>"</w:t>
      </w:r>
      <w:r>
        <w:rPr>
          <w:b w:val="false"/>
          <w:sz w:val="28"/>
          <w:lang w:val="zxx"/>
        </w:rPr>
        <w:t>bulk/</w:t>
      </w:r>
      <w:r>
        <w:rPr>
          <w:b w:val="false"/>
          <w:sz w:val="28"/>
        </w:rPr>
        <w:t>⁠</w:t>
      </w:r>
      <w:r>
        <w:rPr>
          <w:b w:val="false"/>
          <w:sz w:val="28"/>
          <w:lang w:val="zxx"/>
        </w:rPr>
        <w:t>1</w:t>
      </w:r>
      <w:r>
        <w:rPr>
          <w:b w:val="false"/>
          <w:sz w:val="28"/>
        </w:rPr>
        <w:t xml:space="preserve">", </w:t>
      </w:r>
      <w:r>
        <w:rPr>
          <w:b w:val="false"/>
          <w:sz w:val="28"/>
          <w:lang w:val="zxx"/>
        </w:rPr>
        <w:t>blockBytes</w:t>
      </w:r>
      <w:r>
        <w:rPr>
          <w:b w:val="false"/>
          <w:sz w:val="28"/>
        </w:rPr>
        <w:t xml:space="preserve">, </w:t>
      </w:r>
      <w:r>
        <w:rPr>
          <w:b w:val="false"/>
          <w:sz w:val="28"/>
          <w:lang w:val="zxx"/>
        </w:rPr>
        <w:t>windowBlocks</w:t>
      </w:r>
      <w:r>
        <w:rPr>
          <w:b w:val="false"/>
          <w:sz w:val="28"/>
        </w:rPr>
        <w:t xml:space="preserve">, </w:t>
      </w:r>
      <w:r>
        <w:rPr>
          <w:b w:val="false"/>
          <w:sz w:val="28"/>
          <w:lang w:val="zxx"/>
        </w:rPr>
        <w:t>windowRoundTripMaxMs.</w:t>
      </w:r>
      <w:r>
        <w:rPr>
          <w:b w:val="false"/>
          <w:sz w:val="28"/>
        </w:rPr>
        <w:t xml:space="preserve"> </w:t>
      </w:r>
      <w:r>
        <w:rPr>
          <w:b w:val="false"/>
          <w:sz w:val="28"/>
          <w:lang w:val="zxx"/>
        </w:rPr>
        <w:t>blockBytes</w:t>
      </w:r>
      <w:r>
        <w:rPr>
          <w:b w:val="false"/>
          <w:sz w:val="28"/>
        </w:rPr>
        <w:t xml:space="preserve"> выбирается из указанного ряда, не больше </w:t>
      </w:r>
      <w:r>
        <w:rPr>
          <w:b w:val="false"/>
          <w:sz w:val="28"/>
          <w:lang w:val="zxx"/>
        </w:rPr>
        <w:t>maxBlockBytes</w:t>
      </w:r>
      <w:r>
        <w:rPr>
          <w:b w:val="false"/>
          <w:sz w:val="28"/>
        </w:rPr>
        <w:t xml:space="preserve">; </w:t>
      </w:r>
      <w:r>
        <w:rPr>
          <w:b w:val="false"/>
          <w:sz w:val="28"/>
          <w:lang w:val="zxx"/>
        </w:rPr>
        <w:t>windowBlocks:4..maxWindowBlocks</w:t>
      </w:r>
      <w:r>
        <w:rPr>
          <w:b w:val="false"/>
          <w:sz w:val="28"/>
        </w:rPr>
        <w:t xml:space="preserve">, произведение не больше </w:t>
      </w:r>
      <w:r>
        <w:rPr>
          <w:b w:val="false"/>
          <w:sz w:val="28"/>
          <w:lang w:val="zxx"/>
        </w:rPr>
        <w:t>maxInFlightBytes.</w:t>
      </w:r>
      <w:r>
        <w:rPr>
          <w:b w:val="false"/>
          <w:sz w:val="28"/>
        </w:rPr>
        <w:t xml:space="preserve"> </w:t>
      </w:r>
      <w:r>
        <w:rPr>
          <w:b w:val="false"/>
          <w:sz w:val="28"/>
          <w:lang w:val="zxx"/>
        </w:rPr>
        <w:t>windowRoundTripMaxMs:1..10000</w:t>
      </w:r>
      <w:r>
        <w:rPr>
          <w:b w:val="false"/>
          <w:sz w:val="28"/>
        </w:rPr>
        <w:t xml:space="preserve"> — объявленный бюджет передачи и долговременного подтверждения полного окна, включая сеть, </w:t>
      </w:r>
      <w:r>
        <w:rPr>
          <w:b w:val="false"/>
          <w:sz w:val="28"/>
          <w:lang w:val="zxx"/>
        </w:rPr>
        <w:t>TLS</w:t>
      </w:r>
      <w:r>
        <w:rPr>
          <w:b w:val="false"/>
          <w:sz w:val="28"/>
        </w:rPr>
        <w:t xml:space="preserve">, накопление </w:t>
      </w:r>
      <w:r>
        <w:rPr>
          <w:b w:val="false"/>
          <w:sz w:val="28"/>
          <w:lang w:val="zxx"/>
        </w:rPr>
        <w:t>ACK</w:t>
      </w:r>
      <w:r>
        <w:rPr>
          <w:b w:val="false"/>
          <w:sz w:val="28"/>
        </w:rPr>
        <w:t xml:space="preserve">, </w:t>
      </w:r>
      <w:r>
        <w:rPr>
          <w:b w:val="false"/>
          <w:sz w:val="28"/>
          <w:lang w:val="zxx"/>
        </w:rPr>
        <w:t>Flash</w:t>
      </w:r>
      <w:r>
        <w:rPr>
          <w:b w:val="false"/>
          <w:sz w:val="28"/>
        </w:rPr>
        <w:t xml:space="preserve">, планирование и необходимое восстановление владения. Невозможность принять точные параметры дает </w:t>
      </w:r>
      <w:r>
        <w:rPr>
          <w:b w:val="false"/>
          <w:sz w:val="28"/>
          <w:lang w:val="zxx"/>
        </w:rPr>
        <w:t>unsupported</w:t>
      </w:r>
      <w:r>
        <w:rPr>
          <w:b w:val="false"/>
          <w:sz w:val="28"/>
        </w:rPr>
        <w:t xml:space="preserve"> до резервирования; скрытого уменьшения блока или окна нет. Параметры входят в неизменный манифест транзакции; повтор </w:t>
      </w:r>
      <w:r>
        <w:rPr>
          <w:b w:val="false"/>
          <w:sz w:val="28"/>
          <w:lang w:val="zxx"/>
        </w:rPr>
        <w:t>begin/</w:t>
      </w:r>
      <w:r>
        <w:rPr>
          <w:b w:val="false"/>
          <w:sz w:val="28"/>
        </w:rPr>
        <w:t>​</w:t>
      </w:r>
      <w:r>
        <w:rPr>
          <w:b w:val="false"/>
          <w:sz w:val="28"/>
          <w:lang w:val="zxx"/>
        </w:rPr>
        <w:t>stage</w:t>
      </w:r>
      <w:r>
        <w:rPr>
          <w:b w:val="false"/>
          <w:sz w:val="28"/>
        </w:rPr>
        <w:t xml:space="preserve"> с другими параметрами дает </w:t>
      </w:r>
      <w:r>
        <w:rPr>
          <w:b w:val="false"/>
          <w:sz w:val="28"/>
          <w:lang w:val="zxx"/>
        </w:rPr>
        <w:t>conflict.</w:t>
      </w:r>
      <w:r>
        <w:rPr>
          <w:b w:val="false"/>
          <w:sz w:val="28"/>
        </w:rPr>
        <w:t xml:space="preserve"> Подписанный манифест образа сохраняет прежний состав и не включает параметры транспорта.</w:t>
      </w:r>
    </w:p>
    <w:p>
      <w:pPr>
        <w:pStyle w:val="Normal"/>
        <w:jc w:val="both"/>
        <w:rPr/>
      </w:pPr>
      <w:r>
        <w:rPr>
          <w:b w:val="false"/>
          <w:sz w:val="28"/>
          <w:lang w:val="zxx"/>
        </w:rPr>
        <w:t>16.26</w:t>
      </w:r>
      <w:r>
        <w:rPr>
          <w:b w:val="false"/>
          <w:sz w:val="28"/>
        </w:rPr>
        <w:t xml:space="preserve"> УУ резервирует </w:t>
      </w:r>
      <w:r>
        <w:rPr>
          <w:b w:val="false"/>
          <w:sz w:val="28"/>
          <w:lang w:val="zxx"/>
        </w:rPr>
        <w:t>staging-</w:t>
      </w:r>
      <w:r>
        <w:rPr>
          <w:b w:val="false"/>
          <w:sz w:val="28"/>
        </w:rPr>
        <w:t xml:space="preserve">хранилище до подтверждения начала. Окно определяет число байтов в полете, а не обязательный массив такого размера в </w:t>
      </w:r>
      <w:r>
        <w:rPr>
          <w:b w:val="false"/>
          <w:sz w:val="28"/>
          <w:lang w:val="zxx"/>
        </w:rPr>
        <w:t>SRAM:</w:t>
      </w:r>
      <w:r>
        <w:rPr>
          <w:b w:val="false"/>
          <w:sz w:val="28"/>
        </w:rPr>
        <w:t xml:space="preserve"> приемник может порционно записывать проверенные данные выбранного режима (в </w:t>
      </w:r>
      <w:r>
        <w:rPr>
          <w:b w:val="false"/>
          <w:sz w:val="28"/>
          <w:lang w:val="zxx"/>
        </w:rPr>
        <w:t>tls</w:t>
      </w:r>
      <w:r>
        <w:rPr>
          <w:b w:val="false"/>
          <w:sz w:val="28"/>
        </w:rPr>
        <w:t xml:space="preserve"> — только после аутентификации </w:t>
      </w:r>
      <w:r>
        <w:rPr>
          <w:b w:val="false"/>
          <w:sz w:val="28"/>
          <w:lang w:val="zxx"/>
        </w:rPr>
        <w:t>MGM</w:t>
      </w:r>
      <w:r>
        <w:rPr>
          <w:b w:val="false"/>
          <w:sz w:val="28"/>
        </w:rPr>
        <w:t xml:space="preserve">) в неактивную область и использовать ограниченный буфер записи. Непроверенная метка </w:t>
      </w:r>
      <w:r>
        <w:rPr>
          <w:b w:val="false"/>
          <w:sz w:val="28"/>
          <w:lang w:val="zxx"/>
        </w:rPr>
        <w:t>TLS</w:t>
      </w:r>
      <w:r>
        <w:rPr>
          <w:b w:val="false"/>
          <w:sz w:val="28"/>
        </w:rPr>
        <w:t xml:space="preserve"> не дает права публиковать либо подтверждать данные. Паспорт изделия задает память </w:t>
      </w:r>
      <w:r>
        <w:rPr>
          <w:b w:val="false"/>
          <w:sz w:val="28"/>
          <w:lang w:val="zxx"/>
        </w:rPr>
        <w:t>TLS/</w:t>
      </w:r>
      <w:r>
        <w:rPr>
          <w:b w:val="false"/>
          <w:sz w:val="28"/>
        </w:rPr>
        <w:t xml:space="preserve">парсера/записи, размер очередей, геометрию </w:t>
      </w:r>
      <w:r>
        <w:rPr>
          <w:b w:val="false"/>
          <w:sz w:val="28"/>
          <w:lang w:val="zxx"/>
        </w:rPr>
        <w:t>Flash</w:t>
      </w:r>
      <w:r>
        <w:rPr>
          <w:b w:val="false"/>
          <w:sz w:val="28"/>
        </w:rPr>
        <w:t xml:space="preserve"> и максимальную непрерываемую операцию. Ресурсы управляющего канала, взаимодействия с ОУ и отмены резервируются независимо; недостаточность ресурсов отклоняет начало до изменения действующего объекта.</w:t>
      </w:r>
    </w:p>
    <w:p>
      <w:pPr>
        <w:pStyle w:val="2"/>
        <w:rPr/>
      </w:pPr>
      <w:r>
        <w:rPr/>
        <w:t>Привязка и ограждение файлового соединения</w:t>
      </w:r>
    </w:p>
    <w:p>
      <w:pPr>
        <w:pStyle w:val="Normal"/>
        <w:jc w:val="start"/>
        <w:rPr/>
      </w:pPr>
      <w:r>
        <w:rPr>
          <w:b w:val="false"/>
          <w:sz w:val="28"/>
          <w:lang w:val="zxx"/>
        </w:rPr>
        <w:t>16.27</w:t>
      </w:r>
      <w:r>
        <w:rPr>
          <w:b w:val="false"/>
          <w:sz w:val="28"/>
        </w:rPr>
        <w:t xml:space="preserve"> Файловый </w:t>
      </w:r>
      <w:r>
        <w:rPr>
          <w:b w:val="false"/>
          <w:sz w:val="28"/>
          <w:lang w:val="zxx"/>
        </w:rPr>
        <w:t>TCP-</w:t>
      </w:r>
      <w:r>
        <w:rPr>
          <w:b w:val="false"/>
          <w:sz w:val="28"/>
        </w:rPr>
        <w:t xml:space="preserve">порт принимает тот же режим соединения и </w:t>
      </w:r>
      <w:r>
        <w:rPr>
          <w:b w:val="false"/>
          <w:sz w:val="28"/>
          <w:lang w:val="zxx"/>
        </w:rPr>
        <w:t>principalId</w:t>
      </w:r>
      <w:r>
        <w:rPr>
          <w:b w:val="false"/>
          <w:sz w:val="28"/>
        </w:rPr>
        <w:t xml:space="preserve">, что управление: </w:t>
      </w:r>
      <w:r>
        <w:rPr>
          <w:b w:val="false"/>
          <w:sz w:val="28"/>
          <w:lang w:val="zxx"/>
        </w:rPr>
        <w:t>TLS</w:t>
      </w:r>
      <w:r>
        <w:rPr>
          <w:b w:val="false"/>
          <w:sz w:val="28"/>
        </w:rPr>
        <w:t xml:space="preserve"> </w:t>
      </w:r>
      <w:r>
        <w:rPr>
          <w:b w:val="false"/>
          <w:sz w:val="28"/>
          <w:lang w:val="zxx"/>
        </w:rPr>
        <w:t>1.3</w:t>
      </w:r>
      <w:r>
        <w:rPr>
          <w:b w:val="false"/>
          <w:sz w:val="28"/>
        </w:rPr>
        <w:t xml:space="preserve"> с проверкой ключей для </w:t>
      </w:r>
      <w:r>
        <w:rPr>
          <w:b w:val="false"/>
          <w:sz w:val="28"/>
          <w:lang w:val="zxx"/>
        </w:rPr>
        <w:t>tls</w:t>
      </w:r>
      <w:r>
        <w:rPr>
          <w:b w:val="false"/>
          <w:sz w:val="28"/>
        </w:rPr>
        <w:t xml:space="preserve">, открытый </w:t>
      </w:r>
      <w:r>
        <w:rPr>
          <w:b w:val="false"/>
          <w:sz w:val="28"/>
          <w:lang w:val="zxx"/>
        </w:rPr>
        <w:t>TCP</w:t>
      </w:r>
      <w:r>
        <w:rPr>
          <w:b w:val="false"/>
          <w:sz w:val="28"/>
        </w:rPr>
        <w:t xml:space="preserve"> для </w:t>
      </w:r>
      <w:r>
        <w:rPr>
          <w:b w:val="false"/>
          <w:sz w:val="28"/>
          <w:lang w:val="zxx"/>
        </w:rPr>
        <w:t>plain</w:t>
      </w:r>
      <w:r>
        <w:rPr>
          <w:b w:val="false"/>
          <w:sz w:val="28"/>
        </w:rPr>
        <w:t xml:space="preserve">; отдельная политика доверия не подменяет управляющую. Для </w:t>
      </w:r>
      <w:r>
        <w:rPr>
          <w:b w:val="false"/>
          <w:sz w:val="28"/>
          <w:lang w:val="zxx"/>
        </w:rPr>
        <w:t>tls</w:t>
      </w:r>
      <w:r>
        <w:rPr>
          <w:b w:val="false"/>
          <w:sz w:val="28"/>
        </w:rPr>
        <w:t xml:space="preserve"> сохраняются </w:t>
      </w:r>
      <w:r>
        <w:rPr>
          <w:b w:val="false"/>
          <w:sz w:val="28"/>
          <w:lang w:val="zxx"/>
        </w:rPr>
        <w:t>record_size_limit=512</w:t>
      </w:r>
      <w:r>
        <w:rPr>
          <w:b w:val="false"/>
          <w:sz w:val="28"/>
        </w:rPr>
        <w:t xml:space="preserve"> и запреты </w:t>
      </w:r>
      <w:r>
        <w:rPr>
          <w:b w:val="false"/>
          <w:sz w:val="28"/>
          <w:lang w:val="zxx"/>
        </w:rPr>
        <w:t>0-</w:t>
      </w:r>
      <w:r>
        <w:rPr>
          <w:b w:val="false"/>
          <w:sz w:val="28"/>
        </w:rPr>
        <w:t>⁠</w:t>
      </w:r>
      <w:r>
        <w:rPr>
          <w:b w:val="false"/>
          <w:sz w:val="28"/>
          <w:lang w:val="zxx"/>
        </w:rPr>
        <w:t>RTT/</w:t>
      </w:r>
      <w:r>
        <w:rPr>
          <w:b w:val="false"/>
          <w:sz w:val="28"/>
        </w:rPr>
        <w:t>​</w:t>
      </w:r>
      <w:r>
        <w:rPr>
          <w:b w:val="false"/>
          <w:sz w:val="28"/>
          <w:lang w:val="zxx"/>
        </w:rPr>
        <w:t>fallback.</w:t>
      </w:r>
      <w:r>
        <w:rPr>
          <w:b w:val="false"/>
          <w:sz w:val="28"/>
        </w:rPr>
        <w:t xml:space="preserve"> Бинарный блок может пересекать любое число </w:t>
      </w:r>
      <w:r>
        <w:rPr>
          <w:b w:val="false"/>
          <w:sz w:val="28"/>
          <w:lang w:val="zxx"/>
        </w:rPr>
        <w:t>TLS-</w:t>
      </w:r>
      <w:r>
        <w:rPr>
          <w:b w:val="false"/>
          <w:sz w:val="28"/>
        </w:rPr>
        <w:t xml:space="preserve">записей и </w:t>
      </w:r>
      <w:r>
        <w:rPr>
          <w:b w:val="false"/>
          <w:sz w:val="28"/>
          <w:lang w:val="zxx"/>
        </w:rPr>
        <w:t>TCP-</w:t>
      </w:r>
      <w:r>
        <w:rPr>
          <w:b w:val="false"/>
          <w:sz w:val="28"/>
        </w:rPr>
        <w:t xml:space="preserve">сегментов; размер блока не увеличивает лимит записи. Первое прикладное сообщение — обычная рамка </w:t>
      </w:r>
      <w:r>
        <w:rPr>
          <w:b w:val="false"/>
          <w:sz w:val="28"/>
          <w:lang w:val="zxx"/>
        </w:rPr>
        <w:t>uint32</w:t>
      </w:r>
      <w:r>
        <w:rPr>
          <w:b w:val="false"/>
          <w:sz w:val="28"/>
        </w:rPr>
        <w:t xml:space="preserve"> </w:t>
      </w:r>
      <w:r>
        <w:rPr>
          <w:b w:val="false"/>
          <w:sz w:val="28"/>
          <w:lang w:val="zxx"/>
        </w:rPr>
        <w:t>BE</w:t>
      </w:r>
      <w:r>
        <w:rPr>
          <w:b w:val="false"/>
          <w:sz w:val="28"/>
        </w:rPr>
        <w:t xml:space="preserve"> + </w:t>
      </w:r>
      <w:r>
        <w:rPr>
          <w:b w:val="false"/>
          <w:sz w:val="28"/>
          <w:lang w:val="zxx"/>
        </w:rPr>
        <w:t>XML</w:t>
      </w:r>
      <w:r>
        <w:rPr>
          <w:b w:val="false"/>
          <w:sz w:val="28"/>
        </w:rPr>
        <w:t xml:space="preserve"> до </w:t>
      </w:r>
      <w:r>
        <w:rPr>
          <w:b w:val="false"/>
          <w:sz w:val="28"/>
          <w:lang w:val="zxx"/>
        </w:rPr>
        <w:t>1024</w:t>
      </w:r>
      <w:r>
        <w:rPr>
          <w:b w:val="false"/>
          <w:sz w:val="28"/>
        </w:rPr>
        <w:t xml:space="preserve"> байт: </w:t>
      </w:r>
      <w:r>
        <w:rPr>
          <w:b w:val="false"/>
          <w:sz w:val="28"/>
          <w:lang w:val="zxx"/>
        </w:rPr>
        <w:t>request</w:t>
      </w:r>
      <w:r>
        <w:rPr>
          <w:b w:val="false"/>
          <w:sz w:val="28"/>
        </w:rPr>
        <w:t xml:space="preserve"> </w:t>
      </w:r>
      <w:r>
        <w:rPr>
          <w:b w:val="false"/>
          <w:sz w:val="28"/>
          <w:lang w:val="zxx"/>
        </w:rPr>
        <w:t>v/</w:t>
      </w:r>
      <w:r>
        <w:rPr>
          <w:b w:val="false"/>
          <w:sz w:val="28"/>
        </w:rPr>
        <w:t>​</w:t>
      </w:r>
      <w:r>
        <w:rPr>
          <w:b w:val="false"/>
          <w:sz w:val="28"/>
          <w:lang w:val="zxx"/>
        </w:rPr>
        <w:t>profile/</w:t>
      </w:r>
      <w:r>
        <w:rPr>
          <w:b w:val="false"/>
          <w:sz w:val="28"/>
        </w:rPr>
        <w:t>​</w:t>
      </w:r>
      <w:r>
        <w:rPr>
          <w:b w:val="false"/>
          <w:sz w:val="28"/>
          <w:lang w:val="zxx"/>
        </w:rPr>
        <w:t>id/</w:t>
      </w:r>
      <w:r>
        <w:rPr>
          <w:b w:val="false"/>
          <w:sz w:val="28"/>
        </w:rPr>
        <w:t>​</w:t>
      </w:r>
      <w:r>
        <w:rPr>
          <w:b w:val="false"/>
          <w:sz w:val="28"/>
          <w:lang w:val="zxx"/>
        </w:rPr>
        <w:t>action=</w:t>
      </w:r>
      <w:r>
        <w:rPr>
          <w:b w:val="false"/>
          <w:sz w:val="28"/>
        </w:rPr>
        <w:t>"</w:t>
      </w:r>
      <w:r>
        <w:rPr>
          <w:b w:val="false"/>
          <w:sz w:val="28"/>
          <w:lang w:val="zxx"/>
        </w:rPr>
        <w:t>transfer.hello</w:t>
      </w:r>
      <w:r>
        <w:rPr>
          <w:b w:val="false"/>
          <w:sz w:val="28"/>
        </w:rPr>
        <w:t>"/</w:t>
      </w:r>
      <w:r>
        <w:rPr>
          <w:b w:val="false"/>
          <w:sz w:val="28"/>
          <w:lang w:val="zxx"/>
        </w:rPr>
        <w:t>bootId/</w:t>
      </w:r>
      <w:r>
        <w:rPr>
          <w:b w:val="false"/>
          <w:sz w:val="28"/>
        </w:rPr>
        <w:t>​</w:t>
      </w:r>
      <w:r>
        <w:rPr>
          <w:b w:val="false"/>
          <w:sz w:val="28"/>
          <w:lang w:val="zxx"/>
        </w:rPr>
        <w:t>controlEpoch</w:t>
      </w:r>
      <w:r>
        <w:rPr>
          <w:b w:val="false"/>
          <w:sz w:val="28"/>
        </w:rPr>
        <w:t xml:space="preserve">, один </w:t>
      </w:r>
      <w:r>
        <w:rPr>
          <w:b w:val="false"/>
          <w:sz w:val="28"/>
          <w:lang w:val="zxx"/>
        </w:rPr>
        <w:t>transfer</w:t>
      </w:r>
      <w:r>
        <w:rPr>
          <w:b w:val="false"/>
          <w:sz w:val="28"/>
        </w:rPr>
        <w:t xml:space="preserve"> </w:t>
      </w:r>
      <w:r>
        <w:rPr>
          <w:b w:val="false"/>
          <w:sz w:val="28"/>
          <w:lang w:val="zxx"/>
        </w:rPr>
        <w:t>id/</w:t>
      </w:r>
      <w:r>
        <w:rPr>
          <w:b w:val="false"/>
          <w:sz w:val="28"/>
        </w:rPr>
        <w:t>​</w:t>
      </w:r>
      <w:r>
        <w:rPr>
          <w:b w:val="false"/>
          <w:sz w:val="28"/>
          <w:lang w:val="zxx"/>
        </w:rPr>
        <w:t>kind.</w:t>
      </w:r>
      <w:r>
        <w:rPr>
          <w:b w:val="false"/>
          <w:sz w:val="28"/>
        </w:rPr>
        <w:t xml:space="preserve"> </w:t>
      </w:r>
      <w:r>
        <w:rPr>
          <w:b w:val="false"/>
          <w:sz w:val="28"/>
          <w:lang w:val="zxx"/>
        </w:rPr>
        <w:t>kind=config|</w:t>
      </w:r>
      <w:r>
        <w:rPr>
          <w:b w:val="false"/>
          <w:sz w:val="28"/>
        </w:rPr>
        <w:t>​</w:t>
      </w:r>
      <w:r>
        <w:rPr>
          <w:b w:val="false"/>
          <w:sz w:val="28"/>
          <w:lang w:val="zxx"/>
        </w:rPr>
        <w:t>content|</w:t>
      </w:r>
      <w:r>
        <w:rPr>
          <w:b w:val="false"/>
          <w:sz w:val="28"/>
        </w:rPr>
        <w:t>​</w:t>
      </w:r>
      <w:r>
        <w:rPr>
          <w:b w:val="false"/>
          <w:sz w:val="28"/>
          <w:lang w:val="zxx"/>
        </w:rPr>
        <w:t>firmware</w:t>
      </w:r>
      <w:r>
        <w:rPr>
          <w:b w:val="false"/>
          <w:sz w:val="28"/>
        </w:rPr>
        <w:t xml:space="preserve">; </w:t>
      </w:r>
      <w:r>
        <w:rPr>
          <w:b w:val="false"/>
          <w:sz w:val="28"/>
          <w:lang w:val="zxx"/>
        </w:rPr>
        <w:t>id</w:t>
      </w:r>
      <w:r>
        <w:rPr>
          <w:b w:val="false"/>
          <w:sz w:val="28"/>
        </w:rPr>
        <w:t xml:space="preserve"> равен </w:t>
      </w:r>
      <w:r>
        <w:rPr>
          <w:b w:val="false"/>
          <w:sz w:val="28"/>
          <w:lang w:val="zxx"/>
        </w:rPr>
        <w:t>transaction.id</w:t>
      </w:r>
      <w:r>
        <w:rPr>
          <w:b w:val="false"/>
          <w:sz w:val="28"/>
        </w:rPr>
        <w:t xml:space="preserve"> для </w:t>
      </w:r>
      <w:r>
        <w:rPr>
          <w:b w:val="false"/>
          <w:sz w:val="28"/>
          <w:lang w:val="zxx"/>
        </w:rPr>
        <w:t>config</w:t>
      </w:r>
      <w:r>
        <w:rPr>
          <w:b w:val="false"/>
          <w:sz w:val="28"/>
        </w:rPr>
        <w:t xml:space="preserve"> и </w:t>
      </w:r>
      <w:r>
        <w:rPr>
          <w:b w:val="false"/>
          <w:sz w:val="28"/>
          <w:lang w:val="zxx"/>
        </w:rPr>
        <w:t>upload.id</w:t>
      </w:r>
      <w:r>
        <w:rPr>
          <w:b w:val="false"/>
          <w:sz w:val="28"/>
        </w:rPr>
        <w:t xml:space="preserve"> для остальных. </w:t>
      </w:r>
      <w:r>
        <w:rPr>
          <w:b w:val="false"/>
          <w:sz w:val="28"/>
          <w:lang w:val="zxx"/>
        </w:rPr>
        <w:t>profile</w:t>
      </w:r>
      <w:r>
        <w:rPr>
          <w:b w:val="false"/>
          <w:sz w:val="28"/>
        </w:rPr>
        <w:t xml:space="preserve"> равен выбранному </w:t>
      </w:r>
      <w:r>
        <w:rPr>
          <w:b w:val="false"/>
          <w:sz w:val="28"/>
          <w:lang w:val="zxx"/>
        </w:rPr>
        <w:t>open-</w:t>
      </w:r>
      <w:r>
        <w:rPr>
          <w:b w:val="false"/>
          <w:sz w:val="28"/>
        </w:rPr>
        <w:t>⁠</w:t>
      </w:r>
      <w:r>
        <w:rPr>
          <w:b w:val="false"/>
          <w:sz w:val="28"/>
          <w:lang w:val="zxx"/>
        </w:rPr>
        <w:t>alert-</w:t>
      </w:r>
      <w:r>
        <w:rPr>
          <w:b w:val="false"/>
          <w:sz w:val="28"/>
        </w:rPr>
        <w:t>⁠</w:t>
      </w:r>
      <w:r>
        <w:rPr>
          <w:b w:val="false"/>
          <w:sz w:val="28"/>
          <w:lang w:val="zxx"/>
        </w:rPr>
        <w:t>draft/</w:t>
      </w:r>
      <w:r>
        <w:rPr>
          <w:b w:val="false"/>
          <w:sz w:val="28"/>
        </w:rPr>
        <w:t>⁠</w:t>
      </w:r>
      <w:r>
        <w:rPr>
          <w:b w:val="false"/>
          <w:sz w:val="28"/>
          <w:lang w:val="zxx"/>
        </w:rPr>
        <w:t>0.21.</w:t>
      </w:r>
      <w:r>
        <w:rPr>
          <w:b w:val="false"/>
          <w:sz w:val="28"/>
        </w:rPr>
        <w:t xml:space="preserve"> </w:t>
      </w:r>
      <w:r>
        <w:rPr>
          <w:b w:val="false"/>
          <w:sz w:val="28"/>
          <w:lang w:val="zxx"/>
        </w:rPr>
        <w:t>protocol.hello</w:t>
      </w:r>
      <w:r>
        <w:rPr>
          <w:b w:val="false"/>
          <w:sz w:val="28"/>
        </w:rPr>
        <w:t xml:space="preserve"> и </w:t>
      </w:r>
      <w:r>
        <w:rPr>
          <w:b w:val="false"/>
          <w:sz w:val="28"/>
          <w:lang w:val="zxx"/>
        </w:rPr>
        <w:t>cmdSeq</w:t>
      </w:r>
      <w:r>
        <w:rPr>
          <w:b w:val="false"/>
          <w:sz w:val="28"/>
        </w:rPr>
        <w:t xml:space="preserve"> на этом соединении не передаются.</w:t>
      </w:r>
    </w:p>
    <w:p>
      <w:pPr>
        <w:pStyle w:val="Normal"/>
        <w:jc w:val="start"/>
        <w:rPr/>
      </w:pPr>
      <w:r>
        <w:rPr>
          <w:b w:val="false"/>
          <w:sz w:val="28"/>
          <w:lang w:val="zxx"/>
        </w:rPr>
        <w:t>16.28</w:t>
      </w:r>
      <w:r>
        <w:rPr>
          <w:b w:val="false"/>
          <w:sz w:val="28"/>
        </w:rPr>
        <w:t xml:space="preserve"> Привязка требует </w:t>
      </w:r>
      <w:r>
        <w:rPr>
          <w:b w:val="false"/>
          <w:sz w:val="28"/>
          <w:lang w:val="zxx"/>
        </w:rPr>
        <w:t>receiving</w:t>
      </w:r>
      <w:r>
        <w:rPr>
          <w:b w:val="false"/>
          <w:sz w:val="28"/>
        </w:rPr>
        <w:t xml:space="preserve">, действующего управляющего соединения того же </w:t>
      </w:r>
      <w:r>
        <w:rPr>
          <w:b w:val="false"/>
          <w:sz w:val="28"/>
          <w:lang w:val="zxx"/>
        </w:rPr>
        <w:t>principalId</w:t>
      </w:r>
      <w:r>
        <w:rPr>
          <w:b w:val="false"/>
          <w:sz w:val="28"/>
        </w:rPr>
        <w:t xml:space="preserve">, текущих </w:t>
      </w:r>
      <w:r>
        <w:rPr>
          <w:b w:val="false"/>
          <w:sz w:val="28"/>
          <w:lang w:val="zxx"/>
        </w:rPr>
        <w:t>bootId/</w:t>
      </w:r>
      <w:r>
        <w:rPr>
          <w:b w:val="false"/>
          <w:sz w:val="28"/>
        </w:rPr>
        <w:t>​</w:t>
      </w:r>
      <w:r>
        <w:rPr>
          <w:b w:val="false"/>
          <w:sz w:val="28"/>
          <w:lang w:val="zxx"/>
        </w:rPr>
        <w:t>controlEpoch</w:t>
      </w:r>
      <w:r>
        <w:rPr>
          <w:b w:val="false"/>
          <w:sz w:val="28"/>
        </w:rPr>
        <w:t xml:space="preserve">, владения </w:t>
      </w:r>
      <w:r>
        <w:rPr>
          <w:b w:val="false"/>
          <w:sz w:val="28"/>
          <w:lang w:val="zxx"/>
        </w:rPr>
        <w:t>maintenance</w:t>
      </w:r>
      <w:r>
        <w:rPr>
          <w:b w:val="false"/>
          <w:sz w:val="28"/>
        </w:rPr>
        <w:t xml:space="preserve">, соответствующего административного права и отсутствия иной файловой привязки. УУ атомарно связывает транзакцию с конкретными экземплярами управляющего и файлового соединений. До успеха ошибка закрывает только входящий канал, не меняет транзакцию, ее срок или действующее соединение. Ответ — обычная </w:t>
      </w:r>
      <w:r>
        <w:rPr>
          <w:b w:val="false"/>
          <w:sz w:val="28"/>
          <w:lang w:val="zxx"/>
        </w:rPr>
        <w:t>response</w:t>
      </w:r>
      <w:r>
        <w:rPr>
          <w:b w:val="false"/>
          <w:sz w:val="28"/>
        </w:rPr>
        <w:t xml:space="preserve"> </w:t>
      </w:r>
      <w:r>
        <w:rPr>
          <w:b w:val="false"/>
          <w:sz w:val="28"/>
          <w:lang w:val="zxx"/>
        </w:rPr>
        <w:t>v/</w:t>
      </w:r>
      <w:r>
        <w:rPr>
          <w:b w:val="false"/>
          <w:sz w:val="28"/>
        </w:rPr>
        <w:t>​</w:t>
      </w:r>
      <w:r>
        <w:rPr>
          <w:b w:val="false"/>
          <w:sz w:val="28"/>
          <w:lang w:val="zxx"/>
        </w:rPr>
        <w:t>profile/</w:t>
      </w:r>
      <w:r>
        <w:rPr>
          <w:b w:val="false"/>
          <w:sz w:val="28"/>
        </w:rPr>
        <w:t>​</w:t>
      </w:r>
      <w:r>
        <w:rPr>
          <w:b w:val="false"/>
          <w:sz w:val="28"/>
          <w:lang w:val="zxx"/>
        </w:rPr>
        <w:t>to/</w:t>
      </w:r>
      <w:r>
        <w:rPr>
          <w:b w:val="false"/>
          <w:sz w:val="28"/>
        </w:rPr>
        <w:t>​</w:t>
      </w:r>
      <w:r>
        <w:rPr>
          <w:b w:val="false"/>
          <w:sz w:val="28"/>
          <w:lang w:val="zxx"/>
        </w:rPr>
        <w:t>bootId/</w:t>
      </w:r>
      <w:r>
        <w:rPr>
          <w:b w:val="false"/>
          <w:sz w:val="28"/>
        </w:rPr>
        <w:t>​</w:t>
      </w:r>
      <w:r>
        <w:rPr>
          <w:b w:val="false"/>
          <w:sz w:val="28"/>
          <w:lang w:val="zxx"/>
        </w:rPr>
        <w:t>status=ok</w:t>
      </w:r>
      <w:r>
        <w:rPr>
          <w:b w:val="false"/>
          <w:sz w:val="28"/>
        </w:rPr>
        <w:t xml:space="preserve">, один </w:t>
      </w:r>
      <w:r>
        <w:rPr>
          <w:b w:val="false"/>
          <w:sz w:val="28"/>
          <w:lang w:val="zxx"/>
        </w:rPr>
        <w:t>ready</w:t>
      </w:r>
      <w:r>
        <w:rPr>
          <w:b w:val="false"/>
          <w:sz w:val="28"/>
        </w:rPr>
        <w:t xml:space="preserve"> </w:t>
      </w:r>
      <w:r>
        <w:rPr>
          <w:b w:val="false"/>
          <w:sz w:val="28"/>
          <w:lang w:val="zxx"/>
        </w:rPr>
        <w:t>id/</w:t>
      </w:r>
      <w:r>
        <w:rPr>
          <w:b w:val="false"/>
          <w:sz w:val="28"/>
        </w:rPr>
        <w:t>​</w:t>
      </w:r>
      <w:r>
        <w:rPr>
          <w:b w:val="false"/>
          <w:sz w:val="28"/>
          <w:lang w:val="zxx"/>
        </w:rPr>
        <w:t>blockBytes/</w:t>
      </w:r>
      <w:r>
        <w:rPr>
          <w:b w:val="false"/>
          <w:sz w:val="28"/>
        </w:rPr>
        <w:t>​</w:t>
      </w:r>
      <w:r>
        <w:rPr>
          <w:b w:val="false"/>
          <w:sz w:val="28"/>
          <w:lang w:val="zxx"/>
        </w:rPr>
        <w:t>windowBlocks/</w:t>
      </w:r>
      <w:r>
        <w:rPr>
          <w:b w:val="false"/>
          <w:sz w:val="28"/>
        </w:rPr>
        <w:t>​</w:t>
      </w:r>
      <w:r>
        <w:rPr>
          <w:b w:val="false"/>
          <w:sz w:val="28"/>
          <w:lang w:val="zxx"/>
        </w:rPr>
        <w:t>receivedBytes/</w:t>
      </w:r>
      <w:r>
        <w:rPr>
          <w:b w:val="false"/>
          <w:sz w:val="28"/>
        </w:rPr>
        <w:t>​</w:t>
      </w:r>
      <w:r>
        <w:rPr>
          <w:b w:val="false"/>
          <w:sz w:val="28"/>
          <w:lang w:val="zxx"/>
        </w:rPr>
        <w:t>remainingBudgetMs.</w:t>
      </w:r>
      <w:r>
        <w:rPr>
          <w:b w:val="false"/>
          <w:sz w:val="28"/>
        </w:rPr>
        <w:t xml:space="preserve"> Величины блока и окна точно совпадают с </w:t>
      </w:r>
      <w:r>
        <w:rPr>
          <w:b w:val="false"/>
          <w:sz w:val="28"/>
          <w:lang w:val="zxx"/>
        </w:rPr>
        <w:t>begin</w:t>
      </w:r>
      <w:r>
        <w:rPr>
          <w:b w:val="false"/>
          <w:sz w:val="28"/>
        </w:rPr>
        <w:t xml:space="preserve">; </w:t>
      </w:r>
      <w:r>
        <w:rPr>
          <w:b w:val="false"/>
          <w:sz w:val="28"/>
          <w:lang w:val="zxx"/>
        </w:rPr>
        <w:t>receivedBytes</w:t>
      </w:r>
      <w:r>
        <w:rPr>
          <w:b w:val="false"/>
          <w:sz w:val="28"/>
        </w:rPr>
        <w:t xml:space="preserve"> — устойчивый префикс на момент привязки. Ответ передается полностью до первого бинарного кадра. После него </w:t>
      </w:r>
      <w:r>
        <w:rPr>
          <w:b w:val="false"/>
          <w:sz w:val="28"/>
          <w:lang w:val="zxx"/>
        </w:rPr>
        <w:t>XML</w:t>
      </w:r>
      <w:r>
        <w:rPr>
          <w:b w:val="false"/>
          <w:sz w:val="28"/>
        </w:rPr>
        <w:t xml:space="preserve"> на файловом соединении запрещен.</w:t>
      </w:r>
    </w:p>
    <w:p>
      <w:pPr>
        <w:pStyle w:val="Normal"/>
        <w:jc w:val="both"/>
        <w:rPr/>
      </w:pPr>
      <w:r>
        <w:rPr>
          <w:b w:val="false"/>
          <w:sz w:val="28"/>
          <w:lang w:val="zxx"/>
        </w:rPr>
        <w:t>16.29</w:t>
      </w:r>
      <w:r>
        <w:rPr>
          <w:b w:val="false"/>
          <w:sz w:val="28"/>
        </w:rPr>
        <w:t xml:space="preserve"> Потеря или замена привязанного управляющего соединения, отзыв/освобождение/истечение эпохи либо прав, </w:t>
      </w:r>
      <w:r>
        <w:rPr>
          <w:b w:val="false"/>
          <w:sz w:val="28"/>
          <w:lang w:val="zxx"/>
        </w:rPr>
        <w:t>cancel</w:t>
      </w:r>
      <w:r>
        <w:rPr>
          <w:b w:val="false"/>
          <w:sz w:val="28"/>
        </w:rPr>
        <w:t xml:space="preserve">, </w:t>
      </w:r>
      <w:r>
        <w:rPr>
          <w:b w:val="false"/>
          <w:sz w:val="28"/>
          <w:lang w:val="zxx"/>
        </w:rPr>
        <w:t>reboot</w:t>
      </w:r>
      <w:r>
        <w:rPr>
          <w:b w:val="false"/>
          <w:sz w:val="28"/>
        </w:rPr>
        <w:t xml:space="preserve"> и срок транзакции закрывают ее файловую привязку. Перед каждой долговременной фиксацией префикса повторно проверяются экземпляры соединений, </w:t>
      </w:r>
      <w:r>
        <w:rPr>
          <w:b w:val="false"/>
          <w:sz w:val="28"/>
          <w:lang w:val="zxx"/>
        </w:rPr>
        <w:t>principalId</w:t>
      </w:r>
      <w:r>
        <w:rPr>
          <w:b w:val="false"/>
          <w:sz w:val="28"/>
        </w:rPr>
        <w:t xml:space="preserve">, </w:t>
      </w:r>
      <w:r>
        <w:rPr>
          <w:b w:val="false"/>
          <w:sz w:val="28"/>
          <w:lang w:val="zxx"/>
        </w:rPr>
        <w:t>bootId</w:t>
      </w:r>
      <w:r>
        <w:rPr>
          <w:b w:val="false"/>
          <w:sz w:val="28"/>
        </w:rPr>
        <w:t xml:space="preserve"> и </w:t>
      </w:r>
      <w:r>
        <w:rPr>
          <w:b w:val="false"/>
          <w:sz w:val="28"/>
          <w:lang w:val="zxx"/>
        </w:rPr>
        <w:t>controlEpoch.</w:t>
      </w:r>
      <w:r>
        <w:rPr>
          <w:b w:val="false"/>
          <w:sz w:val="28"/>
        </w:rPr>
        <w:t xml:space="preserve"> Запись, еще не зафиксированная при отзыве, не становится подтвержденной позже. Текущий сервисный шаг ограничен </w:t>
      </w:r>
      <w:r>
        <w:rPr>
          <w:b w:val="false"/>
          <w:sz w:val="28"/>
          <w:lang w:val="zxx"/>
        </w:rPr>
        <w:t>100</w:t>
      </w:r>
      <w:r>
        <w:rPr>
          <w:b w:val="false"/>
          <w:sz w:val="28"/>
        </w:rPr>
        <w:t xml:space="preserve"> мс; отзыв и ответ </w:t>
      </w:r>
      <w:r>
        <w:rPr>
          <w:b w:val="false"/>
          <w:sz w:val="28"/>
          <w:lang w:val="zxx"/>
        </w:rPr>
        <w:t>real</w:t>
      </w:r>
      <w:r>
        <w:rPr>
          <w:b w:val="false"/>
          <w:sz w:val="28"/>
        </w:rPr>
        <w:t xml:space="preserve"> сохраняют предел </w:t>
      </w:r>
      <w:r>
        <w:rPr>
          <w:b w:val="false"/>
          <w:sz w:val="28"/>
          <w:lang w:val="zxx"/>
        </w:rPr>
        <w:t>500</w:t>
      </w:r>
      <w:r>
        <w:rPr>
          <w:b w:val="false"/>
          <w:sz w:val="28"/>
        </w:rPr>
        <w:t xml:space="preserve"> мс. Медленный отправитель, заполненный </w:t>
      </w:r>
      <w:r>
        <w:rPr>
          <w:b w:val="false"/>
          <w:sz w:val="28"/>
          <w:lang w:val="zxx"/>
        </w:rPr>
        <w:t>TCP-</w:t>
      </w:r>
      <w:r>
        <w:rPr>
          <w:b w:val="false"/>
          <w:sz w:val="28"/>
        </w:rPr>
        <w:t xml:space="preserve">буфер и ожидание </w:t>
      </w:r>
      <w:r>
        <w:rPr>
          <w:b w:val="false"/>
          <w:sz w:val="28"/>
          <w:lang w:val="zxx"/>
        </w:rPr>
        <w:t>ACK</w:t>
      </w:r>
      <w:r>
        <w:rPr>
          <w:b w:val="false"/>
          <w:sz w:val="28"/>
        </w:rPr>
        <w:t xml:space="preserve"> не удерживают эту границу. Поздний </w:t>
      </w:r>
      <w:r>
        <w:rPr>
          <w:b w:val="false"/>
          <w:sz w:val="28"/>
          <w:lang w:val="zxx"/>
        </w:rPr>
        <w:t>callback</w:t>
      </w:r>
      <w:r>
        <w:rPr>
          <w:b w:val="false"/>
          <w:sz w:val="28"/>
        </w:rPr>
        <w:t xml:space="preserve"> старого соединения не закрывает и не изменяет новую привязку. После разрыва файлового соединения тот же участник выполняет новый </w:t>
      </w:r>
      <w:r>
        <w:rPr>
          <w:b w:val="false"/>
          <w:sz w:val="28"/>
          <w:lang w:val="zxx"/>
        </w:rPr>
        <w:t>transfer.hello</w:t>
      </w:r>
      <w:r>
        <w:rPr>
          <w:b w:val="false"/>
          <w:sz w:val="28"/>
        </w:rPr>
        <w:t xml:space="preserve">; если управляющее соединение и </w:t>
      </w:r>
      <w:r>
        <w:rPr>
          <w:b w:val="false"/>
          <w:sz w:val="28"/>
          <w:lang w:val="zxx"/>
        </w:rPr>
        <w:t>maintenance-</w:t>
      </w:r>
      <w:r>
        <w:rPr>
          <w:b w:val="false"/>
          <w:sz w:val="28"/>
        </w:rPr>
        <w:t xml:space="preserve">эпоха еще действуют, они сохраняются. При утрате владения сначала получается новое </w:t>
      </w:r>
      <w:r>
        <w:rPr>
          <w:b w:val="false"/>
          <w:sz w:val="28"/>
          <w:lang w:val="zxx"/>
        </w:rPr>
        <w:t>maintenance-</w:t>
      </w:r>
      <w:r>
        <w:rPr>
          <w:b w:val="false"/>
          <w:sz w:val="28"/>
        </w:rPr>
        <w:t>владение. Старый файловый канал не возобновляется.</w:t>
      </w:r>
    </w:p>
    <w:p>
      <w:pPr>
        <w:pStyle w:val="2"/>
        <w:rPr/>
      </w:pPr>
      <w:r>
        <w:rPr/>
        <w:t>Двоичные кадры и подтверждения</w:t>
      </w:r>
    </w:p>
    <w:p>
      <w:pPr>
        <w:pStyle w:val="Normal"/>
        <w:keepNext w:val="true"/>
        <w:ind w:hanging="0"/>
        <w:jc w:val="start"/>
        <w:rPr/>
      </w:pPr>
      <w:r>
        <w:rPr>
          <w:b w:val="false"/>
          <w:sz w:val="24"/>
        </w:rPr>
        <w:t xml:space="preserve">Таблица </w:t>
      </w:r>
      <w:r>
        <w:rPr>
          <w:b w:val="false"/>
          <w:sz w:val="24"/>
          <w:lang w:val="zxx"/>
        </w:rPr>
        <w:t>19</w:t>
      </w:r>
      <w:r>
        <w:rPr>
          <w:b w:val="false"/>
          <w:sz w:val="24"/>
        </w:rPr>
        <w:t xml:space="preserve"> - Двоичные кадры и подтверждения</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2250"/>
        <w:gridCol w:w="3077"/>
        <w:gridCol w:w="4310"/>
      </w:tblGrid>
      <w:tr>
        <w:trPr>
          <w:cantSplit w:val="true"/>
        </w:trPr>
        <w:tc>
          <w:tcPr>
            <w:tcW w:w="2250"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Смещение</w:t>
            </w:r>
          </w:p>
        </w:tc>
        <w:tc>
          <w:tcPr>
            <w:tcW w:w="307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4310"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Представление</w:t>
            </w:r>
          </w:p>
        </w:tc>
      </w:tr>
      <w:tr>
        <w:trPr>
          <w:cantSplit w:val="true"/>
        </w:trPr>
        <w:tc>
          <w:tcPr>
            <w:tcW w:w="225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0..3</w:t>
            </w:r>
          </w:p>
        </w:tc>
        <w:tc>
          <w:tcPr>
            <w:tcW w:w="307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magic</w:t>
            </w:r>
          </w:p>
        </w:tc>
        <w:tc>
          <w:tcPr>
            <w:tcW w:w="431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4</w:t>
            </w:r>
            <w:r>
              <w:rPr>
                <w:rFonts w:eastAsia="ＭＳ 明朝" w:cs=""/>
                <w:b w:val="false"/>
                <w:kern w:val="0"/>
                <w:sz w:val="28"/>
                <w:szCs w:val="22"/>
                <w:lang w:eastAsia="en-US" w:bidi="ar-SA"/>
              </w:rPr>
              <w:t xml:space="preserve"> байта </w:t>
            </w:r>
            <w:r>
              <w:rPr>
                <w:rFonts w:eastAsia="ＭＳ 明朝" w:cs=""/>
                <w:b w:val="false"/>
                <w:kern w:val="0"/>
                <w:sz w:val="28"/>
                <w:szCs w:val="22"/>
                <w:lang w:val="zxx" w:eastAsia="en-US" w:bidi="ar-SA"/>
              </w:rPr>
              <w:t>ASCII</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OAB1:</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4f</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41</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42</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31.</w:t>
            </w:r>
          </w:p>
        </w:tc>
      </w:tr>
      <w:tr>
        <w:trPr>
          <w:cantSplit w:val="true"/>
        </w:trPr>
        <w:tc>
          <w:tcPr>
            <w:tcW w:w="225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4</w:t>
            </w:r>
          </w:p>
        </w:tc>
        <w:tc>
          <w:tcPr>
            <w:tcW w:w="307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type</w:t>
            </w:r>
          </w:p>
        </w:tc>
        <w:tc>
          <w:tcPr>
            <w:tcW w:w="431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uint8:</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1</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DATA</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2</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ACK</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3</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ERROR.</w:t>
            </w:r>
          </w:p>
        </w:tc>
      </w:tr>
      <w:tr>
        <w:trPr>
          <w:cantSplit w:val="true"/>
        </w:trPr>
        <w:tc>
          <w:tcPr>
            <w:tcW w:w="225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5</w:t>
            </w:r>
          </w:p>
        </w:tc>
        <w:tc>
          <w:tcPr>
            <w:tcW w:w="307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flags</w:t>
            </w:r>
          </w:p>
        </w:tc>
        <w:tc>
          <w:tcPr>
            <w:tcW w:w="431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uint8=0</w:t>
            </w:r>
            <w:r>
              <w:rPr>
                <w:rFonts w:eastAsia="ＭＳ 明朝" w:cs=""/>
                <w:b w:val="false"/>
                <w:kern w:val="0"/>
                <w:sz w:val="28"/>
                <w:szCs w:val="22"/>
                <w:lang w:eastAsia="en-US" w:bidi="ar-SA"/>
              </w:rPr>
              <w:t>; неизвестные биты запрещены.</w:t>
            </w:r>
          </w:p>
        </w:tc>
      </w:tr>
      <w:tr>
        <w:trPr>
          <w:cantSplit w:val="true"/>
        </w:trPr>
        <w:tc>
          <w:tcPr>
            <w:tcW w:w="225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6..7</w:t>
            </w:r>
          </w:p>
        </w:tc>
        <w:tc>
          <w:tcPr>
            <w:tcW w:w="307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reserved</w:t>
            </w:r>
          </w:p>
        </w:tc>
        <w:tc>
          <w:tcPr>
            <w:tcW w:w="431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uint16=0.</w:t>
            </w:r>
          </w:p>
        </w:tc>
      </w:tr>
      <w:tr>
        <w:trPr>
          <w:cantSplit w:val="true"/>
        </w:trPr>
        <w:tc>
          <w:tcPr>
            <w:tcW w:w="225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8..11</w:t>
            </w:r>
          </w:p>
        </w:tc>
        <w:tc>
          <w:tcPr>
            <w:tcW w:w="307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payloadBytes</w:t>
            </w:r>
          </w:p>
        </w:tc>
        <w:tc>
          <w:tcPr>
            <w:tcW w:w="431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uint32</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big-</w:t>
            </w:r>
            <w:r>
              <w:rPr>
                <w:rFonts w:eastAsia="ＭＳ 明朝" w:cs=""/>
                <w:b w:val="false"/>
                <w:kern w:val="0"/>
                <w:sz w:val="28"/>
                <w:szCs w:val="22"/>
                <w:lang w:eastAsia="en-US" w:bidi="ar-SA"/>
              </w:rPr>
              <w:t>⁠</w:t>
            </w:r>
            <w:r>
              <w:rPr>
                <w:rFonts w:eastAsia="ＭＳ 明朝" w:cs=""/>
                <w:b w:val="false"/>
                <w:kern w:val="0"/>
                <w:sz w:val="28"/>
                <w:szCs w:val="22"/>
                <w:lang w:val="zxx" w:eastAsia="en-US" w:bidi="ar-SA"/>
              </w:rPr>
              <w:t>endian:</w:t>
            </w:r>
            <w:r>
              <w:rPr>
                <w:rFonts w:eastAsia="ＭＳ 明朝" w:cs=""/>
                <w:b w:val="false"/>
                <w:kern w:val="0"/>
                <w:sz w:val="28"/>
                <w:szCs w:val="22"/>
                <w:lang w:eastAsia="en-US" w:bidi="ar-SA"/>
              </w:rPr>
              <w:t xml:space="preserve"> число байтов после </w:t>
            </w:r>
            <w:r>
              <w:rPr>
                <w:rFonts w:eastAsia="ＭＳ 明朝" w:cs=""/>
                <w:b w:val="false"/>
                <w:kern w:val="0"/>
                <w:sz w:val="28"/>
                <w:szCs w:val="22"/>
                <w:lang w:val="zxx" w:eastAsia="en-US" w:bidi="ar-SA"/>
              </w:rPr>
              <w:t>20-</w:t>
            </w:r>
            <w:r>
              <w:rPr>
                <w:rFonts w:eastAsia="ＭＳ 明朝" w:cs=""/>
                <w:b w:val="false"/>
                <w:kern w:val="0"/>
                <w:sz w:val="28"/>
                <w:szCs w:val="22"/>
                <w:lang w:eastAsia="en-US" w:bidi="ar-SA"/>
              </w:rPr>
              <w:t>байтового заголовка.</w:t>
            </w:r>
          </w:p>
        </w:tc>
      </w:tr>
      <w:tr>
        <w:trPr>
          <w:cantSplit w:val="true"/>
        </w:trPr>
        <w:tc>
          <w:tcPr>
            <w:tcW w:w="2250"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12..19</w:t>
            </w:r>
          </w:p>
        </w:tc>
        <w:tc>
          <w:tcPr>
            <w:tcW w:w="3077"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offset</w:t>
            </w:r>
          </w:p>
        </w:tc>
        <w:tc>
          <w:tcPr>
            <w:tcW w:w="4310"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uint64</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big-</w:t>
            </w:r>
            <w:r>
              <w:rPr>
                <w:rFonts w:eastAsia="ＭＳ 明朝" w:cs=""/>
                <w:b w:val="false"/>
                <w:kern w:val="0"/>
                <w:sz w:val="28"/>
                <w:szCs w:val="22"/>
                <w:lang w:eastAsia="en-US" w:bidi="ar-SA"/>
              </w:rPr>
              <w:t>⁠</w:t>
            </w:r>
            <w:r>
              <w:rPr>
                <w:rFonts w:eastAsia="ＭＳ 明朝" w:cs=""/>
                <w:b w:val="false"/>
                <w:kern w:val="0"/>
                <w:sz w:val="28"/>
                <w:szCs w:val="22"/>
                <w:lang w:val="zxx" w:eastAsia="en-US" w:bidi="ar-SA"/>
              </w:rPr>
              <w:t>endian:</w:t>
            </w:r>
            <w:r>
              <w:rPr>
                <w:rFonts w:eastAsia="ＭＳ 明朝" w:cs=""/>
                <w:b w:val="false"/>
                <w:kern w:val="0"/>
                <w:sz w:val="28"/>
                <w:szCs w:val="22"/>
                <w:lang w:eastAsia="en-US" w:bidi="ar-SA"/>
              </w:rPr>
              <w:t xml:space="preserve"> смещение </w:t>
            </w:r>
            <w:r>
              <w:rPr>
                <w:rFonts w:eastAsia="ＭＳ 明朝" w:cs=""/>
                <w:b w:val="false"/>
                <w:kern w:val="0"/>
                <w:sz w:val="28"/>
                <w:szCs w:val="22"/>
                <w:lang w:val="zxx" w:eastAsia="en-US" w:bidi="ar-SA"/>
              </w:rPr>
              <w:t>DATA</w:t>
            </w:r>
            <w:r>
              <w:rPr>
                <w:rFonts w:eastAsia="ＭＳ 明朝" w:cs=""/>
                <w:b w:val="false"/>
                <w:kern w:val="0"/>
                <w:sz w:val="28"/>
                <w:szCs w:val="22"/>
                <w:lang w:eastAsia="en-US" w:bidi="ar-SA"/>
              </w:rPr>
              <w:t xml:space="preserve"> или устойчивый </w:t>
            </w:r>
            <w:r>
              <w:rPr>
                <w:rFonts w:eastAsia="ＭＳ 明朝" w:cs=""/>
                <w:b w:val="false"/>
                <w:kern w:val="0"/>
                <w:sz w:val="28"/>
                <w:szCs w:val="22"/>
                <w:lang w:val="zxx" w:eastAsia="en-US" w:bidi="ar-SA"/>
              </w:rPr>
              <w:t>receivedBytes</w:t>
            </w:r>
            <w:r>
              <w:rPr>
                <w:rFonts w:eastAsia="ＭＳ 明朝" w:cs=""/>
                <w:b w:val="false"/>
                <w:kern w:val="0"/>
                <w:sz w:val="28"/>
                <w:szCs w:val="22"/>
                <w:lang w:eastAsia="en-US" w:bidi="ar-SA"/>
              </w:rPr>
              <w:t xml:space="preserve"> для </w:t>
            </w:r>
            <w:r>
              <w:rPr>
                <w:rFonts w:eastAsia="ＭＳ 明朝" w:cs=""/>
                <w:b w:val="false"/>
                <w:kern w:val="0"/>
                <w:sz w:val="28"/>
                <w:szCs w:val="22"/>
                <w:lang w:val="zxx" w:eastAsia="en-US" w:bidi="ar-SA"/>
              </w:rPr>
              <w:t>ACK/</w:t>
            </w:r>
            <w:r>
              <w:rPr>
                <w:rFonts w:eastAsia="ＭＳ 明朝" w:cs=""/>
                <w:b w:val="false"/>
                <w:kern w:val="0"/>
                <w:sz w:val="28"/>
                <w:szCs w:val="22"/>
                <w:lang w:eastAsia="en-US" w:bidi="ar-SA"/>
              </w:rPr>
              <w:t>​</w:t>
            </w:r>
            <w:r>
              <w:rPr>
                <w:rFonts w:eastAsia="ＭＳ 明朝" w:cs=""/>
                <w:b w:val="false"/>
                <w:kern w:val="0"/>
                <w:sz w:val="28"/>
                <w:szCs w:val="22"/>
                <w:lang w:val="zxx" w:eastAsia="en-US" w:bidi="ar-SA"/>
              </w:rPr>
              <w:t>ERROR.</w:t>
            </w:r>
          </w:p>
        </w:tc>
      </w:tr>
    </w:tbl>
    <w:p>
      <w:pPr>
        <w:pStyle w:val="Normal"/>
        <w:spacing w:before="0" w:after="0"/>
        <w:rPr/>
      </w:pPr>
      <w:r>
        <w:rPr/>
      </w:r>
    </w:p>
    <w:p>
      <w:pPr>
        <w:pStyle w:val="Normal"/>
        <w:keepNext w:val="true"/>
        <w:jc w:val="start"/>
        <w:rPr/>
      </w:pPr>
      <w:r>
        <w:rPr>
          <w:b/>
          <w:sz w:val="28"/>
          <w:lang w:val="zxx"/>
        </w:rPr>
        <w:t>16.30</w:t>
      </w:r>
      <w:r>
        <w:rPr>
          <w:b/>
          <w:sz w:val="28"/>
        </w:rPr>
        <w:t xml:space="preserve"> </w:t>
      </w:r>
      <w:r>
        <w:rPr>
          <w:b/>
          <w:sz w:val="28"/>
          <w:lang w:val="zxx"/>
        </w:rPr>
        <w:t>single-</w:t>
      </w:r>
      <w:r>
        <w:rPr>
          <w:b/>
          <w:sz w:val="28"/>
        </w:rPr>
        <w:t>⁠</w:t>
      </w:r>
      <w:r>
        <w:rPr>
          <w:b/>
          <w:sz w:val="28"/>
          <w:lang w:val="zxx"/>
        </w:rPr>
        <w:t>tail</w:t>
      </w:r>
    </w:p>
    <w:p>
      <w:pPr>
        <w:pStyle w:val="Normal"/>
        <w:jc w:val="start"/>
        <w:rPr/>
      </w:pPr>
      <w:r>
        <w:rPr>
          <w:b w:val="false"/>
          <w:sz w:val="28"/>
        </w:rPr>
        <w:t xml:space="preserve">Поля: </w:t>
      </w:r>
      <w:r>
        <w:rPr>
          <w:b w:val="false"/>
          <w:sz w:val="28"/>
          <w:lang w:val="zxx"/>
        </w:rPr>
        <w:t>DATA</w:t>
      </w:r>
      <w:r>
        <w:rPr>
          <w:b w:val="false"/>
          <w:sz w:val="28"/>
        </w:rPr>
        <w:t xml:space="preserve">; </w:t>
      </w:r>
      <w:r>
        <w:rPr>
          <w:b w:val="false"/>
          <w:sz w:val="28"/>
          <w:lang w:val="zxx"/>
        </w:rPr>
        <w:t>offset=0</w:t>
      </w:r>
    </w:p>
    <w:p>
      <w:pPr>
        <w:pStyle w:val="Normal"/>
        <w:jc w:val="start"/>
        <w:rPr/>
      </w:pPr>
      <w:r>
        <w:rPr>
          <w:b w:val="false"/>
          <w:sz w:val="28"/>
        </w:rPr>
        <w:t xml:space="preserve">Эталонные байты </w:t>
      </w:r>
      <w:r>
        <w:rPr>
          <w:b w:val="false"/>
          <w:sz w:val="28"/>
          <w:lang w:val="zxx"/>
        </w:rPr>
        <w:t>hex:</w:t>
      </w:r>
      <w:r>
        <w:rPr>
          <w:b w:val="false"/>
          <w:sz w:val="28"/>
        </w:rPr>
        <w:t xml:space="preserve"> </w:t>
      </w:r>
      <w:r>
        <w:rPr>
          <w:b w:val="false"/>
          <w:sz w:val="28"/>
          <w:lang w:val="zxx"/>
        </w:rPr>
        <w:t>4f41423101000000000000030000000000000000616263</w:t>
      </w:r>
    </w:p>
    <w:p>
      <w:pPr>
        <w:pStyle w:val="Normal"/>
        <w:keepNext w:val="true"/>
        <w:jc w:val="start"/>
        <w:rPr/>
      </w:pPr>
      <w:r>
        <w:rPr>
          <w:b/>
          <w:sz w:val="28"/>
          <w:lang w:val="zxx"/>
        </w:rPr>
        <w:t>16.31</w:t>
      </w:r>
      <w:r>
        <w:rPr>
          <w:b/>
          <w:sz w:val="28"/>
        </w:rPr>
        <w:t xml:space="preserve"> </w:t>
      </w:r>
      <w:r>
        <w:rPr>
          <w:b/>
          <w:sz w:val="28"/>
          <w:lang w:val="zxx"/>
        </w:rPr>
        <w:t>tail-</w:t>
      </w:r>
      <w:r>
        <w:rPr>
          <w:b/>
          <w:sz w:val="28"/>
        </w:rPr>
        <w:t>⁠</w:t>
      </w:r>
      <w:r>
        <w:rPr>
          <w:b/>
          <w:sz w:val="28"/>
          <w:lang w:val="zxx"/>
        </w:rPr>
        <w:t>after-</w:t>
      </w:r>
      <w:r>
        <w:rPr>
          <w:b/>
          <w:sz w:val="28"/>
        </w:rPr>
        <w:t>⁠</w:t>
      </w:r>
      <w:r>
        <w:rPr>
          <w:b/>
          <w:sz w:val="28"/>
          <w:lang w:val="zxx"/>
        </w:rPr>
        <w:t>block</w:t>
      </w:r>
    </w:p>
    <w:p>
      <w:pPr>
        <w:pStyle w:val="Normal"/>
        <w:jc w:val="start"/>
        <w:rPr/>
      </w:pPr>
      <w:r>
        <w:rPr>
          <w:b w:val="false"/>
          <w:sz w:val="28"/>
        </w:rPr>
        <w:t xml:space="preserve">Поля: </w:t>
      </w:r>
      <w:r>
        <w:rPr>
          <w:b w:val="false"/>
          <w:sz w:val="28"/>
          <w:lang w:val="zxx"/>
        </w:rPr>
        <w:t>DATA</w:t>
      </w:r>
      <w:r>
        <w:rPr>
          <w:b w:val="false"/>
          <w:sz w:val="28"/>
        </w:rPr>
        <w:t xml:space="preserve">; </w:t>
      </w:r>
      <w:r>
        <w:rPr>
          <w:b w:val="false"/>
          <w:sz w:val="28"/>
          <w:lang w:val="zxx"/>
        </w:rPr>
        <w:t>offset=4096</w:t>
      </w:r>
    </w:p>
    <w:p>
      <w:pPr>
        <w:pStyle w:val="Normal"/>
        <w:jc w:val="start"/>
        <w:rPr/>
      </w:pPr>
      <w:r>
        <w:rPr>
          <w:b w:val="false"/>
          <w:sz w:val="28"/>
        </w:rPr>
        <w:t xml:space="preserve">Эталонные байты </w:t>
      </w:r>
      <w:r>
        <w:rPr>
          <w:b w:val="false"/>
          <w:sz w:val="28"/>
          <w:lang w:val="zxx"/>
        </w:rPr>
        <w:t>hex:</w:t>
      </w:r>
      <w:r>
        <w:rPr>
          <w:b w:val="false"/>
          <w:sz w:val="28"/>
        </w:rPr>
        <w:t xml:space="preserve"> </w:t>
      </w:r>
      <w:r>
        <w:rPr>
          <w:b w:val="false"/>
          <w:sz w:val="28"/>
          <w:lang w:val="zxx"/>
        </w:rPr>
        <w:t>4f41423101000000000000030000000000001000010203</w:t>
      </w:r>
    </w:p>
    <w:p>
      <w:pPr>
        <w:pStyle w:val="Normal"/>
        <w:keepNext w:val="true"/>
        <w:jc w:val="start"/>
        <w:rPr/>
      </w:pPr>
      <w:r>
        <w:rPr>
          <w:b/>
          <w:sz w:val="28"/>
          <w:lang w:val="zxx"/>
        </w:rPr>
        <w:t>16.32</w:t>
      </w:r>
      <w:r>
        <w:rPr>
          <w:b/>
          <w:sz w:val="28"/>
        </w:rPr>
        <w:t xml:space="preserve"> </w:t>
      </w:r>
      <w:r>
        <w:rPr>
          <w:b/>
          <w:sz w:val="28"/>
          <w:lang w:val="zxx"/>
        </w:rPr>
        <w:t>prefix-</w:t>
      </w:r>
      <w:r>
        <w:rPr>
          <w:b/>
          <w:sz w:val="28"/>
        </w:rPr>
        <w:t>⁠</w:t>
      </w:r>
      <w:r>
        <w:rPr>
          <w:b/>
          <w:sz w:val="28"/>
          <w:lang w:val="zxx"/>
        </w:rPr>
        <w:t>ack</w:t>
      </w:r>
    </w:p>
    <w:p>
      <w:pPr>
        <w:pStyle w:val="Normal"/>
        <w:jc w:val="start"/>
        <w:rPr/>
      </w:pPr>
      <w:r>
        <w:rPr>
          <w:b w:val="false"/>
          <w:sz w:val="28"/>
        </w:rPr>
        <w:t xml:space="preserve">Поля: </w:t>
      </w:r>
      <w:r>
        <w:rPr>
          <w:b w:val="false"/>
          <w:sz w:val="28"/>
          <w:lang w:val="zxx"/>
        </w:rPr>
        <w:t>ACK</w:t>
      </w:r>
      <w:r>
        <w:rPr>
          <w:b w:val="false"/>
          <w:sz w:val="28"/>
        </w:rPr>
        <w:t xml:space="preserve">; </w:t>
      </w:r>
      <w:r>
        <w:rPr>
          <w:b w:val="false"/>
          <w:sz w:val="28"/>
          <w:lang w:val="zxx"/>
        </w:rPr>
        <w:t>offset=4096</w:t>
      </w:r>
    </w:p>
    <w:p>
      <w:pPr>
        <w:pStyle w:val="Normal"/>
        <w:jc w:val="start"/>
        <w:rPr/>
      </w:pPr>
      <w:r>
        <w:rPr>
          <w:b w:val="false"/>
          <w:sz w:val="28"/>
        </w:rPr>
        <w:t xml:space="preserve">Эталонные байты </w:t>
      </w:r>
      <w:r>
        <w:rPr>
          <w:b w:val="false"/>
          <w:sz w:val="28"/>
          <w:lang w:val="zxx"/>
        </w:rPr>
        <w:t>hex:</w:t>
      </w:r>
      <w:r>
        <w:rPr>
          <w:b w:val="false"/>
          <w:sz w:val="28"/>
        </w:rPr>
        <w:t xml:space="preserve"> </w:t>
      </w:r>
      <w:r>
        <w:rPr>
          <w:b w:val="false"/>
          <w:sz w:val="28"/>
          <w:lang w:val="zxx"/>
        </w:rPr>
        <w:t>4f41423102000000000000000000000000001000</w:t>
      </w:r>
    </w:p>
    <w:p>
      <w:pPr>
        <w:pStyle w:val="Normal"/>
        <w:keepNext w:val="true"/>
        <w:jc w:val="start"/>
        <w:rPr/>
      </w:pPr>
      <w:r>
        <w:rPr>
          <w:b/>
          <w:sz w:val="28"/>
          <w:lang w:val="zxx"/>
        </w:rPr>
        <w:t>16.33</w:t>
      </w:r>
      <w:r>
        <w:rPr>
          <w:b/>
          <w:sz w:val="28"/>
        </w:rPr>
        <w:t xml:space="preserve"> </w:t>
      </w:r>
      <w:r>
        <w:rPr>
          <w:b/>
          <w:sz w:val="28"/>
          <w:lang w:val="zxx"/>
        </w:rPr>
        <w:t>stale-</w:t>
      </w:r>
      <w:r>
        <w:rPr>
          <w:b/>
          <w:sz w:val="28"/>
        </w:rPr>
        <w:t>⁠</w:t>
      </w:r>
      <w:r>
        <w:rPr>
          <w:b/>
          <w:sz w:val="28"/>
          <w:lang w:val="zxx"/>
        </w:rPr>
        <w:t>epoch</w:t>
      </w:r>
    </w:p>
    <w:p>
      <w:pPr>
        <w:pStyle w:val="Normal"/>
        <w:jc w:val="start"/>
        <w:rPr/>
      </w:pPr>
      <w:r>
        <w:rPr>
          <w:b w:val="false"/>
          <w:sz w:val="28"/>
        </w:rPr>
        <w:t xml:space="preserve">Поля: </w:t>
      </w:r>
      <w:r>
        <w:rPr>
          <w:b w:val="false"/>
          <w:sz w:val="28"/>
          <w:lang w:val="zxx"/>
        </w:rPr>
        <w:t>ERROR</w:t>
      </w:r>
      <w:r>
        <w:rPr>
          <w:b w:val="false"/>
          <w:sz w:val="28"/>
        </w:rPr>
        <w:t xml:space="preserve">; </w:t>
      </w:r>
      <w:r>
        <w:rPr>
          <w:b w:val="false"/>
          <w:sz w:val="28"/>
          <w:lang w:val="zxx"/>
        </w:rPr>
        <w:t>offset=4096</w:t>
      </w:r>
    </w:p>
    <w:p>
      <w:pPr>
        <w:pStyle w:val="Normal"/>
        <w:jc w:val="start"/>
        <w:rPr/>
      </w:pPr>
      <w:r>
        <w:rPr>
          <w:b w:val="false"/>
          <w:sz w:val="28"/>
        </w:rPr>
        <w:t xml:space="preserve">Эталонные байты </w:t>
      </w:r>
      <w:r>
        <w:rPr>
          <w:b w:val="false"/>
          <w:sz w:val="28"/>
          <w:lang w:val="zxx"/>
        </w:rPr>
        <w:t>hex:</w:t>
      </w:r>
      <w:r>
        <w:rPr>
          <w:b w:val="false"/>
          <w:sz w:val="28"/>
        </w:rPr>
        <w:t xml:space="preserve"> </w:t>
      </w:r>
      <w:r>
        <w:rPr>
          <w:b w:val="false"/>
          <w:sz w:val="28"/>
          <w:lang w:val="zxx"/>
        </w:rPr>
        <w:t>4f414231030000000000000200000000000010000004</w:t>
      </w:r>
    </w:p>
    <w:p>
      <w:pPr>
        <w:pStyle w:val="Normal"/>
        <w:jc w:val="both"/>
        <w:rPr/>
      </w:pPr>
      <w:r>
        <w:rPr>
          <w:b w:val="false"/>
          <w:sz w:val="28"/>
          <w:lang w:val="zxx"/>
        </w:rPr>
        <w:t>16.34</w:t>
      </w:r>
      <w:r>
        <w:rPr>
          <w:b w:val="false"/>
          <w:sz w:val="28"/>
        </w:rPr>
        <w:t xml:space="preserve"> Каждый кадр состоит ровно из заголовка и </w:t>
      </w:r>
      <w:r>
        <w:rPr>
          <w:b w:val="false"/>
          <w:sz w:val="28"/>
          <w:lang w:val="zxx"/>
        </w:rPr>
        <w:t>payloadBytes</w:t>
      </w:r>
      <w:r>
        <w:rPr>
          <w:b w:val="false"/>
          <w:sz w:val="28"/>
        </w:rPr>
        <w:t xml:space="preserve"> байт. Проверка </w:t>
      </w:r>
      <w:r>
        <w:rPr>
          <w:b w:val="false"/>
          <w:sz w:val="28"/>
          <w:lang w:val="zxx"/>
        </w:rPr>
        <w:t>type</w:t>
      </w:r>
      <w:r>
        <w:rPr>
          <w:b w:val="false"/>
          <w:sz w:val="28"/>
        </w:rPr>
        <w:t xml:space="preserve">, </w:t>
      </w:r>
      <w:r>
        <w:rPr>
          <w:b w:val="false"/>
          <w:sz w:val="28"/>
          <w:lang w:val="zxx"/>
        </w:rPr>
        <w:t>flags</w:t>
      </w:r>
      <w:r>
        <w:rPr>
          <w:b w:val="false"/>
          <w:sz w:val="28"/>
        </w:rPr>
        <w:t xml:space="preserve">, </w:t>
      </w:r>
      <w:r>
        <w:rPr>
          <w:b w:val="false"/>
          <w:sz w:val="28"/>
          <w:lang w:val="zxx"/>
        </w:rPr>
        <w:t>reserved</w:t>
      </w:r>
      <w:r>
        <w:rPr>
          <w:b w:val="false"/>
          <w:sz w:val="28"/>
        </w:rPr>
        <w:t xml:space="preserve">, размера, смещения, переполнения и окна выполняется до выделения памяти и записи полезной нагрузки. Неполный заголовок/блок при </w:t>
      </w:r>
      <w:r>
        <w:rPr>
          <w:b w:val="false"/>
          <w:sz w:val="28"/>
          <w:lang w:val="zxx"/>
        </w:rPr>
        <w:t>EOF</w:t>
      </w:r>
      <w:r>
        <w:rPr>
          <w:b w:val="false"/>
          <w:sz w:val="28"/>
        </w:rPr>
        <w:t xml:space="preserve"> не считается </w:t>
      </w:r>
      <w:r>
        <w:rPr>
          <w:b w:val="false"/>
          <w:sz w:val="28"/>
          <w:lang w:val="zxx"/>
        </w:rPr>
        <w:t>DATA.</w:t>
      </w:r>
      <w:r>
        <w:rPr>
          <w:b w:val="false"/>
          <w:sz w:val="28"/>
        </w:rPr>
        <w:t xml:space="preserve"> </w:t>
      </w:r>
      <w:r>
        <w:rPr>
          <w:b w:val="false"/>
          <w:sz w:val="28"/>
          <w:lang w:val="zxx"/>
        </w:rPr>
        <w:t>DATA</w:t>
      </w:r>
      <w:r>
        <w:rPr>
          <w:b w:val="false"/>
          <w:sz w:val="28"/>
        </w:rPr>
        <w:t xml:space="preserve"> передается только АРМ → УУ; </w:t>
      </w:r>
      <w:r>
        <w:rPr>
          <w:b w:val="false"/>
          <w:sz w:val="28"/>
          <w:lang w:val="zxx"/>
        </w:rPr>
        <w:t>ACK</w:t>
      </w:r>
      <w:r>
        <w:rPr>
          <w:b w:val="false"/>
          <w:sz w:val="28"/>
        </w:rPr>
        <w:t xml:space="preserve"> и </w:t>
      </w:r>
      <w:r>
        <w:rPr>
          <w:b w:val="false"/>
          <w:sz w:val="28"/>
          <w:lang w:val="zxx"/>
        </w:rPr>
        <w:t>ERROR</w:t>
      </w:r>
      <w:r>
        <w:rPr>
          <w:b w:val="false"/>
          <w:sz w:val="28"/>
        </w:rPr>
        <w:t xml:space="preserve"> только УУ → АРМ. Неверное направление, </w:t>
      </w:r>
      <w:r>
        <w:rPr>
          <w:b w:val="false"/>
          <w:sz w:val="28"/>
          <w:lang w:val="zxx"/>
        </w:rPr>
        <w:t>magic</w:t>
      </w:r>
      <w:r>
        <w:rPr>
          <w:b w:val="false"/>
          <w:sz w:val="28"/>
        </w:rPr>
        <w:t xml:space="preserve">, тип, зарезервированное поле либо длина закрывают файловое соединение. Получатель может отправить </w:t>
      </w:r>
      <w:r>
        <w:rPr>
          <w:b w:val="false"/>
          <w:sz w:val="28"/>
          <w:lang w:val="zxx"/>
        </w:rPr>
        <w:t>ERROR</w:t>
      </w:r>
      <w:r>
        <w:rPr>
          <w:b w:val="false"/>
          <w:sz w:val="28"/>
        </w:rPr>
        <w:t xml:space="preserve">, если заголовок достоверно разобран и отправка не задерживает управление; после ошибки продолжение на этом соединении запрещено. Невыдача </w:t>
      </w:r>
      <w:r>
        <w:rPr>
          <w:b w:val="false"/>
          <w:sz w:val="28"/>
          <w:lang w:val="zxx"/>
        </w:rPr>
        <w:t>ERROR</w:t>
      </w:r>
      <w:r>
        <w:rPr>
          <w:b w:val="false"/>
          <w:sz w:val="28"/>
        </w:rPr>
        <w:t xml:space="preserve"> не разрешает угадывать исход — клиент читает статус на управляющем канале.</w:t>
      </w:r>
    </w:p>
    <w:p>
      <w:pPr>
        <w:pStyle w:val="Normal"/>
        <w:jc w:val="start"/>
        <w:rPr/>
      </w:pPr>
      <w:r>
        <w:rPr>
          <w:b w:val="false"/>
          <w:sz w:val="28"/>
          <w:lang w:val="zxx"/>
        </w:rPr>
        <w:t>16.35</w:t>
      </w:r>
      <w:r>
        <w:rPr>
          <w:b w:val="false"/>
          <w:sz w:val="28"/>
        </w:rPr>
        <w:t xml:space="preserve"> </w:t>
      </w:r>
      <w:r>
        <w:rPr>
          <w:b w:val="false"/>
          <w:sz w:val="28"/>
          <w:lang w:val="zxx"/>
        </w:rPr>
        <w:t>DATA</w:t>
      </w:r>
      <w:r>
        <w:rPr>
          <w:b w:val="false"/>
          <w:sz w:val="28"/>
        </w:rPr>
        <w:t xml:space="preserve"> имеет </w:t>
      </w:r>
      <w:r>
        <w:rPr>
          <w:b w:val="false"/>
          <w:sz w:val="28"/>
          <w:lang w:val="zxx"/>
        </w:rPr>
        <w:t>payloadBytes=blockBytes</w:t>
      </w:r>
      <w:r>
        <w:rPr>
          <w:b w:val="false"/>
          <w:sz w:val="28"/>
        </w:rPr>
        <w:t xml:space="preserve">, кроме последнего блока, содержащего остаток </w:t>
      </w:r>
      <w:r>
        <w:rPr>
          <w:b w:val="false"/>
          <w:sz w:val="28"/>
          <w:lang w:val="zxx"/>
        </w:rPr>
        <w:t>1..blockBytes</w:t>
      </w:r>
      <w:r>
        <w:rPr>
          <w:b w:val="false"/>
          <w:sz w:val="28"/>
        </w:rPr>
        <w:t xml:space="preserve">; </w:t>
      </w:r>
      <w:r>
        <w:rPr>
          <w:b w:val="false"/>
          <w:sz w:val="28"/>
          <w:lang w:val="zxx"/>
        </w:rPr>
        <w:t>offset</w:t>
      </w:r>
      <w:r>
        <w:rPr>
          <w:b w:val="false"/>
          <w:sz w:val="28"/>
        </w:rPr>
        <w:t xml:space="preserve"> кратен </w:t>
      </w:r>
      <w:r>
        <w:rPr>
          <w:b w:val="false"/>
          <w:sz w:val="28"/>
          <w:lang w:val="zxx"/>
        </w:rPr>
        <w:t>blockBytes</w:t>
      </w:r>
      <w:r>
        <w:rPr>
          <w:b w:val="false"/>
          <w:sz w:val="28"/>
        </w:rPr>
        <w:t xml:space="preserve">, </w:t>
      </w:r>
      <w:r>
        <w:rPr>
          <w:b w:val="false"/>
          <w:sz w:val="28"/>
          <w:lang w:val="zxx"/>
        </w:rPr>
        <w:t>offset+payloadBytes</w:t>
      </w:r>
      <w:r>
        <w:rPr>
          <w:b w:val="false"/>
          <w:sz w:val="28"/>
        </w:rPr>
        <w:t>&lt;=</w:t>
      </w:r>
      <w:r>
        <w:rPr>
          <w:b w:val="false"/>
          <w:sz w:val="28"/>
          <w:lang w:val="zxx"/>
        </w:rPr>
        <w:t>totalBytes.</w:t>
      </w:r>
      <w:r>
        <w:rPr>
          <w:b w:val="false"/>
          <w:sz w:val="28"/>
        </w:rPr>
        <w:t xml:space="preserve"> После </w:t>
      </w:r>
      <w:r>
        <w:rPr>
          <w:b w:val="false"/>
          <w:sz w:val="28"/>
          <w:lang w:val="zxx"/>
        </w:rPr>
        <w:t>hello</w:t>
      </w:r>
      <w:r>
        <w:rPr>
          <w:b w:val="false"/>
          <w:sz w:val="28"/>
        </w:rPr>
        <w:t xml:space="preserve"> первый </w:t>
      </w:r>
      <w:r>
        <w:rPr>
          <w:b w:val="false"/>
          <w:sz w:val="28"/>
          <w:lang w:val="zxx"/>
        </w:rPr>
        <w:t>offset</w:t>
      </w:r>
      <w:r>
        <w:rPr>
          <w:b w:val="false"/>
          <w:sz w:val="28"/>
        </w:rPr>
        <w:t xml:space="preserve"> равен полученному </w:t>
      </w:r>
      <w:r>
        <w:rPr>
          <w:b w:val="false"/>
          <w:sz w:val="28"/>
          <w:lang w:val="zxx"/>
        </w:rPr>
        <w:t>receivedBytes.</w:t>
      </w:r>
      <w:r>
        <w:rPr>
          <w:b w:val="false"/>
          <w:sz w:val="28"/>
        </w:rPr>
        <w:t xml:space="preserve"> Следующий </w:t>
      </w:r>
      <w:r>
        <w:rPr>
          <w:b w:val="false"/>
          <w:sz w:val="28"/>
          <w:lang w:val="zxx"/>
        </w:rPr>
        <w:t>DATA</w:t>
      </w:r>
      <w:r>
        <w:rPr>
          <w:b w:val="false"/>
          <w:sz w:val="28"/>
        </w:rPr>
        <w:t xml:space="preserve"> начинается точно после предыдущего целиком принятого </w:t>
      </w:r>
      <w:r>
        <w:rPr>
          <w:b w:val="false"/>
          <w:sz w:val="28"/>
          <w:lang w:val="zxx"/>
        </w:rPr>
        <w:t>DATA</w:t>
      </w:r>
      <w:r>
        <w:rPr>
          <w:b w:val="false"/>
          <w:sz w:val="28"/>
        </w:rPr>
        <w:t xml:space="preserve">; пропуски, перекрытия и повтор на одном соединении запрещены. </w:t>
      </w:r>
      <w:r>
        <w:rPr>
          <w:b w:val="false"/>
          <w:sz w:val="28"/>
          <w:lang w:val="zxx"/>
        </w:rPr>
        <w:t>TCP</w:t>
      </w:r>
      <w:r>
        <w:rPr>
          <w:b w:val="false"/>
          <w:sz w:val="28"/>
        </w:rPr>
        <w:t xml:space="preserve"> уже обеспечивает порядок и повторную доставку; приложение не пересылает блок повторно поверх живого потока. После обрыва прием возобновляется только от устойчивого префикса нового </w:t>
      </w:r>
      <w:r>
        <w:rPr>
          <w:b w:val="false"/>
          <w:sz w:val="28"/>
          <w:lang w:val="zxx"/>
        </w:rPr>
        <w:t>hello</w:t>
      </w:r>
      <w:r>
        <w:rPr>
          <w:b w:val="false"/>
          <w:sz w:val="28"/>
        </w:rPr>
        <w:t xml:space="preserve">, включая случай потерянного </w:t>
      </w:r>
      <w:r>
        <w:rPr>
          <w:b w:val="false"/>
          <w:sz w:val="28"/>
          <w:lang w:val="zxx"/>
        </w:rPr>
        <w:t>ACK.</w:t>
      </w:r>
      <w:r>
        <w:rPr>
          <w:b w:val="false"/>
          <w:sz w:val="28"/>
        </w:rPr>
        <w:t xml:space="preserve"> При </w:t>
      </w:r>
      <w:r>
        <w:rPr>
          <w:b w:val="false"/>
          <w:sz w:val="28"/>
          <w:lang w:val="zxx"/>
        </w:rPr>
        <w:t>receivedBytes=totalBytes</w:t>
      </w:r>
      <w:r>
        <w:rPr>
          <w:b w:val="false"/>
          <w:sz w:val="28"/>
        </w:rPr>
        <w:t xml:space="preserve"> </w:t>
      </w:r>
      <w:r>
        <w:rPr>
          <w:b w:val="false"/>
          <w:sz w:val="28"/>
          <w:lang w:val="zxx"/>
        </w:rPr>
        <w:t>hello</w:t>
      </w:r>
      <w:r>
        <w:rPr>
          <w:b w:val="false"/>
          <w:sz w:val="28"/>
        </w:rPr>
        <w:t xml:space="preserve"> </w:t>
      </w:r>
      <w:r>
        <w:rPr>
          <w:b w:val="false"/>
          <w:sz w:val="28"/>
          <w:lang w:val="zxx"/>
        </w:rPr>
        <w:t>НЕ ДОПУСКАЕТСЯ</w:t>
      </w:r>
      <w:r>
        <w:rPr>
          <w:b w:val="false"/>
          <w:sz w:val="28"/>
        </w:rPr>
        <w:t>: клиент читает состояние и выполняет проверку/</w:t>
      </w:r>
      <w:r>
        <w:rPr>
          <w:b w:val="false"/>
          <w:sz w:val="28"/>
          <w:lang w:val="zxx"/>
        </w:rPr>
        <w:t>commit.</w:t>
      </w:r>
    </w:p>
    <w:p>
      <w:pPr>
        <w:pStyle w:val="Normal"/>
        <w:jc w:val="start"/>
        <w:rPr/>
      </w:pPr>
      <w:r>
        <w:rPr>
          <w:b w:val="false"/>
          <w:sz w:val="28"/>
          <w:lang w:val="zxx"/>
        </w:rPr>
        <w:t>16.36</w:t>
      </w:r>
      <w:r>
        <w:rPr>
          <w:b w:val="false"/>
          <w:sz w:val="28"/>
        </w:rPr>
        <w:t xml:space="preserve"> </w:t>
      </w:r>
      <w:r>
        <w:rPr>
          <w:b w:val="false"/>
          <w:sz w:val="28"/>
          <w:lang w:val="zxx"/>
        </w:rPr>
        <w:t>ACK</w:t>
      </w:r>
      <w:r>
        <w:rPr>
          <w:b w:val="false"/>
          <w:sz w:val="28"/>
        </w:rPr>
        <w:t xml:space="preserve"> имеет </w:t>
      </w:r>
      <w:r>
        <w:rPr>
          <w:b w:val="false"/>
          <w:sz w:val="28"/>
          <w:lang w:val="zxx"/>
        </w:rPr>
        <w:t>payloadBytes=0</w:t>
      </w:r>
      <w:r>
        <w:rPr>
          <w:b w:val="false"/>
          <w:sz w:val="28"/>
        </w:rPr>
        <w:t xml:space="preserve">, </w:t>
      </w:r>
      <w:r>
        <w:rPr>
          <w:b w:val="false"/>
          <w:sz w:val="28"/>
          <w:lang w:val="zxx"/>
        </w:rPr>
        <w:t>offset=receivedBytes</w:t>
      </w:r>
      <w:r>
        <w:rPr>
          <w:b w:val="false"/>
          <w:sz w:val="28"/>
        </w:rPr>
        <w:t xml:space="preserve">; он подтверждает весь непрерывный префикс, переживающий потерю питания. </w:t>
      </w:r>
      <w:r>
        <w:rPr>
          <w:b w:val="false"/>
          <w:sz w:val="28"/>
          <w:lang w:val="zxx"/>
        </w:rPr>
        <w:t>receivedBytes</w:t>
      </w:r>
      <w:r>
        <w:rPr>
          <w:b w:val="false"/>
          <w:sz w:val="28"/>
        </w:rPr>
        <w:t xml:space="preserve"> кратен </w:t>
      </w:r>
      <w:r>
        <w:rPr>
          <w:b w:val="false"/>
          <w:sz w:val="28"/>
          <w:lang w:val="zxx"/>
        </w:rPr>
        <w:t>blockBytes</w:t>
      </w:r>
      <w:r>
        <w:rPr>
          <w:b w:val="false"/>
          <w:sz w:val="28"/>
        </w:rPr>
        <w:t xml:space="preserve"> либо равен </w:t>
      </w:r>
      <w:r>
        <w:rPr>
          <w:b w:val="false"/>
          <w:sz w:val="28"/>
          <w:lang w:val="zxx"/>
        </w:rPr>
        <w:t>totalBytes.</w:t>
      </w:r>
      <w:r>
        <w:rPr>
          <w:b w:val="false"/>
          <w:sz w:val="28"/>
        </w:rPr>
        <w:t xml:space="preserve"> </w:t>
      </w:r>
      <w:r>
        <w:rPr>
          <w:b w:val="false"/>
          <w:sz w:val="28"/>
          <w:lang w:val="zxx"/>
        </w:rPr>
        <w:t>ACK</w:t>
      </w:r>
      <w:r>
        <w:rPr>
          <w:b w:val="false"/>
          <w:sz w:val="28"/>
        </w:rPr>
        <w:t xml:space="preserve"> не подтверждает хеш всего файла, подпись, </w:t>
      </w:r>
      <w:r>
        <w:rPr>
          <w:b w:val="false"/>
          <w:sz w:val="28"/>
          <w:lang w:val="zxx"/>
        </w:rPr>
        <w:t>staged</w:t>
      </w:r>
      <w:r>
        <w:rPr>
          <w:b w:val="false"/>
          <w:sz w:val="28"/>
        </w:rPr>
        <w:t xml:space="preserve">, </w:t>
      </w:r>
      <w:r>
        <w:rPr>
          <w:b w:val="false"/>
          <w:sz w:val="28"/>
          <w:lang w:val="zxx"/>
        </w:rPr>
        <w:t>verified</w:t>
      </w:r>
      <w:r>
        <w:rPr>
          <w:b w:val="false"/>
          <w:sz w:val="28"/>
        </w:rPr>
        <w:t xml:space="preserve"> или </w:t>
      </w:r>
      <w:r>
        <w:rPr>
          <w:b w:val="false"/>
          <w:sz w:val="28"/>
          <w:lang w:val="zxx"/>
        </w:rPr>
        <w:t>commit.</w:t>
      </w:r>
      <w:r>
        <w:rPr>
          <w:b w:val="false"/>
          <w:sz w:val="28"/>
        </w:rPr>
        <w:t xml:space="preserve"> УУ поддерживает отдельно следующий принимаемый </w:t>
      </w:r>
      <w:r>
        <w:rPr>
          <w:b w:val="false"/>
          <w:sz w:val="28"/>
          <w:lang w:val="zxx"/>
        </w:rPr>
        <w:t>offset</w:t>
      </w:r>
      <w:r>
        <w:rPr>
          <w:b w:val="false"/>
          <w:sz w:val="28"/>
        </w:rPr>
        <w:t xml:space="preserve"> и устойчивый </w:t>
      </w:r>
      <w:r>
        <w:rPr>
          <w:b w:val="false"/>
          <w:sz w:val="28"/>
          <w:lang w:val="zxx"/>
        </w:rPr>
        <w:t>receivedBytes</w:t>
      </w:r>
      <w:r>
        <w:rPr>
          <w:b w:val="false"/>
          <w:sz w:val="28"/>
        </w:rPr>
        <w:t xml:space="preserve">; после разрыва отбрасывает незафиксированный хвост. На одном соединении </w:t>
      </w:r>
      <w:r>
        <w:rPr>
          <w:b w:val="false"/>
          <w:sz w:val="28"/>
          <w:lang w:val="zxx"/>
        </w:rPr>
        <w:t>ACK</w:t>
      </w:r>
      <w:r>
        <w:rPr>
          <w:b w:val="false"/>
          <w:sz w:val="28"/>
        </w:rPr>
        <w:t xml:space="preserve"> не уменьшается и не превышает конец отправленных данных. Повтор </w:t>
      </w:r>
      <w:r>
        <w:rPr>
          <w:b w:val="false"/>
          <w:sz w:val="28"/>
          <w:lang w:val="zxx"/>
        </w:rPr>
        <w:t>ACK</w:t>
      </w:r>
      <w:r>
        <w:rPr>
          <w:b w:val="false"/>
          <w:sz w:val="28"/>
        </w:rPr>
        <w:t xml:space="preserve"> допустим, но не является продвижением. </w:t>
      </w:r>
      <w:r>
        <w:rPr>
          <w:b w:val="false"/>
          <w:sz w:val="28"/>
          <w:lang w:val="zxx"/>
        </w:rPr>
        <w:t>ACK</w:t>
      </w:r>
      <w:r>
        <w:rPr>
          <w:b w:val="false"/>
          <w:sz w:val="28"/>
        </w:rPr>
        <w:t xml:space="preserve"> старого экземпляра соединения игнорируется клиентом.</w:t>
      </w:r>
    </w:p>
    <w:p>
      <w:pPr>
        <w:pStyle w:val="Normal"/>
        <w:jc w:val="both"/>
        <w:rPr/>
      </w:pPr>
      <w:r>
        <w:rPr>
          <w:b w:val="false"/>
          <w:sz w:val="28"/>
          <w:lang w:val="zxx"/>
        </w:rPr>
        <w:t>16.37</w:t>
      </w:r>
      <w:r>
        <w:rPr>
          <w:b w:val="false"/>
          <w:sz w:val="28"/>
        </w:rPr>
        <w:t xml:space="preserve"> Пусть </w:t>
      </w:r>
      <w:r>
        <w:rPr>
          <w:b w:val="false"/>
          <w:sz w:val="28"/>
          <w:lang w:val="zxx"/>
        </w:rPr>
        <w:t>A</w:t>
      </w:r>
      <w:r>
        <w:rPr>
          <w:b w:val="false"/>
          <w:sz w:val="28"/>
        </w:rPr>
        <w:t xml:space="preserve"> — последний полученный клиентом </w:t>
      </w:r>
      <w:r>
        <w:rPr>
          <w:b w:val="false"/>
          <w:sz w:val="28"/>
          <w:lang w:val="zxx"/>
        </w:rPr>
        <w:t>ACK</w:t>
      </w:r>
      <w:r>
        <w:rPr>
          <w:b w:val="false"/>
          <w:sz w:val="28"/>
        </w:rPr>
        <w:t xml:space="preserve">, а перед первым </w:t>
      </w:r>
      <w:r>
        <w:rPr>
          <w:b w:val="false"/>
          <w:sz w:val="28"/>
          <w:lang w:val="zxx"/>
        </w:rPr>
        <w:t>DATA</w:t>
      </w:r>
      <w:r>
        <w:rPr>
          <w:b w:val="false"/>
          <w:sz w:val="28"/>
        </w:rPr>
        <w:t xml:space="preserve"> </w:t>
      </w:r>
      <w:r>
        <w:rPr>
          <w:b w:val="false"/>
          <w:sz w:val="28"/>
          <w:lang w:val="zxx"/>
        </w:rPr>
        <w:t>A=receivedBytes</w:t>
      </w:r>
      <w:r>
        <w:rPr>
          <w:b w:val="false"/>
          <w:sz w:val="28"/>
        </w:rPr>
        <w:t xml:space="preserve"> из </w:t>
      </w:r>
      <w:r>
        <w:rPr>
          <w:b w:val="false"/>
          <w:sz w:val="28"/>
          <w:lang w:val="zxx"/>
        </w:rPr>
        <w:t>hello.</w:t>
      </w:r>
      <w:r>
        <w:rPr>
          <w:b w:val="false"/>
          <w:sz w:val="28"/>
        </w:rPr>
        <w:t xml:space="preserve"> Конец каждого отправляемого </w:t>
      </w:r>
      <w:r>
        <w:rPr>
          <w:b w:val="false"/>
          <w:sz w:val="28"/>
          <w:lang w:val="zxx"/>
        </w:rPr>
        <w:t>DATA</w:t>
      </w:r>
      <w:r>
        <w:rPr>
          <w:b w:val="false"/>
          <w:sz w:val="28"/>
        </w:rPr>
        <w:t xml:space="preserve"> </w:t>
      </w:r>
      <w:r>
        <w:rPr>
          <w:b w:val="false"/>
          <w:sz w:val="28"/>
          <w:lang w:val="zxx"/>
        </w:rPr>
        <w:t>ДОЛЖЕН</w:t>
      </w:r>
      <w:r>
        <w:rPr>
          <w:b w:val="false"/>
          <w:sz w:val="28"/>
        </w:rPr>
        <w:t xml:space="preserve"> быть не больше </w:t>
      </w:r>
      <w:r>
        <w:rPr>
          <w:b w:val="false"/>
          <w:sz w:val="28"/>
          <w:lang w:val="zxx"/>
        </w:rPr>
        <w:t>min</w:t>
      </w:r>
      <w:r>
        <w:rPr>
          <w:b w:val="false"/>
          <w:sz w:val="28"/>
        </w:rPr>
        <w:t>(</w:t>
      </w:r>
      <w:r>
        <w:rPr>
          <w:b w:val="false"/>
          <w:sz w:val="28"/>
          <w:lang w:val="zxx"/>
        </w:rPr>
        <w:t>totalBytes</w:t>
      </w:r>
      <w:r>
        <w:rPr>
          <w:b w:val="false"/>
          <w:sz w:val="28"/>
        </w:rPr>
        <w:t>,</w:t>
      </w:r>
      <w:r>
        <w:rPr>
          <w:b w:val="false"/>
          <w:sz w:val="28"/>
          <w:lang w:val="zxx"/>
        </w:rPr>
        <w:t>A+blockBytes</w:t>
      </w:r>
      <w:r>
        <w:rPr>
          <w:b w:val="false"/>
          <w:sz w:val="28"/>
        </w:rPr>
        <w:t>*</w:t>
      </w:r>
      <w:r>
        <w:rPr>
          <w:b w:val="false"/>
          <w:sz w:val="28"/>
          <w:lang w:val="zxx"/>
        </w:rPr>
        <w:t>windowBlocks</w:t>
      </w:r>
      <w:r>
        <w:rPr>
          <w:b w:val="false"/>
          <w:sz w:val="28"/>
        </w:rPr>
        <w:t xml:space="preserve">). Все разрешенные окном блоки могут отправляться без ожидания отдельных квитанций. УУ не уменьшает согласованное окно во время привязки; при недостатке ресурсов использует ограниченное </w:t>
      </w:r>
      <w:r>
        <w:rPr>
          <w:b w:val="false"/>
          <w:sz w:val="28"/>
          <w:lang w:val="zxx"/>
        </w:rPr>
        <w:t>TCP-</w:t>
      </w:r>
      <w:r>
        <w:rPr>
          <w:b w:val="false"/>
          <w:sz w:val="28"/>
        </w:rPr>
        <w:t xml:space="preserve">противодавление, сохраняя сроки управления, либо закрывает канал с сохранением устойчивого префикса. УУ фиксирует и подтверждает поступивший непрерывный префикс, не ожидая заполнения окна: при полученном </w:t>
      </w:r>
      <w:r>
        <w:rPr>
          <w:b w:val="false"/>
          <w:sz w:val="28"/>
          <w:lang w:val="zxx"/>
        </w:rPr>
        <w:t>DATA</w:t>
      </w:r>
      <w:r>
        <w:rPr>
          <w:b w:val="false"/>
          <w:sz w:val="28"/>
        </w:rPr>
        <w:t xml:space="preserve"> прогресс </w:t>
      </w:r>
      <w:r>
        <w:rPr>
          <w:b w:val="false"/>
          <w:sz w:val="28"/>
          <w:lang w:val="zxx"/>
        </w:rPr>
        <w:t>ACK</w:t>
      </w:r>
      <w:r>
        <w:rPr>
          <w:b w:val="false"/>
          <w:sz w:val="28"/>
        </w:rPr>
        <w:t xml:space="preserve"> </w:t>
      </w:r>
      <w:r>
        <w:rPr>
          <w:b w:val="false"/>
          <w:sz w:val="28"/>
          <w:lang w:val="zxx"/>
        </w:rPr>
        <w:t>ДОЛЖЕН</w:t>
      </w:r>
      <w:r>
        <w:rPr>
          <w:b w:val="false"/>
          <w:sz w:val="28"/>
        </w:rPr>
        <w:t xml:space="preserve"> укладываться в </w:t>
      </w:r>
      <w:r>
        <w:rPr>
          <w:b w:val="false"/>
          <w:sz w:val="28"/>
          <w:lang w:val="zxx"/>
        </w:rPr>
        <w:t>windowRoundTripMaxMs</w:t>
      </w:r>
      <w:r>
        <w:rPr>
          <w:b w:val="false"/>
          <w:sz w:val="28"/>
        </w:rPr>
        <w:t xml:space="preserve"> от первого неподтвержденного </w:t>
      </w:r>
      <w:r>
        <w:rPr>
          <w:b w:val="false"/>
          <w:sz w:val="28"/>
          <w:lang w:val="zxx"/>
        </w:rPr>
        <w:t>DATA</w:t>
      </w:r>
      <w:r>
        <w:rPr>
          <w:b w:val="false"/>
          <w:sz w:val="28"/>
        </w:rPr>
        <w:t xml:space="preserve"> с учетом оговоренного сетевого бюджета. После долговременной фиксации </w:t>
      </w:r>
      <w:r>
        <w:rPr>
          <w:b w:val="false"/>
          <w:sz w:val="28"/>
          <w:lang w:val="zxx"/>
        </w:rPr>
        <w:t>ACK</w:t>
      </w:r>
      <w:r>
        <w:rPr>
          <w:b w:val="false"/>
          <w:sz w:val="28"/>
        </w:rPr>
        <w:t xml:space="preserve"> ставится на отправку не позднее </w:t>
      </w:r>
      <w:r>
        <w:rPr>
          <w:b w:val="false"/>
          <w:sz w:val="28"/>
          <w:lang w:val="zxx"/>
        </w:rPr>
        <w:t>20</w:t>
      </w:r>
      <w:r>
        <w:rPr>
          <w:b w:val="false"/>
          <w:sz w:val="28"/>
        </w:rPr>
        <w:t xml:space="preserve"> мс. Совокупный срок все равно ограничен </w:t>
      </w:r>
      <w:r>
        <w:rPr>
          <w:b w:val="false"/>
          <w:sz w:val="28"/>
          <w:lang w:val="zxx"/>
        </w:rPr>
        <w:t>windowRoundTripMaxMs</w:t>
      </w:r>
      <w:r>
        <w:rPr>
          <w:b w:val="false"/>
          <w:sz w:val="28"/>
        </w:rPr>
        <w:t xml:space="preserve">; таймеры </w:t>
      </w:r>
      <w:r>
        <w:rPr>
          <w:b w:val="false"/>
          <w:sz w:val="28"/>
          <w:lang w:val="zxx"/>
        </w:rPr>
        <w:t>ACK</w:t>
      </w:r>
      <w:r>
        <w:rPr>
          <w:b w:val="false"/>
          <w:sz w:val="28"/>
        </w:rPr>
        <w:t xml:space="preserve"> не складываются сверх него.</w:t>
      </w:r>
    </w:p>
    <w:p>
      <w:pPr>
        <w:pStyle w:val="Normal"/>
        <w:jc w:val="both"/>
        <w:rPr/>
      </w:pPr>
      <w:r>
        <w:rPr>
          <w:b w:val="false"/>
          <w:sz w:val="28"/>
          <w:lang w:val="zxx"/>
        </w:rPr>
        <w:t>16.38</w:t>
      </w:r>
      <w:r>
        <w:rPr>
          <w:b w:val="false"/>
          <w:sz w:val="28"/>
        </w:rPr>
        <w:t xml:space="preserve"> Отправитель сохраняет время начала отправки каждого неподтвержденного </w:t>
      </w:r>
      <w:r>
        <w:rPr>
          <w:b w:val="false"/>
          <w:sz w:val="28"/>
          <w:lang w:val="zxx"/>
        </w:rPr>
        <w:t>DATA.</w:t>
      </w:r>
      <w:r>
        <w:rPr>
          <w:b w:val="false"/>
          <w:sz w:val="28"/>
        </w:rPr>
        <w:t xml:space="preserve"> Ни один такой блок не остается без долговременного подтверждения дольше </w:t>
      </w:r>
      <w:r>
        <w:rPr>
          <w:b w:val="false"/>
          <w:sz w:val="28"/>
          <w:lang w:val="zxx"/>
        </w:rPr>
        <w:t>windowRoundTripMaxMs</w:t>
      </w:r>
      <w:r>
        <w:rPr>
          <w:b w:val="false"/>
          <w:sz w:val="28"/>
        </w:rPr>
        <w:t xml:space="preserve">; частичный </w:t>
      </w:r>
      <w:r>
        <w:rPr>
          <w:b w:val="false"/>
          <w:sz w:val="28"/>
          <w:lang w:val="zxx"/>
        </w:rPr>
        <w:t>ACK</w:t>
      </w:r>
      <w:r>
        <w:rPr>
          <w:b w:val="false"/>
          <w:sz w:val="28"/>
        </w:rPr>
        <w:t xml:space="preserve"> не обновляет время остальных блоков. Дополнительно для расчетных групп до </w:t>
      </w:r>
      <w:r>
        <w:rPr>
          <w:b w:val="false"/>
          <w:sz w:val="28"/>
          <w:lang w:val="zxx"/>
        </w:rPr>
        <w:t>S</w:t>
      </w:r>
      <w:r>
        <w:rPr>
          <w:b w:val="false"/>
          <w:sz w:val="28"/>
        </w:rPr>
        <w:t>*</w:t>
      </w:r>
      <w:r>
        <w:rPr>
          <w:b w:val="false"/>
          <w:sz w:val="28"/>
          <w:lang w:val="zxx"/>
        </w:rPr>
        <w:t>W</w:t>
      </w:r>
      <w:r>
        <w:rPr>
          <w:b w:val="false"/>
          <w:sz w:val="28"/>
        </w:rPr>
        <w:t xml:space="preserve"> байт полный оборот от начала отправки группы до </w:t>
      </w:r>
      <w:r>
        <w:rPr>
          <w:b w:val="false"/>
          <w:sz w:val="28"/>
          <w:lang w:val="zxx"/>
        </w:rPr>
        <w:t>ACK</w:t>
      </w:r>
      <w:r>
        <w:rPr>
          <w:b w:val="false"/>
          <w:sz w:val="28"/>
        </w:rPr>
        <w:t xml:space="preserve"> ее конца укладывается в заявленный бюджет окна, включая сериализацию. При превышении срока самого старого блока клиент закрывает только файловое соединение, читает </w:t>
      </w:r>
      <w:r>
        <w:rPr>
          <w:b w:val="false"/>
          <w:sz w:val="28"/>
          <w:lang w:val="zxx"/>
        </w:rPr>
        <w:t>status/</w:t>
      </w:r>
      <w:r>
        <w:rPr>
          <w:b w:val="false"/>
          <w:sz w:val="28"/>
        </w:rPr>
        <w:t>​</w:t>
      </w:r>
      <w:r>
        <w:rPr>
          <w:b w:val="false"/>
          <w:sz w:val="28"/>
          <w:lang w:val="zxx"/>
        </w:rPr>
        <w:t>get</w:t>
      </w:r>
      <w:r>
        <w:rPr>
          <w:b w:val="false"/>
          <w:sz w:val="28"/>
        </w:rPr>
        <w:t xml:space="preserve">, восстанавливает владение при необходимости и привязывается заново. Эти действия не увеличивают общий срок. Проверка связи выполняется по управляющему каналу; </w:t>
      </w:r>
      <w:r>
        <w:rPr>
          <w:b w:val="false"/>
          <w:sz w:val="28"/>
          <w:lang w:val="zxx"/>
        </w:rPr>
        <w:t>DATA</w:t>
      </w:r>
      <w:r>
        <w:rPr>
          <w:b w:val="false"/>
          <w:sz w:val="28"/>
        </w:rPr>
        <w:t xml:space="preserve">, </w:t>
      </w:r>
      <w:r>
        <w:rPr>
          <w:b w:val="false"/>
          <w:sz w:val="28"/>
          <w:lang w:val="zxx"/>
        </w:rPr>
        <w:t>ACK</w:t>
      </w:r>
      <w:r>
        <w:rPr>
          <w:b w:val="false"/>
          <w:sz w:val="28"/>
        </w:rPr>
        <w:t xml:space="preserve"> и </w:t>
      </w:r>
      <w:r>
        <w:rPr>
          <w:b w:val="false"/>
          <w:sz w:val="28"/>
          <w:lang w:val="zxx"/>
        </w:rPr>
        <w:t>transfer.hello</w:t>
      </w:r>
      <w:r>
        <w:rPr>
          <w:b w:val="false"/>
          <w:sz w:val="28"/>
        </w:rPr>
        <w:t xml:space="preserve"> не продлевают </w:t>
      </w:r>
      <w:r>
        <w:rPr>
          <w:b w:val="false"/>
          <w:sz w:val="28"/>
          <w:lang w:val="zxx"/>
        </w:rPr>
        <w:t>lease.</w:t>
      </w:r>
      <w:r>
        <w:rPr>
          <w:b w:val="false"/>
          <w:sz w:val="28"/>
        </w:rPr>
        <w:t xml:space="preserve"> Сохраненный новый префикс </w:t>
      </w:r>
      <w:r>
        <w:rPr>
          <w:b w:val="false"/>
          <w:sz w:val="28"/>
          <w:lang w:val="zxx"/>
        </w:rPr>
        <w:t>ДОЛЖЕН</w:t>
      </w:r>
      <w:r>
        <w:rPr>
          <w:b w:val="false"/>
          <w:sz w:val="28"/>
        </w:rPr>
        <w:t xml:space="preserve"> освежать </w:t>
      </w:r>
      <w:r>
        <w:rPr>
          <w:b w:val="false"/>
          <w:sz w:val="28"/>
          <w:lang w:val="zxx"/>
        </w:rPr>
        <w:t>maintenance</w:t>
      </w:r>
      <w:r>
        <w:rPr>
          <w:b w:val="false"/>
          <w:sz w:val="28"/>
        </w:rPr>
        <w:t xml:space="preserve"> </w:t>
      </w:r>
      <w:r>
        <w:rPr>
          <w:b w:val="false"/>
          <w:sz w:val="28"/>
          <w:lang w:val="zxx"/>
        </w:rPr>
        <w:t>idleDeadlineMs</w:t>
      </w:r>
      <w:r>
        <w:rPr>
          <w:b w:val="false"/>
          <w:sz w:val="28"/>
        </w:rPr>
        <w:t xml:space="preserve"> до </w:t>
      </w:r>
      <w:r>
        <w:rPr>
          <w:b w:val="false"/>
          <w:sz w:val="28"/>
          <w:lang w:val="zxx"/>
        </w:rPr>
        <w:t>uptimeMs+10000</w:t>
      </w:r>
      <w:r>
        <w:rPr>
          <w:b w:val="false"/>
          <w:sz w:val="28"/>
        </w:rPr>
        <w:t xml:space="preserve">, ограниченного сроком транзакции; чтения, повторы и пустое соединение не освежают его. Это не препятствует немедленному отзыву </w:t>
      </w:r>
      <w:r>
        <w:rPr>
          <w:b w:val="false"/>
          <w:sz w:val="28"/>
          <w:lang w:val="zxx"/>
        </w:rPr>
        <w:t>maintenance</w:t>
      </w:r>
      <w:r>
        <w:rPr>
          <w:b w:val="false"/>
          <w:sz w:val="28"/>
        </w:rPr>
        <w:t xml:space="preserve"> в пользу </w:t>
      </w:r>
      <w:r>
        <w:rPr>
          <w:b w:val="false"/>
          <w:sz w:val="28"/>
          <w:lang w:val="zxx"/>
        </w:rPr>
        <w:t>real.</w:t>
      </w:r>
    </w:p>
    <w:p>
      <w:pPr>
        <w:pStyle w:val="Normal"/>
        <w:jc w:val="start"/>
        <w:rPr/>
      </w:pPr>
      <w:r>
        <w:rPr>
          <w:b w:val="false"/>
          <w:sz w:val="28"/>
          <w:lang w:val="zxx"/>
        </w:rPr>
        <w:t>16.39</w:t>
      </w:r>
      <w:r>
        <w:rPr>
          <w:b w:val="false"/>
          <w:sz w:val="28"/>
        </w:rPr>
        <w:t xml:space="preserve"> </w:t>
      </w:r>
      <w:r>
        <w:rPr>
          <w:b w:val="false"/>
          <w:sz w:val="28"/>
          <w:lang w:val="zxx"/>
        </w:rPr>
        <w:t>ERROR</w:t>
      </w:r>
      <w:r>
        <w:rPr>
          <w:b w:val="false"/>
          <w:sz w:val="28"/>
        </w:rPr>
        <w:t xml:space="preserve"> имеет </w:t>
      </w:r>
      <w:r>
        <w:rPr>
          <w:b w:val="false"/>
          <w:sz w:val="28"/>
          <w:lang w:val="zxx"/>
        </w:rPr>
        <w:t>payloadBytes=2</w:t>
      </w:r>
      <w:r>
        <w:rPr>
          <w:b w:val="false"/>
          <w:sz w:val="28"/>
        </w:rPr>
        <w:t xml:space="preserve">, </w:t>
      </w:r>
      <w:r>
        <w:rPr>
          <w:b w:val="false"/>
          <w:sz w:val="28"/>
          <w:lang w:val="zxx"/>
        </w:rPr>
        <w:t>payload</w:t>
      </w:r>
      <w:r>
        <w:rPr>
          <w:b w:val="false"/>
          <w:sz w:val="28"/>
        </w:rPr>
        <w:t xml:space="preserve"> — </w:t>
      </w:r>
      <w:r>
        <w:rPr>
          <w:b w:val="false"/>
          <w:sz w:val="28"/>
          <w:lang w:val="zxx"/>
        </w:rPr>
        <w:t>uint16</w:t>
      </w:r>
      <w:r>
        <w:rPr>
          <w:b w:val="false"/>
          <w:sz w:val="28"/>
        </w:rPr>
        <w:t xml:space="preserve"> </w:t>
      </w:r>
      <w:r>
        <w:rPr>
          <w:b w:val="false"/>
          <w:sz w:val="28"/>
          <w:lang w:val="zxx"/>
        </w:rPr>
        <w:t>big-</w:t>
      </w:r>
      <w:r>
        <w:rPr>
          <w:b w:val="false"/>
          <w:sz w:val="28"/>
        </w:rPr>
        <w:t>⁠</w:t>
      </w:r>
      <w:r>
        <w:rPr>
          <w:b w:val="false"/>
          <w:sz w:val="28"/>
          <w:lang w:val="zxx"/>
        </w:rPr>
        <w:t>endian</w:t>
      </w:r>
      <w:r>
        <w:rPr>
          <w:b w:val="false"/>
          <w:sz w:val="28"/>
        </w:rPr>
        <w:t xml:space="preserve"> с кодом: </w:t>
      </w:r>
      <w:r>
        <w:rPr>
          <w:b w:val="false"/>
          <w:sz w:val="28"/>
          <w:lang w:val="zxx"/>
        </w:rPr>
        <w:t>1</w:t>
      </w:r>
      <w:r>
        <w:rPr>
          <w:b w:val="false"/>
          <w:sz w:val="28"/>
        </w:rPr>
        <w:t xml:space="preserve"> </w:t>
      </w:r>
      <w:r>
        <w:rPr>
          <w:b w:val="false"/>
          <w:sz w:val="28"/>
          <w:lang w:val="zxx"/>
        </w:rPr>
        <w:t>invalidArgument</w:t>
      </w:r>
      <w:r>
        <w:rPr>
          <w:b w:val="false"/>
          <w:sz w:val="28"/>
        </w:rPr>
        <w:t xml:space="preserve">, </w:t>
      </w:r>
      <w:r>
        <w:rPr>
          <w:b w:val="false"/>
          <w:sz w:val="28"/>
          <w:lang w:val="zxx"/>
        </w:rPr>
        <w:t>2</w:t>
      </w:r>
      <w:r>
        <w:rPr>
          <w:b w:val="false"/>
          <w:sz w:val="28"/>
        </w:rPr>
        <w:t xml:space="preserve"> </w:t>
      </w:r>
      <w:r>
        <w:rPr>
          <w:b w:val="false"/>
          <w:sz w:val="28"/>
          <w:lang w:val="zxx"/>
        </w:rPr>
        <w:t>conflict</w:t>
      </w:r>
      <w:r>
        <w:rPr>
          <w:b w:val="false"/>
          <w:sz w:val="28"/>
        </w:rPr>
        <w:t xml:space="preserve">, </w:t>
      </w:r>
      <w:r>
        <w:rPr>
          <w:b w:val="false"/>
          <w:sz w:val="28"/>
          <w:lang w:val="zxx"/>
        </w:rPr>
        <w:t>3</w:t>
      </w:r>
      <w:r>
        <w:rPr>
          <w:b w:val="false"/>
          <w:sz w:val="28"/>
        </w:rPr>
        <w:t xml:space="preserve"> </w:t>
      </w:r>
      <w:r>
        <w:rPr>
          <w:b w:val="false"/>
          <w:sz w:val="28"/>
          <w:lang w:val="zxx"/>
        </w:rPr>
        <w:t>forbidden</w:t>
      </w:r>
      <w:r>
        <w:rPr>
          <w:b w:val="false"/>
          <w:sz w:val="28"/>
        </w:rPr>
        <w:t xml:space="preserve">, </w:t>
      </w:r>
      <w:r>
        <w:rPr>
          <w:b w:val="false"/>
          <w:sz w:val="28"/>
          <w:lang w:val="zxx"/>
        </w:rPr>
        <w:t>4</w:t>
      </w:r>
      <w:r>
        <w:rPr>
          <w:b w:val="false"/>
          <w:sz w:val="28"/>
        </w:rPr>
        <w:t xml:space="preserve"> </w:t>
      </w:r>
      <w:r>
        <w:rPr>
          <w:b w:val="false"/>
          <w:sz w:val="28"/>
          <w:lang w:val="zxx"/>
        </w:rPr>
        <w:t>staleEpoch</w:t>
      </w:r>
      <w:r>
        <w:rPr>
          <w:b w:val="false"/>
          <w:sz w:val="28"/>
        </w:rPr>
        <w:t xml:space="preserve">, </w:t>
      </w:r>
      <w:r>
        <w:rPr>
          <w:b w:val="false"/>
          <w:sz w:val="28"/>
          <w:lang w:val="zxx"/>
        </w:rPr>
        <w:t>5</w:t>
      </w:r>
      <w:r>
        <w:rPr>
          <w:b w:val="false"/>
          <w:sz w:val="28"/>
        </w:rPr>
        <w:t xml:space="preserve"> </w:t>
      </w:r>
      <w:r>
        <w:rPr>
          <w:b w:val="false"/>
          <w:sz w:val="28"/>
          <w:lang w:val="zxx"/>
        </w:rPr>
        <w:t>resultExpired</w:t>
      </w:r>
      <w:r>
        <w:rPr>
          <w:b w:val="false"/>
          <w:sz w:val="28"/>
        </w:rPr>
        <w:t xml:space="preserve">, </w:t>
      </w:r>
      <w:r>
        <w:rPr>
          <w:b w:val="false"/>
          <w:sz w:val="28"/>
          <w:lang w:val="zxx"/>
        </w:rPr>
        <w:t>6</w:t>
      </w:r>
      <w:r>
        <w:rPr>
          <w:b w:val="false"/>
          <w:sz w:val="28"/>
        </w:rPr>
        <w:t xml:space="preserve"> </w:t>
      </w:r>
      <w:r>
        <w:rPr>
          <w:b w:val="false"/>
          <w:sz w:val="28"/>
          <w:lang w:val="zxx"/>
        </w:rPr>
        <w:t>storageFault</w:t>
      </w:r>
      <w:r>
        <w:rPr>
          <w:b w:val="false"/>
          <w:sz w:val="28"/>
        </w:rPr>
        <w:t xml:space="preserve">, </w:t>
      </w:r>
      <w:r>
        <w:rPr>
          <w:b w:val="false"/>
          <w:sz w:val="28"/>
          <w:lang w:val="zxx"/>
        </w:rPr>
        <w:t>7</w:t>
      </w:r>
      <w:r>
        <w:rPr>
          <w:b w:val="false"/>
          <w:sz w:val="28"/>
        </w:rPr>
        <w:t xml:space="preserve"> </w:t>
      </w:r>
      <w:r>
        <w:rPr>
          <w:b w:val="false"/>
          <w:sz w:val="28"/>
          <w:lang w:val="zxx"/>
        </w:rPr>
        <w:t>busy</w:t>
      </w:r>
      <w:r>
        <w:rPr>
          <w:b w:val="false"/>
          <w:sz w:val="28"/>
        </w:rPr>
        <w:t xml:space="preserve">, </w:t>
      </w:r>
      <w:r>
        <w:rPr>
          <w:b w:val="false"/>
          <w:sz w:val="28"/>
          <w:lang w:val="zxx"/>
        </w:rPr>
        <w:t>8</w:t>
      </w:r>
      <w:r>
        <w:rPr>
          <w:b w:val="false"/>
          <w:sz w:val="28"/>
        </w:rPr>
        <w:t xml:space="preserve"> </w:t>
      </w:r>
      <w:r>
        <w:rPr>
          <w:b w:val="false"/>
          <w:sz w:val="28"/>
          <w:lang w:val="zxx"/>
        </w:rPr>
        <w:t>unsafeState.</w:t>
      </w:r>
      <w:r>
        <w:rPr>
          <w:b w:val="false"/>
          <w:sz w:val="28"/>
        </w:rPr>
        <w:t xml:space="preserve"> </w:t>
      </w:r>
      <w:r>
        <w:rPr>
          <w:b w:val="false"/>
          <w:sz w:val="28"/>
          <w:lang w:val="zxx"/>
        </w:rPr>
        <w:t>offset</w:t>
      </w:r>
      <w:r>
        <w:rPr>
          <w:b w:val="false"/>
          <w:sz w:val="28"/>
        </w:rPr>
        <w:t xml:space="preserve"> сообщает последний достоверно сохраненный префикс, после кадра соединение закрывается. Неизвестный код закрывает соединение и требует чтения статуса без изменения принятого префикса у клиента. Если носитель больше не позволяет подтвердить ранее сохраненный префикс, состояние транзакции становится </w:t>
      </w:r>
      <w:r>
        <w:rPr>
          <w:b w:val="false"/>
          <w:sz w:val="28"/>
          <w:lang w:val="zxx"/>
        </w:rPr>
        <w:t>failed/</w:t>
      </w:r>
      <w:r>
        <w:rPr>
          <w:b w:val="false"/>
          <w:sz w:val="28"/>
        </w:rPr>
        <w:t>​</w:t>
      </w:r>
      <w:r>
        <w:rPr>
          <w:b w:val="false"/>
          <w:sz w:val="28"/>
          <w:lang w:val="zxx"/>
        </w:rPr>
        <w:t>reason=storageFault</w:t>
      </w:r>
      <w:r>
        <w:rPr>
          <w:b w:val="false"/>
          <w:sz w:val="28"/>
        </w:rPr>
        <w:t xml:space="preserve">; успешный </w:t>
      </w:r>
      <w:r>
        <w:rPr>
          <w:b w:val="false"/>
          <w:sz w:val="28"/>
          <w:lang w:val="zxx"/>
        </w:rPr>
        <w:t>ACK</w:t>
      </w:r>
      <w:r>
        <w:rPr>
          <w:b w:val="false"/>
          <w:sz w:val="28"/>
        </w:rPr>
        <w:t xml:space="preserve"> запрещен. Непривязанный канал не может создать </w:t>
      </w:r>
      <w:r>
        <w:rPr>
          <w:b w:val="false"/>
          <w:sz w:val="28"/>
          <w:lang w:val="zxx"/>
        </w:rPr>
        <w:t>ERROR</w:t>
      </w:r>
      <w:r>
        <w:rPr>
          <w:b w:val="false"/>
          <w:sz w:val="28"/>
        </w:rPr>
        <w:t xml:space="preserve"> для действующей транзакции.</w:t>
      </w:r>
    </w:p>
    <w:p>
      <w:pPr>
        <w:pStyle w:val="Normal"/>
        <w:jc w:val="both"/>
        <w:rPr/>
      </w:pPr>
      <w:r>
        <w:rPr>
          <w:b w:val="false"/>
          <w:sz w:val="28"/>
          <w:lang w:val="zxx"/>
        </w:rPr>
        <w:t>16.40</w:t>
      </w:r>
      <w:r>
        <w:rPr>
          <w:b w:val="false"/>
          <w:sz w:val="28"/>
        </w:rPr>
        <w:t xml:space="preserve"> Неполный заголовок либо </w:t>
      </w:r>
      <w:r>
        <w:rPr>
          <w:b w:val="false"/>
          <w:sz w:val="28"/>
          <w:lang w:val="zxx"/>
        </w:rPr>
        <w:t>DATA</w:t>
      </w:r>
      <w:r>
        <w:rPr>
          <w:b w:val="false"/>
          <w:sz w:val="28"/>
        </w:rPr>
        <w:t xml:space="preserve"> </w:t>
      </w:r>
      <w:r>
        <w:rPr>
          <w:b w:val="false"/>
          <w:sz w:val="28"/>
          <w:lang w:val="zxx"/>
        </w:rPr>
        <w:t>ДОЛЖЕН</w:t>
      </w:r>
      <w:r>
        <w:rPr>
          <w:b w:val="false"/>
          <w:sz w:val="28"/>
        </w:rPr>
        <w:t xml:space="preserve"> закончиться в пределах </w:t>
      </w:r>
      <w:r>
        <w:rPr>
          <w:b w:val="false"/>
          <w:sz w:val="28"/>
          <w:lang w:val="zxx"/>
        </w:rPr>
        <w:t>windowRoundTripMaxMs</w:t>
      </w:r>
      <w:r>
        <w:rPr>
          <w:b w:val="false"/>
          <w:sz w:val="28"/>
        </w:rPr>
        <w:t xml:space="preserve"> от первого байта этого кадра; при превышении приемник закрывает канал, не подтверждая хвост. Для </w:t>
      </w:r>
      <w:r>
        <w:rPr>
          <w:b w:val="false"/>
          <w:sz w:val="28"/>
          <w:lang w:val="zxx"/>
        </w:rPr>
        <w:t>TLS-</w:t>
      </w:r>
      <w:r>
        <w:rPr>
          <w:b w:val="false"/>
          <w:sz w:val="28"/>
        </w:rPr>
        <w:t>⁠</w:t>
      </w:r>
      <w:r>
        <w:rPr>
          <w:b w:val="false"/>
          <w:sz w:val="28"/>
          <w:lang w:val="zxx"/>
        </w:rPr>
        <w:t>handshake</w:t>
      </w:r>
      <w:r>
        <w:rPr>
          <w:b w:val="false"/>
          <w:sz w:val="28"/>
        </w:rPr>
        <w:t xml:space="preserve"> действуют общие сроки защищенного транспорта, а первый </w:t>
      </w:r>
      <w:r>
        <w:rPr>
          <w:b w:val="false"/>
          <w:sz w:val="28"/>
          <w:lang w:val="zxx"/>
        </w:rPr>
        <w:t>XML</w:t>
      </w:r>
      <w:r>
        <w:rPr>
          <w:b w:val="false"/>
          <w:sz w:val="28"/>
        </w:rPr>
        <w:t xml:space="preserve"> </w:t>
      </w:r>
      <w:r>
        <w:rPr>
          <w:b w:val="false"/>
          <w:sz w:val="28"/>
          <w:lang w:val="zxx"/>
        </w:rPr>
        <w:t>transfer.hello</w:t>
      </w:r>
      <w:r>
        <w:rPr>
          <w:b w:val="false"/>
          <w:sz w:val="28"/>
        </w:rPr>
        <w:t xml:space="preserve"> </w:t>
      </w:r>
      <w:r>
        <w:rPr>
          <w:b w:val="false"/>
          <w:sz w:val="28"/>
          <w:lang w:val="zxx"/>
        </w:rPr>
        <w:t>ДОЛЖЕН</w:t>
      </w:r>
      <w:r>
        <w:rPr>
          <w:b w:val="false"/>
          <w:sz w:val="28"/>
        </w:rPr>
        <w:t xml:space="preserve"> поступить полностью не позднее </w:t>
      </w:r>
      <w:r>
        <w:rPr>
          <w:b w:val="false"/>
          <w:sz w:val="28"/>
          <w:lang w:val="zxx"/>
        </w:rPr>
        <w:t>10000</w:t>
      </w:r>
      <w:r>
        <w:rPr>
          <w:b w:val="false"/>
          <w:sz w:val="28"/>
        </w:rPr>
        <w:t xml:space="preserve"> мс после </w:t>
      </w:r>
      <w:r>
        <w:rPr>
          <w:b w:val="false"/>
          <w:sz w:val="28"/>
          <w:lang w:val="zxx"/>
        </w:rPr>
        <w:t>handshake.</w:t>
      </w:r>
      <w:r>
        <w:rPr>
          <w:b w:val="false"/>
          <w:sz w:val="28"/>
        </w:rPr>
        <w:t xml:space="preserve"> Приемник ограничивает число незавершенных подключений, общий объем их памяти и частоту </w:t>
      </w:r>
      <w:r>
        <w:rPr>
          <w:b w:val="false"/>
          <w:sz w:val="28"/>
          <w:lang w:val="zxx"/>
        </w:rPr>
        <w:t>handshake</w:t>
      </w:r>
      <w:r>
        <w:rPr>
          <w:b w:val="false"/>
          <w:sz w:val="28"/>
        </w:rPr>
        <w:t xml:space="preserve"> по заранее заданным квотам; эти ресурсы не берутся из резерва управляющего канала. При отсутствии ожидающих данных общий и </w:t>
      </w:r>
      <w:r>
        <w:rPr>
          <w:b w:val="false"/>
          <w:sz w:val="28"/>
          <w:lang w:val="zxx"/>
        </w:rPr>
        <w:t>idle-</w:t>
      </w:r>
      <w:r>
        <w:rPr>
          <w:b w:val="false"/>
          <w:sz w:val="28"/>
        </w:rPr>
        <w:t>сроки транзакции продолжают отсчитываться.</w:t>
      </w:r>
    </w:p>
    <w:p>
      <w:pPr>
        <w:pStyle w:val="2"/>
        <w:rPr/>
      </w:pPr>
      <w:r>
        <w:rPr/>
        <w:t>Сроки, устойчивость и завершение передачи</w:t>
      </w:r>
    </w:p>
    <w:p>
      <w:pPr>
        <w:pStyle w:val="Normal"/>
        <w:jc w:val="both"/>
        <w:rPr/>
      </w:pPr>
      <w:r>
        <w:rPr>
          <w:b w:val="false"/>
          <w:sz w:val="28"/>
          <w:lang w:val="zxx"/>
        </w:rPr>
        <w:t>16.41</w:t>
      </w:r>
      <w:r>
        <w:rPr>
          <w:b w:val="false"/>
          <w:sz w:val="28"/>
        </w:rPr>
        <w:t xml:space="preserve"> Для </w:t>
      </w:r>
      <w:r>
        <w:rPr>
          <w:b w:val="false"/>
          <w:sz w:val="28"/>
          <w:lang w:val="zxx"/>
        </w:rPr>
        <w:t>B</w:t>
      </w:r>
      <w:r>
        <w:rPr>
          <w:b w:val="false"/>
          <w:sz w:val="28"/>
        </w:rPr>
        <w:t xml:space="preserve"> байт, размера блока </w:t>
      </w:r>
      <w:r>
        <w:rPr>
          <w:b w:val="false"/>
          <w:sz w:val="28"/>
          <w:lang w:val="zxx"/>
        </w:rPr>
        <w:t>S</w:t>
      </w:r>
      <w:r>
        <w:rPr>
          <w:b w:val="false"/>
          <w:sz w:val="28"/>
        </w:rPr>
        <w:t xml:space="preserve"> и окна </w:t>
      </w:r>
      <w:r>
        <w:rPr>
          <w:b w:val="false"/>
          <w:sz w:val="28"/>
          <w:lang w:val="zxx"/>
        </w:rPr>
        <w:t>W</w:t>
      </w:r>
      <w:r>
        <w:rPr>
          <w:b w:val="false"/>
          <w:sz w:val="28"/>
        </w:rPr>
        <w:t xml:space="preserve"> число блоков </w:t>
      </w:r>
      <w:r>
        <w:rPr>
          <w:b w:val="false"/>
          <w:sz w:val="28"/>
          <w:lang w:val="zxx"/>
        </w:rPr>
        <w:t>N=ceil</w:t>
      </w:r>
      <w:r>
        <w:rPr>
          <w:b w:val="false"/>
          <w:sz w:val="28"/>
        </w:rPr>
        <w:t>(</w:t>
      </w:r>
      <w:r>
        <w:rPr>
          <w:b w:val="false"/>
          <w:sz w:val="28"/>
          <w:lang w:val="zxx"/>
        </w:rPr>
        <w:t>B/</w:t>
      </w:r>
      <w:r>
        <w:rPr>
          <w:b w:val="false"/>
          <w:sz w:val="28"/>
        </w:rPr>
        <w:t>​</w:t>
      </w:r>
      <w:r>
        <w:rPr>
          <w:b w:val="false"/>
          <w:sz w:val="28"/>
          <w:lang w:val="zxx"/>
        </w:rPr>
        <w:t>S</w:t>
      </w:r>
      <w:r>
        <w:rPr>
          <w:b w:val="false"/>
          <w:sz w:val="28"/>
        </w:rPr>
        <w:t xml:space="preserve">), число расчетных окон </w:t>
      </w:r>
      <w:r>
        <w:rPr>
          <w:b w:val="false"/>
          <w:sz w:val="28"/>
          <w:lang w:val="zxx"/>
        </w:rPr>
        <w:t>K=ceil</w:t>
      </w:r>
      <w:r>
        <w:rPr>
          <w:b w:val="false"/>
          <w:sz w:val="28"/>
        </w:rPr>
        <w:t>(</w:t>
      </w:r>
      <w:r>
        <w:rPr>
          <w:b w:val="false"/>
          <w:sz w:val="28"/>
          <w:lang w:val="zxx"/>
        </w:rPr>
        <w:t>N/</w:t>
      </w:r>
      <w:r>
        <w:rPr>
          <w:b w:val="false"/>
          <w:sz w:val="28"/>
        </w:rPr>
        <w:t>​</w:t>
      </w:r>
      <w:r>
        <w:rPr>
          <w:b w:val="false"/>
          <w:sz w:val="28"/>
          <w:lang w:val="zxx"/>
        </w:rPr>
        <w:t>W</w:t>
      </w:r>
      <w:r>
        <w:rPr>
          <w:b w:val="false"/>
          <w:sz w:val="28"/>
        </w:rPr>
        <w:t xml:space="preserve">), </w:t>
      </w:r>
      <w:r>
        <w:rPr>
          <w:b w:val="false"/>
          <w:sz w:val="28"/>
          <w:lang w:val="zxx"/>
        </w:rPr>
        <w:t>transferBudgetMs=K</w:t>
      </w:r>
      <w:r>
        <w:rPr>
          <w:b w:val="false"/>
          <w:sz w:val="28"/>
        </w:rPr>
        <w:t>*</w:t>
      </w:r>
      <w:r>
        <w:rPr>
          <w:b w:val="false"/>
          <w:sz w:val="28"/>
          <w:lang w:val="zxx"/>
        </w:rPr>
        <w:t>windowRoundTripMaxMs+600000.</w:t>
      </w:r>
      <w:r>
        <w:rPr>
          <w:b w:val="false"/>
          <w:sz w:val="28"/>
        </w:rPr>
        <w:t xml:space="preserve"> Все вычисления выполняются без переполнения. Бюджет свыше </w:t>
      </w:r>
      <w:r>
        <w:rPr>
          <w:b w:val="false"/>
          <w:sz w:val="28"/>
          <w:lang w:val="zxx"/>
        </w:rPr>
        <w:t>604800000</w:t>
      </w:r>
      <w:r>
        <w:rPr>
          <w:b w:val="false"/>
          <w:sz w:val="28"/>
        </w:rPr>
        <w:t xml:space="preserve"> мс отклоняется до резервирования. Это срок передачи при объявленных условиях, а не обещание скорости произвольной сети. Срок включает паузы без владения и переподключения; повтор </w:t>
      </w:r>
      <w:r>
        <w:rPr>
          <w:b w:val="false"/>
          <w:sz w:val="28"/>
          <w:lang w:val="zxx"/>
        </w:rPr>
        <w:t>begin/</w:t>
      </w:r>
      <w:r>
        <w:rPr>
          <w:b w:val="false"/>
          <w:sz w:val="28"/>
        </w:rPr>
        <w:t>​</w:t>
      </w:r>
      <w:r>
        <w:rPr>
          <w:b w:val="false"/>
          <w:sz w:val="28"/>
          <w:lang w:val="zxx"/>
        </w:rPr>
        <w:t>hello</w:t>
      </w:r>
      <w:r>
        <w:rPr>
          <w:b w:val="false"/>
          <w:sz w:val="28"/>
        </w:rPr>
        <w:t xml:space="preserve"> не обнуляет его. </w:t>
      </w:r>
      <w:r>
        <w:rPr>
          <w:b w:val="false"/>
          <w:sz w:val="28"/>
          <w:lang w:val="zxx"/>
        </w:rPr>
        <w:t>idleTimeoutMs=600000</w:t>
      </w:r>
      <w:r>
        <w:rPr>
          <w:b w:val="false"/>
          <w:sz w:val="28"/>
        </w:rPr>
        <w:t xml:space="preserve"> считается от последнего впервые устойчиво сохраненного префикса. При истечении незакоммиченная передача удаляется, дальнейшее продолжение дает </w:t>
      </w:r>
      <w:r>
        <w:rPr>
          <w:b w:val="false"/>
          <w:sz w:val="28"/>
          <w:lang w:val="zxx"/>
        </w:rPr>
        <w:t>resultExpired.</w:t>
      </w:r>
    </w:p>
    <w:p>
      <w:pPr>
        <w:pStyle w:val="Normal"/>
        <w:jc w:val="both"/>
        <w:rPr/>
      </w:pPr>
      <w:r>
        <w:rPr>
          <w:b w:val="false"/>
          <w:sz w:val="28"/>
          <w:lang w:val="zxx"/>
        </w:rPr>
        <w:t>16.42</w:t>
      </w:r>
      <w:r>
        <w:rPr>
          <w:b w:val="false"/>
          <w:sz w:val="28"/>
        </w:rPr>
        <w:t xml:space="preserve"> Получатель сохраняет </w:t>
      </w:r>
      <w:r>
        <w:rPr>
          <w:b w:val="false"/>
          <w:sz w:val="28"/>
          <w:lang w:val="zxx"/>
        </w:rPr>
        <w:t>ID</w:t>
      </w:r>
      <w:r>
        <w:rPr>
          <w:b w:val="false"/>
          <w:sz w:val="28"/>
        </w:rPr>
        <w:t xml:space="preserve">, </w:t>
      </w:r>
      <w:r>
        <w:rPr>
          <w:b w:val="false"/>
          <w:sz w:val="28"/>
          <w:lang w:val="zxx"/>
        </w:rPr>
        <w:t>principalId</w:t>
      </w:r>
      <w:r>
        <w:rPr>
          <w:b w:val="false"/>
          <w:sz w:val="28"/>
        </w:rPr>
        <w:t xml:space="preserve">, манифест, устойчивый префикс и расход бюджета атомарно с соответствующими данными до </w:t>
      </w:r>
      <w:r>
        <w:rPr>
          <w:b w:val="false"/>
          <w:sz w:val="28"/>
          <w:lang w:val="zxx"/>
        </w:rPr>
        <w:t>ACK.</w:t>
      </w:r>
      <w:r>
        <w:rPr>
          <w:b w:val="false"/>
          <w:sz w:val="28"/>
        </w:rPr>
        <w:t xml:space="preserve"> Последующее стирание/перезапись хвоста не разрушает подтвержденный префикс, даже если он делит физический </w:t>
      </w:r>
      <w:r>
        <w:rPr>
          <w:b w:val="false"/>
          <w:sz w:val="28"/>
          <w:lang w:val="zxx"/>
        </w:rPr>
        <w:t>erase-</w:t>
      </w:r>
      <w:r>
        <w:rPr>
          <w:b w:val="false"/>
          <w:sz w:val="28"/>
        </w:rPr>
        <w:t>⁠</w:t>
      </w:r>
      <w:r>
        <w:rPr>
          <w:b w:val="false"/>
          <w:sz w:val="28"/>
          <w:lang w:val="zxx"/>
        </w:rPr>
        <w:t>block</w:t>
      </w:r>
      <w:r>
        <w:rPr>
          <w:b w:val="false"/>
          <w:sz w:val="28"/>
        </w:rPr>
        <w:t xml:space="preserve"> с хвостом. Используются </w:t>
      </w:r>
      <w:r>
        <w:rPr>
          <w:b w:val="false"/>
          <w:sz w:val="28"/>
          <w:lang w:val="zxx"/>
        </w:rPr>
        <w:t>staging</w:t>
      </w:r>
      <w:r>
        <w:rPr>
          <w:b w:val="false"/>
          <w:sz w:val="28"/>
        </w:rPr>
        <w:t xml:space="preserve"> и журнал либо эквивалентная схема с проверяемым восстановлением; геометрия и износ носителя входят в паспорт реализации. </w:t>
      </w:r>
      <w:r>
        <w:rPr>
          <w:b w:val="false"/>
          <w:sz w:val="28"/>
          <w:lang w:val="zxx"/>
        </w:rPr>
        <w:t>НЕ ТРЕБУЕТСЯ</w:t>
      </w:r>
      <w:r>
        <w:rPr>
          <w:b w:val="false"/>
          <w:sz w:val="28"/>
        </w:rPr>
        <w:t xml:space="preserve"> отдельная синхронная запись метаданных на каждый </w:t>
      </w:r>
      <w:r>
        <w:rPr>
          <w:b w:val="false"/>
          <w:sz w:val="28"/>
          <w:lang w:val="zxx"/>
        </w:rPr>
        <w:t>DATA:</w:t>
      </w:r>
      <w:r>
        <w:rPr>
          <w:b w:val="false"/>
          <w:sz w:val="28"/>
        </w:rPr>
        <w:t xml:space="preserve"> </w:t>
      </w:r>
      <w:r>
        <w:rPr>
          <w:b w:val="false"/>
          <w:sz w:val="28"/>
          <w:lang w:val="zxx"/>
        </w:rPr>
        <w:t>ДОПУСКАЕТСЯ</w:t>
      </w:r>
      <w:r>
        <w:rPr>
          <w:b w:val="false"/>
          <w:sz w:val="28"/>
        </w:rPr>
        <w:t xml:space="preserve"> фиксация пакета принятых блоков в пределах окна и срока </w:t>
      </w:r>
      <w:r>
        <w:rPr>
          <w:b w:val="false"/>
          <w:sz w:val="28"/>
          <w:lang w:val="zxx"/>
        </w:rPr>
        <w:t>ACK.</w:t>
      </w:r>
      <w:r>
        <w:rPr>
          <w:b w:val="false"/>
          <w:sz w:val="28"/>
        </w:rPr>
        <w:t xml:space="preserve"> Действующий образ, конфигурация и опубликованный контент не перезаписываются приемом.</w:t>
      </w:r>
    </w:p>
    <w:p>
      <w:pPr>
        <w:pStyle w:val="Normal"/>
        <w:jc w:val="both"/>
        <w:rPr/>
      </w:pPr>
      <w:r>
        <w:rPr>
          <w:b w:val="false"/>
          <w:sz w:val="28"/>
          <w:lang w:val="zxx"/>
        </w:rPr>
        <w:t>16.43</w:t>
      </w:r>
      <w:r>
        <w:rPr>
          <w:b w:val="false"/>
          <w:sz w:val="28"/>
        </w:rPr>
        <w:t xml:space="preserve"> Расход монотонного бюджета записывается до каждого подтверждения нового префикса и не реже одного раза в </w:t>
      </w:r>
      <w:r>
        <w:rPr>
          <w:b w:val="false"/>
          <w:sz w:val="28"/>
          <w:lang w:val="zxx"/>
        </w:rPr>
        <w:t>60000</w:t>
      </w:r>
      <w:r>
        <w:rPr>
          <w:b w:val="false"/>
          <w:sz w:val="28"/>
        </w:rPr>
        <w:t xml:space="preserve"> мс во время работы. После </w:t>
      </w:r>
      <w:r>
        <w:rPr>
          <w:b w:val="false"/>
          <w:sz w:val="28"/>
          <w:lang w:val="zxx"/>
        </w:rPr>
        <w:t>reboot</w:t>
      </w:r>
      <w:r>
        <w:rPr>
          <w:b w:val="false"/>
          <w:sz w:val="28"/>
        </w:rPr>
        <w:t xml:space="preserve"> к последнему сохраненному расходу добавляется </w:t>
      </w:r>
      <w:r>
        <w:rPr>
          <w:b w:val="false"/>
          <w:sz w:val="28"/>
          <w:lang w:val="zxx"/>
        </w:rPr>
        <w:t>60000</w:t>
      </w:r>
      <w:r>
        <w:rPr>
          <w:b w:val="false"/>
          <w:sz w:val="28"/>
        </w:rPr>
        <w:t xml:space="preserve"> мс; недостоверный журнал дает </w:t>
      </w:r>
      <w:r>
        <w:rPr>
          <w:b w:val="false"/>
          <w:sz w:val="28"/>
          <w:lang w:val="zxx"/>
        </w:rPr>
        <w:t>resultExpired.</w:t>
      </w:r>
      <w:r>
        <w:rPr>
          <w:b w:val="false"/>
          <w:sz w:val="28"/>
        </w:rPr>
        <w:t xml:space="preserve"> Время выключенного питания не входит в бюджет работы. Новый </w:t>
      </w:r>
      <w:r>
        <w:rPr>
          <w:b w:val="false"/>
          <w:sz w:val="28"/>
          <w:lang w:val="zxx"/>
        </w:rPr>
        <w:t>idle-</w:t>
      </w:r>
      <w:r>
        <w:rPr>
          <w:b w:val="false"/>
          <w:sz w:val="28"/>
        </w:rPr>
        <w:t xml:space="preserve">срок не превышает </w:t>
      </w:r>
      <w:r>
        <w:rPr>
          <w:b w:val="false"/>
          <w:sz w:val="28"/>
          <w:lang w:val="zxx"/>
        </w:rPr>
        <w:t>min</w:t>
      </w:r>
      <w:r>
        <w:rPr>
          <w:b w:val="false"/>
          <w:sz w:val="28"/>
        </w:rPr>
        <w:t>(</w:t>
      </w:r>
      <w:r>
        <w:rPr>
          <w:b w:val="false"/>
          <w:sz w:val="28"/>
          <w:lang w:val="zxx"/>
        </w:rPr>
        <w:t>600000</w:t>
      </w:r>
      <w:r>
        <w:rPr>
          <w:b w:val="false"/>
          <w:sz w:val="28"/>
        </w:rPr>
        <w:t>,</w:t>
      </w:r>
      <w:r>
        <w:rPr>
          <w:b w:val="false"/>
          <w:sz w:val="28"/>
          <w:lang w:val="zxx"/>
        </w:rPr>
        <w:t>remainingBudgetMs</w:t>
      </w:r>
      <w:r>
        <w:rPr>
          <w:b w:val="false"/>
          <w:sz w:val="28"/>
        </w:rPr>
        <w:t xml:space="preserve">). Перед продолжением сверяются целостность подтвержденных данных и журнал; несоответствие дает </w:t>
      </w:r>
      <w:r>
        <w:rPr>
          <w:b w:val="false"/>
          <w:sz w:val="28"/>
          <w:lang w:val="zxx"/>
        </w:rPr>
        <w:t>failed/</w:t>
      </w:r>
      <w:r>
        <w:rPr>
          <w:b w:val="false"/>
          <w:sz w:val="28"/>
        </w:rPr>
        <w:t>​</w:t>
      </w:r>
      <w:r>
        <w:rPr>
          <w:b w:val="false"/>
          <w:sz w:val="28"/>
          <w:lang w:val="zxx"/>
        </w:rPr>
        <w:t>storageFault</w:t>
      </w:r>
      <w:r>
        <w:rPr>
          <w:b w:val="false"/>
          <w:sz w:val="28"/>
        </w:rPr>
        <w:t xml:space="preserve">, а не молчаливое уменьшение </w:t>
      </w:r>
      <w:r>
        <w:rPr>
          <w:b w:val="false"/>
          <w:sz w:val="28"/>
          <w:lang w:val="zxx"/>
        </w:rPr>
        <w:t>receivedBytes.</w:t>
      </w:r>
      <w:r>
        <w:rPr>
          <w:b w:val="false"/>
          <w:sz w:val="28"/>
        </w:rPr>
        <w:t xml:space="preserve"> Старые </w:t>
      </w:r>
      <w:r>
        <w:rPr>
          <w:b w:val="false"/>
          <w:sz w:val="28"/>
          <w:lang w:val="zxx"/>
        </w:rPr>
        <w:t>bootId/</w:t>
      </w:r>
      <w:r>
        <w:rPr>
          <w:b w:val="false"/>
          <w:sz w:val="28"/>
        </w:rPr>
        <w:t>​</w:t>
      </w:r>
      <w:r>
        <w:rPr>
          <w:b w:val="false"/>
          <w:sz w:val="28"/>
          <w:lang w:val="zxx"/>
        </w:rPr>
        <w:t>controlEpoch</w:t>
      </w:r>
      <w:r>
        <w:rPr>
          <w:b w:val="false"/>
          <w:sz w:val="28"/>
        </w:rPr>
        <w:t xml:space="preserve"> и файловые привязки не восстанавливаются.</w:t>
      </w:r>
    </w:p>
    <w:p>
      <w:pPr>
        <w:pStyle w:val="Normal"/>
        <w:jc w:val="start"/>
        <w:rPr/>
      </w:pPr>
      <w:r>
        <w:rPr>
          <w:b w:val="false"/>
          <w:sz w:val="28"/>
          <w:lang w:val="zxx"/>
        </w:rPr>
        <w:t>16.44</w:t>
      </w:r>
      <w:r>
        <w:rPr>
          <w:b w:val="false"/>
          <w:sz w:val="28"/>
        </w:rPr>
        <w:t xml:space="preserve"> При </w:t>
      </w:r>
      <w:r>
        <w:rPr>
          <w:b w:val="false"/>
          <w:sz w:val="28"/>
          <w:lang w:val="zxx"/>
        </w:rPr>
        <w:t>receivedBytes=totalBytes</w:t>
      </w:r>
      <w:r>
        <w:rPr>
          <w:b w:val="false"/>
          <w:sz w:val="28"/>
        </w:rPr>
        <w:t xml:space="preserve"> </w:t>
      </w:r>
      <w:r>
        <w:rPr>
          <w:b w:val="false"/>
          <w:sz w:val="28"/>
          <w:lang w:val="zxx"/>
        </w:rPr>
        <w:t>content</w:t>
      </w:r>
      <w:r>
        <w:rPr>
          <w:b w:val="false"/>
          <w:sz w:val="28"/>
        </w:rPr>
        <w:t xml:space="preserve"> и </w:t>
      </w:r>
      <w:r>
        <w:rPr>
          <w:b w:val="false"/>
          <w:sz w:val="28"/>
          <w:lang w:val="zxx"/>
        </w:rPr>
        <w:t>firmware</w:t>
      </w:r>
      <w:r>
        <w:rPr>
          <w:b w:val="false"/>
          <w:sz w:val="28"/>
        </w:rPr>
        <w:t xml:space="preserve"> переходят </w:t>
      </w:r>
      <w:r>
        <w:rPr>
          <w:b w:val="false"/>
          <w:sz w:val="28"/>
          <w:lang w:val="zxx"/>
        </w:rPr>
        <w:t>receiving</w:t>
      </w:r>
      <w:r>
        <w:rPr>
          <w:b w:val="false"/>
          <w:sz w:val="28"/>
        </w:rPr>
        <w:t xml:space="preserve"> → </w:t>
      </w:r>
      <w:r>
        <w:rPr>
          <w:b w:val="false"/>
          <w:sz w:val="28"/>
          <w:lang w:val="zxx"/>
        </w:rPr>
        <w:t>complete</w:t>
      </w:r>
      <w:r>
        <w:rPr>
          <w:b w:val="false"/>
          <w:sz w:val="28"/>
        </w:rPr>
        <w:t xml:space="preserve">; файловое соединение закрывается после последнего </w:t>
      </w:r>
      <w:r>
        <w:rPr>
          <w:b w:val="false"/>
          <w:sz w:val="28"/>
          <w:lang w:val="zxx"/>
        </w:rPr>
        <w:t>ACK.</w:t>
      </w:r>
      <w:r>
        <w:rPr>
          <w:b w:val="false"/>
          <w:sz w:val="28"/>
        </w:rPr>
        <w:t xml:space="preserve"> </w:t>
      </w:r>
      <w:r>
        <w:rPr>
          <w:b w:val="false"/>
          <w:sz w:val="28"/>
          <w:lang w:val="zxx"/>
        </w:rPr>
        <w:t>config</w:t>
      </w:r>
      <w:r>
        <w:rPr>
          <w:b w:val="false"/>
          <w:sz w:val="28"/>
        </w:rPr>
        <w:t xml:space="preserve"> переходит </w:t>
      </w:r>
      <w:r>
        <w:rPr>
          <w:b w:val="false"/>
          <w:sz w:val="28"/>
          <w:lang w:val="zxx"/>
        </w:rPr>
        <w:t>receiving</w:t>
      </w:r>
      <w:r>
        <w:rPr>
          <w:b w:val="false"/>
          <w:sz w:val="28"/>
        </w:rPr>
        <w:t xml:space="preserve"> → </w:t>
      </w:r>
      <w:r>
        <w:rPr>
          <w:b w:val="false"/>
          <w:sz w:val="28"/>
          <w:lang w:val="zxx"/>
        </w:rPr>
        <w:t>validating</w:t>
      </w:r>
      <w:r>
        <w:rPr>
          <w:b w:val="false"/>
          <w:sz w:val="28"/>
        </w:rPr>
        <w:t xml:space="preserve"> и проверяет длину, Стрибог-</w:t>
      </w:r>
      <w:r>
        <w:rPr>
          <w:b w:val="false"/>
          <w:sz w:val="28"/>
          <w:lang w:val="zxx"/>
        </w:rPr>
        <w:t>256</w:t>
      </w:r>
      <w:r>
        <w:rPr>
          <w:b w:val="false"/>
          <w:sz w:val="28"/>
        </w:rPr>
        <w:t xml:space="preserve">, </w:t>
      </w:r>
      <w:r>
        <w:rPr>
          <w:b w:val="false"/>
          <w:sz w:val="28"/>
          <w:lang w:val="zxx"/>
        </w:rPr>
        <w:t>JSON-</w:t>
      </w:r>
      <w:r>
        <w:rPr>
          <w:b w:val="false"/>
          <w:sz w:val="28"/>
        </w:rPr>
        <w:t xml:space="preserve">схему, ссылки и права за время не более </w:t>
      </w:r>
      <w:r>
        <w:rPr>
          <w:b w:val="false"/>
          <w:sz w:val="28"/>
          <w:lang w:val="zxx"/>
        </w:rPr>
        <w:t>60000</w:t>
      </w:r>
      <w:r>
        <w:rPr>
          <w:b w:val="false"/>
          <w:sz w:val="28"/>
        </w:rPr>
        <w:t xml:space="preserve"> мс, порциями до </w:t>
      </w:r>
      <w:r>
        <w:rPr>
          <w:b w:val="false"/>
          <w:sz w:val="28"/>
          <w:lang w:val="zxx"/>
        </w:rPr>
        <w:t>100</w:t>
      </w:r>
      <w:r>
        <w:rPr>
          <w:b w:val="false"/>
          <w:sz w:val="28"/>
        </w:rPr>
        <w:t xml:space="preserve"> мс; результат </w:t>
      </w:r>
      <w:r>
        <w:rPr>
          <w:b w:val="false"/>
          <w:sz w:val="28"/>
          <w:lang w:val="zxx"/>
        </w:rPr>
        <w:t>staged</w:t>
      </w:r>
      <w:r>
        <w:rPr>
          <w:b w:val="false"/>
          <w:sz w:val="28"/>
        </w:rPr>
        <w:t xml:space="preserve"> либо </w:t>
      </w:r>
      <w:r>
        <w:rPr>
          <w:b w:val="false"/>
          <w:sz w:val="28"/>
          <w:lang w:val="zxx"/>
        </w:rPr>
        <w:t>failed</w:t>
      </w:r>
      <w:r>
        <w:rPr>
          <w:b w:val="false"/>
          <w:sz w:val="28"/>
        </w:rPr>
        <w:t xml:space="preserve"> с </w:t>
      </w:r>
      <w:r>
        <w:rPr>
          <w:b w:val="false"/>
          <w:sz w:val="28"/>
          <w:lang w:val="zxx"/>
        </w:rPr>
        <w:t>reason.</w:t>
      </w:r>
      <w:r>
        <w:rPr>
          <w:b w:val="false"/>
          <w:sz w:val="28"/>
        </w:rPr>
        <w:t xml:space="preserve"> </w:t>
      </w:r>
      <w:r>
        <w:rPr>
          <w:b w:val="false"/>
          <w:sz w:val="28"/>
          <w:lang w:val="zxx"/>
        </w:rPr>
        <w:t>config.get</w:t>
      </w:r>
      <w:r>
        <w:rPr>
          <w:b w:val="false"/>
          <w:sz w:val="28"/>
        </w:rPr>
        <w:t xml:space="preserve"> </w:t>
      </w:r>
      <w:r>
        <w:rPr>
          <w:b w:val="false"/>
          <w:sz w:val="28"/>
          <w:lang w:val="zxx"/>
        </w:rPr>
        <w:t>transactionId</w:t>
      </w:r>
      <w:r>
        <w:rPr>
          <w:b w:val="false"/>
          <w:sz w:val="28"/>
        </w:rPr>
        <w:t xml:space="preserve"> возвращает </w:t>
      </w:r>
      <w:r>
        <w:rPr>
          <w:b w:val="false"/>
          <w:sz w:val="28"/>
          <w:lang w:val="zxx"/>
        </w:rPr>
        <w:t>receiving|</w:t>
      </w:r>
      <w:r>
        <w:rPr>
          <w:b w:val="false"/>
          <w:sz w:val="28"/>
        </w:rPr>
        <w:t>​</w:t>
      </w:r>
      <w:r>
        <w:rPr>
          <w:b w:val="false"/>
          <w:sz w:val="28"/>
          <w:lang w:val="zxx"/>
        </w:rPr>
        <w:t>complete|</w:t>
      </w:r>
      <w:r>
        <w:rPr>
          <w:b w:val="false"/>
          <w:sz w:val="28"/>
        </w:rPr>
        <w:t>​</w:t>
      </w:r>
      <w:r>
        <w:rPr>
          <w:b w:val="false"/>
          <w:sz w:val="28"/>
          <w:lang w:val="zxx"/>
        </w:rPr>
        <w:t>validating|</w:t>
      </w:r>
      <w:r>
        <w:rPr>
          <w:b w:val="false"/>
          <w:sz w:val="28"/>
        </w:rPr>
        <w:t>​</w:t>
      </w:r>
      <w:r>
        <w:rPr>
          <w:b w:val="false"/>
          <w:sz w:val="28"/>
          <w:lang w:val="zxx"/>
        </w:rPr>
        <w:t>staged|</w:t>
      </w:r>
      <w:r>
        <w:rPr>
          <w:b w:val="false"/>
          <w:sz w:val="28"/>
        </w:rPr>
        <w:t>​</w:t>
      </w:r>
      <w:r>
        <w:rPr>
          <w:b w:val="false"/>
          <w:sz w:val="28"/>
          <w:lang w:val="zxx"/>
        </w:rPr>
        <w:t>committed|</w:t>
      </w:r>
      <w:r>
        <w:rPr>
          <w:b w:val="false"/>
          <w:sz w:val="28"/>
        </w:rPr>
        <w:t>​</w:t>
      </w:r>
      <w:r>
        <w:rPr>
          <w:b w:val="false"/>
          <w:sz w:val="28"/>
          <w:lang w:val="zxx"/>
        </w:rPr>
        <w:t>cancelled|</w:t>
      </w:r>
      <w:r>
        <w:rPr>
          <w:b w:val="false"/>
          <w:sz w:val="28"/>
        </w:rPr>
        <w:t>​</w:t>
      </w:r>
      <w:r>
        <w:rPr>
          <w:b w:val="false"/>
          <w:sz w:val="28"/>
          <w:lang w:val="zxx"/>
        </w:rPr>
        <w:t>failed</w:t>
      </w:r>
      <w:r>
        <w:rPr>
          <w:b w:val="false"/>
          <w:sz w:val="28"/>
        </w:rPr>
        <w:t xml:space="preserve">, </w:t>
      </w:r>
      <w:r>
        <w:rPr>
          <w:b w:val="false"/>
          <w:sz w:val="28"/>
          <w:lang w:val="zxx"/>
        </w:rPr>
        <w:t>receivedBytes/</w:t>
      </w:r>
      <w:r>
        <w:rPr>
          <w:b w:val="false"/>
          <w:sz w:val="28"/>
        </w:rPr>
        <w:t>​</w:t>
      </w:r>
      <w:r>
        <w:rPr>
          <w:b w:val="false"/>
          <w:sz w:val="28"/>
          <w:lang w:val="zxx"/>
        </w:rPr>
        <w:t>totalBytes/</w:t>
      </w:r>
      <w:r>
        <w:rPr>
          <w:b w:val="false"/>
          <w:sz w:val="28"/>
        </w:rPr>
        <w:t>​</w:t>
      </w:r>
      <w:r>
        <w:rPr>
          <w:b w:val="false"/>
          <w:sz w:val="28"/>
          <w:lang w:val="zxx"/>
        </w:rPr>
        <w:t>hash/</w:t>
      </w:r>
      <w:r>
        <w:rPr>
          <w:b w:val="false"/>
          <w:sz w:val="28"/>
        </w:rPr>
        <w:t>​</w:t>
      </w:r>
      <w:r>
        <w:rPr>
          <w:b w:val="false"/>
          <w:sz w:val="28"/>
          <w:lang w:val="zxx"/>
        </w:rPr>
        <w:t>remainingBudgetMs</w:t>
      </w:r>
      <w:r>
        <w:rPr>
          <w:b w:val="false"/>
          <w:sz w:val="28"/>
        </w:rPr>
        <w:t xml:space="preserve">, </w:t>
      </w:r>
      <w:r>
        <w:rPr>
          <w:b w:val="false"/>
          <w:sz w:val="28"/>
          <w:lang w:val="zxx"/>
        </w:rPr>
        <w:t>progressBytes</w:t>
      </w:r>
      <w:r>
        <w:rPr>
          <w:b w:val="false"/>
          <w:sz w:val="28"/>
        </w:rPr>
        <w:t xml:space="preserve"> только в </w:t>
      </w:r>
      <w:r>
        <w:rPr>
          <w:b w:val="false"/>
          <w:sz w:val="28"/>
          <w:lang w:val="zxx"/>
        </w:rPr>
        <w:t>validating</w:t>
      </w:r>
      <w:r>
        <w:rPr>
          <w:b w:val="false"/>
          <w:sz w:val="28"/>
        </w:rPr>
        <w:t xml:space="preserve"> и </w:t>
      </w:r>
      <w:r>
        <w:rPr>
          <w:b w:val="false"/>
          <w:sz w:val="28"/>
          <w:lang w:val="zxx"/>
        </w:rPr>
        <w:t>reason</w:t>
      </w:r>
      <w:r>
        <w:rPr>
          <w:b w:val="false"/>
          <w:sz w:val="28"/>
        </w:rPr>
        <w:t xml:space="preserve"> только в </w:t>
      </w:r>
      <w:r>
        <w:rPr>
          <w:b w:val="false"/>
          <w:sz w:val="28"/>
          <w:lang w:val="zxx"/>
        </w:rPr>
        <w:t>failed.</w:t>
      </w:r>
      <w:r>
        <w:rPr>
          <w:b w:val="false"/>
          <w:sz w:val="28"/>
        </w:rPr>
        <w:t xml:space="preserve"> </w:t>
      </w:r>
      <w:r>
        <w:rPr>
          <w:b w:val="false"/>
          <w:sz w:val="28"/>
          <w:lang w:val="zxx"/>
        </w:rPr>
        <w:t>content.commit</w:t>
      </w:r>
      <w:r>
        <w:rPr>
          <w:b w:val="false"/>
          <w:sz w:val="28"/>
        </w:rPr>
        <w:t xml:space="preserve"> и </w:t>
      </w:r>
      <w:r>
        <w:rPr>
          <w:b w:val="false"/>
          <w:sz w:val="28"/>
          <w:lang w:val="zxx"/>
        </w:rPr>
        <w:t>firmware.verify</w:t>
      </w:r>
      <w:r>
        <w:rPr>
          <w:b w:val="false"/>
          <w:sz w:val="28"/>
        </w:rPr>
        <w:t xml:space="preserve"> выполняют свои проверки только после полного приема; </w:t>
      </w:r>
      <w:r>
        <w:rPr>
          <w:b w:val="false"/>
          <w:sz w:val="28"/>
          <w:lang w:val="zxx"/>
        </w:rPr>
        <w:t>content.commit</w:t>
      </w:r>
      <w:r>
        <w:rPr>
          <w:b w:val="false"/>
          <w:sz w:val="28"/>
        </w:rPr>
        <w:t xml:space="preserve"> при длительной проверке отвечает </w:t>
      </w:r>
      <w:r>
        <w:rPr>
          <w:b w:val="false"/>
          <w:sz w:val="28"/>
          <w:lang w:val="zxx"/>
        </w:rPr>
        <w:t>accepted</w:t>
      </w:r>
      <w:r>
        <w:rPr>
          <w:b w:val="false"/>
          <w:sz w:val="28"/>
        </w:rPr>
        <w:t xml:space="preserve"> с </w:t>
      </w:r>
      <w:r>
        <w:rPr>
          <w:b w:val="false"/>
          <w:sz w:val="28"/>
          <w:lang w:val="zxx"/>
        </w:rPr>
        <w:t>operation.id=upload.id</w:t>
      </w:r>
      <w:r>
        <w:rPr>
          <w:b w:val="false"/>
          <w:sz w:val="28"/>
        </w:rPr>
        <w:t xml:space="preserve">, </w:t>
      </w:r>
      <w:r>
        <w:rPr>
          <w:b w:val="false"/>
          <w:sz w:val="28"/>
          <w:lang w:val="zxx"/>
        </w:rPr>
        <w:t>content.status</w:t>
      </w:r>
      <w:r>
        <w:rPr>
          <w:b w:val="false"/>
          <w:sz w:val="28"/>
        </w:rPr>
        <w:t xml:space="preserve"> показывает </w:t>
      </w:r>
      <w:r>
        <w:rPr>
          <w:b w:val="false"/>
          <w:sz w:val="28"/>
          <w:lang w:val="zxx"/>
        </w:rPr>
        <w:t>verifying/</w:t>
      </w:r>
      <w:r>
        <w:rPr>
          <w:b w:val="false"/>
          <w:sz w:val="28"/>
        </w:rPr>
        <w:t>​</w:t>
      </w:r>
      <w:r>
        <w:rPr>
          <w:b w:val="false"/>
          <w:sz w:val="28"/>
          <w:lang w:val="zxx"/>
        </w:rPr>
        <w:t>progressBytes</w:t>
      </w:r>
      <w:r>
        <w:rPr>
          <w:b w:val="false"/>
          <w:sz w:val="28"/>
        </w:rPr>
        <w:t xml:space="preserve"> и затем </w:t>
      </w:r>
      <w:r>
        <w:rPr>
          <w:b w:val="false"/>
          <w:sz w:val="28"/>
          <w:lang w:val="zxx"/>
        </w:rPr>
        <w:t>committed</w:t>
      </w:r>
      <w:r>
        <w:rPr>
          <w:b w:val="false"/>
          <w:sz w:val="28"/>
        </w:rPr>
        <w:t xml:space="preserve"> либо </w:t>
      </w:r>
      <w:r>
        <w:rPr>
          <w:b w:val="false"/>
          <w:sz w:val="28"/>
          <w:lang w:val="zxx"/>
        </w:rPr>
        <w:t>failed/</w:t>
      </w:r>
      <w:r>
        <w:rPr>
          <w:b w:val="false"/>
          <w:sz w:val="28"/>
        </w:rPr>
        <w:t>​</w:t>
      </w:r>
      <w:r>
        <w:rPr>
          <w:b w:val="false"/>
          <w:sz w:val="28"/>
          <w:lang w:val="zxx"/>
        </w:rPr>
        <w:t>reason.</w:t>
      </w:r>
      <w:r>
        <w:rPr>
          <w:b w:val="false"/>
          <w:sz w:val="28"/>
        </w:rPr>
        <w:t xml:space="preserve"> Проверка занимает не более </w:t>
      </w:r>
      <w:r>
        <w:rPr>
          <w:b w:val="false"/>
          <w:sz w:val="28"/>
          <w:lang w:val="zxx"/>
        </w:rPr>
        <w:t>60000</w:t>
      </w:r>
      <w:r>
        <w:rPr>
          <w:b w:val="false"/>
          <w:sz w:val="28"/>
        </w:rPr>
        <w:t xml:space="preserve"> мс и не задерживает управление. </w:t>
      </w:r>
      <w:r>
        <w:rPr>
          <w:b w:val="false"/>
          <w:sz w:val="28"/>
          <w:lang w:val="zxx"/>
        </w:rPr>
        <w:t>content.status</w:t>
      </w:r>
      <w:r>
        <w:rPr>
          <w:b w:val="false"/>
          <w:sz w:val="28"/>
        </w:rPr>
        <w:t xml:space="preserve"> содержит </w:t>
      </w:r>
      <w:r>
        <w:rPr>
          <w:b w:val="false"/>
          <w:sz w:val="28"/>
          <w:lang w:val="zxx"/>
        </w:rPr>
        <w:t>upload</w:t>
      </w:r>
      <w:r>
        <w:rPr>
          <w:b w:val="false"/>
          <w:sz w:val="28"/>
        </w:rPr>
        <w:t xml:space="preserve"> </w:t>
      </w:r>
      <w:r>
        <w:rPr>
          <w:b w:val="false"/>
          <w:sz w:val="28"/>
          <w:lang w:val="zxx"/>
        </w:rPr>
        <w:t>id/</w:t>
      </w:r>
      <w:r>
        <w:rPr>
          <w:b w:val="false"/>
          <w:sz w:val="28"/>
        </w:rPr>
        <w:t>​</w:t>
      </w:r>
      <w:r>
        <w:rPr>
          <w:b w:val="false"/>
          <w:sz w:val="28"/>
          <w:lang w:val="zxx"/>
        </w:rPr>
        <w:t>state=receiving|</w:t>
      </w:r>
      <w:r>
        <w:rPr>
          <w:b w:val="false"/>
          <w:sz w:val="28"/>
        </w:rPr>
        <w:t>​</w:t>
      </w:r>
      <w:r>
        <w:rPr>
          <w:b w:val="false"/>
          <w:sz w:val="28"/>
          <w:lang w:val="zxx"/>
        </w:rPr>
        <w:t>complete|</w:t>
      </w:r>
      <w:r>
        <w:rPr>
          <w:b w:val="false"/>
          <w:sz w:val="28"/>
        </w:rPr>
        <w:t>​</w:t>
      </w:r>
      <w:r>
        <w:rPr>
          <w:b w:val="false"/>
          <w:sz w:val="28"/>
          <w:lang w:val="zxx"/>
        </w:rPr>
        <w:t>verifying|</w:t>
      </w:r>
      <w:r>
        <w:rPr>
          <w:b w:val="false"/>
          <w:sz w:val="28"/>
        </w:rPr>
        <w:t>​</w:t>
      </w:r>
      <w:r>
        <w:rPr>
          <w:b w:val="false"/>
          <w:sz w:val="28"/>
          <w:lang w:val="zxx"/>
        </w:rPr>
        <w:t>committed|</w:t>
      </w:r>
      <w:r>
        <w:rPr>
          <w:b w:val="false"/>
          <w:sz w:val="28"/>
        </w:rPr>
        <w:t>​</w:t>
      </w:r>
      <w:r>
        <w:rPr>
          <w:b w:val="false"/>
          <w:sz w:val="28"/>
          <w:lang w:val="zxx"/>
        </w:rPr>
        <w:t>cancelled|</w:t>
      </w:r>
      <w:r>
        <w:rPr>
          <w:b w:val="false"/>
          <w:sz w:val="28"/>
        </w:rPr>
        <w:t>​</w:t>
      </w:r>
      <w:r>
        <w:rPr>
          <w:b w:val="false"/>
          <w:sz w:val="28"/>
          <w:lang w:val="zxx"/>
        </w:rPr>
        <w:t>failed/</w:t>
      </w:r>
      <w:r>
        <w:rPr>
          <w:b w:val="false"/>
          <w:sz w:val="28"/>
        </w:rPr>
        <w:t>​</w:t>
      </w:r>
      <w:r>
        <w:rPr>
          <w:b w:val="false"/>
          <w:sz w:val="28"/>
          <w:lang w:val="zxx"/>
        </w:rPr>
        <w:t>receivedBytes/</w:t>
      </w:r>
      <w:r>
        <w:rPr>
          <w:b w:val="false"/>
          <w:sz w:val="28"/>
        </w:rPr>
        <w:t>​</w:t>
      </w:r>
      <w:r>
        <w:rPr>
          <w:b w:val="false"/>
          <w:sz w:val="28"/>
          <w:lang w:val="zxx"/>
        </w:rPr>
        <w:t>totalBytes/</w:t>
      </w:r>
      <w:r>
        <w:rPr>
          <w:b w:val="false"/>
          <w:sz w:val="28"/>
        </w:rPr>
        <w:t>​</w:t>
      </w:r>
      <w:r>
        <w:rPr>
          <w:b w:val="false"/>
          <w:sz w:val="28"/>
          <w:lang w:val="zxx"/>
        </w:rPr>
        <w:t>remainingBudgetMs</w:t>
      </w:r>
      <w:r>
        <w:rPr>
          <w:b w:val="false"/>
          <w:sz w:val="28"/>
        </w:rPr>
        <w:t xml:space="preserve">; </w:t>
      </w:r>
      <w:r>
        <w:rPr>
          <w:b w:val="false"/>
          <w:sz w:val="28"/>
          <w:lang w:val="zxx"/>
        </w:rPr>
        <w:t>failed</w:t>
      </w:r>
      <w:r>
        <w:rPr>
          <w:b w:val="false"/>
          <w:sz w:val="28"/>
        </w:rPr>
        <w:t xml:space="preserve"> требует </w:t>
      </w:r>
      <w:r>
        <w:rPr>
          <w:b w:val="false"/>
          <w:sz w:val="28"/>
          <w:lang w:val="zxx"/>
        </w:rPr>
        <w:t>reason</w:t>
      </w:r>
      <w:r>
        <w:rPr>
          <w:b w:val="false"/>
          <w:sz w:val="28"/>
        </w:rPr>
        <w:t xml:space="preserve">, </w:t>
      </w:r>
      <w:r>
        <w:rPr>
          <w:b w:val="false"/>
          <w:sz w:val="28"/>
          <w:lang w:val="zxx"/>
        </w:rPr>
        <w:t>verifying</w:t>
      </w:r>
      <w:r>
        <w:rPr>
          <w:b w:val="false"/>
          <w:sz w:val="28"/>
        </w:rPr>
        <w:t xml:space="preserve"> — </w:t>
      </w:r>
      <w:r>
        <w:rPr>
          <w:b w:val="false"/>
          <w:sz w:val="28"/>
          <w:lang w:val="zxx"/>
        </w:rPr>
        <w:t>progressBytes.</w:t>
      </w:r>
    </w:p>
    <w:p>
      <w:pPr>
        <w:pStyle w:val="Normal"/>
        <w:jc w:val="start"/>
        <w:rPr/>
      </w:pPr>
      <w:r>
        <w:rPr>
          <w:b w:val="false"/>
          <w:sz w:val="28"/>
          <w:lang w:val="zxx"/>
        </w:rPr>
        <w:t>16.45</w:t>
      </w:r>
      <w:r>
        <w:rPr>
          <w:b w:val="false"/>
          <w:sz w:val="28"/>
        </w:rPr>
        <w:t xml:space="preserve"> От полного приема до </w:t>
      </w:r>
      <w:r>
        <w:rPr>
          <w:b w:val="false"/>
          <w:sz w:val="28"/>
          <w:lang w:val="zxx"/>
        </w:rPr>
        <w:t>commit</w:t>
      </w:r>
      <w:r>
        <w:rPr>
          <w:b w:val="false"/>
          <w:sz w:val="28"/>
        </w:rPr>
        <w:t xml:space="preserve"> действует общий срок </w:t>
      </w:r>
      <w:r>
        <w:rPr>
          <w:b w:val="false"/>
          <w:sz w:val="28"/>
          <w:lang w:val="zxx"/>
        </w:rPr>
        <w:t>600000</w:t>
      </w:r>
      <w:r>
        <w:rPr>
          <w:b w:val="false"/>
          <w:sz w:val="28"/>
        </w:rPr>
        <w:t xml:space="preserve"> мс, включая проверку, потерю владения и ожидание. Переход в </w:t>
      </w:r>
      <w:r>
        <w:rPr>
          <w:b w:val="false"/>
          <w:sz w:val="28"/>
          <w:lang w:val="zxx"/>
        </w:rPr>
        <w:t>validating/</w:t>
      </w:r>
      <w:r>
        <w:rPr>
          <w:b w:val="false"/>
          <w:sz w:val="28"/>
        </w:rPr>
        <w:t>​</w:t>
      </w:r>
      <w:r>
        <w:rPr>
          <w:b w:val="false"/>
          <w:sz w:val="28"/>
          <w:lang w:val="zxx"/>
        </w:rPr>
        <w:t>verifying</w:t>
      </w:r>
      <w:r>
        <w:rPr>
          <w:b w:val="false"/>
          <w:sz w:val="28"/>
        </w:rPr>
        <w:t xml:space="preserve"> не начинает новый срок. Истечение удаляет только незакоммиченные данные. </w:t>
      </w:r>
      <w:r>
        <w:rPr>
          <w:b w:val="false"/>
          <w:sz w:val="28"/>
          <w:lang w:val="zxx"/>
        </w:rPr>
        <w:t>cancel</w:t>
      </w:r>
      <w:r>
        <w:rPr>
          <w:b w:val="false"/>
          <w:sz w:val="28"/>
        </w:rPr>
        <w:t xml:space="preserve"> </w:t>
      </w:r>
      <w:r>
        <w:rPr>
          <w:b w:val="false"/>
          <w:sz w:val="28"/>
          <w:lang w:val="zxx"/>
        </w:rPr>
        <w:t>ДОПУСКАЕТСЯ</w:t>
      </w:r>
      <w:r>
        <w:rPr>
          <w:b w:val="false"/>
          <w:sz w:val="28"/>
        </w:rPr>
        <w:t xml:space="preserve"> до атомарной фиксации и останавливает проверку; гонка </w:t>
      </w:r>
      <w:r>
        <w:rPr>
          <w:b w:val="false"/>
          <w:sz w:val="28"/>
          <w:lang w:val="zxx"/>
        </w:rPr>
        <w:t>cancel/</w:t>
      </w:r>
      <w:r>
        <w:rPr>
          <w:b w:val="false"/>
          <w:sz w:val="28"/>
        </w:rPr>
        <w:t>​</w:t>
      </w:r>
      <w:r>
        <w:rPr>
          <w:b w:val="false"/>
          <w:sz w:val="28"/>
          <w:lang w:val="zxx"/>
        </w:rPr>
        <w:t>commit</w:t>
      </w:r>
      <w:r>
        <w:rPr>
          <w:b w:val="false"/>
          <w:sz w:val="28"/>
        </w:rPr>
        <w:t xml:space="preserve"> имеет единственную точку решения и сохраненный итог. Для </w:t>
      </w:r>
      <w:r>
        <w:rPr>
          <w:b w:val="false"/>
          <w:sz w:val="28"/>
          <w:lang w:val="zxx"/>
        </w:rPr>
        <w:t>config/</w:t>
      </w:r>
      <w:r>
        <w:rPr>
          <w:b w:val="false"/>
          <w:sz w:val="28"/>
        </w:rPr>
        <w:t>​</w:t>
      </w:r>
      <w:r>
        <w:rPr>
          <w:b w:val="false"/>
          <w:sz w:val="28"/>
          <w:lang w:val="zxx"/>
        </w:rPr>
        <w:t>content</w:t>
      </w:r>
      <w:r>
        <w:rPr>
          <w:b w:val="false"/>
          <w:sz w:val="28"/>
        </w:rPr>
        <w:t xml:space="preserve"> отказ проверки оставляет прежнюю конфигурацию/ревизию действующей; </w:t>
      </w:r>
      <w:r>
        <w:rPr>
          <w:b w:val="false"/>
          <w:sz w:val="28"/>
          <w:lang w:val="zxx"/>
        </w:rPr>
        <w:t>failed</w:t>
      </w:r>
      <w:r>
        <w:rPr>
          <w:b w:val="false"/>
          <w:sz w:val="28"/>
        </w:rPr>
        <w:t xml:space="preserve"> не может стать </w:t>
      </w:r>
      <w:r>
        <w:rPr>
          <w:b w:val="false"/>
          <w:sz w:val="28"/>
          <w:lang w:val="zxx"/>
        </w:rPr>
        <w:t>committed</w:t>
      </w:r>
      <w:r>
        <w:rPr>
          <w:b w:val="false"/>
          <w:sz w:val="28"/>
        </w:rPr>
        <w:t xml:space="preserve"> повторным чтением. Ошибки проверки используют </w:t>
      </w:r>
      <w:r>
        <w:rPr>
          <w:b w:val="false"/>
          <w:sz w:val="28"/>
          <w:lang w:val="zxx"/>
        </w:rPr>
        <w:t>invalidArgument</w:t>
      </w:r>
      <w:r>
        <w:rPr>
          <w:b w:val="false"/>
          <w:sz w:val="28"/>
        </w:rPr>
        <w:t xml:space="preserve">, </w:t>
      </w:r>
      <w:r>
        <w:rPr>
          <w:b w:val="false"/>
          <w:sz w:val="28"/>
          <w:lang w:val="zxx"/>
        </w:rPr>
        <w:t>conflict</w:t>
      </w:r>
      <w:r>
        <w:rPr>
          <w:b w:val="false"/>
          <w:sz w:val="28"/>
        </w:rPr>
        <w:t xml:space="preserve">, </w:t>
      </w:r>
      <w:r>
        <w:rPr>
          <w:b w:val="false"/>
          <w:sz w:val="28"/>
          <w:lang w:val="zxx"/>
        </w:rPr>
        <w:t>invalidSignature</w:t>
      </w:r>
      <w:r>
        <w:rPr>
          <w:b w:val="false"/>
          <w:sz w:val="28"/>
        </w:rPr>
        <w:t xml:space="preserve">, </w:t>
      </w:r>
      <w:r>
        <w:rPr>
          <w:b w:val="false"/>
          <w:sz w:val="28"/>
          <w:lang w:val="zxx"/>
        </w:rPr>
        <w:t>incompatible</w:t>
      </w:r>
      <w:r>
        <w:rPr>
          <w:b w:val="false"/>
          <w:sz w:val="28"/>
        </w:rPr>
        <w:t xml:space="preserve">, </w:t>
      </w:r>
      <w:r>
        <w:rPr>
          <w:b w:val="false"/>
          <w:sz w:val="28"/>
          <w:lang w:val="zxx"/>
        </w:rPr>
        <w:t>rollbackDenied</w:t>
      </w:r>
      <w:r>
        <w:rPr>
          <w:b w:val="false"/>
          <w:sz w:val="28"/>
        </w:rPr>
        <w:t xml:space="preserve"> либо </w:t>
      </w:r>
      <w:r>
        <w:rPr>
          <w:b w:val="false"/>
          <w:sz w:val="28"/>
          <w:lang w:val="zxx"/>
        </w:rPr>
        <w:t>storageFault</w:t>
      </w:r>
      <w:r>
        <w:rPr>
          <w:b w:val="false"/>
          <w:sz w:val="28"/>
        </w:rPr>
        <w:t xml:space="preserve"> по предметной причине. При полном чтении нет обязательного ожидания </w:t>
      </w:r>
      <w:r>
        <w:rPr>
          <w:b w:val="false"/>
          <w:sz w:val="28"/>
          <w:lang w:val="zxx"/>
        </w:rPr>
        <w:t>EOF</w:t>
      </w:r>
      <w:r>
        <w:rPr>
          <w:b w:val="false"/>
          <w:sz w:val="28"/>
        </w:rPr>
        <w:t xml:space="preserve"> для перехода в </w:t>
      </w:r>
      <w:r>
        <w:rPr>
          <w:b w:val="false"/>
          <w:sz w:val="28"/>
          <w:lang w:val="zxx"/>
        </w:rPr>
        <w:t>complete/</w:t>
      </w:r>
      <w:r>
        <w:rPr>
          <w:b w:val="false"/>
          <w:sz w:val="28"/>
        </w:rPr>
        <w:t>​</w:t>
      </w:r>
      <w:r>
        <w:rPr>
          <w:b w:val="false"/>
          <w:sz w:val="28"/>
          <w:lang w:val="zxx"/>
        </w:rPr>
        <w:t>validating.</w:t>
      </w:r>
    </w:p>
    <w:p>
      <w:pPr>
        <w:pStyle w:val="2"/>
        <w:rPr/>
      </w:pPr>
      <w:r>
        <w:rPr/>
        <w:t>Владение во время проверки полного файла</w:t>
      </w:r>
    </w:p>
    <w:p>
      <w:pPr>
        <w:pStyle w:val="Normal"/>
        <w:jc w:val="start"/>
        <w:rPr/>
      </w:pPr>
      <w:r>
        <w:rPr>
          <w:b w:val="false"/>
          <w:sz w:val="28"/>
          <w:lang w:val="zxx"/>
        </w:rPr>
        <w:t>16.46</w:t>
      </w:r>
      <w:r>
        <w:rPr>
          <w:b w:val="false"/>
          <w:sz w:val="28"/>
        </w:rPr>
        <w:t xml:space="preserve"> Переход в </w:t>
      </w:r>
      <w:r>
        <w:rPr>
          <w:b w:val="false"/>
          <w:sz w:val="28"/>
          <w:lang w:val="zxx"/>
        </w:rPr>
        <w:t>config.validating</w:t>
      </w:r>
      <w:r>
        <w:rPr>
          <w:b w:val="false"/>
          <w:sz w:val="28"/>
        </w:rPr>
        <w:t xml:space="preserve">, </w:t>
      </w:r>
      <w:r>
        <w:rPr>
          <w:b w:val="false"/>
          <w:sz w:val="28"/>
          <w:lang w:val="zxx"/>
        </w:rPr>
        <w:t>content.verifying</w:t>
      </w:r>
      <w:r>
        <w:rPr>
          <w:b w:val="false"/>
          <w:sz w:val="28"/>
        </w:rPr>
        <w:t xml:space="preserve"> или </w:t>
      </w:r>
      <w:r>
        <w:rPr>
          <w:b w:val="false"/>
          <w:sz w:val="28"/>
          <w:lang w:val="zxx"/>
        </w:rPr>
        <w:t>firmware.verifying</w:t>
      </w:r>
      <w:r>
        <w:rPr>
          <w:b w:val="false"/>
          <w:sz w:val="28"/>
        </w:rPr>
        <w:t xml:space="preserve"> является активной ограниченной работой, а не ожиданием первого </w:t>
      </w:r>
      <w:r>
        <w:rPr>
          <w:b w:val="false"/>
          <w:sz w:val="28"/>
          <w:lang w:val="zxx"/>
        </w:rPr>
        <w:t>session.start.</w:t>
      </w:r>
      <w:r>
        <w:rPr>
          <w:b w:val="false"/>
          <w:sz w:val="28"/>
        </w:rPr>
        <w:t xml:space="preserve"> До начала работы УУ </w:t>
      </w:r>
      <w:r>
        <w:rPr>
          <w:b w:val="false"/>
          <w:sz w:val="28"/>
          <w:lang w:val="zxx"/>
        </w:rPr>
        <w:t>ДОЛЖНО</w:t>
      </w:r>
      <w:r>
        <w:rPr>
          <w:b w:val="false"/>
          <w:sz w:val="28"/>
        </w:rPr>
        <w:t xml:space="preserve"> проверить действующее </w:t>
      </w:r>
      <w:r>
        <w:rPr>
          <w:b w:val="false"/>
          <w:sz w:val="28"/>
          <w:lang w:val="zxx"/>
        </w:rPr>
        <w:t>maintenance-</w:t>
      </w:r>
      <w:r>
        <w:rPr>
          <w:b w:val="false"/>
          <w:sz w:val="28"/>
        </w:rPr>
        <w:t xml:space="preserve">владение и атомарно установить внутренний </w:t>
      </w:r>
      <w:r>
        <w:rPr>
          <w:b w:val="false"/>
          <w:sz w:val="28"/>
          <w:lang w:val="zxx"/>
        </w:rPr>
        <w:t>verificationDeadlineMs=min</w:t>
      </w:r>
      <w:r>
        <w:rPr>
          <w:b w:val="false"/>
          <w:sz w:val="28"/>
        </w:rPr>
        <w:t>(</w:t>
      </w:r>
      <w:r>
        <w:rPr>
          <w:b w:val="false"/>
          <w:sz w:val="28"/>
          <w:lang w:val="zxx"/>
        </w:rPr>
        <w:t>uptimeMs+60000</w:t>
      </w:r>
      <w:r>
        <w:rPr>
          <w:b w:val="false"/>
          <w:sz w:val="28"/>
        </w:rPr>
        <w:t xml:space="preserve">, срок транзакции, срок после полного приема). Эти имена состояний обозначают соответствующую транзакцию; нового сетевого поля </w:t>
      </w:r>
      <w:r>
        <w:rPr>
          <w:b w:val="false"/>
          <w:sz w:val="28"/>
          <w:lang w:val="zxx"/>
        </w:rPr>
        <w:t>verificationDeadlineMs</w:t>
      </w:r>
      <w:r>
        <w:rPr>
          <w:b w:val="false"/>
          <w:sz w:val="28"/>
        </w:rPr>
        <w:t xml:space="preserve"> нет. На время проверки публикуемый </w:t>
      </w:r>
      <w:r>
        <w:rPr>
          <w:b w:val="false"/>
          <w:sz w:val="28"/>
          <w:lang w:val="zxx"/>
        </w:rPr>
        <w:t>ownership.idleDeadlineMs</w:t>
      </w:r>
      <w:r>
        <w:rPr>
          <w:b w:val="false"/>
          <w:sz w:val="28"/>
        </w:rPr>
        <w:t xml:space="preserve"> равен этому фиксированному сроку. Ранее установленный десятисекундный </w:t>
      </w:r>
      <w:r>
        <w:rPr>
          <w:b w:val="false"/>
          <w:sz w:val="28"/>
          <w:lang w:val="zxx"/>
        </w:rPr>
        <w:t>idle-</w:t>
      </w:r>
      <w:r>
        <w:rPr>
          <w:b w:val="false"/>
          <w:sz w:val="28"/>
        </w:rPr>
        <w:t xml:space="preserve">срок не прерывает начатую проверку. Повтор команды, чтение статуса, </w:t>
      </w:r>
      <w:r>
        <w:rPr>
          <w:b w:val="false"/>
          <w:sz w:val="28"/>
          <w:lang w:val="zxx"/>
        </w:rPr>
        <w:t>heartbeat</w:t>
      </w:r>
      <w:r>
        <w:rPr>
          <w:b w:val="false"/>
          <w:sz w:val="28"/>
        </w:rPr>
        <w:t xml:space="preserve"> и изменение </w:t>
      </w:r>
      <w:r>
        <w:rPr>
          <w:b w:val="false"/>
          <w:sz w:val="28"/>
          <w:lang w:val="zxx"/>
        </w:rPr>
        <w:t>progressBytes</w:t>
      </w:r>
      <w:r>
        <w:rPr>
          <w:b w:val="false"/>
          <w:sz w:val="28"/>
        </w:rPr>
        <w:t xml:space="preserve"> </w:t>
      </w:r>
      <w:r>
        <w:rPr>
          <w:b w:val="false"/>
          <w:sz w:val="28"/>
          <w:lang w:val="zxx"/>
        </w:rPr>
        <w:t>НЕ ДОЛЖНЫ</w:t>
      </w:r>
      <w:r>
        <w:rPr>
          <w:b w:val="false"/>
          <w:sz w:val="28"/>
        </w:rPr>
        <w:t xml:space="preserve"> сдвигать </w:t>
      </w:r>
      <w:r>
        <w:rPr>
          <w:b w:val="false"/>
          <w:sz w:val="28"/>
          <w:lang w:val="zxx"/>
        </w:rPr>
        <w:t>verificationDeadlineMs.</w:t>
      </w:r>
      <w:r>
        <w:rPr>
          <w:b w:val="false"/>
          <w:sz w:val="28"/>
        </w:rPr>
        <w:t xml:space="preserve"> Перезапуск того же обработчика внутри действующей попытки также не начинает срок заново.</w:t>
      </w:r>
    </w:p>
    <w:p>
      <w:pPr>
        <w:pStyle w:val="Normal"/>
        <w:jc w:val="start"/>
        <w:rPr/>
      </w:pPr>
      <w:r>
        <w:rPr>
          <w:b w:val="false"/>
          <w:sz w:val="28"/>
          <w:lang w:val="zxx"/>
        </w:rPr>
        <w:t>16.47</w:t>
      </w:r>
      <w:r>
        <w:rPr>
          <w:b w:val="false"/>
          <w:sz w:val="28"/>
        </w:rPr>
        <w:t xml:space="preserve"> </w:t>
      </w:r>
      <w:r>
        <w:rPr>
          <w:b w:val="false"/>
          <w:sz w:val="28"/>
          <w:lang w:val="zxx"/>
        </w:rPr>
        <w:t>Lease</w:t>
      </w:r>
      <w:r>
        <w:rPr>
          <w:b w:val="false"/>
          <w:sz w:val="28"/>
        </w:rPr>
        <w:t xml:space="preserve"> управляющего канала остается независимым: </w:t>
      </w:r>
      <w:r>
        <w:rPr>
          <w:b w:val="false"/>
          <w:sz w:val="28"/>
          <w:lang w:val="zxx"/>
        </w:rPr>
        <w:t>controlLeaseMs=30000</w:t>
      </w:r>
      <w:r>
        <w:rPr>
          <w:b w:val="false"/>
          <w:sz w:val="28"/>
        </w:rPr>
        <w:t xml:space="preserve">, </w:t>
      </w:r>
      <w:r>
        <w:rPr>
          <w:b w:val="false"/>
          <w:sz w:val="28"/>
          <w:lang w:val="zxx"/>
        </w:rPr>
        <w:t>heartbeatIntervalMs=5000.</w:t>
      </w:r>
      <w:r>
        <w:rPr>
          <w:b w:val="false"/>
          <w:sz w:val="28"/>
        </w:rPr>
        <w:t xml:space="preserve"> Проверка файла сама не продлевает </w:t>
      </w:r>
      <w:r>
        <w:rPr>
          <w:b w:val="false"/>
          <w:sz w:val="28"/>
          <w:lang w:val="zxx"/>
        </w:rPr>
        <w:t>lease.</w:t>
      </w:r>
      <w:r>
        <w:rPr>
          <w:b w:val="false"/>
          <w:sz w:val="28"/>
        </w:rPr>
        <w:t xml:space="preserve"> Отзыв в пользу </w:t>
      </w:r>
      <w:r>
        <w:rPr>
          <w:b w:val="false"/>
          <w:sz w:val="28"/>
          <w:lang w:val="zxx"/>
        </w:rPr>
        <w:t>real</w:t>
      </w:r>
      <w:r>
        <w:rPr>
          <w:b w:val="false"/>
          <w:sz w:val="28"/>
        </w:rPr>
        <w:t xml:space="preserve">, потеря эпохи или прав и </w:t>
      </w:r>
      <w:r>
        <w:rPr>
          <w:b w:val="false"/>
          <w:sz w:val="28"/>
          <w:lang w:val="zxx"/>
        </w:rPr>
        <w:t>cancel</w:t>
      </w:r>
      <w:r>
        <w:rPr>
          <w:b w:val="false"/>
          <w:sz w:val="28"/>
        </w:rPr>
        <w:t xml:space="preserve"> останавливают проверку на ближайшей границе сервисного шага до </w:t>
      </w:r>
      <w:r>
        <w:rPr>
          <w:b w:val="false"/>
          <w:sz w:val="28"/>
          <w:lang w:val="zxx"/>
        </w:rPr>
        <w:t>100</w:t>
      </w:r>
      <w:r>
        <w:rPr>
          <w:b w:val="false"/>
          <w:sz w:val="28"/>
        </w:rPr>
        <w:t xml:space="preserve"> мс; решение о </w:t>
      </w:r>
      <w:r>
        <w:rPr>
          <w:b w:val="false"/>
          <w:sz w:val="28"/>
          <w:lang w:val="zxx"/>
        </w:rPr>
        <w:t>real-</w:t>
      </w:r>
      <w:r>
        <w:rPr>
          <w:b w:val="false"/>
          <w:sz w:val="28"/>
        </w:rPr>
        <w:t xml:space="preserve">владении и ответ остаются в пределах </w:t>
      </w:r>
      <w:r>
        <w:rPr>
          <w:b w:val="false"/>
          <w:sz w:val="28"/>
          <w:lang w:val="zxx"/>
        </w:rPr>
        <w:t>500</w:t>
      </w:r>
      <w:r>
        <w:rPr>
          <w:b w:val="false"/>
          <w:sz w:val="28"/>
        </w:rPr>
        <w:t xml:space="preserve"> мс. Превышение </w:t>
      </w:r>
      <w:r>
        <w:rPr>
          <w:b w:val="false"/>
          <w:sz w:val="28"/>
          <w:lang w:val="zxx"/>
        </w:rPr>
        <w:t>verificationDeadlineMs</w:t>
      </w:r>
      <w:r>
        <w:rPr>
          <w:b w:val="false"/>
          <w:sz w:val="28"/>
        </w:rPr>
        <w:t xml:space="preserve"> дает </w:t>
      </w:r>
      <w:r>
        <w:rPr>
          <w:b w:val="false"/>
          <w:sz w:val="28"/>
          <w:lang w:val="zxx"/>
        </w:rPr>
        <w:t>failed/</w:t>
      </w:r>
      <w:r>
        <w:rPr>
          <w:b w:val="false"/>
          <w:sz w:val="28"/>
        </w:rPr>
        <w:t>​</w:t>
      </w:r>
      <w:r>
        <w:rPr>
          <w:b w:val="false"/>
          <w:sz w:val="28"/>
          <w:lang w:val="zxx"/>
        </w:rPr>
        <w:t>reason=resultExpired</w:t>
      </w:r>
      <w:r>
        <w:rPr>
          <w:b w:val="false"/>
          <w:sz w:val="28"/>
        </w:rPr>
        <w:t xml:space="preserve"> и освобождает незакоммиченное хранилище; поздний обработчик не публикует результат. При совпадении срока и завершения сначала применяется истечение: атомарная фиксация результата разрешена только при </w:t>
      </w:r>
      <w:r>
        <w:rPr>
          <w:b w:val="false"/>
          <w:sz w:val="28"/>
          <w:lang w:val="zxx"/>
        </w:rPr>
        <w:t>uptimeMs</w:t>
      </w:r>
      <w:r>
        <w:rPr>
          <w:b w:val="false"/>
          <w:sz w:val="28"/>
        </w:rPr>
        <w:t>&lt;</w:t>
      </w:r>
      <w:r>
        <w:rPr>
          <w:b w:val="false"/>
          <w:sz w:val="28"/>
          <w:lang w:val="zxx"/>
        </w:rPr>
        <w:t>verificationDeadlineMs.</w:t>
      </w:r>
      <w:r>
        <w:rPr>
          <w:b w:val="false"/>
          <w:sz w:val="28"/>
        </w:rPr>
        <w:t xml:space="preserve"> Более ранний срок транзакции или срока после полного приема имеет тот же приоритет.</w:t>
      </w:r>
    </w:p>
    <w:p>
      <w:pPr>
        <w:pStyle w:val="Normal"/>
        <w:jc w:val="both"/>
        <w:rPr/>
      </w:pPr>
      <w:r>
        <w:rPr>
          <w:b w:val="false"/>
          <w:sz w:val="28"/>
          <w:lang w:val="zxx"/>
        </w:rPr>
        <w:t>16.48</w:t>
      </w:r>
      <w:r>
        <w:rPr>
          <w:b w:val="false"/>
          <w:sz w:val="28"/>
        </w:rPr>
        <w:t xml:space="preserve"> После успешной проверки, отказа проверки либо </w:t>
      </w:r>
      <w:r>
        <w:rPr>
          <w:b w:val="false"/>
          <w:sz w:val="28"/>
          <w:lang w:val="zxx"/>
        </w:rPr>
        <w:t>cancel</w:t>
      </w:r>
      <w:r>
        <w:rPr>
          <w:b w:val="false"/>
          <w:sz w:val="28"/>
        </w:rPr>
        <w:t xml:space="preserve">, если </w:t>
      </w:r>
      <w:r>
        <w:rPr>
          <w:b w:val="false"/>
          <w:sz w:val="28"/>
          <w:lang w:val="zxx"/>
        </w:rPr>
        <w:t>maintenance-</w:t>
      </w:r>
      <w:r>
        <w:rPr>
          <w:b w:val="false"/>
          <w:sz w:val="28"/>
        </w:rPr>
        <w:t xml:space="preserve">эпоха еще действительна, начинается обычное ожидание: </w:t>
      </w:r>
      <w:r>
        <w:rPr>
          <w:b w:val="false"/>
          <w:sz w:val="28"/>
          <w:lang w:val="zxx"/>
        </w:rPr>
        <w:t>idleDeadlineMs=uptimeMs+10000</w:t>
      </w:r>
      <w:r>
        <w:rPr>
          <w:b w:val="false"/>
          <w:sz w:val="28"/>
        </w:rPr>
        <w:t xml:space="preserve">, ограниченное оставшимся сроком незавершенной транзакции. Завершение проверки не освежает </w:t>
      </w:r>
      <w:r>
        <w:rPr>
          <w:b w:val="false"/>
          <w:sz w:val="28"/>
          <w:lang w:val="zxx"/>
        </w:rPr>
        <w:t>lease.</w:t>
      </w:r>
      <w:r>
        <w:rPr>
          <w:b w:val="false"/>
          <w:sz w:val="28"/>
        </w:rPr>
        <w:t xml:space="preserve"> Состояния </w:t>
      </w:r>
      <w:r>
        <w:rPr>
          <w:b w:val="false"/>
          <w:sz w:val="28"/>
          <w:lang w:val="zxx"/>
        </w:rPr>
        <w:t>complete</w:t>
      </w:r>
      <w:r>
        <w:rPr>
          <w:b w:val="false"/>
          <w:sz w:val="28"/>
        </w:rPr>
        <w:t xml:space="preserve">, </w:t>
      </w:r>
      <w:r>
        <w:rPr>
          <w:b w:val="false"/>
          <w:sz w:val="28"/>
          <w:lang w:val="zxx"/>
        </w:rPr>
        <w:t>staged</w:t>
      </w:r>
      <w:r>
        <w:rPr>
          <w:b w:val="false"/>
          <w:sz w:val="28"/>
        </w:rPr>
        <w:t xml:space="preserve"> и </w:t>
      </w:r>
      <w:r>
        <w:rPr>
          <w:b w:val="false"/>
          <w:sz w:val="28"/>
          <w:lang w:val="zxx"/>
        </w:rPr>
        <w:t>verified</w:t>
      </w:r>
      <w:r>
        <w:rPr>
          <w:b w:val="false"/>
          <w:sz w:val="28"/>
        </w:rPr>
        <w:t xml:space="preserve"> сами по себе не удерживают владение. Сохраненный терминальный результат не удерживает </w:t>
      </w:r>
      <w:r>
        <w:rPr>
          <w:b w:val="false"/>
          <w:sz w:val="28"/>
          <w:lang w:val="zxx"/>
        </w:rPr>
        <w:t>staging</w:t>
      </w:r>
      <w:r>
        <w:rPr>
          <w:b w:val="false"/>
          <w:sz w:val="28"/>
        </w:rPr>
        <w:t xml:space="preserve"> и доступен по общим правилам хранения результата.</w:t>
      </w:r>
    </w:p>
    <w:p>
      <w:pPr>
        <w:pStyle w:val="Normal"/>
        <w:jc w:val="start"/>
        <w:rPr/>
      </w:pPr>
      <w:r>
        <w:rPr>
          <w:b w:val="false"/>
          <w:sz w:val="28"/>
          <w:lang w:val="zxx"/>
        </w:rPr>
        <w:t>16.49</w:t>
      </w:r>
      <w:r>
        <w:rPr>
          <w:b w:val="false"/>
          <w:sz w:val="28"/>
        </w:rPr>
        <w:t xml:space="preserve"> При отзыве или потере </w:t>
      </w:r>
      <w:r>
        <w:rPr>
          <w:b w:val="false"/>
          <w:sz w:val="28"/>
          <w:lang w:val="zxx"/>
        </w:rPr>
        <w:t>maintenance-</w:t>
      </w:r>
      <w:r>
        <w:rPr>
          <w:b w:val="false"/>
          <w:sz w:val="28"/>
        </w:rPr>
        <w:t xml:space="preserve">эпохи незавершенная </w:t>
      </w:r>
      <w:r>
        <w:rPr>
          <w:b w:val="false"/>
          <w:sz w:val="28"/>
          <w:lang w:val="zxx"/>
        </w:rPr>
        <w:t>validating/</w:t>
      </w:r>
      <w:r>
        <w:rPr>
          <w:b w:val="false"/>
          <w:sz w:val="28"/>
        </w:rPr>
        <w:t>​</w:t>
      </w:r>
      <w:r>
        <w:rPr>
          <w:b w:val="false"/>
          <w:sz w:val="28"/>
          <w:lang w:val="zxx"/>
        </w:rPr>
        <w:t>verifying</w:t>
      </w:r>
      <w:r>
        <w:rPr>
          <w:b w:val="false"/>
          <w:sz w:val="28"/>
        </w:rPr>
        <w:t xml:space="preserve"> прекращается на той же границе сервисного шага и возвращается в </w:t>
      </w:r>
      <w:r>
        <w:rPr>
          <w:b w:val="false"/>
          <w:sz w:val="28"/>
          <w:lang w:val="zxx"/>
        </w:rPr>
        <w:t>complete</w:t>
      </w:r>
      <w:r>
        <w:rPr>
          <w:b w:val="false"/>
          <w:sz w:val="28"/>
        </w:rPr>
        <w:t xml:space="preserve"> с сохраненными байтами и прежними сроками транзакции и после полного приема. Отложенный старый обработчик не фиксирует результат и не выполняет </w:t>
      </w:r>
      <w:r>
        <w:rPr>
          <w:b w:val="false"/>
          <w:sz w:val="28"/>
          <w:lang w:val="zxx"/>
        </w:rPr>
        <w:t>commit.</w:t>
      </w:r>
      <w:r>
        <w:rPr>
          <w:b w:val="false"/>
          <w:sz w:val="28"/>
        </w:rPr>
        <w:t xml:space="preserve"> </w:t>
      </w:r>
      <w:r>
        <w:rPr>
          <w:b w:val="false"/>
          <w:sz w:val="28"/>
          <w:lang w:val="zxx"/>
        </w:rPr>
        <w:t>config.get</w:t>
      </w:r>
      <w:r>
        <w:rPr>
          <w:b w:val="false"/>
          <w:sz w:val="28"/>
        </w:rPr>
        <w:t xml:space="preserve"> сообщает </w:t>
      </w:r>
      <w:r>
        <w:rPr>
          <w:b w:val="false"/>
          <w:sz w:val="28"/>
          <w:lang w:val="zxx"/>
        </w:rPr>
        <w:t>state=complete</w:t>
      </w:r>
      <w:r>
        <w:rPr>
          <w:b w:val="false"/>
          <w:sz w:val="28"/>
        </w:rPr>
        <w:t xml:space="preserve">; повтор </w:t>
      </w:r>
      <w:r>
        <w:rPr>
          <w:b w:val="false"/>
          <w:sz w:val="28"/>
          <w:lang w:val="zxx"/>
        </w:rPr>
        <w:t>config.stage</w:t>
      </w:r>
      <w:r>
        <w:rPr>
          <w:b w:val="false"/>
          <w:sz w:val="28"/>
        </w:rPr>
        <w:t xml:space="preserve"> с тем же манифестом при новом владении снова запускает </w:t>
      </w:r>
      <w:r>
        <w:rPr>
          <w:b w:val="false"/>
          <w:sz w:val="28"/>
          <w:lang w:val="zxx"/>
        </w:rPr>
        <w:t>validating.</w:t>
      </w:r>
      <w:r>
        <w:rPr>
          <w:b w:val="false"/>
          <w:sz w:val="28"/>
        </w:rPr>
        <w:t xml:space="preserve"> Для </w:t>
      </w:r>
      <w:r>
        <w:rPr>
          <w:b w:val="false"/>
          <w:sz w:val="28"/>
          <w:lang w:val="zxx"/>
        </w:rPr>
        <w:t>content</w:t>
      </w:r>
      <w:r>
        <w:rPr>
          <w:b w:val="false"/>
          <w:sz w:val="28"/>
        </w:rPr>
        <w:t xml:space="preserve"> и </w:t>
      </w:r>
      <w:r>
        <w:rPr>
          <w:b w:val="false"/>
          <w:sz w:val="28"/>
          <w:lang w:val="zxx"/>
        </w:rPr>
        <w:t>firmware</w:t>
      </w:r>
      <w:r>
        <w:rPr>
          <w:b w:val="false"/>
          <w:sz w:val="28"/>
        </w:rPr>
        <w:t xml:space="preserve"> повторяются соответственно </w:t>
      </w:r>
      <w:r>
        <w:rPr>
          <w:b w:val="false"/>
          <w:sz w:val="28"/>
          <w:lang w:val="zxx"/>
        </w:rPr>
        <w:t>content.commit</w:t>
      </w:r>
      <w:r>
        <w:rPr>
          <w:b w:val="false"/>
          <w:sz w:val="28"/>
        </w:rPr>
        <w:t xml:space="preserve"> и </w:t>
      </w:r>
      <w:r>
        <w:rPr>
          <w:b w:val="false"/>
          <w:sz w:val="28"/>
          <w:lang w:val="zxx"/>
        </w:rPr>
        <w:t>firmware.verify</w:t>
      </w:r>
      <w:r>
        <w:rPr>
          <w:b w:val="false"/>
          <w:sz w:val="28"/>
        </w:rPr>
        <w:t xml:space="preserve"> новым обычным </w:t>
      </w:r>
      <w:r>
        <w:rPr>
          <w:b w:val="false"/>
          <w:sz w:val="28"/>
          <w:lang w:val="zxx"/>
        </w:rPr>
        <w:t>cmdSeq.</w:t>
      </w:r>
      <w:r>
        <w:rPr>
          <w:b w:val="false"/>
          <w:sz w:val="28"/>
        </w:rPr>
        <w:t xml:space="preserve"> Такая новая попытка получает собственные не более </w:t>
      </w:r>
      <w:r>
        <w:rPr>
          <w:b w:val="false"/>
          <w:sz w:val="28"/>
          <w:lang w:val="zxx"/>
        </w:rPr>
        <w:t>60000</w:t>
      </w:r>
      <w:r>
        <w:rPr>
          <w:b w:val="false"/>
          <w:sz w:val="28"/>
        </w:rPr>
        <w:t xml:space="preserve"> мс, ограниченные прежними сроками транзакции и после полного приема; эти общие сроки не продлеваются. Уже законченные </w:t>
      </w:r>
      <w:r>
        <w:rPr>
          <w:b w:val="false"/>
          <w:sz w:val="28"/>
          <w:lang w:val="zxx"/>
        </w:rPr>
        <w:t>staged/</w:t>
      </w:r>
      <w:r>
        <w:rPr>
          <w:b w:val="false"/>
          <w:sz w:val="28"/>
        </w:rPr>
        <w:t>​</w:t>
      </w:r>
      <w:r>
        <w:rPr>
          <w:b w:val="false"/>
          <w:sz w:val="28"/>
          <w:lang w:val="zxx"/>
        </w:rPr>
        <w:t>verified</w:t>
      </w:r>
      <w:r>
        <w:rPr>
          <w:b w:val="false"/>
          <w:sz w:val="28"/>
        </w:rPr>
        <w:t xml:space="preserve"> сохраняются; их </w:t>
      </w:r>
      <w:r>
        <w:rPr>
          <w:b w:val="false"/>
          <w:sz w:val="28"/>
          <w:lang w:val="zxx"/>
        </w:rPr>
        <w:t>commit</w:t>
      </w:r>
      <w:r>
        <w:rPr>
          <w:b w:val="false"/>
          <w:sz w:val="28"/>
        </w:rPr>
        <w:t xml:space="preserve"> заново проверяет текущую эпоху, права, </w:t>
      </w:r>
      <w:r>
        <w:rPr>
          <w:b w:val="false"/>
          <w:sz w:val="28"/>
          <w:lang w:val="zxx"/>
        </w:rPr>
        <w:t>off</w:t>
      </w:r>
      <w:r>
        <w:rPr>
          <w:b w:val="false"/>
          <w:sz w:val="28"/>
        </w:rPr>
        <w:t xml:space="preserve"> и применимость. Атомарно зафиксированный </w:t>
      </w:r>
      <w:r>
        <w:rPr>
          <w:b w:val="false"/>
          <w:sz w:val="28"/>
          <w:lang w:val="zxx"/>
        </w:rPr>
        <w:t>committed/</w:t>
      </w:r>
      <w:r>
        <w:rPr>
          <w:b w:val="false"/>
          <w:sz w:val="28"/>
        </w:rPr>
        <w:t>​</w:t>
      </w:r>
      <w:r>
        <w:rPr>
          <w:b w:val="false"/>
          <w:sz w:val="28"/>
          <w:lang w:val="zxx"/>
        </w:rPr>
        <w:t>activating</w:t>
      </w:r>
      <w:r>
        <w:rPr>
          <w:b w:val="false"/>
          <w:sz w:val="28"/>
        </w:rPr>
        <w:t xml:space="preserve"> не отменяется последующим отзывом и выясняется через статус.</w:t>
      </w:r>
    </w:p>
    <w:p>
      <w:pPr>
        <w:pStyle w:val="Normal"/>
        <w:keepNext w:val="true"/>
        <w:jc w:val="start"/>
        <w:rPr/>
      </w:pPr>
      <w:r>
        <w:rPr>
          <w:b/>
          <w:sz w:val="28"/>
          <w:lang w:val="zxx"/>
        </w:rPr>
        <w:t>16.50</w:t>
      </w:r>
      <w:r>
        <w:rPr>
          <w:b/>
          <w:sz w:val="28"/>
        </w:rPr>
        <w:t xml:space="preserve"> </w:t>
      </w:r>
      <w:r>
        <w:rPr>
          <w:b/>
          <w:sz w:val="28"/>
          <w:lang w:val="zxx"/>
        </w:rPr>
        <w:t>bulk-</w:t>
      </w:r>
      <w:r>
        <w:rPr>
          <w:b/>
          <w:sz w:val="28"/>
        </w:rPr>
        <w:t>⁠</w:t>
      </w:r>
      <w:r>
        <w:rPr>
          <w:b/>
          <w:sz w:val="28"/>
          <w:lang w:val="zxx"/>
        </w:rPr>
        <w:t>verification-</w:t>
      </w:r>
      <w:r>
        <w:rPr>
          <w:b/>
          <w:sz w:val="28"/>
        </w:rPr>
        <w:t>⁠</w:t>
      </w:r>
      <w:r>
        <w:rPr>
          <w:b/>
          <w:sz w:val="28"/>
          <w:lang w:val="zxx"/>
        </w:rPr>
        <w:t>long</w:t>
      </w:r>
    </w:p>
    <w:p>
      <w:pPr>
        <w:pStyle w:val="Normal"/>
        <w:jc w:val="start"/>
        <w:rPr/>
      </w:pPr>
      <w:r>
        <w:rPr>
          <w:b w:val="false"/>
          <w:sz w:val="28"/>
        </w:rPr>
        <w:t xml:space="preserve">Входные условия: Полный файл, действующая </w:t>
      </w:r>
      <w:r>
        <w:rPr>
          <w:b w:val="false"/>
          <w:sz w:val="28"/>
          <w:lang w:val="zxx"/>
        </w:rPr>
        <w:t>maintenance-</w:t>
      </w:r>
      <w:r>
        <w:rPr>
          <w:b w:val="false"/>
          <w:sz w:val="28"/>
        </w:rPr>
        <w:t xml:space="preserve">эпоха; проверка длится </w:t>
      </w:r>
      <w:r>
        <w:rPr>
          <w:b w:val="false"/>
          <w:sz w:val="28"/>
          <w:lang w:val="zxx"/>
        </w:rPr>
        <w:t>20000</w:t>
      </w:r>
      <w:r>
        <w:rPr>
          <w:b w:val="false"/>
          <w:sz w:val="28"/>
        </w:rPr>
        <w:t xml:space="preserve"> мс, </w:t>
      </w:r>
      <w:r>
        <w:rPr>
          <w:b w:val="false"/>
          <w:sz w:val="28"/>
          <w:lang w:val="zxx"/>
        </w:rPr>
        <w:t>heartbeat</w:t>
      </w:r>
      <w:r>
        <w:rPr>
          <w:b w:val="false"/>
          <w:sz w:val="28"/>
        </w:rPr>
        <w:t xml:space="preserve"> через </w:t>
      </w:r>
      <w:r>
        <w:rPr>
          <w:b w:val="false"/>
          <w:sz w:val="28"/>
          <w:lang w:val="zxx"/>
        </w:rPr>
        <w:t>5000</w:t>
      </w:r>
      <w:r>
        <w:rPr>
          <w:b w:val="false"/>
          <w:sz w:val="28"/>
        </w:rPr>
        <w:t xml:space="preserve"> мс.</w:t>
      </w:r>
    </w:p>
    <w:p>
      <w:pPr>
        <w:pStyle w:val="Normal"/>
        <w:jc w:val="start"/>
        <w:rPr/>
      </w:pPr>
      <w:r>
        <w:rPr>
          <w:b w:val="false"/>
          <w:sz w:val="28"/>
        </w:rPr>
        <w:t xml:space="preserve">Обязательный исход: </w:t>
      </w:r>
      <w:r>
        <w:rPr>
          <w:b w:val="false"/>
          <w:sz w:val="28"/>
          <w:lang w:val="zxx"/>
        </w:rPr>
        <w:t>config</w:t>
      </w:r>
      <w:r>
        <w:rPr>
          <w:b w:val="false"/>
          <w:sz w:val="28"/>
        </w:rPr>
        <w:t xml:space="preserve"> получает </w:t>
      </w:r>
      <w:r>
        <w:rPr>
          <w:b w:val="false"/>
          <w:sz w:val="28"/>
          <w:lang w:val="zxx"/>
        </w:rPr>
        <w:t>staged</w:t>
      </w:r>
      <w:r>
        <w:rPr>
          <w:b w:val="false"/>
          <w:sz w:val="28"/>
        </w:rPr>
        <w:t xml:space="preserve">, </w:t>
      </w:r>
      <w:r>
        <w:rPr>
          <w:b w:val="false"/>
          <w:sz w:val="28"/>
          <w:lang w:val="zxx"/>
        </w:rPr>
        <w:t>firmware</w:t>
      </w:r>
      <w:r>
        <w:rPr>
          <w:b w:val="false"/>
          <w:sz w:val="28"/>
        </w:rPr>
        <w:t xml:space="preserve"> — </w:t>
      </w:r>
      <w:r>
        <w:rPr>
          <w:b w:val="false"/>
          <w:sz w:val="28"/>
          <w:lang w:val="zxx"/>
        </w:rPr>
        <w:t>verified</w:t>
      </w:r>
      <w:r>
        <w:rPr>
          <w:b w:val="false"/>
          <w:sz w:val="28"/>
        </w:rPr>
        <w:t xml:space="preserve">, </w:t>
      </w:r>
      <w:r>
        <w:rPr>
          <w:b w:val="false"/>
          <w:sz w:val="28"/>
          <w:lang w:val="zxx"/>
        </w:rPr>
        <w:t>content</w:t>
      </w:r>
      <w:r>
        <w:rPr>
          <w:b w:val="false"/>
          <w:sz w:val="28"/>
        </w:rPr>
        <w:t xml:space="preserve"> — </w:t>
      </w:r>
      <w:r>
        <w:rPr>
          <w:b w:val="false"/>
          <w:sz w:val="28"/>
          <w:lang w:val="zxx"/>
        </w:rPr>
        <w:t>committed</w:t>
      </w:r>
      <w:r>
        <w:rPr>
          <w:b w:val="false"/>
          <w:sz w:val="28"/>
        </w:rPr>
        <w:t xml:space="preserve">; прежний </w:t>
      </w:r>
      <w:r>
        <w:rPr>
          <w:b w:val="false"/>
          <w:sz w:val="28"/>
          <w:lang w:val="zxx"/>
        </w:rPr>
        <w:t>idle-</w:t>
      </w:r>
      <w:r>
        <w:rPr>
          <w:b w:val="false"/>
          <w:sz w:val="28"/>
        </w:rPr>
        <w:t xml:space="preserve">срок </w:t>
      </w:r>
      <w:r>
        <w:rPr>
          <w:b w:val="false"/>
          <w:sz w:val="28"/>
          <w:lang w:val="zxx"/>
        </w:rPr>
        <w:t>10000</w:t>
      </w:r>
      <w:r>
        <w:rPr>
          <w:b w:val="false"/>
          <w:sz w:val="28"/>
        </w:rPr>
        <w:t xml:space="preserve"> мс не прерывает работу. После завершения </w:t>
      </w:r>
      <w:r>
        <w:rPr>
          <w:b w:val="false"/>
          <w:sz w:val="28"/>
          <w:lang w:val="zxx"/>
        </w:rPr>
        <w:t>idle</w:t>
      </w:r>
      <w:r>
        <w:rPr>
          <w:b w:val="false"/>
          <w:sz w:val="28"/>
        </w:rPr>
        <w:t xml:space="preserve"> не более </w:t>
      </w:r>
      <w:r>
        <w:rPr>
          <w:b w:val="false"/>
          <w:sz w:val="28"/>
          <w:lang w:val="zxx"/>
        </w:rPr>
        <w:t>10000</w:t>
      </w:r>
      <w:r>
        <w:rPr>
          <w:b w:val="false"/>
          <w:sz w:val="28"/>
        </w:rPr>
        <w:t xml:space="preserve"> мс.</w:t>
      </w:r>
    </w:p>
    <w:p>
      <w:pPr>
        <w:pStyle w:val="Normal"/>
        <w:keepNext w:val="true"/>
        <w:jc w:val="start"/>
        <w:rPr/>
      </w:pPr>
      <w:r>
        <w:rPr>
          <w:b/>
          <w:sz w:val="28"/>
          <w:lang w:val="zxx"/>
        </w:rPr>
        <w:t>16.51</w:t>
      </w:r>
      <w:r>
        <w:rPr>
          <w:b/>
          <w:sz w:val="28"/>
        </w:rPr>
        <w:t xml:space="preserve"> </w:t>
      </w:r>
      <w:r>
        <w:rPr>
          <w:b/>
          <w:sz w:val="28"/>
          <w:lang w:val="zxx"/>
        </w:rPr>
        <w:t>bulk-</w:t>
      </w:r>
      <w:r>
        <w:rPr>
          <w:b/>
          <w:sz w:val="28"/>
        </w:rPr>
        <w:t>⁠</w:t>
      </w:r>
      <w:r>
        <w:rPr>
          <w:b/>
          <w:sz w:val="28"/>
          <w:lang w:val="zxx"/>
        </w:rPr>
        <w:t>verification-</w:t>
      </w:r>
      <w:r>
        <w:rPr>
          <w:b/>
          <w:sz w:val="28"/>
        </w:rPr>
        <w:t>⁠</w:t>
      </w:r>
      <w:r>
        <w:rPr>
          <w:b/>
          <w:sz w:val="28"/>
          <w:lang w:val="zxx"/>
        </w:rPr>
        <w:t>deadline</w:t>
      </w:r>
    </w:p>
    <w:p>
      <w:pPr>
        <w:pStyle w:val="Normal"/>
        <w:jc w:val="start"/>
        <w:rPr/>
      </w:pPr>
      <w:r>
        <w:rPr>
          <w:b w:val="false"/>
          <w:sz w:val="28"/>
        </w:rPr>
        <w:t xml:space="preserve">Входные условия: Проверка не завершилась за </w:t>
      </w:r>
      <w:r>
        <w:rPr>
          <w:b w:val="false"/>
          <w:sz w:val="28"/>
          <w:lang w:val="zxx"/>
        </w:rPr>
        <w:t>60000</w:t>
      </w:r>
      <w:r>
        <w:rPr>
          <w:b w:val="false"/>
          <w:sz w:val="28"/>
        </w:rPr>
        <w:t xml:space="preserve"> мс; </w:t>
      </w:r>
      <w:r>
        <w:rPr>
          <w:b w:val="false"/>
          <w:sz w:val="28"/>
          <w:lang w:val="zxx"/>
        </w:rPr>
        <w:t>heartbeat</w:t>
      </w:r>
      <w:r>
        <w:rPr>
          <w:b w:val="false"/>
          <w:sz w:val="28"/>
        </w:rPr>
        <w:t xml:space="preserve">, чтения, повторы и </w:t>
      </w:r>
      <w:r>
        <w:rPr>
          <w:b w:val="false"/>
          <w:sz w:val="28"/>
          <w:lang w:val="zxx"/>
        </w:rPr>
        <w:t>progressBytes</w:t>
      </w:r>
      <w:r>
        <w:rPr>
          <w:b w:val="false"/>
          <w:sz w:val="28"/>
        </w:rPr>
        <w:t xml:space="preserve"> продолжаются.</w:t>
      </w:r>
    </w:p>
    <w:p>
      <w:pPr>
        <w:pStyle w:val="Normal"/>
        <w:jc w:val="both"/>
        <w:rPr/>
      </w:pPr>
      <w:r>
        <w:rPr>
          <w:b w:val="false"/>
          <w:sz w:val="28"/>
        </w:rPr>
        <w:t xml:space="preserve">Обязательный исход: </w:t>
      </w:r>
      <w:r>
        <w:rPr>
          <w:b w:val="false"/>
          <w:sz w:val="28"/>
          <w:lang w:val="zxx"/>
        </w:rPr>
        <w:t>failed/</w:t>
      </w:r>
      <w:r>
        <w:rPr>
          <w:b w:val="false"/>
          <w:sz w:val="28"/>
        </w:rPr>
        <w:t>​</w:t>
      </w:r>
      <w:r>
        <w:rPr>
          <w:b w:val="false"/>
          <w:sz w:val="28"/>
          <w:lang w:val="zxx"/>
        </w:rPr>
        <w:t>resultExpired</w:t>
      </w:r>
      <w:r>
        <w:rPr>
          <w:b w:val="false"/>
          <w:sz w:val="28"/>
        </w:rPr>
        <w:t xml:space="preserve"> в установленный срок; эти события не сдвигают срок проверки. Завершение на самой границе срока уже опоздало.</w:t>
      </w:r>
    </w:p>
    <w:p>
      <w:pPr>
        <w:pStyle w:val="Normal"/>
        <w:keepNext w:val="true"/>
        <w:jc w:val="start"/>
        <w:rPr/>
      </w:pPr>
      <w:r>
        <w:rPr>
          <w:b/>
          <w:sz w:val="28"/>
          <w:lang w:val="zxx"/>
        </w:rPr>
        <w:t>16.52</w:t>
      </w:r>
      <w:r>
        <w:rPr>
          <w:b/>
          <w:sz w:val="28"/>
        </w:rPr>
        <w:t xml:space="preserve"> </w:t>
      </w:r>
      <w:r>
        <w:rPr>
          <w:b/>
          <w:sz w:val="28"/>
          <w:lang w:val="zxx"/>
        </w:rPr>
        <w:t>bulk-</w:t>
      </w:r>
      <w:r>
        <w:rPr>
          <w:b/>
          <w:sz w:val="28"/>
        </w:rPr>
        <w:t>⁠</w:t>
      </w:r>
      <w:r>
        <w:rPr>
          <w:b/>
          <w:sz w:val="28"/>
          <w:lang w:val="zxx"/>
        </w:rPr>
        <w:t>verification-</w:t>
      </w:r>
      <w:r>
        <w:rPr>
          <w:b/>
          <w:sz w:val="28"/>
        </w:rPr>
        <w:t>⁠</w:t>
      </w:r>
      <w:r>
        <w:rPr>
          <w:b/>
          <w:sz w:val="28"/>
          <w:lang w:val="zxx"/>
        </w:rPr>
        <w:t>lease</w:t>
      </w:r>
    </w:p>
    <w:p>
      <w:pPr>
        <w:pStyle w:val="Normal"/>
        <w:jc w:val="both"/>
        <w:rPr/>
      </w:pPr>
      <w:r>
        <w:rPr>
          <w:b w:val="false"/>
          <w:sz w:val="28"/>
        </w:rPr>
        <w:t xml:space="preserve">Входные условия: Проверка дольше </w:t>
      </w:r>
      <w:r>
        <w:rPr>
          <w:b w:val="false"/>
          <w:sz w:val="28"/>
          <w:lang w:val="zxx"/>
        </w:rPr>
        <w:t>30000</w:t>
      </w:r>
      <w:r>
        <w:rPr>
          <w:b w:val="false"/>
          <w:sz w:val="28"/>
        </w:rPr>
        <w:t xml:space="preserve"> мс без допустимого продления </w:t>
      </w:r>
      <w:r>
        <w:rPr>
          <w:b w:val="false"/>
          <w:sz w:val="28"/>
          <w:lang w:val="zxx"/>
        </w:rPr>
        <w:t>lease</w:t>
      </w:r>
      <w:r>
        <w:rPr>
          <w:b w:val="false"/>
          <w:sz w:val="28"/>
        </w:rPr>
        <w:t xml:space="preserve"> владельцем.</w:t>
      </w:r>
    </w:p>
    <w:p>
      <w:pPr>
        <w:pStyle w:val="Normal"/>
        <w:jc w:val="both"/>
        <w:rPr/>
      </w:pPr>
      <w:r>
        <w:rPr>
          <w:b w:val="false"/>
          <w:sz w:val="28"/>
        </w:rPr>
        <w:t xml:space="preserve">Обязательный исход: Истечение </w:t>
      </w:r>
      <w:r>
        <w:rPr>
          <w:b w:val="false"/>
          <w:sz w:val="28"/>
          <w:lang w:val="zxx"/>
        </w:rPr>
        <w:t>lease</w:t>
      </w:r>
      <w:r>
        <w:rPr>
          <w:b w:val="false"/>
          <w:sz w:val="28"/>
        </w:rPr>
        <w:t xml:space="preserve"> прекращает проверку на границе шага; файл возвращается в </w:t>
      </w:r>
      <w:r>
        <w:rPr>
          <w:b w:val="false"/>
          <w:sz w:val="28"/>
          <w:lang w:val="zxx"/>
        </w:rPr>
        <w:t>complete</w:t>
      </w:r>
      <w:r>
        <w:rPr>
          <w:b w:val="false"/>
          <w:sz w:val="28"/>
        </w:rPr>
        <w:t>, старый обработчик не фиксирует результат.</w:t>
      </w:r>
    </w:p>
    <w:p>
      <w:pPr>
        <w:pStyle w:val="Normal"/>
        <w:keepNext w:val="true"/>
        <w:jc w:val="start"/>
        <w:rPr/>
      </w:pPr>
      <w:r>
        <w:rPr>
          <w:b/>
          <w:sz w:val="28"/>
          <w:lang w:val="zxx"/>
        </w:rPr>
        <w:t>16.53</w:t>
      </w:r>
      <w:r>
        <w:rPr>
          <w:b/>
          <w:sz w:val="28"/>
        </w:rPr>
        <w:t xml:space="preserve"> </w:t>
      </w:r>
      <w:r>
        <w:rPr>
          <w:b/>
          <w:sz w:val="28"/>
          <w:lang w:val="zxx"/>
        </w:rPr>
        <w:t>bulk-</w:t>
      </w:r>
      <w:r>
        <w:rPr>
          <w:b/>
          <w:sz w:val="28"/>
        </w:rPr>
        <w:t>⁠</w:t>
      </w:r>
      <w:r>
        <w:rPr>
          <w:b/>
          <w:sz w:val="28"/>
          <w:lang w:val="zxx"/>
        </w:rPr>
        <w:t>verification-</w:t>
      </w:r>
      <w:r>
        <w:rPr>
          <w:b/>
          <w:sz w:val="28"/>
        </w:rPr>
        <w:t>⁠</w:t>
      </w:r>
      <w:r>
        <w:rPr>
          <w:b/>
          <w:sz w:val="28"/>
          <w:lang w:val="zxx"/>
        </w:rPr>
        <w:t>real</w:t>
      </w:r>
    </w:p>
    <w:p>
      <w:pPr>
        <w:pStyle w:val="Normal"/>
        <w:jc w:val="start"/>
        <w:rPr/>
      </w:pPr>
      <w:r>
        <w:rPr>
          <w:b w:val="false"/>
          <w:sz w:val="28"/>
        </w:rPr>
        <w:t xml:space="preserve">Входные условия: Допущенный </w:t>
      </w:r>
      <w:r>
        <w:rPr>
          <w:b w:val="false"/>
          <w:sz w:val="28"/>
          <w:lang w:val="zxx"/>
        </w:rPr>
        <w:t>acquire</w:t>
      </w:r>
      <w:r>
        <w:rPr>
          <w:b w:val="false"/>
          <w:sz w:val="28"/>
        </w:rPr>
        <w:t xml:space="preserve"> </w:t>
      </w:r>
      <w:r>
        <w:rPr>
          <w:b w:val="false"/>
          <w:sz w:val="28"/>
          <w:lang w:val="zxx"/>
        </w:rPr>
        <w:t>real</w:t>
      </w:r>
      <w:r>
        <w:rPr>
          <w:b w:val="false"/>
          <w:sz w:val="28"/>
        </w:rPr>
        <w:t xml:space="preserve"> при </w:t>
      </w:r>
      <w:r>
        <w:rPr>
          <w:b w:val="false"/>
          <w:sz w:val="28"/>
          <w:lang w:val="zxx"/>
        </w:rPr>
        <w:t>t=15000</w:t>
      </w:r>
      <w:r>
        <w:rPr>
          <w:b w:val="false"/>
          <w:sz w:val="28"/>
        </w:rPr>
        <w:t xml:space="preserve"> мс незавершенной проверки.</w:t>
      </w:r>
    </w:p>
    <w:p>
      <w:pPr>
        <w:pStyle w:val="Normal"/>
        <w:jc w:val="start"/>
        <w:rPr/>
      </w:pPr>
      <w:r>
        <w:rPr>
          <w:b w:val="false"/>
          <w:sz w:val="28"/>
        </w:rPr>
        <w:t xml:space="preserve">Обязательный исход: Сервис прекращается до </w:t>
      </w:r>
      <w:r>
        <w:rPr>
          <w:b w:val="false"/>
          <w:sz w:val="28"/>
          <w:lang w:val="zxx"/>
        </w:rPr>
        <w:t>t=15100</w:t>
      </w:r>
      <w:r>
        <w:rPr>
          <w:b w:val="false"/>
          <w:sz w:val="28"/>
        </w:rPr>
        <w:t xml:space="preserve">, новая эпоха и ответ до </w:t>
      </w:r>
      <w:r>
        <w:rPr>
          <w:b w:val="false"/>
          <w:sz w:val="28"/>
          <w:lang w:val="zxx"/>
        </w:rPr>
        <w:t>t=15500</w:t>
      </w:r>
      <w:r>
        <w:rPr>
          <w:b w:val="false"/>
          <w:sz w:val="28"/>
        </w:rPr>
        <w:t xml:space="preserve">; старое завершение не дает </w:t>
      </w:r>
      <w:r>
        <w:rPr>
          <w:b w:val="false"/>
          <w:sz w:val="28"/>
          <w:lang w:val="zxx"/>
        </w:rPr>
        <w:t>staged/</w:t>
      </w:r>
      <w:r>
        <w:rPr>
          <w:b w:val="false"/>
          <w:sz w:val="28"/>
        </w:rPr>
        <w:t>​</w:t>
      </w:r>
      <w:r>
        <w:rPr>
          <w:b w:val="false"/>
          <w:sz w:val="28"/>
          <w:lang w:val="zxx"/>
        </w:rPr>
        <w:t>verified/</w:t>
      </w:r>
      <w:r>
        <w:rPr>
          <w:b w:val="false"/>
          <w:sz w:val="28"/>
        </w:rPr>
        <w:t>​</w:t>
      </w:r>
      <w:r>
        <w:rPr>
          <w:b w:val="false"/>
          <w:sz w:val="28"/>
          <w:lang w:val="zxx"/>
        </w:rPr>
        <w:t>committed.</w:t>
      </w:r>
    </w:p>
    <w:p>
      <w:pPr>
        <w:pStyle w:val="Normal"/>
        <w:keepNext w:val="true"/>
        <w:jc w:val="start"/>
        <w:rPr/>
      </w:pPr>
      <w:r>
        <w:rPr>
          <w:b/>
          <w:sz w:val="28"/>
          <w:lang w:val="zxx"/>
        </w:rPr>
        <w:t>16.54</w:t>
      </w:r>
      <w:r>
        <w:rPr>
          <w:b/>
          <w:sz w:val="28"/>
        </w:rPr>
        <w:t xml:space="preserve"> </w:t>
      </w:r>
      <w:r>
        <w:rPr>
          <w:b/>
          <w:sz w:val="28"/>
          <w:lang w:val="zxx"/>
        </w:rPr>
        <w:t>bulk-</w:t>
      </w:r>
      <w:r>
        <w:rPr>
          <w:b/>
          <w:sz w:val="28"/>
        </w:rPr>
        <w:t>⁠</w:t>
      </w:r>
      <w:r>
        <w:rPr>
          <w:b/>
          <w:sz w:val="28"/>
          <w:lang w:val="zxx"/>
        </w:rPr>
        <w:t>verification-</w:t>
      </w:r>
      <w:r>
        <w:rPr>
          <w:b/>
          <w:sz w:val="28"/>
        </w:rPr>
        <w:t>⁠</w:t>
      </w:r>
      <w:r>
        <w:rPr>
          <w:b/>
          <w:sz w:val="28"/>
          <w:lang w:val="zxx"/>
        </w:rPr>
        <w:t>restart</w:t>
      </w:r>
    </w:p>
    <w:p>
      <w:pPr>
        <w:pStyle w:val="Normal"/>
        <w:jc w:val="both"/>
        <w:rPr/>
      </w:pPr>
      <w:r>
        <w:rPr>
          <w:b w:val="false"/>
          <w:sz w:val="28"/>
        </w:rPr>
        <w:t xml:space="preserve">Входные условия: Отзыв эпохи в проверке; повтор под новым </w:t>
      </w:r>
      <w:r>
        <w:rPr>
          <w:b w:val="false"/>
          <w:sz w:val="28"/>
          <w:lang w:val="zxx"/>
        </w:rPr>
        <w:t>maintenance-</w:t>
      </w:r>
      <w:r>
        <w:rPr>
          <w:b w:val="false"/>
          <w:sz w:val="28"/>
        </w:rPr>
        <w:t xml:space="preserve">владением, до общего срока остается </w:t>
      </w:r>
      <w:r>
        <w:rPr>
          <w:b w:val="false"/>
          <w:sz w:val="28"/>
          <w:lang w:val="zxx"/>
        </w:rPr>
        <w:t>12000</w:t>
      </w:r>
      <w:r>
        <w:rPr>
          <w:b w:val="false"/>
          <w:sz w:val="28"/>
        </w:rPr>
        <w:t xml:space="preserve"> мс.</w:t>
      </w:r>
    </w:p>
    <w:p>
      <w:pPr>
        <w:pStyle w:val="Normal"/>
        <w:jc w:val="both"/>
        <w:rPr/>
      </w:pPr>
      <w:r>
        <w:rPr>
          <w:b w:val="false"/>
          <w:sz w:val="28"/>
        </w:rPr>
        <w:t xml:space="preserve">Обязательный исход: Повторная проверка получает не более оставшихся </w:t>
      </w:r>
      <w:r>
        <w:rPr>
          <w:b w:val="false"/>
          <w:sz w:val="28"/>
          <w:lang w:val="zxx"/>
        </w:rPr>
        <w:t>12000</w:t>
      </w:r>
      <w:r>
        <w:rPr>
          <w:b w:val="false"/>
          <w:sz w:val="28"/>
        </w:rPr>
        <w:t xml:space="preserve"> мс, не новые общие </w:t>
      </w:r>
      <w:r>
        <w:rPr>
          <w:b w:val="false"/>
          <w:sz w:val="28"/>
          <w:lang w:val="zxx"/>
        </w:rPr>
        <w:t>600000</w:t>
      </w:r>
      <w:r>
        <w:rPr>
          <w:b w:val="false"/>
          <w:sz w:val="28"/>
        </w:rPr>
        <w:t xml:space="preserve"> мс. Повтор в той же попытке не меняет ее срок.</w:t>
      </w:r>
    </w:p>
    <w:p>
      <w:pPr>
        <w:pStyle w:val="Normal"/>
        <w:keepNext w:val="true"/>
        <w:ind w:hanging="0"/>
        <w:jc w:val="start"/>
        <w:rPr/>
      </w:pPr>
      <w:r>
        <w:rPr>
          <w:b w:val="false"/>
          <w:sz w:val="24"/>
        </w:rPr>
        <w:t xml:space="preserve">Таблица </w:t>
      </w:r>
      <w:r>
        <w:rPr>
          <w:b w:val="false"/>
          <w:sz w:val="24"/>
          <w:lang w:val="zxx"/>
        </w:rPr>
        <w:t>20</w:t>
      </w:r>
      <w:r>
        <w:rPr>
          <w:b w:val="false"/>
          <w:sz w:val="24"/>
        </w:rPr>
        <w:t xml:space="preserve"> - Расчет бюджета передачи </w:t>
      </w:r>
      <w:r>
        <w:rPr>
          <w:b w:val="false"/>
          <w:sz w:val="24"/>
          <w:lang w:val="zxx"/>
        </w:rPr>
        <w:t>bulk/</w:t>
      </w:r>
      <w:r>
        <w:rPr>
          <w:b w:val="false"/>
          <w:sz w:val="24"/>
        </w:rPr>
        <w:t>⁠</w:t>
      </w:r>
      <w:r>
        <w:rPr>
          <w:b w:val="false"/>
          <w:sz w:val="24"/>
          <w:lang w:val="zxx"/>
        </w:rPr>
        <w:t>1</w:t>
      </w:r>
    </w:p>
    <w:tbl>
      <w:tblPr>
        <w:tblStyle w:val="TableGrid"/>
        <w:tblW w:w="9639"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363"/>
        <w:gridCol w:w="3214"/>
        <w:gridCol w:w="3062"/>
      </w:tblGrid>
      <w:tr>
        <w:trPr>
          <w:cantSplit w:val="true"/>
        </w:trPr>
        <w:tc>
          <w:tcPr>
            <w:tcW w:w="3363"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Расчетный пример</w:t>
            </w:r>
          </w:p>
        </w:tc>
        <w:tc>
          <w:tcPr>
            <w:tcW w:w="3214"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Блок / окно / оборот окна</w:t>
            </w:r>
          </w:p>
        </w:tc>
        <w:tc>
          <w:tcPr>
            <w:tcW w:w="306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Окна / бюджет</w:t>
            </w:r>
          </w:p>
        </w:tc>
      </w:tr>
      <w:tr>
        <w:trPr>
          <w:cantSplit w:val="true"/>
        </w:trPr>
        <w:tc>
          <w:tcPr>
            <w:tcW w:w="336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1048576</w:t>
            </w:r>
            <w:r>
              <w:rPr>
                <w:rFonts w:eastAsia="ＭＳ 明朝" w:cs=""/>
                <w:b w:val="false"/>
                <w:kern w:val="0"/>
                <w:sz w:val="28"/>
                <w:szCs w:val="22"/>
                <w:lang w:eastAsia="en-US" w:bidi="ar-SA"/>
              </w:rPr>
              <w:t xml:space="preserve"> байт</w:t>
            </w:r>
          </w:p>
        </w:tc>
        <w:tc>
          <w:tcPr>
            <w:tcW w:w="321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4096</w:t>
            </w:r>
            <w:r>
              <w:rPr>
                <w:rFonts w:eastAsia="ＭＳ 明朝" w:cs=""/>
                <w:b w:val="false"/>
                <w:kern w:val="0"/>
                <w:sz w:val="28"/>
                <w:szCs w:val="22"/>
                <w:lang w:eastAsia="en-US" w:bidi="ar-SA"/>
              </w:rPr>
              <w:t xml:space="preserve"> байт / </w:t>
            </w:r>
            <w:r>
              <w:rPr>
                <w:rFonts w:eastAsia="ＭＳ 明朝" w:cs=""/>
                <w:b w:val="false"/>
                <w:kern w:val="0"/>
                <w:sz w:val="28"/>
                <w:szCs w:val="22"/>
                <w:lang w:val="zxx" w:eastAsia="en-US" w:bidi="ar-SA"/>
              </w:rPr>
              <w:t>4</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100</w:t>
            </w:r>
            <w:r>
              <w:rPr>
                <w:rFonts w:eastAsia="ＭＳ 明朝" w:cs=""/>
                <w:b w:val="false"/>
                <w:kern w:val="0"/>
                <w:sz w:val="28"/>
                <w:szCs w:val="22"/>
                <w:lang w:eastAsia="en-US" w:bidi="ar-SA"/>
              </w:rPr>
              <w:t xml:space="preserve"> мс</w:t>
            </w:r>
          </w:p>
        </w:tc>
        <w:tc>
          <w:tcPr>
            <w:tcW w:w="306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64</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606400</w:t>
            </w:r>
            <w:r>
              <w:rPr>
                <w:rFonts w:eastAsia="ＭＳ 明朝" w:cs=""/>
                <w:b w:val="false"/>
                <w:kern w:val="0"/>
                <w:sz w:val="28"/>
                <w:szCs w:val="22"/>
                <w:lang w:eastAsia="en-US" w:bidi="ar-SA"/>
              </w:rPr>
              <w:t xml:space="preserve"> мс</w:t>
            </w:r>
          </w:p>
        </w:tc>
      </w:tr>
      <w:tr>
        <w:trPr>
          <w:cantSplit w:val="true"/>
        </w:trPr>
        <w:tc>
          <w:tcPr>
            <w:tcW w:w="336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33554432</w:t>
            </w:r>
            <w:r>
              <w:rPr>
                <w:rFonts w:eastAsia="ＭＳ 明朝" w:cs=""/>
                <w:b w:val="false"/>
                <w:kern w:val="0"/>
                <w:sz w:val="28"/>
                <w:szCs w:val="22"/>
                <w:lang w:eastAsia="en-US" w:bidi="ar-SA"/>
              </w:rPr>
              <w:t xml:space="preserve"> байт</w:t>
            </w:r>
          </w:p>
        </w:tc>
        <w:tc>
          <w:tcPr>
            <w:tcW w:w="321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4096</w:t>
            </w:r>
            <w:r>
              <w:rPr>
                <w:rFonts w:eastAsia="ＭＳ 明朝" w:cs=""/>
                <w:b w:val="false"/>
                <w:kern w:val="0"/>
                <w:sz w:val="28"/>
                <w:szCs w:val="22"/>
                <w:lang w:eastAsia="en-US" w:bidi="ar-SA"/>
              </w:rPr>
              <w:t xml:space="preserve"> байт / </w:t>
            </w:r>
            <w:r>
              <w:rPr>
                <w:rFonts w:eastAsia="ＭＳ 明朝" w:cs=""/>
                <w:b w:val="false"/>
                <w:kern w:val="0"/>
                <w:sz w:val="28"/>
                <w:szCs w:val="22"/>
                <w:lang w:val="zxx" w:eastAsia="en-US" w:bidi="ar-SA"/>
              </w:rPr>
              <w:t>4</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100</w:t>
            </w:r>
            <w:r>
              <w:rPr>
                <w:rFonts w:eastAsia="ＭＳ 明朝" w:cs=""/>
                <w:b w:val="false"/>
                <w:kern w:val="0"/>
                <w:sz w:val="28"/>
                <w:szCs w:val="22"/>
                <w:lang w:eastAsia="en-US" w:bidi="ar-SA"/>
              </w:rPr>
              <w:t xml:space="preserve"> мс</w:t>
            </w:r>
          </w:p>
        </w:tc>
        <w:tc>
          <w:tcPr>
            <w:tcW w:w="306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2048</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804800</w:t>
            </w:r>
            <w:r>
              <w:rPr>
                <w:rFonts w:eastAsia="ＭＳ 明朝" w:cs=""/>
                <w:b w:val="false"/>
                <w:kern w:val="0"/>
                <w:sz w:val="28"/>
                <w:szCs w:val="22"/>
                <w:lang w:eastAsia="en-US" w:bidi="ar-SA"/>
              </w:rPr>
              <w:t xml:space="preserve"> мс</w:t>
            </w:r>
          </w:p>
        </w:tc>
      </w:tr>
      <w:tr>
        <w:trPr>
          <w:cantSplit w:val="true"/>
        </w:trPr>
        <w:tc>
          <w:tcPr>
            <w:tcW w:w="336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33554432</w:t>
            </w:r>
            <w:r>
              <w:rPr>
                <w:rFonts w:eastAsia="ＭＳ 明朝" w:cs=""/>
                <w:b w:val="false"/>
                <w:kern w:val="0"/>
                <w:sz w:val="28"/>
                <w:szCs w:val="22"/>
                <w:lang w:eastAsia="en-US" w:bidi="ar-SA"/>
              </w:rPr>
              <w:t xml:space="preserve"> байт</w:t>
            </w:r>
          </w:p>
        </w:tc>
        <w:tc>
          <w:tcPr>
            <w:tcW w:w="321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4096</w:t>
            </w:r>
            <w:r>
              <w:rPr>
                <w:rFonts w:eastAsia="ＭＳ 明朝" w:cs=""/>
                <w:b w:val="false"/>
                <w:kern w:val="0"/>
                <w:sz w:val="28"/>
                <w:szCs w:val="22"/>
                <w:lang w:eastAsia="en-US" w:bidi="ar-SA"/>
              </w:rPr>
              <w:t xml:space="preserve"> байт / </w:t>
            </w:r>
            <w:r>
              <w:rPr>
                <w:rFonts w:eastAsia="ＭＳ 明朝" w:cs=""/>
                <w:b w:val="false"/>
                <w:kern w:val="0"/>
                <w:sz w:val="28"/>
                <w:szCs w:val="22"/>
                <w:lang w:val="zxx" w:eastAsia="en-US" w:bidi="ar-SA"/>
              </w:rPr>
              <w:t>4</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600</w:t>
            </w:r>
            <w:r>
              <w:rPr>
                <w:rFonts w:eastAsia="ＭＳ 明朝" w:cs=""/>
                <w:b w:val="false"/>
                <w:kern w:val="0"/>
                <w:sz w:val="28"/>
                <w:szCs w:val="22"/>
                <w:lang w:eastAsia="en-US" w:bidi="ar-SA"/>
              </w:rPr>
              <w:t xml:space="preserve"> мс</w:t>
            </w:r>
          </w:p>
        </w:tc>
        <w:tc>
          <w:tcPr>
            <w:tcW w:w="306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2048</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1828800</w:t>
            </w:r>
            <w:r>
              <w:rPr>
                <w:rFonts w:eastAsia="ＭＳ 明朝" w:cs=""/>
                <w:b w:val="false"/>
                <w:kern w:val="0"/>
                <w:sz w:val="28"/>
                <w:szCs w:val="22"/>
                <w:lang w:eastAsia="en-US" w:bidi="ar-SA"/>
              </w:rPr>
              <w:t xml:space="preserve"> мс</w:t>
            </w:r>
          </w:p>
        </w:tc>
      </w:tr>
      <w:tr>
        <w:trPr>
          <w:cantSplit w:val="true"/>
        </w:trPr>
        <w:tc>
          <w:tcPr>
            <w:tcW w:w="3363"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33554432</w:t>
            </w:r>
            <w:r>
              <w:rPr>
                <w:rFonts w:eastAsia="ＭＳ 明朝" w:cs=""/>
                <w:b w:val="false"/>
                <w:kern w:val="0"/>
                <w:sz w:val="28"/>
                <w:szCs w:val="22"/>
                <w:lang w:eastAsia="en-US" w:bidi="ar-SA"/>
              </w:rPr>
              <w:t xml:space="preserve"> байт</w:t>
            </w:r>
          </w:p>
        </w:tc>
        <w:tc>
          <w:tcPr>
            <w:tcW w:w="3214"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65536</w:t>
            </w:r>
            <w:r>
              <w:rPr>
                <w:rFonts w:eastAsia="ＭＳ 明朝" w:cs=""/>
                <w:b w:val="false"/>
                <w:kern w:val="0"/>
                <w:sz w:val="28"/>
                <w:szCs w:val="22"/>
                <w:lang w:eastAsia="en-US" w:bidi="ar-SA"/>
              </w:rPr>
              <w:t xml:space="preserve"> байт / </w:t>
            </w:r>
            <w:r>
              <w:rPr>
                <w:rFonts w:eastAsia="ＭＳ 明朝" w:cs=""/>
                <w:b w:val="false"/>
                <w:kern w:val="0"/>
                <w:sz w:val="28"/>
                <w:szCs w:val="22"/>
                <w:lang w:val="zxx" w:eastAsia="en-US" w:bidi="ar-SA"/>
              </w:rPr>
              <w:t>64</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100</w:t>
            </w:r>
            <w:r>
              <w:rPr>
                <w:rFonts w:eastAsia="ＭＳ 明朝" w:cs=""/>
                <w:b w:val="false"/>
                <w:kern w:val="0"/>
                <w:sz w:val="28"/>
                <w:szCs w:val="22"/>
                <w:lang w:eastAsia="en-US" w:bidi="ar-SA"/>
              </w:rPr>
              <w:t xml:space="preserve"> мс</w:t>
            </w:r>
          </w:p>
        </w:tc>
        <w:tc>
          <w:tcPr>
            <w:tcW w:w="3062"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8</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600800</w:t>
            </w:r>
            <w:r>
              <w:rPr>
                <w:rFonts w:eastAsia="ＭＳ 明朝" w:cs=""/>
                <w:b w:val="false"/>
                <w:kern w:val="0"/>
                <w:sz w:val="28"/>
                <w:szCs w:val="22"/>
                <w:lang w:eastAsia="en-US" w:bidi="ar-SA"/>
              </w:rPr>
              <w:t xml:space="preserve"> мс</w:t>
            </w:r>
          </w:p>
        </w:tc>
      </w:tr>
    </w:tbl>
    <w:p>
      <w:pPr>
        <w:pStyle w:val="Normal"/>
        <w:spacing w:before="0" w:after="0"/>
        <w:rPr/>
      </w:pPr>
      <w:r>
        <w:rPr/>
      </w:r>
    </w:p>
    <w:p>
      <w:pPr>
        <w:pStyle w:val="Normal"/>
        <w:jc w:val="both"/>
        <w:rPr/>
      </w:pPr>
      <w:r>
        <w:rPr>
          <w:b w:val="false"/>
          <w:sz w:val="28"/>
          <w:lang w:val="zxx"/>
        </w:rPr>
        <w:t>16.55</w:t>
      </w:r>
      <w:r>
        <w:rPr>
          <w:b w:val="false"/>
          <w:sz w:val="28"/>
        </w:rPr>
        <w:t xml:space="preserve"> При </w:t>
      </w:r>
      <w:r>
        <w:rPr>
          <w:b w:val="false"/>
          <w:sz w:val="28"/>
          <w:lang w:val="zxx"/>
        </w:rPr>
        <w:t>32</w:t>
      </w:r>
      <w:r>
        <w:rPr>
          <w:b w:val="false"/>
          <w:sz w:val="28"/>
        </w:rPr>
        <w:t xml:space="preserve"> МиБ, </w:t>
      </w:r>
      <w:r>
        <w:rPr>
          <w:b w:val="false"/>
          <w:sz w:val="28"/>
          <w:lang w:val="zxx"/>
        </w:rPr>
        <w:t>S=4096</w:t>
      </w:r>
      <w:r>
        <w:rPr>
          <w:b w:val="false"/>
          <w:sz w:val="28"/>
        </w:rPr>
        <w:t xml:space="preserve">, </w:t>
      </w:r>
      <w:r>
        <w:rPr>
          <w:b w:val="false"/>
          <w:sz w:val="28"/>
          <w:lang w:val="zxx"/>
        </w:rPr>
        <w:t>W=4</w:t>
      </w:r>
      <w:r>
        <w:rPr>
          <w:b w:val="false"/>
          <w:sz w:val="28"/>
        </w:rPr>
        <w:t xml:space="preserve"> и обороте окна </w:t>
      </w:r>
      <w:r>
        <w:rPr>
          <w:b w:val="false"/>
          <w:sz w:val="28"/>
          <w:lang w:val="zxx"/>
        </w:rPr>
        <w:t>100</w:t>
      </w:r>
      <w:r>
        <w:rPr>
          <w:b w:val="false"/>
          <w:sz w:val="28"/>
        </w:rPr>
        <w:t xml:space="preserve"> мс расчетная передача занимает </w:t>
      </w:r>
      <w:r>
        <w:rPr>
          <w:b w:val="false"/>
          <w:sz w:val="28"/>
          <w:lang w:val="zxx"/>
        </w:rPr>
        <w:t>204800</w:t>
      </w:r>
      <w:r>
        <w:rPr>
          <w:b w:val="false"/>
          <w:sz w:val="28"/>
        </w:rPr>
        <w:t xml:space="preserve"> мс (</w:t>
      </w:r>
      <w:r>
        <w:rPr>
          <w:b w:val="false"/>
          <w:sz w:val="28"/>
          <w:lang w:val="zxx"/>
        </w:rPr>
        <w:t>3</w:t>
      </w:r>
      <w:r>
        <w:rPr>
          <w:b w:val="false"/>
          <w:sz w:val="28"/>
        </w:rPr>
        <w:t xml:space="preserve"> мин </w:t>
      </w:r>
      <w:r>
        <w:rPr>
          <w:b w:val="false"/>
          <w:sz w:val="28"/>
          <w:lang w:val="zxx"/>
        </w:rPr>
        <w:t>24</w:t>
      </w:r>
      <w:r>
        <w:rPr>
          <w:b w:val="false"/>
          <w:sz w:val="28"/>
        </w:rPr>
        <w:t>,</w:t>
      </w:r>
      <w:r>
        <w:rPr>
          <w:b w:val="false"/>
          <w:sz w:val="28"/>
          <w:lang w:val="zxx"/>
        </w:rPr>
        <w:t>8</w:t>
      </w:r>
      <w:r>
        <w:rPr>
          <w:b w:val="false"/>
          <w:sz w:val="28"/>
        </w:rPr>
        <w:t xml:space="preserve"> с) до общего запаса; при </w:t>
      </w:r>
      <w:r>
        <w:rPr>
          <w:b w:val="false"/>
          <w:sz w:val="28"/>
          <w:lang w:val="zxx"/>
        </w:rPr>
        <w:t>600</w:t>
      </w:r>
      <w:r>
        <w:rPr>
          <w:b w:val="false"/>
          <w:sz w:val="28"/>
        </w:rPr>
        <w:t xml:space="preserve"> мс — </w:t>
      </w:r>
      <w:r>
        <w:rPr>
          <w:b w:val="false"/>
          <w:sz w:val="28"/>
          <w:lang w:val="zxx"/>
        </w:rPr>
        <w:t>1228800</w:t>
      </w:r>
      <w:r>
        <w:rPr>
          <w:b w:val="false"/>
          <w:sz w:val="28"/>
        </w:rPr>
        <w:t xml:space="preserve"> мс (</w:t>
      </w:r>
      <w:r>
        <w:rPr>
          <w:b w:val="false"/>
          <w:sz w:val="28"/>
          <w:lang w:val="zxx"/>
        </w:rPr>
        <w:t>20</w:t>
      </w:r>
      <w:r>
        <w:rPr>
          <w:b w:val="false"/>
          <w:sz w:val="28"/>
        </w:rPr>
        <w:t xml:space="preserve"> мин </w:t>
      </w:r>
      <w:r>
        <w:rPr>
          <w:b w:val="false"/>
          <w:sz w:val="28"/>
          <w:lang w:val="zxx"/>
        </w:rPr>
        <w:t>28</w:t>
      </w:r>
      <w:r>
        <w:rPr>
          <w:b w:val="false"/>
          <w:sz w:val="28"/>
        </w:rPr>
        <w:t>,</w:t>
      </w:r>
      <w:r>
        <w:rPr>
          <w:b w:val="false"/>
          <w:sz w:val="28"/>
          <w:lang w:val="zxx"/>
        </w:rPr>
        <w:t>8</w:t>
      </w:r>
      <w:r>
        <w:rPr>
          <w:b w:val="false"/>
          <w:sz w:val="28"/>
        </w:rPr>
        <w:t xml:space="preserve"> с). Предельная полезная скорость в этой модели </w:t>
      </w:r>
      <w:r>
        <w:rPr>
          <w:b w:val="false"/>
          <w:sz w:val="28"/>
          <w:lang w:val="zxx"/>
        </w:rPr>
        <w:t>S</w:t>
      </w:r>
      <w:r>
        <w:rPr>
          <w:b w:val="false"/>
          <w:sz w:val="28"/>
        </w:rPr>
        <w:t>*</w:t>
      </w:r>
      <w:r>
        <w:rPr>
          <w:b w:val="false"/>
          <w:sz w:val="28"/>
          <w:lang w:val="zxx"/>
        </w:rPr>
        <w:t>W/</w:t>
      </w:r>
      <w:r>
        <w:rPr>
          <w:b w:val="false"/>
          <w:sz w:val="28"/>
        </w:rPr>
        <w:t>​</w:t>
      </w:r>
      <w:r>
        <w:rPr>
          <w:b w:val="false"/>
          <w:sz w:val="28"/>
          <w:lang w:val="zxx"/>
        </w:rPr>
        <w:t>T</w:t>
      </w:r>
      <w:r>
        <w:rPr>
          <w:b w:val="false"/>
          <w:sz w:val="28"/>
        </w:rPr>
        <w:t xml:space="preserve"> составляет соответственно </w:t>
      </w:r>
      <w:r>
        <w:rPr>
          <w:b w:val="false"/>
          <w:sz w:val="28"/>
          <w:lang w:val="zxx"/>
        </w:rPr>
        <w:t>163840</w:t>
      </w:r>
      <w:r>
        <w:rPr>
          <w:b w:val="false"/>
          <w:sz w:val="28"/>
        </w:rPr>
        <w:t xml:space="preserve"> и примерно </w:t>
      </w:r>
      <w:r>
        <w:rPr>
          <w:b w:val="false"/>
          <w:sz w:val="28"/>
          <w:lang w:val="zxx"/>
        </w:rPr>
        <w:t>27307</w:t>
      </w:r>
      <w:r>
        <w:rPr>
          <w:b w:val="false"/>
          <w:sz w:val="28"/>
        </w:rPr>
        <w:t xml:space="preserve"> байт/с. В сравнении с </w:t>
      </w:r>
      <w:r>
        <w:rPr>
          <w:b w:val="false"/>
          <w:sz w:val="28"/>
          <w:lang w:val="zxx"/>
        </w:rPr>
        <w:t>64</w:t>
      </w:r>
      <w:r>
        <w:rPr>
          <w:b w:val="false"/>
          <w:sz w:val="28"/>
        </w:rPr>
        <w:t xml:space="preserve"> байтами и одним запросом при том же времени полного оборота количество последовательных ожиданий сокращается в </w:t>
      </w:r>
      <w:r>
        <w:rPr>
          <w:b w:val="false"/>
          <w:sz w:val="28"/>
          <w:lang w:val="zxx"/>
        </w:rPr>
        <w:t>256</w:t>
      </w:r>
      <w:r>
        <w:rPr>
          <w:b w:val="false"/>
          <w:sz w:val="28"/>
        </w:rPr>
        <w:t xml:space="preserve"> раз. Фактическая скорость ограничена также полосой, </w:t>
      </w:r>
      <w:r>
        <w:rPr>
          <w:b w:val="false"/>
          <w:sz w:val="28"/>
          <w:lang w:val="zxx"/>
        </w:rPr>
        <w:t>TLS</w:t>
      </w:r>
      <w:r>
        <w:rPr>
          <w:b w:val="false"/>
          <w:sz w:val="28"/>
        </w:rPr>
        <w:t xml:space="preserve"> и накопителем; паспорт не подменяет измерение. Более производительные изделия используют согласованные большие блоки и окна в тех же границах </w:t>
      </w:r>
      <w:r>
        <w:rPr>
          <w:b w:val="false"/>
          <w:sz w:val="28"/>
          <w:lang w:val="zxx"/>
        </w:rPr>
        <w:t>bulk/</w:t>
      </w:r>
      <w:r>
        <w:rPr>
          <w:b w:val="false"/>
          <w:sz w:val="28"/>
        </w:rPr>
        <w:t>⁠</w:t>
      </w:r>
      <w:r>
        <w:rPr>
          <w:b w:val="false"/>
          <w:sz w:val="28"/>
          <w:lang w:val="zxx"/>
        </w:rPr>
        <w:t>1.</w:t>
      </w:r>
    </w:p>
    <w:p>
      <w:pPr>
        <w:pStyle w:val="Normal"/>
        <w:jc w:val="both"/>
        <w:rPr/>
      </w:pPr>
      <w:r>
        <w:rPr>
          <w:b w:val="false"/>
          <w:sz w:val="28"/>
          <w:lang w:val="zxx"/>
        </w:rPr>
        <w:t>16.56</w:t>
      </w:r>
      <w:r>
        <w:rPr>
          <w:b w:val="false"/>
          <w:sz w:val="28"/>
        </w:rPr>
        <w:t xml:space="preserve"> Кодировки ключа зависят от поля и не взаимозаменяемы. </w:t>
      </w:r>
      <w:r>
        <w:rPr>
          <w:b w:val="false"/>
          <w:sz w:val="28"/>
          <w:lang w:val="zxx"/>
        </w:rPr>
        <w:t>JSON</w:t>
      </w:r>
      <w:r>
        <w:rPr>
          <w:b w:val="false"/>
          <w:sz w:val="28"/>
        </w:rPr>
        <w:t xml:space="preserve"> </w:t>
      </w:r>
      <w:r>
        <w:rPr>
          <w:b w:val="false"/>
          <w:sz w:val="28"/>
          <w:lang w:val="zxx"/>
        </w:rPr>
        <w:t>x/</w:t>
      </w:r>
      <w:r>
        <w:rPr>
          <w:b w:val="false"/>
          <w:sz w:val="28"/>
        </w:rPr>
        <w:t>​</w:t>
      </w:r>
      <w:r>
        <w:rPr>
          <w:b w:val="false"/>
          <w:sz w:val="28"/>
          <w:lang w:val="zxx"/>
        </w:rPr>
        <w:t>y</w:t>
      </w:r>
      <w:r>
        <w:rPr>
          <w:b w:val="false"/>
          <w:sz w:val="28"/>
        </w:rPr>
        <w:t xml:space="preserve"> и </w:t>
      </w:r>
      <w:r>
        <w:rPr>
          <w:b w:val="false"/>
          <w:sz w:val="28"/>
          <w:lang w:val="zxx"/>
        </w:rPr>
        <w:t>publicX/</w:t>
      </w:r>
      <w:r>
        <w:rPr>
          <w:b w:val="false"/>
          <w:sz w:val="28"/>
        </w:rPr>
        <w:t>​</w:t>
      </w:r>
      <w:r>
        <w:rPr>
          <w:b w:val="false"/>
          <w:sz w:val="28"/>
          <w:lang w:val="zxx"/>
        </w:rPr>
        <w:t>publicY</w:t>
      </w:r>
      <w:r>
        <w:rPr>
          <w:b w:val="false"/>
          <w:sz w:val="28"/>
        </w:rPr>
        <w:t xml:space="preserve"> — по </w:t>
      </w:r>
      <w:r>
        <w:rPr>
          <w:b w:val="false"/>
          <w:sz w:val="28"/>
          <w:lang w:val="zxx"/>
        </w:rPr>
        <w:t>64</w:t>
      </w:r>
      <w:r>
        <w:rPr>
          <w:b w:val="false"/>
          <w:sz w:val="28"/>
        </w:rPr>
        <w:t xml:space="preserve"> строчных </w:t>
      </w:r>
      <w:r>
        <w:rPr>
          <w:b w:val="false"/>
          <w:sz w:val="28"/>
          <w:lang w:val="zxx"/>
        </w:rPr>
        <w:t>hex</w:t>
      </w:r>
      <w:r>
        <w:rPr>
          <w:b w:val="false"/>
          <w:sz w:val="28"/>
        </w:rPr>
        <w:t xml:space="preserve"> от </w:t>
      </w:r>
      <w:r>
        <w:rPr>
          <w:b w:val="false"/>
          <w:sz w:val="28"/>
          <w:lang w:val="zxx"/>
        </w:rPr>
        <w:t>32-</w:t>
      </w:r>
      <w:r>
        <w:rPr>
          <w:b w:val="false"/>
          <w:sz w:val="28"/>
        </w:rPr>
        <w:t xml:space="preserve">байтового целого </w:t>
      </w:r>
      <w:r>
        <w:rPr>
          <w:b w:val="false"/>
          <w:sz w:val="28"/>
          <w:lang w:val="zxx"/>
        </w:rPr>
        <w:t>big-</w:t>
      </w:r>
      <w:r>
        <w:rPr>
          <w:b w:val="false"/>
          <w:sz w:val="28"/>
        </w:rPr>
        <w:t>⁠</w:t>
      </w:r>
      <w:r>
        <w:rPr>
          <w:b w:val="false"/>
          <w:sz w:val="28"/>
          <w:lang w:val="zxx"/>
        </w:rPr>
        <w:t>endian.</w:t>
      </w:r>
      <w:r>
        <w:rPr>
          <w:b w:val="false"/>
          <w:sz w:val="28"/>
        </w:rPr>
        <w:t xml:space="preserve"> Отпечаток закрепляемого ключа вычисляется как Стрибог-</w:t>
      </w:r>
      <w:r>
        <w:rPr>
          <w:b w:val="false"/>
          <w:sz w:val="28"/>
          <w:lang w:val="zxx"/>
        </w:rPr>
        <w:t>256</w:t>
      </w:r>
      <w:r>
        <w:rPr>
          <w:b w:val="false"/>
          <w:sz w:val="28"/>
        </w:rPr>
        <w:t xml:space="preserve"> от </w:t>
      </w:r>
      <w:r>
        <w:rPr>
          <w:b w:val="false"/>
          <w:sz w:val="28"/>
          <w:lang w:val="zxx"/>
        </w:rPr>
        <w:t>04</w:t>
      </w:r>
      <w:r>
        <w:rPr>
          <w:b w:val="false"/>
          <w:sz w:val="28"/>
        </w:rPr>
        <w:t xml:space="preserve"> || </w:t>
      </w:r>
      <w:r>
        <w:rPr>
          <w:b w:val="false"/>
          <w:sz w:val="28"/>
          <w:lang w:val="zxx"/>
        </w:rPr>
        <w:t>xBE</w:t>
      </w:r>
      <w:r>
        <w:rPr>
          <w:b w:val="false"/>
          <w:sz w:val="28"/>
        </w:rPr>
        <w:t>[</w:t>
      </w:r>
      <w:r>
        <w:rPr>
          <w:b w:val="false"/>
          <w:sz w:val="28"/>
          <w:lang w:val="zxx"/>
        </w:rPr>
        <w:t>32</w:t>
      </w:r>
      <w:r>
        <w:rPr>
          <w:b w:val="false"/>
          <w:sz w:val="28"/>
        </w:rPr>
        <w:t xml:space="preserve">] || </w:t>
      </w:r>
      <w:r>
        <w:rPr>
          <w:b w:val="false"/>
          <w:sz w:val="28"/>
          <w:lang w:val="zxx"/>
        </w:rPr>
        <w:t>yBE</w:t>
      </w:r>
      <w:r>
        <w:rPr>
          <w:b w:val="false"/>
          <w:sz w:val="28"/>
        </w:rPr>
        <w:t>[</w:t>
      </w:r>
      <w:r>
        <w:rPr>
          <w:b w:val="false"/>
          <w:sz w:val="28"/>
          <w:lang w:val="zxx"/>
        </w:rPr>
        <w:t>32</w:t>
      </w:r>
      <w:r>
        <w:rPr>
          <w:b w:val="false"/>
          <w:sz w:val="28"/>
        </w:rPr>
        <w:t xml:space="preserve">]. </w:t>
      </w:r>
      <w:r>
        <w:rPr>
          <w:b w:val="false"/>
          <w:sz w:val="28"/>
          <w:lang w:val="zxx"/>
        </w:rPr>
        <w:t>TLS</w:t>
      </w:r>
      <w:r>
        <w:rPr>
          <w:b w:val="false"/>
          <w:sz w:val="28"/>
        </w:rPr>
        <w:t xml:space="preserve"> </w:t>
      </w:r>
      <w:r>
        <w:rPr>
          <w:b w:val="false"/>
          <w:sz w:val="28"/>
          <w:lang w:val="zxx"/>
        </w:rPr>
        <w:t>key_share</w:t>
      </w:r>
      <w:r>
        <w:rPr>
          <w:b w:val="false"/>
          <w:sz w:val="28"/>
        </w:rPr>
        <w:t xml:space="preserve"> </w:t>
      </w:r>
      <w:r>
        <w:rPr>
          <w:b w:val="false"/>
          <w:sz w:val="28"/>
          <w:lang w:val="zxx"/>
        </w:rPr>
        <w:t>GC256A</w:t>
      </w:r>
      <w:r>
        <w:rPr>
          <w:b w:val="false"/>
          <w:sz w:val="28"/>
        </w:rPr>
        <w:t xml:space="preserve"> по </w:t>
      </w:r>
      <w:r>
        <w:rPr>
          <w:b w:val="false"/>
          <w:sz w:val="28"/>
          <w:lang w:val="zxx"/>
        </w:rPr>
        <w:t>RFC</w:t>
      </w:r>
      <w:r>
        <w:rPr>
          <w:b w:val="false"/>
          <w:sz w:val="28"/>
        </w:rPr>
        <w:t xml:space="preserve"> </w:t>
      </w:r>
      <w:r>
        <w:rPr>
          <w:b w:val="false"/>
          <w:sz w:val="28"/>
          <w:lang w:val="zxx"/>
        </w:rPr>
        <w:t>9367</w:t>
      </w:r>
      <w:r>
        <w:rPr>
          <w:b w:val="false"/>
          <w:sz w:val="28"/>
        </w:rPr>
        <w:t xml:space="preserve">, пункт </w:t>
      </w:r>
      <w:r>
        <w:rPr>
          <w:b w:val="false"/>
          <w:sz w:val="28"/>
          <w:lang w:val="zxx"/>
        </w:rPr>
        <w:t>6.1.1.3</w:t>
      </w:r>
      <w:r>
        <w:rPr>
          <w:b w:val="false"/>
          <w:sz w:val="28"/>
        </w:rPr>
        <w:t xml:space="preserve"> передает </w:t>
      </w:r>
      <w:r>
        <w:rPr>
          <w:b w:val="false"/>
          <w:sz w:val="28"/>
          <w:lang w:val="zxx"/>
        </w:rPr>
        <w:t>xLE</w:t>
      </w:r>
      <w:r>
        <w:rPr>
          <w:b w:val="false"/>
          <w:sz w:val="28"/>
        </w:rPr>
        <w:t>[</w:t>
      </w:r>
      <w:r>
        <w:rPr>
          <w:b w:val="false"/>
          <w:sz w:val="28"/>
          <w:lang w:val="zxx"/>
        </w:rPr>
        <w:t>32</w:t>
      </w:r>
      <w:r>
        <w:rPr>
          <w:b w:val="false"/>
          <w:sz w:val="28"/>
        </w:rPr>
        <w:t xml:space="preserve">] || </w:t>
      </w:r>
      <w:r>
        <w:rPr>
          <w:b w:val="false"/>
          <w:sz w:val="28"/>
          <w:lang w:val="zxx"/>
        </w:rPr>
        <w:t>yLE</w:t>
      </w:r>
      <w:r>
        <w:rPr>
          <w:b w:val="false"/>
          <w:sz w:val="28"/>
        </w:rPr>
        <w:t>[</w:t>
      </w:r>
      <w:r>
        <w:rPr>
          <w:b w:val="false"/>
          <w:sz w:val="28"/>
          <w:lang w:val="zxx"/>
        </w:rPr>
        <w:t>32</w:t>
      </w:r>
      <w:r>
        <w:rPr>
          <w:b w:val="false"/>
          <w:sz w:val="28"/>
        </w:rPr>
        <w:t xml:space="preserve">] без байта </w:t>
      </w:r>
      <w:r>
        <w:rPr>
          <w:b w:val="false"/>
          <w:sz w:val="28"/>
          <w:lang w:val="zxx"/>
        </w:rPr>
        <w:t>04.</w:t>
      </w:r>
      <w:r>
        <w:rPr>
          <w:b w:val="false"/>
          <w:sz w:val="28"/>
        </w:rPr>
        <w:t xml:space="preserve"> Подпись передает </w:t>
      </w:r>
      <w:r>
        <w:rPr>
          <w:b w:val="false"/>
          <w:sz w:val="28"/>
          <w:lang w:val="zxx"/>
        </w:rPr>
        <w:t>rLE</w:t>
      </w:r>
      <w:r>
        <w:rPr>
          <w:b w:val="false"/>
          <w:sz w:val="28"/>
        </w:rPr>
        <w:t>[</w:t>
      </w:r>
      <w:r>
        <w:rPr>
          <w:b w:val="false"/>
          <w:sz w:val="28"/>
          <w:lang w:val="zxx"/>
        </w:rPr>
        <w:t>32</w:t>
      </w:r>
      <w:r>
        <w:rPr>
          <w:b w:val="false"/>
          <w:sz w:val="28"/>
        </w:rPr>
        <w:t xml:space="preserve">] || </w:t>
      </w:r>
      <w:r>
        <w:rPr>
          <w:b w:val="false"/>
          <w:sz w:val="28"/>
          <w:lang w:val="zxx"/>
        </w:rPr>
        <w:t>sLE</w:t>
      </w:r>
      <w:r>
        <w:rPr>
          <w:b w:val="false"/>
          <w:sz w:val="28"/>
        </w:rPr>
        <w:t>[</w:t>
      </w:r>
      <w:r>
        <w:rPr>
          <w:b w:val="false"/>
          <w:sz w:val="28"/>
          <w:lang w:val="zxx"/>
        </w:rPr>
        <w:t>32</w:t>
      </w:r>
      <w:r>
        <w:rPr>
          <w:b w:val="false"/>
          <w:sz w:val="28"/>
        </w:rPr>
        <w:t xml:space="preserve">]; координаты ключа не являются половинами подписи. Преобразование выполняется отдельно для каждого поля; разворот всего </w:t>
      </w:r>
      <w:r>
        <w:rPr>
          <w:b w:val="false"/>
          <w:sz w:val="28"/>
          <w:lang w:val="zxx"/>
        </w:rPr>
        <w:t>64-</w:t>
      </w:r>
      <w:r>
        <w:rPr>
          <w:b w:val="false"/>
          <w:sz w:val="28"/>
        </w:rPr>
        <w:t>байтового ключа меняет также порядок координат и запрещен. Векторы содержат все три представления и отпечаток одного тестового ключа.</w:t>
      </w:r>
    </w:p>
    <w:p>
      <w:pPr>
        <w:pStyle w:val="Normal"/>
        <w:jc w:val="both"/>
        <w:rPr/>
      </w:pPr>
      <w:r>
        <w:rPr>
          <w:b w:val="false"/>
          <w:sz w:val="28"/>
          <w:lang w:val="zxx"/>
        </w:rPr>
        <w:t>16.57</w:t>
      </w:r>
      <w:r>
        <w:rPr>
          <w:b w:val="false"/>
          <w:sz w:val="28"/>
        </w:rPr>
        <w:t xml:space="preserve"> Подпись манифеста образа и пакета доверия кодируется одинаково с </w:t>
      </w:r>
      <w:r>
        <w:rPr>
          <w:b w:val="false"/>
          <w:sz w:val="28"/>
          <w:lang w:val="zxx"/>
        </w:rPr>
        <w:t>RFC</w:t>
      </w:r>
      <w:r>
        <w:rPr>
          <w:b w:val="false"/>
          <w:sz w:val="28"/>
        </w:rPr>
        <w:t xml:space="preserve"> </w:t>
      </w:r>
      <w:r>
        <w:rPr>
          <w:b w:val="false"/>
          <w:sz w:val="28"/>
          <w:lang w:val="zxx"/>
        </w:rPr>
        <w:t>9367</w:t>
      </w:r>
      <w:r>
        <w:rPr>
          <w:b w:val="false"/>
          <w:sz w:val="28"/>
        </w:rPr>
        <w:t xml:space="preserve">, пункт </w:t>
      </w:r>
      <w:r>
        <w:rPr>
          <w:b w:val="false"/>
          <w:sz w:val="28"/>
          <w:lang w:val="zxx"/>
        </w:rPr>
        <w:t>5.3:</w:t>
      </w:r>
      <w:r>
        <w:rPr>
          <w:b w:val="false"/>
          <w:sz w:val="28"/>
        </w:rPr>
        <w:t xml:space="preserve"> </w:t>
      </w:r>
      <w:r>
        <w:rPr>
          <w:b w:val="false"/>
          <w:sz w:val="28"/>
          <w:lang w:val="zxx"/>
        </w:rPr>
        <w:t>r</w:t>
      </w:r>
      <w:r>
        <w:rPr>
          <w:b w:val="false"/>
          <w:sz w:val="28"/>
        </w:rPr>
        <w:t>[</w:t>
      </w:r>
      <w:r>
        <w:rPr>
          <w:b w:val="false"/>
          <w:sz w:val="28"/>
          <w:lang w:val="zxx"/>
        </w:rPr>
        <w:t>32</w:t>
      </w:r>
      <w:r>
        <w:rPr>
          <w:b w:val="false"/>
          <w:sz w:val="28"/>
        </w:rPr>
        <w:t xml:space="preserve">] || </w:t>
      </w:r>
      <w:r>
        <w:rPr>
          <w:b w:val="false"/>
          <w:sz w:val="28"/>
          <w:lang w:val="zxx"/>
        </w:rPr>
        <w:t>s</w:t>
      </w:r>
      <w:r>
        <w:rPr>
          <w:b w:val="false"/>
          <w:sz w:val="28"/>
        </w:rPr>
        <w:t>[</w:t>
      </w:r>
      <w:r>
        <w:rPr>
          <w:b w:val="false"/>
          <w:sz w:val="28"/>
          <w:lang w:val="zxx"/>
        </w:rPr>
        <w:t>32</w:t>
      </w:r>
      <w:r>
        <w:rPr>
          <w:b w:val="false"/>
          <w:sz w:val="28"/>
        </w:rPr>
        <w:t xml:space="preserve">], обе половины </w:t>
      </w:r>
      <w:r>
        <w:rPr>
          <w:b w:val="false"/>
          <w:sz w:val="28"/>
          <w:lang w:val="zxx"/>
        </w:rPr>
        <w:t>little-</w:t>
      </w:r>
      <w:r>
        <w:rPr>
          <w:b w:val="false"/>
          <w:sz w:val="28"/>
        </w:rPr>
        <w:t>⁠</w:t>
      </w:r>
      <w:r>
        <w:rPr>
          <w:b w:val="false"/>
          <w:sz w:val="28"/>
          <w:lang w:val="zxx"/>
        </w:rPr>
        <w:t>endian</w:t>
      </w:r>
      <w:r>
        <w:rPr>
          <w:b w:val="false"/>
          <w:sz w:val="28"/>
        </w:rPr>
        <w:t xml:space="preserve">; полученные </w:t>
      </w:r>
      <w:r>
        <w:rPr>
          <w:b w:val="false"/>
          <w:sz w:val="28"/>
          <w:lang w:val="zxx"/>
        </w:rPr>
        <w:t>64</w:t>
      </w:r>
      <w:r>
        <w:rPr>
          <w:b w:val="false"/>
          <w:sz w:val="28"/>
        </w:rPr>
        <w:t xml:space="preserve"> байта представляются </w:t>
      </w:r>
      <w:r>
        <w:rPr>
          <w:b w:val="false"/>
          <w:sz w:val="28"/>
          <w:lang w:val="zxx"/>
        </w:rPr>
        <w:t>128</w:t>
      </w:r>
      <w:r>
        <w:rPr>
          <w:b w:val="false"/>
          <w:sz w:val="28"/>
        </w:rPr>
        <w:t xml:space="preserve"> строчными </w:t>
      </w:r>
      <w:r>
        <w:rPr>
          <w:b w:val="false"/>
          <w:sz w:val="28"/>
          <w:lang w:val="zxx"/>
        </w:rPr>
        <w:t>hex.</w:t>
      </w:r>
      <w:r>
        <w:rPr>
          <w:b w:val="false"/>
          <w:sz w:val="28"/>
        </w:rPr>
        <w:t xml:space="preserve"> Хеш трактуется как целое </w:t>
      </w:r>
      <w:r>
        <w:rPr>
          <w:b w:val="false"/>
          <w:sz w:val="28"/>
          <w:lang w:val="zxx"/>
        </w:rPr>
        <w:t>little-</w:t>
      </w:r>
      <w:r>
        <w:rPr>
          <w:b w:val="false"/>
          <w:sz w:val="28"/>
        </w:rPr>
        <w:t>⁠</w:t>
      </w:r>
      <w:r>
        <w:rPr>
          <w:b w:val="false"/>
          <w:sz w:val="28"/>
          <w:lang w:val="zxx"/>
        </w:rPr>
        <w:t>endian</w:t>
      </w:r>
      <w:r>
        <w:rPr>
          <w:b w:val="false"/>
          <w:sz w:val="28"/>
        </w:rPr>
        <w:t xml:space="preserve"> по модулю порядка подгруппы; ноль заменяется единицей. Старое прикладное </w:t>
      </w:r>
      <w:r>
        <w:rPr>
          <w:b w:val="false"/>
          <w:sz w:val="28"/>
          <w:lang w:val="zxx"/>
        </w:rPr>
        <w:t>s</w:t>
      </w:r>
      <w:r>
        <w:rPr>
          <w:b w:val="false"/>
          <w:sz w:val="28"/>
        </w:rPr>
        <w:t xml:space="preserve"> </w:t>
      </w:r>
      <w:r>
        <w:rPr>
          <w:b w:val="false"/>
          <w:sz w:val="28"/>
          <w:lang w:val="zxx"/>
        </w:rPr>
        <w:t>big-</w:t>
      </w:r>
      <w:r>
        <w:rPr>
          <w:b w:val="false"/>
          <w:sz w:val="28"/>
        </w:rPr>
        <w:t>⁠</w:t>
      </w:r>
      <w:r>
        <w:rPr>
          <w:b w:val="false"/>
          <w:sz w:val="28"/>
          <w:lang w:val="zxx"/>
        </w:rPr>
        <w:t>endian</w:t>
      </w:r>
      <w:r>
        <w:rPr>
          <w:b w:val="false"/>
          <w:sz w:val="28"/>
        </w:rPr>
        <w:t xml:space="preserve"> || </w:t>
      </w:r>
      <w:r>
        <w:rPr>
          <w:b w:val="false"/>
          <w:sz w:val="28"/>
          <w:lang w:val="zxx"/>
        </w:rPr>
        <w:t>r</w:t>
      </w:r>
      <w:r>
        <w:rPr>
          <w:b w:val="false"/>
          <w:sz w:val="28"/>
        </w:rPr>
        <w:t xml:space="preserve"> </w:t>
      </w:r>
      <w:r>
        <w:rPr>
          <w:b w:val="false"/>
          <w:sz w:val="28"/>
          <w:lang w:val="zxx"/>
        </w:rPr>
        <w:t>big-</w:t>
      </w:r>
      <w:r>
        <w:rPr>
          <w:b w:val="false"/>
          <w:sz w:val="28"/>
        </w:rPr>
        <w:t>⁠</w:t>
      </w:r>
      <w:r>
        <w:rPr>
          <w:b w:val="false"/>
          <w:sz w:val="28"/>
          <w:lang w:val="zxx"/>
        </w:rPr>
        <w:t>endian</w:t>
      </w:r>
      <w:r>
        <w:rPr>
          <w:b w:val="false"/>
          <w:sz w:val="28"/>
        </w:rPr>
        <w:t xml:space="preserve"> не принимается; автоматическое распознавание формата и </w:t>
      </w:r>
      <w:r>
        <w:rPr>
          <w:b w:val="false"/>
          <w:sz w:val="28"/>
          <w:lang w:val="zxx"/>
        </w:rPr>
        <w:t>DER-</w:t>
      </w:r>
      <w:r>
        <w:rPr>
          <w:b w:val="false"/>
          <w:sz w:val="28"/>
        </w:rPr>
        <w:t xml:space="preserve">оболочка запрещены. Адаптер СКЗИ явно преобразует документированный выход своего </w:t>
      </w:r>
      <w:r>
        <w:rPr>
          <w:b w:val="false"/>
          <w:sz w:val="28"/>
          <w:lang w:val="zxx"/>
        </w:rPr>
        <w:t>API</w:t>
      </w:r>
      <w:r>
        <w:rPr>
          <w:b w:val="false"/>
          <w:sz w:val="28"/>
        </w:rPr>
        <w:t xml:space="preserve"> в этот формат ровно один раз. </w:t>
      </w:r>
      <w:r>
        <w:rPr>
          <w:b w:val="false"/>
          <w:sz w:val="28"/>
          <w:lang w:val="zxx"/>
        </w:rPr>
        <w:t>signature-</w:t>
      </w:r>
      <w:r>
        <w:rPr>
          <w:b w:val="false"/>
          <w:sz w:val="28"/>
        </w:rPr>
        <w:t>⁠</w:t>
      </w:r>
      <w:r>
        <w:rPr>
          <w:b w:val="false"/>
          <w:sz w:val="28"/>
          <w:lang w:val="zxx"/>
        </w:rPr>
        <w:t>vectors</w:t>
      </w:r>
      <w:r>
        <w:rPr>
          <w:b w:val="false"/>
          <w:sz w:val="28"/>
        </w:rPr>
        <w:t xml:space="preserve"> содержат </w:t>
      </w:r>
      <w:r>
        <w:rPr>
          <w:b w:val="false"/>
          <w:sz w:val="28"/>
          <w:lang w:val="zxx"/>
        </w:rPr>
        <w:t>JCS</w:t>
      </w:r>
      <w:r>
        <w:rPr>
          <w:b w:val="false"/>
          <w:sz w:val="28"/>
        </w:rPr>
        <w:t xml:space="preserve">, хеш, </w:t>
      </w:r>
      <w:r>
        <w:rPr>
          <w:b w:val="false"/>
          <w:sz w:val="28"/>
          <w:lang w:val="zxx"/>
        </w:rPr>
        <w:t>GC256A</w:t>
      </w:r>
      <w:r>
        <w:rPr>
          <w:b w:val="false"/>
          <w:sz w:val="28"/>
        </w:rPr>
        <w:t xml:space="preserve">, </w:t>
      </w:r>
      <w:r>
        <w:rPr>
          <w:b w:val="false"/>
          <w:sz w:val="28"/>
          <w:lang w:val="zxx"/>
        </w:rPr>
        <w:t>r/</w:t>
      </w:r>
      <w:r>
        <w:rPr>
          <w:b w:val="false"/>
          <w:sz w:val="28"/>
        </w:rPr>
        <w:t>​</w:t>
      </w:r>
      <w:r>
        <w:rPr>
          <w:b w:val="false"/>
          <w:sz w:val="28"/>
          <w:lang w:val="zxx"/>
        </w:rPr>
        <w:t>s</w:t>
      </w:r>
      <w:r>
        <w:rPr>
          <w:b w:val="false"/>
          <w:sz w:val="28"/>
        </w:rPr>
        <w:t>, положительные подписи и отрицательные перестановки; прежний формат включен в отрицательные примеры.</w:t>
      </w:r>
    </w:p>
    <w:p>
      <w:pPr>
        <w:pStyle w:val="1"/>
        <w:rPr/>
      </w:pPr>
      <w:bookmarkStart w:id="17" w:name="__RefHeading___Toc43283_1766585215"/>
      <w:bookmarkEnd w:id="17"/>
      <w:r>
        <w:rPr/>
        <w:t>17 Сторонние сервисы и расширения</w:t>
      </w:r>
    </w:p>
    <w:p>
      <w:pPr>
        <w:pStyle w:val="Normal"/>
        <w:jc w:val="both"/>
        <w:rPr/>
      </w:pPr>
      <w:r>
        <w:rPr>
          <w:b w:val="false"/>
          <w:sz w:val="28"/>
          <w:lang w:val="zxx"/>
        </w:rPr>
        <w:t>17.1</w:t>
      </w:r>
      <w:r>
        <w:rPr>
          <w:b w:val="false"/>
          <w:sz w:val="28"/>
        </w:rPr>
        <w:t xml:space="preserve"> Внешние сервисы подключаются адаптерами к АРМ. Единая модель содержит предупреждение, ревизию, запуск, ветвь, область ресурсов, срок и происхождение. Для каждого адаптера задаются </w:t>
      </w:r>
      <w:r>
        <w:rPr>
          <w:b w:val="false"/>
          <w:sz w:val="28"/>
          <w:lang w:val="zxx"/>
        </w:rPr>
        <w:t>principalId</w:t>
      </w:r>
      <w:r>
        <w:rPr>
          <w:b w:val="false"/>
          <w:sz w:val="28"/>
        </w:rPr>
        <w:t>, разрешенные операции, преобразование данных, дедупликация, подтверждения, таймауты и аудит.</w:t>
      </w:r>
    </w:p>
    <w:p>
      <w:pPr>
        <w:pStyle w:val="Normal"/>
        <w:keepNext w:val="true"/>
        <w:ind w:hanging="0"/>
        <w:jc w:val="start"/>
        <w:rPr/>
      </w:pPr>
      <w:r>
        <w:rPr>
          <w:b w:val="false"/>
          <w:sz w:val="24"/>
        </w:rPr>
        <w:t xml:space="preserve">Таблица </w:t>
      </w:r>
      <w:r>
        <w:rPr>
          <w:b w:val="false"/>
          <w:sz w:val="24"/>
          <w:lang w:val="zxx"/>
        </w:rPr>
        <w:t>21</w:t>
      </w:r>
      <w:r>
        <w:rPr>
          <w:b w:val="false"/>
          <w:sz w:val="24"/>
        </w:rPr>
        <w:t xml:space="preserve"> - Сторонние сервисы и расширения</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435"/>
        <w:gridCol w:w="5202"/>
      </w:tblGrid>
      <w:tr>
        <w:trPr>
          <w:cantSplit w:val="true"/>
        </w:trPr>
        <w:tc>
          <w:tcPr>
            <w:tcW w:w="443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Вид интеграции</w:t>
            </w:r>
          </w:p>
        </w:tc>
        <w:tc>
          <w:tcPr>
            <w:tcW w:w="520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Граница ответственности</w:t>
            </w:r>
          </w:p>
        </w:tc>
      </w:tr>
      <w:tr>
        <w:trPr>
          <w:cantSplit w:val="true"/>
        </w:trPr>
        <w:tc>
          <w:tcPr>
            <w:tcW w:w="443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CAP</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EDXL</w:t>
            </w:r>
            <w:r>
              <w:rPr>
                <w:rFonts w:eastAsia="ＭＳ 明朝" w:cs=""/>
                <w:b w:val="false"/>
                <w:kern w:val="0"/>
                <w:sz w:val="28"/>
                <w:szCs w:val="22"/>
                <w:lang w:eastAsia="en-US" w:bidi="ar-SA"/>
              </w:rPr>
              <w:t xml:space="preserve"> и обмен предупреждениями</w:t>
            </w:r>
          </w:p>
        </w:tc>
        <w:tc>
          <w:tcPr>
            <w:tcW w:w="520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АРМ интерпретирует содержание, территорию, обновление и отмену. </w:t>
            </w:r>
            <w:r>
              <w:rPr>
                <w:rFonts w:eastAsia="ＭＳ 明朝" w:cs=""/>
                <w:b w:val="false"/>
                <w:kern w:val="0"/>
                <w:sz w:val="28"/>
                <w:szCs w:val="22"/>
                <w:lang w:val="zxx" w:eastAsia="en-US" w:bidi="ar-SA"/>
              </w:rPr>
              <w:t>CAP</w:t>
            </w:r>
            <w:r>
              <w:rPr>
                <w:rFonts w:eastAsia="ＭＳ 明朝" w:cs=""/>
                <w:b w:val="false"/>
                <w:kern w:val="0"/>
                <w:sz w:val="28"/>
                <w:szCs w:val="22"/>
                <w:lang w:eastAsia="en-US" w:bidi="ar-SA"/>
              </w:rPr>
              <w:t xml:space="preserve"> не заменяет команды усилителю.</w:t>
            </w:r>
          </w:p>
        </w:tc>
      </w:tr>
      <w:tr>
        <w:trPr>
          <w:cantSplit w:val="true"/>
        </w:trPr>
        <w:tc>
          <w:tcPr>
            <w:tcW w:w="443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REST</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webhook</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MQTT</w:t>
            </w:r>
            <w:r>
              <w:rPr>
                <w:rFonts w:eastAsia="ＭＳ 明朝" w:cs=""/>
                <w:b w:val="false"/>
                <w:kern w:val="0"/>
                <w:sz w:val="28"/>
                <w:szCs w:val="22"/>
                <w:lang w:eastAsia="en-US" w:bidi="ar-SA"/>
              </w:rPr>
              <w:t>, очереди сообщений</w:t>
            </w:r>
          </w:p>
        </w:tc>
        <w:tc>
          <w:tcPr>
            <w:tcW w:w="520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Способ доставки адаптера. Семантика повторов и происхождение не определяются названием транспорта.</w:t>
            </w:r>
          </w:p>
        </w:tc>
      </w:tr>
      <w:tr>
        <w:trPr>
          <w:cantSplit w:val="true"/>
        </w:trPr>
        <w:tc>
          <w:tcPr>
            <w:tcW w:w="443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Телефония / </w:t>
            </w:r>
            <w:r>
              <w:rPr>
                <w:rFonts w:eastAsia="ＭＳ 明朝" w:cs=""/>
                <w:b w:val="false"/>
                <w:kern w:val="0"/>
                <w:sz w:val="28"/>
                <w:szCs w:val="22"/>
                <w:lang w:val="zxx" w:eastAsia="en-US" w:bidi="ar-SA"/>
              </w:rPr>
              <w:t>SIP</w:t>
            </w:r>
            <w:r>
              <w:rPr>
                <w:rFonts w:eastAsia="ＭＳ 明朝" w:cs=""/>
                <w:b w:val="false"/>
                <w:kern w:val="0"/>
                <w:sz w:val="28"/>
                <w:szCs w:val="22"/>
                <w:lang w:eastAsia="en-US" w:bidi="ar-SA"/>
              </w:rPr>
              <w:t xml:space="preserve"> / источники речи</w:t>
            </w:r>
          </w:p>
        </w:tc>
        <w:tc>
          <w:tcPr>
            <w:tcW w:w="520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АРМ проверяет право источника и преобразует поток в объявленный медиапрофиль.</w:t>
            </w:r>
          </w:p>
        </w:tc>
      </w:tr>
      <w:tr>
        <w:trPr>
          <w:cantSplit w:val="true"/>
        </w:trPr>
        <w:tc>
          <w:tcPr>
            <w:tcW w:w="443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АСУ, диспетчеризация, мониторинг</w:t>
            </w:r>
          </w:p>
        </w:tc>
        <w:tc>
          <w:tcPr>
            <w:tcW w:w="520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Отдельные права наблюдения и запуска, качество измерений, ограничение частоты и обратная доставка результата.</w:t>
            </w:r>
          </w:p>
        </w:tc>
      </w:tr>
      <w:tr>
        <w:trPr>
          <w:cantSplit w:val="true"/>
        </w:trPr>
        <w:tc>
          <w:tcPr>
            <w:tcW w:w="443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ОУ другого производителя</w:t>
            </w:r>
          </w:p>
        </w:tc>
        <w:tc>
          <w:tcPr>
            <w:tcW w:w="5202"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Согласованный с изготовителем ОУ интерфейс, каталог ресурсов, критерии исполнения и профиль испытаний.</w:t>
            </w:r>
          </w:p>
        </w:tc>
      </w:tr>
    </w:tbl>
    <w:p>
      <w:pPr>
        <w:pStyle w:val="Normal"/>
        <w:spacing w:before="0" w:after="0"/>
        <w:rPr/>
      </w:pPr>
      <w:r>
        <w:rPr/>
      </w:r>
    </w:p>
    <w:p>
      <w:pPr>
        <w:pStyle w:val="Normal"/>
        <w:jc w:val="both"/>
        <w:rPr/>
      </w:pPr>
      <w:r>
        <w:rPr>
          <w:b w:val="false"/>
          <w:sz w:val="28"/>
          <w:lang w:val="zxx"/>
        </w:rPr>
        <w:t>17.2</w:t>
      </w:r>
      <w:r>
        <w:rPr>
          <w:b w:val="false"/>
          <w:sz w:val="28"/>
        </w:rPr>
        <w:t xml:space="preserve"> Нельзя заранее гарантировать поддержку любого внешнего </w:t>
      </w:r>
      <w:r>
        <w:rPr>
          <w:b w:val="false"/>
          <w:sz w:val="28"/>
          <w:lang w:val="zxx"/>
        </w:rPr>
        <w:t>API.</w:t>
      </w:r>
      <w:r>
        <w:rPr>
          <w:b w:val="false"/>
          <w:sz w:val="28"/>
        </w:rPr>
        <w:t xml:space="preserve"> Расширяемость задается контрактом адаптера, версиями и </w:t>
      </w:r>
      <w:r>
        <w:rPr>
          <w:b w:val="false"/>
          <w:sz w:val="28"/>
          <w:lang w:val="zxx"/>
        </w:rPr>
        <w:t>capabilities.</w:t>
      </w:r>
      <w:r>
        <w:rPr>
          <w:b w:val="false"/>
          <w:sz w:val="28"/>
        </w:rPr>
        <w:t xml:space="preserve"> Неизвестная обязательная функция отклоняется целиком; расширение не может обходить право остановки или менять смысл существующего поля.</w:t>
      </w:r>
    </w:p>
    <w:p>
      <w:pPr>
        <w:pStyle w:val="Normal"/>
        <w:jc w:val="both"/>
        <w:rPr/>
      </w:pPr>
      <w:r>
        <w:rPr>
          <w:b w:val="false"/>
          <w:sz w:val="28"/>
          <w:lang w:val="zxx"/>
        </w:rPr>
        <w:t>17.3</w:t>
      </w:r>
      <w:r>
        <w:rPr>
          <w:b w:val="false"/>
          <w:sz w:val="28"/>
        </w:rPr>
        <w:t xml:space="preserve"> УУ передает уведомления по согласованной подписке </w:t>
      </w:r>
      <w:r>
        <w:rPr>
          <w:b w:val="false"/>
          <w:sz w:val="28"/>
          <w:lang w:val="zxx"/>
        </w:rPr>
        <w:t>eventsPush</w:t>
      </w:r>
      <w:r>
        <w:rPr>
          <w:b w:val="false"/>
          <w:sz w:val="28"/>
        </w:rPr>
        <w:t xml:space="preserve"> либо через чтение журнала </w:t>
      </w:r>
      <w:r>
        <w:rPr>
          <w:b w:val="false"/>
          <w:sz w:val="28"/>
          <w:lang w:val="zxx"/>
        </w:rPr>
        <w:t>events.read</w:t>
      </w:r>
      <w:r>
        <w:rPr>
          <w:b w:val="false"/>
          <w:sz w:val="28"/>
        </w:rPr>
        <w:t xml:space="preserve"> с общими правилами курсора и качества. В управляющем профиле </w:t>
      </w:r>
      <w:r>
        <w:rPr>
          <w:b w:val="false"/>
          <w:sz w:val="28"/>
          <w:lang w:val="zxx"/>
        </w:rPr>
        <w:t>0.21</w:t>
      </w:r>
      <w:r>
        <w:rPr>
          <w:b w:val="false"/>
          <w:sz w:val="28"/>
        </w:rPr>
        <w:t xml:space="preserve"> инициативные изменяющие запросы УУ к АРМ запрещены. Адаптер внешнего сервиса получает самостоятельную идентичность и права; ответ УУ не является командой другому прибору.</w:t>
      </w:r>
    </w:p>
    <w:p>
      <w:pPr>
        <w:pStyle w:val="1"/>
        <w:rPr/>
      </w:pPr>
      <w:bookmarkStart w:id="18" w:name="__RefHeading___Toc43285_1766585215"/>
      <w:bookmarkEnd w:id="18"/>
      <w:r>
        <w:rPr/>
        <w:t>18 Проверки и критерии готовности</w:t>
      </w:r>
    </w:p>
    <w:p>
      <w:pPr>
        <w:pStyle w:val="Normal"/>
        <w:jc w:val="both"/>
        <w:rPr/>
      </w:pPr>
      <w:r>
        <w:rPr>
          <w:b w:val="false"/>
          <w:sz w:val="24"/>
        </w:rPr>
        <w:t xml:space="preserve">Соответствие речевой части определяется для каждого объявленного режима: локальной записи, потока записи и микрофона. Критерии </w:t>
      </w:r>
      <w:r>
        <w:rPr>
          <w:b w:val="false"/>
          <w:sz w:val="24"/>
          <w:lang w:val="zxx"/>
        </w:rPr>
        <w:t>M01-</w:t>
      </w:r>
      <w:r>
        <w:rPr>
          <w:b w:val="false"/>
          <w:sz w:val="24"/>
        </w:rPr>
        <w:t>⁠</w:t>
      </w:r>
      <w:r>
        <w:rPr>
          <w:b w:val="false"/>
          <w:sz w:val="24"/>
          <w:lang w:val="zxx"/>
        </w:rPr>
        <w:t>M10</w:t>
      </w:r>
      <w:r>
        <w:rPr>
          <w:b w:val="false"/>
          <w:sz w:val="24"/>
        </w:rPr>
        <w:t xml:space="preserve"> раздела </w:t>
      </w:r>
      <w:r>
        <w:rPr>
          <w:b w:val="false"/>
          <w:sz w:val="24"/>
          <w:lang w:val="zxx"/>
        </w:rPr>
        <w:t>15</w:t>
      </w:r>
      <w:r>
        <w:rPr>
          <w:b w:val="false"/>
          <w:sz w:val="24"/>
        </w:rPr>
        <w:t xml:space="preserve"> применяются к полному тракту от источника до выходов; прием команды и готовность декодера не заменяют критерии полноты сообщения и физического результата.</w:t>
      </w:r>
    </w:p>
    <w:p>
      <w:pPr>
        <w:pStyle w:val="Normal"/>
        <w:jc w:val="both"/>
        <w:rPr/>
      </w:pPr>
      <w:r>
        <w:rPr>
          <w:b w:val="false"/>
          <w:sz w:val="28"/>
          <w:lang w:val="zxx"/>
        </w:rPr>
        <w:t>18.1</w:t>
      </w:r>
      <w:r>
        <w:rPr>
          <w:b w:val="false"/>
          <w:sz w:val="28"/>
        </w:rPr>
        <w:t xml:space="preserve"> Оценка соответствия выполняется по обязательным требованиям выбранного профиля и критериям настоящего раздела. Для каждого условия фиксируются входная последовательность, допустимые ответы, изменения состояния и физическое наблюдение. Повтор, перестановка, потеря сообщения и перезапуск проверяются как самостоятельные случаи. Отчеты и сведения об используемых средствах испытаний являются документами реализации.</w:t>
      </w:r>
    </w:p>
    <w:p>
      <w:pPr>
        <w:pStyle w:val="Normal"/>
        <w:keepNext w:val="true"/>
        <w:jc w:val="start"/>
        <w:rPr/>
      </w:pPr>
      <w:r>
        <w:rPr>
          <w:b/>
          <w:sz w:val="28"/>
          <w:lang w:val="zxx"/>
        </w:rPr>
        <w:t>18.2</w:t>
      </w:r>
      <w:r>
        <w:rPr>
          <w:b/>
          <w:sz w:val="28"/>
        </w:rPr>
        <w:t xml:space="preserve"> Повтор / потерянный ответ / </w:t>
      </w:r>
      <w:r>
        <w:rPr>
          <w:b/>
          <w:sz w:val="28"/>
          <w:lang w:val="zxx"/>
        </w:rPr>
        <w:t>reconnect</w:t>
      </w:r>
    </w:p>
    <w:p>
      <w:pPr>
        <w:pStyle w:val="Normal"/>
        <w:jc w:val="start"/>
        <w:rPr/>
      </w:pPr>
      <w:r>
        <w:rPr>
          <w:b w:val="false"/>
          <w:sz w:val="28"/>
          <w:lang w:val="zxx"/>
        </w:rPr>
        <w:t>session.start</w:t>
      </w:r>
      <w:r>
        <w:rPr>
          <w:b w:val="false"/>
          <w:sz w:val="28"/>
        </w:rPr>
        <w:t xml:space="preserve"> не исполняется повторно; журнал результата отличает </w:t>
      </w:r>
      <w:r>
        <w:rPr>
          <w:b w:val="false"/>
          <w:sz w:val="28"/>
          <w:lang w:val="zxx"/>
        </w:rPr>
        <w:t>accepted</w:t>
      </w:r>
      <w:r>
        <w:rPr>
          <w:b w:val="false"/>
          <w:sz w:val="28"/>
        </w:rPr>
        <w:t xml:space="preserve"> от текущего </w:t>
      </w:r>
      <w:r>
        <w:rPr>
          <w:b w:val="false"/>
          <w:sz w:val="28"/>
          <w:lang w:val="zxx"/>
        </w:rPr>
        <w:t>running.</w:t>
      </w:r>
    </w:p>
    <w:p>
      <w:pPr>
        <w:pStyle w:val="Normal"/>
        <w:keepNext w:val="true"/>
        <w:jc w:val="start"/>
        <w:rPr/>
      </w:pPr>
      <w:r>
        <w:rPr>
          <w:b/>
          <w:sz w:val="28"/>
          <w:lang w:val="zxx"/>
        </w:rPr>
        <w:t>18.3</w:t>
      </w:r>
      <w:r>
        <w:rPr>
          <w:b/>
          <w:sz w:val="28"/>
        </w:rPr>
        <w:t xml:space="preserve"> Отмена до </w:t>
      </w:r>
      <w:r>
        <w:rPr>
          <w:b/>
          <w:sz w:val="28"/>
          <w:lang w:val="zxx"/>
        </w:rPr>
        <w:t>session.start</w:t>
      </w:r>
      <w:r>
        <w:rPr>
          <w:b/>
          <w:sz w:val="28"/>
        </w:rPr>
        <w:t xml:space="preserve"> и поздняя отмена</w:t>
      </w:r>
    </w:p>
    <w:p>
      <w:pPr>
        <w:pStyle w:val="Normal"/>
        <w:jc w:val="both"/>
        <w:rPr/>
      </w:pPr>
      <w:r>
        <w:rPr>
          <w:b w:val="false"/>
          <w:sz w:val="28"/>
        </w:rPr>
        <w:t xml:space="preserve">Поздний </w:t>
      </w:r>
      <w:r>
        <w:rPr>
          <w:b w:val="false"/>
          <w:sz w:val="28"/>
          <w:lang w:val="zxx"/>
        </w:rPr>
        <w:t>session.start</w:t>
      </w:r>
      <w:r>
        <w:rPr>
          <w:b w:val="false"/>
          <w:sz w:val="28"/>
        </w:rPr>
        <w:t xml:space="preserve"> не выполняется, новый сеанс не останавливается старой отменой.</w:t>
      </w:r>
    </w:p>
    <w:p>
      <w:pPr>
        <w:pStyle w:val="Normal"/>
        <w:keepNext w:val="true"/>
        <w:jc w:val="start"/>
        <w:rPr/>
      </w:pPr>
      <w:r>
        <w:rPr>
          <w:b/>
          <w:sz w:val="28"/>
          <w:lang w:val="zxx"/>
        </w:rPr>
        <w:t>18.4</w:t>
      </w:r>
      <w:r>
        <w:rPr>
          <w:b/>
          <w:sz w:val="28"/>
        </w:rPr>
        <w:t xml:space="preserve"> Сеть, питание и зависшее ОУ</w:t>
      </w:r>
    </w:p>
    <w:p>
      <w:pPr>
        <w:pStyle w:val="Normal"/>
        <w:jc w:val="both"/>
        <w:rPr/>
      </w:pPr>
      <w:r>
        <w:rPr>
          <w:b w:val="false"/>
          <w:sz w:val="28"/>
          <w:lang w:val="zxx"/>
        </w:rPr>
        <w:t>stop/</w:t>
      </w:r>
      <w:r>
        <w:rPr>
          <w:b w:val="false"/>
          <w:sz w:val="28"/>
        </w:rPr>
        <w:t>​</w:t>
      </w:r>
      <w:r>
        <w:rPr>
          <w:b w:val="false"/>
          <w:sz w:val="28"/>
          <w:lang w:val="zxx"/>
        </w:rPr>
        <w:t>finish</w:t>
      </w:r>
      <w:r>
        <w:rPr>
          <w:b w:val="false"/>
          <w:sz w:val="28"/>
        </w:rPr>
        <w:t xml:space="preserve"> выполняются в заданной области; </w:t>
      </w:r>
      <w:r>
        <w:rPr>
          <w:b w:val="false"/>
          <w:sz w:val="28"/>
          <w:lang w:val="zxx"/>
        </w:rPr>
        <w:t>unknown</w:t>
      </w:r>
      <w:r>
        <w:rPr>
          <w:b w:val="false"/>
          <w:sz w:val="28"/>
        </w:rPr>
        <w:t xml:space="preserve"> не превращается в </w:t>
      </w:r>
      <w:r>
        <w:rPr>
          <w:b w:val="false"/>
          <w:sz w:val="28"/>
          <w:lang w:val="zxx"/>
        </w:rPr>
        <w:t>off</w:t>
      </w:r>
      <w:r>
        <w:rPr>
          <w:b w:val="false"/>
          <w:sz w:val="28"/>
        </w:rPr>
        <w:t>; автоматический рестарт отсутствует.</w:t>
      </w:r>
    </w:p>
    <w:p>
      <w:pPr>
        <w:pStyle w:val="Normal"/>
        <w:keepNext w:val="true"/>
        <w:jc w:val="start"/>
        <w:rPr/>
      </w:pPr>
      <w:r>
        <w:rPr>
          <w:b/>
          <w:sz w:val="28"/>
          <w:lang w:val="zxx"/>
        </w:rPr>
        <w:t>18.5</w:t>
      </w:r>
      <w:r>
        <w:rPr>
          <w:b/>
          <w:sz w:val="28"/>
        </w:rPr>
        <w:t xml:space="preserve"> Датчики и опрос</w:t>
      </w:r>
    </w:p>
    <w:p>
      <w:pPr>
        <w:pStyle w:val="Normal"/>
        <w:jc w:val="both"/>
        <w:rPr/>
      </w:pPr>
      <w:r>
        <w:rPr>
          <w:b w:val="false"/>
          <w:sz w:val="28"/>
        </w:rPr>
        <w:t>Устаревание, отсутствие, таймаут и авария различаются; полнота опроса не выдается за исправность.</w:t>
      </w:r>
    </w:p>
    <w:p>
      <w:pPr>
        <w:pStyle w:val="Normal"/>
        <w:keepNext w:val="true"/>
        <w:jc w:val="start"/>
        <w:rPr/>
      </w:pPr>
      <w:r>
        <w:rPr>
          <w:b/>
          <w:sz w:val="28"/>
          <w:lang w:val="zxx"/>
        </w:rPr>
        <w:t>18.6</w:t>
      </w:r>
      <w:r>
        <w:rPr>
          <w:b/>
          <w:sz w:val="28"/>
        </w:rPr>
        <w:t xml:space="preserve"> Парсер / транспорт / защита</w:t>
      </w:r>
    </w:p>
    <w:p>
      <w:pPr>
        <w:pStyle w:val="Normal"/>
        <w:jc w:val="both"/>
        <w:rPr/>
      </w:pPr>
      <w:r>
        <w:rPr>
          <w:b w:val="false"/>
          <w:sz w:val="28"/>
        </w:rPr>
        <w:t>Разрывы записей, неверные длины, подделка, повторы и перегрузка не приводят к действию до полной проверки.</w:t>
      </w:r>
    </w:p>
    <w:p>
      <w:pPr>
        <w:pStyle w:val="Normal"/>
        <w:keepNext w:val="true"/>
        <w:jc w:val="start"/>
        <w:rPr/>
      </w:pPr>
      <w:r>
        <w:rPr>
          <w:b/>
          <w:sz w:val="28"/>
          <w:lang w:val="zxx"/>
        </w:rPr>
        <w:t>18.7</w:t>
      </w:r>
      <w:r>
        <w:rPr>
          <w:b/>
          <w:sz w:val="28"/>
        </w:rPr>
        <w:t xml:space="preserve"> Нагрузка</w:t>
      </w:r>
    </w:p>
    <w:p>
      <w:pPr>
        <w:pStyle w:val="Normal"/>
        <w:jc w:val="both"/>
        <w:rPr/>
      </w:pPr>
      <w:r>
        <w:rPr>
          <w:b w:val="false"/>
          <w:sz w:val="28"/>
        </w:rPr>
        <w:t xml:space="preserve">Память, максимальный шаг цикла и задержка </w:t>
      </w:r>
      <w:r>
        <w:rPr>
          <w:b w:val="false"/>
          <w:sz w:val="28"/>
          <w:lang w:val="zxx"/>
        </w:rPr>
        <w:t>session.stop</w:t>
      </w:r>
      <w:r>
        <w:rPr>
          <w:b w:val="false"/>
          <w:sz w:val="28"/>
        </w:rPr>
        <w:t xml:space="preserve"> не превышают объявленные пределы при одновременном опросе, аудио и сервисной передаче.</w:t>
      </w:r>
    </w:p>
    <w:p>
      <w:pPr>
        <w:pStyle w:val="Normal"/>
        <w:keepNext w:val="true"/>
        <w:jc w:val="start"/>
        <w:rPr/>
      </w:pPr>
      <w:r>
        <w:rPr>
          <w:b/>
          <w:sz w:val="28"/>
          <w:lang w:val="zxx"/>
        </w:rPr>
        <w:t>18.8</w:t>
      </w:r>
      <w:r>
        <w:rPr>
          <w:b/>
          <w:sz w:val="28"/>
        </w:rPr>
        <w:t xml:space="preserve"> Питание при обновлении</w:t>
      </w:r>
    </w:p>
    <w:p>
      <w:pPr>
        <w:pStyle w:val="Normal"/>
        <w:jc w:val="both"/>
        <w:rPr/>
      </w:pPr>
      <w:r>
        <w:rPr>
          <w:b w:val="false"/>
          <w:sz w:val="28"/>
        </w:rPr>
        <w:t>Загрузчик, конфигурация и контент восстанавливаются после обрыва питания в любой точке изменения на каждой объявленной аппаратной ревизии.</w:t>
      </w:r>
    </w:p>
    <w:p>
      <w:pPr>
        <w:pStyle w:val="Normal"/>
        <w:keepNext w:val="true"/>
        <w:jc w:val="start"/>
        <w:rPr/>
      </w:pPr>
      <w:r>
        <w:rPr>
          <w:b/>
          <w:sz w:val="28"/>
          <w:lang w:val="zxx"/>
        </w:rPr>
        <w:t>18.9</w:t>
      </w:r>
      <w:r>
        <w:rPr>
          <w:b/>
          <w:sz w:val="28"/>
        </w:rPr>
        <w:t xml:space="preserve"> Рисунок сирены</w:t>
      </w:r>
    </w:p>
    <w:p>
      <w:pPr>
        <w:pStyle w:val="Normal"/>
        <w:jc w:val="both"/>
        <w:rPr/>
      </w:pPr>
      <w:r>
        <w:rPr>
          <w:b w:val="false"/>
          <w:sz w:val="28"/>
        </w:rPr>
        <w:t xml:space="preserve">Длительности фаз, начальная фаза, паузы, последний неполный цикл, пределы подготовки и выключения соответствуют одной редакции аппаратного профиля; одинаковый </w:t>
      </w:r>
      <w:r>
        <w:rPr>
          <w:b w:val="false"/>
          <w:sz w:val="28"/>
          <w:lang w:val="zxx"/>
        </w:rPr>
        <w:t>pattern</w:t>
      </w:r>
      <w:r>
        <w:rPr>
          <w:b w:val="false"/>
          <w:sz w:val="28"/>
        </w:rPr>
        <w:t xml:space="preserve"> не подменяет проверку одинакового сигнала.</w:t>
      </w:r>
    </w:p>
    <w:p>
      <w:pPr>
        <w:pStyle w:val="Normal"/>
        <w:keepNext w:val="true"/>
        <w:jc w:val="start"/>
        <w:rPr/>
      </w:pPr>
      <w:r>
        <w:rPr>
          <w:b/>
          <w:sz w:val="28"/>
          <w:lang w:val="zxx"/>
        </w:rPr>
        <w:t>18.10</w:t>
      </w:r>
      <w:r>
        <w:rPr>
          <w:b/>
          <w:sz w:val="28"/>
        </w:rPr>
        <w:t xml:space="preserve"> Границы таймеров</w:t>
      </w:r>
    </w:p>
    <w:p>
      <w:pPr>
        <w:pStyle w:val="Normal"/>
        <w:jc w:val="both"/>
        <w:rPr/>
      </w:pPr>
      <w:r>
        <w:rPr>
          <w:b w:val="false"/>
          <w:sz w:val="28"/>
        </w:rPr>
        <w:t xml:space="preserve">Таймаут отправки после свежего продления </w:t>
      </w:r>
      <w:r>
        <w:rPr>
          <w:b w:val="false"/>
          <w:sz w:val="28"/>
          <w:lang w:val="zxx"/>
        </w:rPr>
        <w:t>lease</w:t>
      </w:r>
      <w:r>
        <w:rPr>
          <w:b w:val="false"/>
          <w:sz w:val="28"/>
        </w:rPr>
        <w:t xml:space="preserve"> только отсоединяет канал; </w:t>
      </w:r>
      <w:r>
        <w:rPr>
          <w:b w:val="false"/>
          <w:sz w:val="28"/>
          <w:lang w:val="zxx"/>
        </w:rPr>
        <w:t>stop/</w:t>
      </w:r>
      <w:r>
        <w:rPr>
          <w:b w:val="false"/>
          <w:sz w:val="28"/>
        </w:rPr>
        <w:t>​</w:t>
      </w:r>
      <w:r>
        <w:rPr>
          <w:b w:val="false"/>
          <w:sz w:val="28"/>
          <w:lang w:val="zxx"/>
        </w:rPr>
        <w:t>finish</w:t>
      </w:r>
      <w:r>
        <w:rPr>
          <w:b w:val="false"/>
          <w:sz w:val="28"/>
        </w:rPr>
        <w:t xml:space="preserve"> применяется при истечении оставшегося </w:t>
      </w:r>
      <w:r>
        <w:rPr>
          <w:b w:val="false"/>
          <w:sz w:val="28"/>
          <w:lang w:val="zxx"/>
        </w:rPr>
        <w:t>lease.</w:t>
      </w:r>
      <w:r>
        <w:rPr>
          <w:b w:val="false"/>
          <w:sz w:val="28"/>
        </w:rPr>
        <w:t xml:space="preserve"> Отзыв действующих полномочий проверяется отдельно и действует немедленно. Разрыв канала не сбрасывает </w:t>
      </w:r>
      <w:r>
        <w:rPr>
          <w:b w:val="false"/>
          <w:sz w:val="28"/>
          <w:lang w:val="zxx"/>
        </w:rPr>
        <w:t>lease</w:t>
      </w:r>
      <w:r>
        <w:rPr>
          <w:b w:val="false"/>
          <w:sz w:val="28"/>
        </w:rPr>
        <w:t xml:space="preserve">; </w:t>
      </w:r>
      <w:r>
        <w:rPr>
          <w:b w:val="false"/>
          <w:sz w:val="28"/>
          <w:lang w:val="zxx"/>
        </w:rPr>
        <w:t>resume</w:t>
      </w:r>
      <w:r>
        <w:rPr>
          <w:b w:val="false"/>
          <w:sz w:val="28"/>
        </w:rPr>
        <w:t xml:space="preserve"> до и после его истечения различается; </w:t>
      </w:r>
      <w:r>
        <w:rPr>
          <w:b w:val="false"/>
          <w:sz w:val="28"/>
          <w:lang w:val="zxx"/>
        </w:rPr>
        <w:t>draining</w:t>
      </w:r>
      <w:r>
        <w:rPr>
          <w:b w:val="false"/>
          <w:sz w:val="28"/>
        </w:rPr>
        <w:t xml:space="preserve"> не допускает новый </w:t>
      </w:r>
      <w:r>
        <w:rPr>
          <w:b w:val="false"/>
          <w:sz w:val="28"/>
          <w:lang w:val="zxx"/>
        </w:rPr>
        <w:t>session.start.</w:t>
      </w:r>
      <w:r>
        <w:rPr>
          <w:b w:val="false"/>
          <w:sz w:val="28"/>
        </w:rPr>
        <w:t xml:space="preserve"> Повторы не продлевают подготовку, исполнение и остановку. При совпадении сроков действует заданный порядок обработки.</w:t>
      </w:r>
    </w:p>
    <w:p>
      <w:pPr>
        <w:pStyle w:val="Normal"/>
        <w:keepNext w:val="true"/>
        <w:jc w:val="start"/>
        <w:rPr/>
      </w:pPr>
      <w:r>
        <w:rPr>
          <w:b/>
          <w:sz w:val="28"/>
          <w:lang w:val="zxx"/>
        </w:rPr>
        <w:t>18.11</w:t>
      </w:r>
      <w:r>
        <w:rPr>
          <w:b/>
          <w:sz w:val="28"/>
        </w:rPr>
        <w:t xml:space="preserve"> Последовательные сеансы</w:t>
      </w:r>
    </w:p>
    <w:p>
      <w:pPr>
        <w:pStyle w:val="Normal"/>
        <w:jc w:val="both"/>
        <w:rPr/>
      </w:pPr>
      <w:r>
        <w:rPr>
          <w:b w:val="false"/>
          <w:sz w:val="28"/>
        </w:rPr>
        <w:t xml:space="preserve">При подтвержденном </w:t>
      </w:r>
      <w:r>
        <w:rPr>
          <w:b w:val="false"/>
          <w:sz w:val="28"/>
          <w:lang w:val="zxx"/>
        </w:rPr>
        <w:t>off</w:t>
      </w:r>
      <w:r>
        <w:rPr>
          <w:b w:val="false"/>
          <w:sz w:val="28"/>
        </w:rPr>
        <w:t xml:space="preserve"> и действующих полномочиях переходы сирена -&gt; запись и проверка -&gt; оповещение укладываются в пределы паспорта при занятой истории. Испытываются все поддержанные переходы, максимальный всплеск и длительная заявленная частота, включая смену эпох. В пределах нагрузки нет </w:t>
      </w:r>
      <w:r>
        <w:rPr>
          <w:b w:val="false"/>
          <w:sz w:val="28"/>
          <w:lang w:val="zxx"/>
        </w:rPr>
        <w:t>busy</w:t>
      </w:r>
      <w:r>
        <w:rPr>
          <w:b w:val="false"/>
          <w:sz w:val="28"/>
        </w:rPr>
        <w:t xml:space="preserve"> только из-за истории; все прежние результаты доступны до истечения их срока. Переполнение за пределами нагрузки не вытесняет их и не вызывает воздействие.</w:t>
      </w:r>
    </w:p>
    <w:p>
      <w:pPr>
        <w:pStyle w:val="Normal"/>
        <w:keepNext w:val="true"/>
        <w:jc w:val="start"/>
        <w:rPr/>
      </w:pPr>
      <w:r>
        <w:rPr>
          <w:b/>
          <w:sz w:val="28"/>
          <w:lang w:val="zxx"/>
        </w:rPr>
        <w:t>18.12</w:t>
      </w:r>
      <w:r>
        <w:rPr>
          <w:b/>
          <w:sz w:val="28"/>
        </w:rPr>
        <w:t xml:space="preserve"> Хранение результата</w:t>
      </w:r>
    </w:p>
    <w:p>
      <w:pPr>
        <w:pStyle w:val="Normal"/>
        <w:jc w:val="both"/>
        <w:rPr/>
      </w:pPr>
      <w:r>
        <w:rPr>
          <w:b w:val="false"/>
          <w:sz w:val="28"/>
        </w:rPr>
        <w:t xml:space="preserve">В одной загрузке результат доступен весь </w:t>
      </w:r>
      <w:r>
        <w:rPr>
          <w:b w:val="false"/>
          <w:sz w:val="28"/>
          <w:lang w:val="zxx"/>
        </w:rPr>
        <w:t>resultRetentionMs</w:t>
      </w:r>
      <w:r>
        <w:rPr>
          <w:b w:val="false"/>
          <w:sz w:val="28"/>
        </w:rPr>
        <w:t xml:space="preserve">, в том числе после </w:t>
      </w:r>
      <w:r>
        <w:rPr>
          <w:b w:val="false"/>
          <w:sz w:val="28"/>
          <w:lang w:val="zxx"/>
        </w:rPr>
        <w:t>release</w:t>
      </w:r>
      <w:r>
        <w:rPr>
          <w:b w:val="false"/>
          <w:sz w:val="28"/>
        </w:rPr>
        <w:t xml:space="preserve">; </w:t>
      </w:r>
      <w:r>
        <w:rPr>
          <w:b w:val="false"/>
          <w:sz w:val="28"/>
          <w:lang w:val="zxx"/>
        </w:rPr>
        <w:t>reboot</w:t>
      </w:r>
      <w:r>
        <w:rPr>
          <w:b w:val="false"/>
          <w:sz w:val="28"/>
        </w:rPr>
        <w:t xml:space="preserve"> дает </w:t>
      </w:r>
      <w:r>
        <w:rPr>
          <w:b w:val="false"/>
          <w:sz w:val="28"/>
          <w:lang w:val="zxx"/>
        </w:rPr>
        <w:t>staleBoot</w:t>
      </w:r>
      <w:r>
        <w:rPr>
          <w:b w:val="false"/>
          <w:sz w:val="28"/>
        </w:rPr>
        <w:t xml:space="preserve"> старому запросу и запускает восстановление по постоянному журналу без повторного </w:t>
      </w:r>
      <w:r>
        <w:rPr>
          <w:b w:val="false"/>
          <w:sz w:val="28"/>
          <w:lang w:val="zxx"/>
        </w:rPr>
        <w:t>session.start.</w:t>
      </w:r>
      <w:r>
        <w:rPr>
          <w:b w:val="false"/>
          <w:sz w:val="28"/>
        </w:rPr>
        <w:t xml:space="preserve"> Полный архив испытывается только при заявленном отдельном профиле.</w:t>
      </w:r>
    </w:p>
    <w:p>
      <w:pPr>
        <w:pStyle w:val="Normal"/>
        <w:jc w:val="both"/>
        <w:rPr/>
      </w:pPr>
      <w:r>
        <w:rPr>
          <w:b w:val="false"/>
          <w:sz w:val="28"/>
          <w:lang w:val="zxx"/>
        </w:rPr>
        <w:t>18.13</w:t>
      </w:r>
      <w:r>
        <w:rPr>
          <w:b w:val="false"/>
          <w:sz w:val="28"/>
        </w:rPr>
        <w:t xml:space="preserve"> Ресурсный бюджет определяется для целевого состава выпускаемой прошивки: код и загрузчик, конфигурация и ключи, постоянный журнал, пиковые </w:t>
      </w:r>
      <w:r>
        <w:rPr>
          <w:b w:val="false"/>
          <w:sz w:val="28"/>
          <w:lang w:val="zxx"/>
        </w:rPr>
        <w:t>SRAM/</w:t>
      </w:r>
      <w:r>
        <w:rPr>
          <w:b w:val="false"/>
          <w:sz w:val="28"/>
        </w:rPr>
        <w:t>стек/</w:t>
      </w:r>
      <w:r>
        <w:rPr>
          <w:b w:val="false"/>
          <w:sz w:val="28"/>
          <w:lang w:val="zxx"/>
        </w:rPr>
        <w:t>SDRAM</w:t>
      </w:r>
      <w:r>
        <w:rPr>
          <w:b w:val="false"/>
          <w:sz w:val="28"/>
        </w:rPr>
        <w:t>, сетевые соединения, криптография и тракт ОУ при одновременной нагрузке. Совместное размещение прежних протоколов и служебных приложений не является требованием открытого протокола. Первичное заводское программирование и последующее эксплуатационное обновление имеют отдельные процедуры; наличие первого не доказывает восстановление после сбоя второго. Емкость и сроки подтверждаются измерениями изделия, а не размером прежнего образа.</w:t>
      </w:r>
    </w:p>
    <w:p>
      <w:pPr>
        <w:pStyle w:val="2"/>
        <w:rPr/>
      </w:pPr>
      <w:r>
        <w:rPr/>
        <w:t>Дополнительная приемка</w:t>
      </w:r>
    </w:p>
    <w:p>
      <w:pPr>
        <w:pStyle w:val="Normal"/>
        <w:jc w:val="both"/>
        <w:rPr/>
      </w:pPr>
      <w:r>
        <w:rPr>
          <w:b w:val="false"/>
          <w:sz w:val="28"/>
          <w:lang w:val="zxx"/>
        </w:rPr>
        <w:t>18.14</w:t>
      </w:r>
      <w:r>
        <w:rPr>
          <w:b w:val="false"/>
          <w:sz w:val="28"/>
        </w:rPr>
        <w:t xml:space="preserve"> Для телеметрии обязательны сценарии изменения качества, пропуска событий, неполных снимков и запуска теста; для интеграции - происхождение, делегирование и частичный результат. Дополнительные сценарии </w:t>
      </w:r>
      <w:r>
        <w:rPr>
          <w:b w:val="false"/>
          <w:sz w:val="28"/>
          <w:lang w:val="zxx"/>
        </w:rPr>
        <w:t>U01-</w:t>
      </w:r>
      <w:r>
        <w:rPr>
          <w:b w:val="false"/>
          <w:sz w:val="28"/>
        </w:rPr>
        <w:t>⁠</w:t>
      </w:r>
      <w:r>
        <w:rPr>
          <w:b w:val="false"/>
          <w:sz w:val="28"/>
          <w:lang w:val="zxx"/>
        </w:rPr>
        <w:t>U12</w:t>
      </w:r>
      <w:r>
        <w:rPr>
          <w:b w:val="false"/>
          <w:sz w:val="28"/>
        </w:rPr>
        <w:t xml:space="preserve"> устанавливают критерии взаимодействия АРМ и ОУ. Метод испытания </w:t>
      </w:r>
      <w:r>
        <w:rPr>
          <w:b w:val="false"/>
          <w:sz w:val="28"/>
          <w:lang w:val="zxx"/>
        </w:rPr>
        <w:t>ДОЛЖЕН</w:t>
      </w:r>
      <w:r>
        <w:rPr>
          <w:b w:val="false"/>
          <w:sz w:val="28"/>
        </w:rPr>
        <w:t xml:space="preserve"> сохранять проверяемые предпосылки, событие и ожидаемый результат.</w:t>
      </w:r>
    </w:p>
    <w:p>
      <w:pPr>
        <w:pStyle w:val="Normal"/>
        <w:keepNext w:val="true"/>
        <w:jc w:val="start"/>
        <w:rPr/>
      </w:pPr>
      <w:r>
        <w:rPr>
          <w:b/>
          <w:sz w:val="28"/>
          <w:lang w:val="zxx"/>
        </w:rPr>
        <w:t>18.15</w:t>
      </w:r>
      <w:r>
        <w:rPr>
          <w:b/>
          <w:sz w:val="28"/>
        </w:rPr>
        <w:t xml:space="preserve"> </w:t>
      </w:r>
      <w:r>
        <w:rPr>
          <w:b/>
          <w:sz w:val="28"/>
          <w:lang w:val="zxx"/>
        </w:rPr>
        <w:t>U01-</w:t>
      </w:r>
      <w:r>
        <w:rPr>
          <w:b/>
          <w:sz w:val="28"/>
        </w:rPr>
        <w:t>⁠</w:t>
      </w:r>
      <w:r>
        <w:rPr>
          <w:b/>
          <w:sz w:val="28"/>
          <w:lang w:val="zxx"/>
        </w:rPr>
        <w:t>U03:</w:t>
      </w:r>
      <w:r>
        <w:rPr>
          <w:b/>
          <w:sz w:val="28"/>
        </w:rPr>
        <w:t xml:space="preserve"> этапы и речь</w:t>
      </w:r>
    </w:p>
    <w:p>
      <w:pPr>
        <w:pStyle w:val="Normal"/>
        <w:jc w:val="both"/>
        <w:rPr/>
      </w:pPr>
      <w:r>
        <w:rPr>
          <w:b w:val="false"/>
          <w:sz w:val="28"/>
        </w:rPr>
        <w:t xml:space="preserve">Запоздавший </w:t>
      </w:r>
      <w:r>
        <w:rPr>
          <w:b w:val="false"/>
          <w:sz w:val="28"/>
          <w:lang w:val="zxx"/>
        </w:rPr>
        <w:t>session.stop</w:t>
      </w:r>
      <w:r>
        <w:rPr>
          <w:b w:val="false"/>
          <w:sz w:val="28"/>
        </w:rPr>
        <w:t xml:space="preserve"> сирены не выключает следующий этап; отмена в паузе запрещает повтор; устаревшее разрешение тангенты не открывает поток.</w:t>
      </w:r>
    </w:p>
    <w:p>
      <w:pPr>
        <w:pStyle w:val="Normal"/>
        <w:keepNext w:val="true"/>
        <w:jc w:val="start"/>
        <w:rPr/>
      </w:pPr>
      <w:r>
        <w:rPr>
          <w:b/>
          <w:sz w:val="28"/>
          <w:lang w:val="zxx"/>
        </w:rPr>
        <w:t>18.16</w:t>
      </w:r>
      <w:r>
        <w:rPr>
          <w:b/>
          <w:sz w:val="28"/>
        </w:rPr>
        <w:t xml:space="preserve"> </w:t>
      </w:r>
      <w:r>
        <w:rPr>
          <w:b/>
          <w:sz w:val="28"/>
          <w:lang w:val="zxx"/>
        </w:rPr>
        <w:t>U04-</w:t>
      </w:r>
      <w:r>
        <w:rPr>
          <w:b/>
          <w:sz w:val="28"/>
        </w:rPr>
        <w:t>⁠</w:t>
      </w:r>
      <w:r>
        <w:rPr>
          <w:b/>
          <w:sz w:val="28"/>
          <w:lang w:val="zxx"/>
        </w:rPr>
        <w:t>U06:</w:t>
      </w:r>
      <w:r>
        <w:rPr>
          <w:b/>
          <w:sz w:val="28"/>
        </w:rPr>
        <w:t xml:space="preserve"> доставка до ОУ</w:t>
      </w:r>
    </w:p>
    <w:p>
      <w:pPr>
        <w:pStyle w:val="Normal"/>
        <w:jc w:val="both"/>
        <w:rPr/>
      </w:pPr>
      <w:r>
        <w:rPr>
          <w:b w:val="false"/>
          <w:sz w:val="28"/>
        </w:rPr>
        <w:t xml:space="preserve">Потеря подтверждения ОУ не вызывает второй </w:t>
      </w:r>
      <w:r>
        <w:rPr>
          <w:b w:val="false"/>
          <w:sz w:val="28"/>
          <w:lang w:val="zxx"/>
        </w:rPr>
        <w:t>session.start</w:t>
      </w:r>
      <w:r>
        <w:rPr>
          <w:b w:val="false"/>
          <w:sz w:val="28"/>
        </w:rPr>
        <w:t>; резервный путь не дублирует неизвестный запуск; фазовые и общие показания разных вариантов ОУ не смешиваются.</w:t>
      </w:r>
    </w:p>
    <w:p>
      <w:pPr>
        <w:pStyle w:val="Normal"/>
        <w:keepNext w:val="true"/>
        <w:jc w:val="start"/>
        <w:rPr/>
      </w:pPr>
      <w:r>
        <w:rPr>
          <w:b/>
          <w:sz w:val="28"/>
          <w:lang w:val="zxx"/>
        </w:rPr>
        <w:t>18.17</w:t>
      </w:r>
      <w:r>
        <w:rPr>
          <w:b/>
          <w:sz w:val="28"/>
        </w:rPr>
        <w:t xml:space="preserve"> </w:t>
      </w:r>
      <w:r>
        <w:rPr>
          <w:b/>
          <w:sz w:val="28"/>
          <w:lang w:val="zxx"/>
        </w:rPr>
        <w:t>U07-</w:t>
      </w:r>
      <w:r>
        <w:rPr>
          <w:b/>
          <w:sz w:val="28"/>
        </w:rPr>
        <w:t>⁠</w:t>
      </w:r>
      <w:r>
        <w:rPr>
          <w:b/>
          <w:sz w:val="28"/>
          <w:lang w:val="zxx"/>
        </w:rPr>
        <w:t>U09:</w:t>
      </w:r>
      <w:r>
        <w:rPr>
          <w:b/>
          <w:sz w:val="28"/>
        </w:rPr>
        <w:t xml:space="preserve"> наблюдения</w:t>
      </w:r>
    </w:p>
    <w:p>
      <w:pPr>
        <w:pStyle w:val="Normal"/>
        <w:jc w:val="both"/>
        <w:rPr/>
      </w:pPr>
      <w:r>
        <w:rPr>
          <w:b w:val="false"/>
          <w:sz w:val="28"/>
        </w:rPr>
        <w:t>Перестановка/повтор/пропуск страниц не меняют адресацию и полноту; активная до подключения авария видна без нового фронта; повтор эпизода или снимок не перезапускают сценарий.</w:t>
      </w:r>
    </w:p>
    <w:p>
      <w:pPr>
        <w:pStyle w:val="Normal"/>
        <w:keepNext w:val="true"/>
        <w:jc w:val="start"/>
        <w:rPr/>
      </w:pPr>
      <w:r>
        <w:rPr>
          <w:b/>
          <w:sz w:val="28"/>
          <w:lang w:val="zxx"/>
        </w:rPr>
        <w:t>18.18</w:t>
      </w:r>
      <w:r>
        <w:rPr>
          <w:b/>
          <w:sz w:val="28"/>
        </w:rPr>
        <w:t xml:space="preserve"> </w:t>
      </w:r>
      <w:r>
        <w:rPr>
          <w:b/>
          <w:sz w:val="28"/>
          <w:lang w:val="zxx"/>
        </w:rPr>
        <w:t>U10-</w:t>
      </w:r>
      <w:r>
        <w:rPr>
          <w:b/>
          <w:sz w:val="28"/>
        </w:rPr>
        <w:t>⁠</w:t>
      </w:r>
      <w:r>
        <w:rPr>
          <w:b/>
          <w:sz w:val="28"/>
          <w:lang w:val="zxx"/>
        </w:rPr>
        <w:t>U12:</w:t>
      </w:r>
      <w:r>
        <w:rPr>
          <w:b/>
          <w:sz w:val="28"/>
        </w:rPr>
        <w:t xml:space="preserve"> пределы и совместимость</w:t>
      </w:r>
    </w:p>
    <w:p>
      <w:pPr>
        <w:pStyle w:val="Normal"/>
        <w:jc w:val="both"/>
        <w:rPr/>
      </w:pPr>
      <w:r>
        <w:rPr>
          <w:b w:val="false"/>
          <w:sz w:val="28"/>
        </w:rPr>
        <w:t xml:space="preserve">Таймаут программы не выдается за успешное окончание; два независимых АРМ одинаково трактуют профиль и отказ неизвестной функции; </w:t>
      </w:r>
      <w:r>
        <w:rPr>
          <w:b w:val="false"/>
          <w:sz w:val="28"/>
          <w:lang w:val="zxx"/>
        </w:rPr>
        <w:t>session.stop</w:t>
      </w:r>
      <w:r>
        <w:rPr>
          <w:b w:val="false"/>
          <w:sz w:val="28"/>
        </w:rPr>
        <w:t xml:space="preserve"> укладывается в измеренный бюджет под нагрузкой.</w:t>
      </w:r>
    </w:p>
    <w:p>
      <w:pPr>
        <w:pStyle w:val="2"/>
        <w:rPr/>
      </w:pPr>
      <w:r>
        <w:rPr/>
        <w:t>Проверка инициативных уведомлений</w:t>
      </w:r>
    </w:p>
    <w:p>
      <w:pPr>
        <w:pStyle w:val="Normal"/>
        <w:jc w:val="both"/>
        <w:rPr/>
      </w:pPr>
      <w:r>
        <w:rPr>
          <w:b w:val="false"/>
          <w:sz w:val="28"/>
          <w:lang w:val="zxx"/>
        </w:rPr>
        <w:t>18.19</w:t>
      </w:r>
      <w:r>
        <w:rPr>
          <w:b w:val="false"/>
          <w:sz w:val="28"/>
        </w:rPr>
        <w:t xml:space="preserve"> Для </w:t>
      </w:r>
      <w:r>
        <w:rPr>
          <w:b w:val="false"/>
          <w:sz w:val="28"/>
          <w:lang w:val="zxx"/>
        </w:rPr>
        <w:t>eventsPush</w:t>
      </w:r>
      <w:r>
        <w:rPr>
          <w:b w:val="false"/>
          <w:sz w:val="28"/>
        </w:rPr>
        <w:t xml:space="preserve"> проверяются отсутствие </w:t>
      </w:r>
      <w:r>
        <w:rPr>
          <w:b w:val="false"/>
          <w:sz w:val="28"/>
          <w:lang w:val="zxx"/>
        </w:rPr>
        <w:t>notification</w:t>
      </w:r>
      <w:r>
        <w:rPr>
          <w:b w:val="false"/>
          <w:sz w:val="28"/>
        </w:rPr>
        <w:t xml:space="preserve"> до подписки, доставка сработки и возврата без </w:t>
      </w:r>
      <w:r>
        <w:rPr>
          <w:b w:val="false"/>
          <w:sz w:val="28"/>
          <w:lang w:val="zxx"/>
        </w:rPr>
        <w:t>events.read</w:t>
      </w:r>
      <w:r>
        <w:rPr>
          <w:b w:val="false"/>
          <w:sz w:val="28"/>
        </w:rPr>
        <w:t xml:space="preserve">, неизменный повтор после потери </w:t>
      </w:r>
      <w:r>
        <w:rPr>
          <w:b w:val="false"/>
          <w:sz w:val="28"/>
          <w:lang w:val="zxx"/>
        </w:rPr>
        <w:t>notificationAck</w:t>
      </w:r>
      <w:r>
        <w:rPr>
          <w:b w:val="false"/>
          <w:sz w:val="28"/>
        </w:rPr>
        <w:t xml:space="preserve">, отсутствие повторного применения события, две независимые подписки, замена и отмена, чужой курсор и </w:t>
      </w:r>
      <w:r>
        <w:rPr>
          <w:b w:val="false"/>
          <w:sz w:val="28"/>
          <w:lang w:val="zxx"/>
        </w:rPr>
        <w:t>bootId</w:t>
      </w:r>
      <w:r>
        <w:rPr>
          <w:b w:val="false"/>
          <w:sz w:val="28"/>
        </w:rPr>
        <w:t xml:space="preserve">, восстановление после обрыва, отзыв прав и явный </w:t>
      </w:r>
      <w:r>
        <w:rPr>
          <w:b w:val="false"/>
          <w:sz w:val="28"/>
          <w:lang w:val="zxx"/>
        </w:rPr>
        <w:t>gap</w:t>
      </w:r>
      <w:r>
        <w:rPr>
          <w:b w:val="false"/>
          <w:sz w:val="28"/>
        </w:rPr>
        <w:t xml:space="preserve"> при переполнении. Отдельно проверяются </w:t>
      </w:r>
      <w:r>
        <w:rPr>
          <w:b w:val="false"/>
          <w:sz w:val="28"/>
          <w:lang w:val="zxx"/>
        </w:rPr>
        <w:t>plain/</w:t>
      </w:r>
      <w:r>
        <w:rPr>
          <w:b w:val="false"/>
          <w:sz w:val="28"/>
        </w:rPr>
        <w:t>​</w:t>
      </w:r>
      <w:r>
        <w:rPr>
          <w:b w:val="false"/>
          <w:sz w:val="28"/>
          <w:lang w:val="zxx"/>
        </w:rPr>
        <w:t>tls</w:t>
      </w:r>
      <w:r>
        <w:rPr>
          <w:b w:val="false"/>
          <w:sz w:val="28"/>
        </w:rPr>
        <w:t xml:space="preserve">, старый клиент, старое УУ, целостность </w:t>
      </w:r>
      <w:r>
        <w:rPr>
          <w:b w:val="false"/>
          <w:sz w:val="28"/>
          <w:lang w:val="zxx"/>
        </w:rPr>
        <w:t>XML</w:t>
      </w:r>
      <w:r>
        <w:rPr>
          <w:b w:val="false"/>
          <w:sz w:val="28"/>
        </w:rPr>
        <w:t xml:space="preserve"> при частичной записи, граница </w:t>
      </w:r>
      <w:r>
        <w:rPr>
          <w:b w:val="false"/>
          <w:sz w:val="28"/>
          <w:lang w:val="zxx"/>
        </w:rPr>
        <w:t>1024</w:t>
      </w:r>
      <w:r>
        <w:rPr>
          <w:b w:val="false"/>
          <w:sz w:val="28"/>
        </w:rPr>
        <w:t xml:space="preserve"> байта, приоритет </w:t>
      </w:r>
      <w:r>
        <w:rPr>
          <w:b w:val="false"/>
          <w:sz w:val="28"/>
          <w:lang w:val="zxx"/>
        </w:rPr>
        <w:t>STOP</w:t>
      </w:r>
      <w:r>
        <w:rPr>
          <w:b w:val="false"/>
          <w:sz w:val="28"/>
        </w:rPr>
        <w:t xml:space="preserve"> и сохранение сроков </w:t>
      </w:r>
      <w:r>
        <w:rPr>
          <w:b w:val="false"/>
          <w:sz w:val="28"/>
          <w:lang w:val="zxx"/>
        </w:rPr>
        <w:t>START/</w:t>
      </w:r>
      <w:r>
        <w:rPr>
          <w:b w:val="false"/>
          <w:sz w:val="28"/>
        </w:rPr>
        <w:t>​</w:t>
      </w:r>
      <w:r>
        <w:rPr>
          <w:b w:val="false"/>
          <w:sz w:val="28"/>
          <w:lang w:val="zxx"/>
        </w:rPr>
        <w:t>STOP</w:t>
      </w:r>
      <w:r>
        <w:rPr>
          <w:b w:val="false"/>
          <w:sz w:val="28"/>
        </w:rPr>
        <w:t xml:space="preserve"> и непрерывности речи под нагрузкой. Успех модели формата не заменяет аппаратную приемку.</w:t>
      </w:r>
    </w:p>
    <w:p>
      <w:pPr>
        <w:pStyle w:val="Normal"/>
        <w:jc w:val="both"/>
        <w:rPr/>
      </w:pPr>
      <w:r>
        <w:rPr>
          <w:b w:val="false"/>
          <w:sz w:val="28"/>
          <w:lang w:val="zxx"/>
        </w:rPr>
        <w:t>18.20</w:t>
      </w:r>
      <w:r>
        <w:rPr>
          <w:b w:val="false"/>
          <w:sz w:val="28"/>
        </w:rPr>
        <w:t xml:space="preserve"> Приемка </w:t>
      </w:r>
      <w:r>
        <w:rPr>
          <w:b w:val="false"/>
          <w:sz w:val="28"/>
          <w:lang w:val="zxx"/>
        </w:rPr>
        <w:t>0.21</w:t>
      </w:r>
      <w:r>
        <w:rPr>
          <w:b w:val="false"/>
          <w:sz w:val="28"/>
        </w:rPr>
        <w:t xml:space="preserve"> включает: </w:t>
      </w:r>
      <w:r>
        <w:rPr>
          <w:b w:val="false"/>
          <w:sz w:val="28"/>
          <w:lang w:val="zxx"/>
        </w:rPr>
        <w:t>UDP</w:t>
      </w:r>
      <w:r>
        <w:rPr>
          <w:b w:val="false"/>
          <w:sz w:val="28"/>
        </w:rPr>
        <w:t xml:space="preserve"> </w:t>
      </w:r>
      <w:r>
        <w:rPr>
          <w:b w:val="false"/>
          <w:sz w:val="28"/>
          <w:lang w:val="zxx"/>
        </w:rPr>
        <w:t>BIND</w:t>
      </w:r>
      <w:r>
        <w:rPr>
          <w:b w:val="false"/>
          <w:sz w:val="28"/>
        </w:rPr>
        <w:t xml:space="preserve"> с чужим ключом и верным </w:t>
      </w:r>
      <w:r>
        <w:rPr>
          <w:b w:val="false"/>
          <w:sz w:val="28"/>
          <w:lang w:val="zxx"/>
        </w:rPr>
        <w:t>mediaId</w:t>
      </w:r>
      <w:r>
        <w:rPr>
          <w:b w:val="false"/>
          <w:sz w:val="28"/>
        </w:rPr>
        <w:t xml:space="preserve"> во время звучания; повторную привязку того же владельца; поздний пакет старой подготовки; технический </w:t>
      </w:r>
      <w:r>
        <w:rPr>
          <w:b w:val="false"/>
          <w:sz w:val="28"/>
          <w:lang w:val="zxx"/>
        </w:rPr>
        <w:t>session.start</w:t>
      </w:r>
      <w:r>
        <w:rPr>
          <w:b w:val="false"/>
          <w:sz w:val="28"/>
        </w:rPr>
        <w:t xml:space="preserve"> с </w:t>
      </w:r>
      <w:r>
        <w:rPr>
          <w:b w:val="false"/>
          <w:sz w:val="28"/>
          <w:lang w:val="zxx"/>
        </w:rPr>
        <w:t>maxDurationMs=30001</w:t>
      </w:r>
      <w:r>
        <w:rPr>
          <w:b w:val="false"/>
          <w:sz w:val="28"/>
        </w:rPr>
        <w:t xml:space="preserve"> и учебный </w:t>
      </w:r>
      <w:r>
        <w:rPr>
          <w:b w:val="false"/>
          <w:sz w:val="28"/>
          <w:lang w:val="zxx"/>
        </w:rPr>
        <w:t>session.start</w:t>
      </w:r>
      <w:r>
        <w:rPr>
          <w:b w:val="false"/>
          <w:sz w:val="28"/>
        </w:rPr>
        <w:t xml:space="preserve"> с </w:t>
      </w:r>
      <w:r>
        <w:rPr>
          <w:b w:val="false"/>
          <w:sz w:val="28"/>
          <w:lang w:val="zxx"/>
        </w:rPr>
        <w:t>maxDurationMs=1080001</w:t>
      </w:r>
      <w:r>
        <w:rPr>
          <w:b w:val="false"/>
          <w:sz w:val="28"/>
        </w:rPr>
        <w:t xml:space="preserve">; тревогу во время короткого и длительного учения с проверкой независимого тракта; отказ записи результата после </w:t>
      </w:r>
      <w:r>
        <w:rPr>
          <w:b w:val="false"/>
          <w:sz w:val="28"/>
          <w:lang w:val="zxx"/>
        </w:rPr>
        <w:t>off</w:t>
      </w:r>
      <w:r>
        <w:rPr>
          <w:b w:val="false"/>
          <w:sz w:val="28"/>
        </w:rPr>
        <w:t xml:space="preserve">; </w:t>
      </w:r>
      <w:r>
        <w:rPr>
          <w:b w:val="false"/>
          <w:sz w:val="28"/>
          <w:lang w:val="zxx"/>
        </w:rPr>
        <w:t>edge</w:t>
      </w:r>
      <w:r>
        <w:rPr>
          <w:b w:val="false"/>
          <w:sz w:val="28"/>
        </w:rPr>
        <w:t xml:space="preserve"> и </w:t>
      </w:r>
      <w:r>
        <w:rPr>
          <w:b w:val="false"/>
          <w:sz w:val="28"/>
          <w:lang w:val="zxx"/>
        </w:rPr>
        <w:t>level</w:t>
      </w:r>
      <w:r>
        <w:rPr>
          <w:b w:val="false"/>
          <w:sz w:val="28"/>
        </w:rPr>
        <w:t xml:space="preserve"> с активным входом при </w:t>
      </w:r>
      <w:r>
        <w:rPr>
          <w:b w:val="false"/>
          <w:sz w:val="28"/>
          <w:lang w:val="zxx"/>
        </w:rPr>
        <w:t>reboot</w:t>
      </w:r>
      <w:r>
        <w:rPr>
          <w:b w:val="false"/>
          <w:sz w:val="28"/>
        </w:rPr>
        <w:t xml:space="preserve">; удержание уровня после законченной программы; снятие уровня до освобождения ресурса. Для </w:t>
      </w:r>
      <w:r>
        <w:rPr>
          <w:b w:val="false"/>
          <w:sz w:val="28"/>
          <w:lang w:val="zxx"/>
        </w:rPr>
        <w:t>level</w:t>
      </w:r>
      <w:r>
        <w:rPr>
          <w:b w:val="false"/>
          <w:sz w:val="28"/>
        </w:rPr>
        <w:t xml:space="preserve"> проверяются новый физический отсчет и новый </w:t>
      </w:r>
      <w:r>
        <w:rPr>
          <w:b w:val="false"/>
          <w:sz w:val="28"/>
          <w:lang w:val="zxx"/>
        </w:rPr>
        <w:t>sessionId</w:t>
      </w:r>
      <w:r>
        <w:rPr>
          <w:b w:val="false"/>
          <w:sz w:val="28"/>
        </w:rPr>
        <w:t xml:space="preserve">; для </w:t>
      </w:r>
      <w:r>
        <w:rPr>
          <w:b w:val="false"/>
          <w:sz w:val="28"/>
          <w:lang w:val="zxx"/>
        </w:rPr>
        <w:t>edge</w:t>
      </w:r>
      <w:r>
        <w:rPr>
          <w:b w:val="false"/>
          <w:sz w:val="28"/>
        </w:rPr>
        <w:t xml:space="preserve"> отсутствие фронта запрещает запуск. Успешный снимок с </w:t>
      </w:r>
      <w:r>
        <w:rPr>
          <w:b w:val="false"/>
          <w:sz w:val="28"/>
          <w:lang w:val="zxx"/>
        </w:rPr>
        <w:t>failed-</w:t>
      </w:r>
      <w:r>
        <w:rPr>
          <w:b w:val="false"/>
          <w:sz w:val="28"/>
        </w:rPr>
        <w:t xml:space="preserve">проверкой либо неподтвержденным </w:t>
      </w:r>
      <w:r>
        <w:rPr>
          <w:b w:val="false"/>
          <w:sz w:val="28"/>
          <w:lang w:val="zxx"/>
        </w:rPr>
        <w:t>off</w:t>
      </w:r>
      <w:r>
        <w:rPr>
          <w:b w:val="false"/>
          <w:sz w:val="28"/>
        </w:rPr>
        <w:t xml:space="preserve"> </w:t>
      </w:r>
      <w:r>
        <w:rPr>
          <w:b w:val="false"/>
          <w:sz w:val="28"/>
          <w:lang w:val="zxx"/>
        </w:rPr>
        <w:t>ДОЛЖЕН</w:t>
      </w:r>
      <w:r>
        <w:rPr>
          <w:b w:val="false"/>
          <w:sz w:val="28"/>
        </w:rPr>
        <w:t xml:space="preserve"> отклоняться независимо от счетчиков записей.</w:t>
      </w:r>
    </w:p>
    <w:p>
      <w:pPr>
        <w:pStyle w:val="1"/>
        <w:rPr/>
      </w:pPr>
      <w:bookmarkStart w:id="19" w:name="__RefHeading___Toc43287_1766585215"/>
      <w:bookmarkEnd w:id="19"/>
      <w:r>
        <w:rPr/>
        <w:t>19 Контракт управляющего ядра</w:t>
      </w:r>
    </w:p>
    <w:p>
      <w:pPr>
        <w:pStyle w:val="Normal"/>
        <w:jc w:val="both"/>
        <w:rPr/>
      </w:pPr>
      <w:r>
        <w:rPr>
          <w:b w:val="false"/>
          <w:sz w:val="28"/>
          <w:lang w:val="zxx"/>
        </w:rPr>
        <w:t>19.1</w:t>
      </w:r>
      <w:r>
        <w:rPr>
          <w:b w:val="false"/>
          <w:sz w:val="28"/>
        </w:rPr>
        <w:t xml:space="preserve"> Управляющий профиль </w:t>
      </w:r>
      <w:r>
        <w:rPr>
          <w:b w:val="false"/>
          <w:sz w:val="28"/>
          <w:lang w:val="zxx"/>
        </w:rPr>
        <w:t>open-</w:t>
      </w:r>
      <w:r>
        <w:rPr>
          <w:b w:val="false"/>
          <w:sz w:val="28"/>
        </w:rPr>
        <w:t>⁠</w:t>
      </w:r>
      <w:r>
        <w:rPr>
          <w:b w:val="false"/>
          <w:sz w:val="28"/>
          <w:lang w:val="zxx"/>
        </w:rPr>
        <w:t>alert-</w:t>
      </w:r>
      <w:r>
        <w:rPr>
          <w:b w:val="false"/>
          <w:sz w:val="28"/>
        </w:rPr>
        <w:t>⁠</w:t>
      </w:r>
      <w:r>
        <w:rPr>
          <w:b w:val="false"/>
          <w:sz w:val="28"/>
          <w:lang w:val="zxx"/>
        </w:rPr>
        <w:t>draft/</w:t>
      </w:r>
      <w:r>
        <w:rPr>
          <w:b w:val="false"/>
          <w:sz w:val="28"/>
        </w:rPr>
        <w:t>⁠</w:t>
      </w:r>
      <w:r>
        <w:rPr>
          <w:b w:val="false"/>
          <w:sz w:val="28"/>
          <w:lang w:val="zxx"/>
        </w:rPr>
        <w:t>0.21</w:t>
      </w:r>
      <w:r>
        <w:rPr>
          <w:b w:val="false"/>
          <w:sz w:val="28"/>
        </w:rPr>
        <w:t xml:space="preserve"> задает конечное исполнение и единственного владельца. Форматы и межполевые ограничения настоящего раздела обязательны совместно с временной шкалой раздела </w:t>
      </w:r>
      <w:r>
        <w:rPr>
          <w:b w:val="false"/>
          <w:sz w:val="28"/>
          <w:lang w:val="zxx"/>
        </w:rPr>
        <w:t>8</w:t>
      </w:r>
      <w:r>
        <w:rPr>
          <w:b w:val="false"/>
          <w:sz w:val="28"/>
        </w:rPr>
        <w:t xml:space="preserve"> и правилами резервирования </w:t>
      </w:r>
      <w:r>
        <w:rPr>
          <w:b w:val="false"/>
          <w:sz w:val="28"/>
          <w:lang w:val="zxx"/>
        </w:rPr>
        <w:t>cmdSeq</w:t>
      </w:r>
      <w:r>
        <w:rPr>
          <w:b w:val="false"/>
          <w:sz w:val="28"/>
        </w:rPr>
        <w:t xml:space="preserve"> раздела </w:t>
      </w:r>
      <w:r>
        <w:rPr>
          <w:b w:val="false"/>
          <w:sz w:val="28"/>
          <w:lang w:val="zxx"/>
        </w:rPr>
        <w:t>6.</w:t>
      </w:r>
      <w:r>
        <w:rPr>
          <w:b w:val="false"/>
          <w:sz w:val="28"/>
        </w:rPr>
        <w:t xml:space="preserve"> Разрешение функции определяется объявленными возможностями и полномочиями участника; синтаксически корректное сообщение не отменяет проверку состояния.</w:t>
      </w:r>
    </w:p>
    <w:p>
      <w:pPr>
        <w:pStyle w:val="2"/>
        <w:rPr/>
      </w:pPr>
      <w:r>
        <w:rPr/>
        <w:t>Подключение</w:t>
      </w:r>
    </w:p>
    <w:p>
      <w:pPr>
        <w:pStyle w:val="Normal"/>
        <w:keepNext w:val="true"/>
        <w:jc w:val="start"/>
        <w:rPr/>
      </w:pPr>
      <w:r>
        <w:rPr>
          <w:b/>
          <w:sz w:val="28"/>
          <w:lang w:val="zxx"/>
        </w:rPr>
        <w:t>19.2</w:t>
      </w:r>
      <w:r>
        <w:rPr>
          <w:b/>
          <w:sz w:val="28"/>
        </w:rPr>
        <w:t xml:space="preserve"> </w:t>
      </w:r>
      <w:r>
        <w:rPr>
          <w:b/>
          <w:sz w:val="28"/>
          <w:lang w:val="zxx"/>
        </w:rPr>
        <w:t>1.</w:t>
      </w:r>
      <w:r>
        <w:rPr>
          <w:b/>
          <w:sz w:val="28"/>
        </w:rPr>
        <w:t xml:space="preserve"> Транспорт</w:t>
      </w:r>
    </w:p>
    <w:p>
      <w:pPr>
        <w:pStyle w:val="Normal"/>
        <w:jc w:val="both"/>
        <w:rPr/>
      </w:pPr>
      <w:r>
        <w:rPr>
          <w:b w:val="false"/>
          <w:sz w:val="28"/>
        </w:rPr>
        <w:t xml:space="preserve">АРМ явно выбирает </w:t>
      </w:r>
      <w:r>
        <w:rPr>
          <w:b w:val="false"/>
          <w:sz w:val="28"/>
          <w:lang w:val="zxx"/>
        </w:rPr>
        <w:t>tls</w:t>
      </w:r>
      <w:r>
        <w:rPr>
          <w:b w:val="false"/>
          <w:sz w:val="28"/>
        </w:rPr>
        <w:t xml:space="preserve"> либо </w:t>
      </w:r>
      <w:r>
        <w:rPr>
          <w:b w:val="false"/>
          <w:sz w:val="28"/>
          <w:lang w:val="zxx"/>
        </w:rPr>
        <w:t>plain</w:t>
      </w:r>
      <w:r>
        <w:rPr>
          <w:b w:val="false"/>
          <w:sz w:val="28"/>
        </w:rPr>
        <w:t xml:space="preserve"> по настроенному адресу и порту УУ. Для </w:t>
      </w:r>
      <w:r>
        <w:rPr>
          <w:b w:val="false"/>
          <w:sz w:val="28"/>
          <w:lang w:val="zxx"/>
        </w:rPr>
        <w:t>tls</w:t>
      </w:r>
      <w:r>
        <w:rPr>
          <w:b w:val="false"/>
          <w:sz w:val="28"/>
        </w:rPr>
        <w:t xml:space="preserve"> профиль доверия известен при регистрации; прикладные команды до аутентификации не принимаются. Для </w:t>
      </w:r>
      <w:r>
        <w:rPr>
          <w:b w:val="false"/>
          <w:sz w:val="28"/>
          <w:lang w:val="zxx"/>
        </w:rPr>
        <w:t>plain</w:t>
      </w:r>
      <w:r>
        <w:rPr>
          <w:b w:val="false"/>
          <w:sz w:val="28"/>
        </w:rPr>
        <w:t xml:space="preserve"> ключи не требуются, но </w:t>
      </w:r>
      <w:r>
        <w:rPr>
          <w:b w:val="false"/>
          <w:sz w:val="28"/>
          <w:lang w:val="zxx"/>
        </w:rPr>
        <w:t>securityPolicy=secureOnly</w:t>
      </w:r>
      <w:r>
        <w:rPr>
          <w:b w:val="false"/>
          <w:sz w:val="28"/>
        </w:rPr>
        <w:t xml:space="preserve"> запрещает подключение.</w:t>
      </w:r>
    </w:p>
    <w:p>
      <w:pPr>
        <w:pStyle w:val="Normal"/>
        <w:keepNext w:val="true"/>
        <w:jc w:val="start"/>
        <w:rPr/>
      </w:pPr>
      <w:r>
        <w:rPr>
          <w:b/>
          <w:sz w:val="28"/>
          <w:lang w:val="zxx"/>
        </w:rPr>
        <w:t>19.3</w:t>
      </w:r>
      <w:r>
        <w:rPr>
          <w:b/>
          <w:sz w:val="28"/>
        </w:rPr>
        <w:t xml:space="preserve"> </w:t>
      </w:r>
      <w:r>
        <w:rPr>
          <w:b/>
          <w:sz w:val="28"/>
          <w:lang w:val="zxx"/>
        </w:rPr>
        <w:t>2.</w:t>
      </w:r>
      <w:r>
        <w:rPr>
          <w:b/>
          <w:sz w:val="28"/>
        </w:rPr>
        <w:t xml:space="preserve"> Начальный обмен</w:t>
      </w:r>
    </w:p>
    <w:p>
      <w:pPr>
        <w:pStyle w:val="Normal"/>
        <w:jc w:val="both"/>
        <w:rPr/>
      </w:pPr>
      <w:r>
        <w:rPr>
          <w:b w:val="false"/>
          <w:sz w:val="28"/>
        </w:rPr>
        <w:t xml:space="preserve">Первый запрос: </w:t>
      </w:r>
      <w:r>
        <w:rPr>
          <w:b w:val="false"/>
          <w:sz w:val="28"/>
          <w:lang w:val="zxx"/>
        </w:rPr>
        <w:t>profile=bootstrap/</w:t>
      </w:r>
      <w:r>
        <w:rPr>
          <w:b w:val="false"/>
          <w:sz w:val="28"/>
        </w:rPr>
        <w:t>⁠</w:t>
      </w:r>
      <w:r>
        <w:rPr>
          <w:b w:val="false"/>
          <w:sz w:val="28"/>
          <w:lang w:val="zxx"/>
        </w:rPr>
        <w:t>1</w:t>
      </w:r>
      <w:r>
        <w:rPr>
          <w:b w:val="false"/>
          <w:sz w:val="28"/>
        </w:rPr>
        <w:t xml:space="preserve">, </w:t>
      </w:r>
      <w:r>
        <w:rPr>
          <w:b w:val="false"/>
          <w:sz w:val="28"/>
          <w:lang w:val="zxx"/>
        </w:rPr>
        <w:t>action=protocol.hello</w:t>
      </w:r>
      <w:r>
        <w:rPr>
          <w:b w:val="false"/>
          <w:sz w:val="28"/>
        </w:rPr>
        <w:t xml:space="preserve">, список </w:t>
      </w:r>
      <w:r>
        <w:rPr>
          <w:b w:val="false"/>
          <w:sz w:val="28"/>
          <w:lang w:val="zxx"/>
        </w:rPr>
        <w:t>1-</w:t>
      </w:r>
      <w:r>
        <w:rPr>
          <w:b w:val="false"/>
          <w:sz w:val="28"/>
        </w:rPr>
        <w:t>⁠</w:t>
      </w:r>
      <w:r>
        <w:rPr>
          <w:b w:val="false"/>
          <w:sz w:val="28"/>
          <w:lang w:val="zxx"/>
        </w:rPr>
        <w:t>8</w:t>
      </w:r>
      <w:r>
        <w:rPr>
          <w:b w:val="false"/>
          <w:sz w:val="28"/>
        </w:rPr>
        <w:t xml:space="preserve"> поддерживаемых профилей. УУ пересекает предложение клиента со своим разрешенным списком и выбирает профиль по собственному настроенному порядку приоритета; порядок клиента не влияет на выбор. Возвращаются </w:t>
      </w:r>
      <w:r>
        <w:rPr>
          <w:b w:val="false"/>
          <w:sz w:val="28"/>
          <w:lang w:val="zxx"/>
        </w:rPr>
        <w:t>selectedProfile</w:t>
      </w:r>
      <w:r>
        <w:rPr>
          <w:b w:val="false"/>
          <w:sz w:val="28"/>
        </w:rPr>
        <w:t xml:space="preserve">, </w:t>
      </w:r>
      <w:r>
        <w:rPr>
          <w:b w:val="false"/>
          <w:sz w:val="28"/>
          <w:lang w:val="zxx"/>
        </w:rPr>
        <w:t>deviceId</w:t>
      </w:r>
      <w:r>
        <w:rPr>
          <w:b w:val="false"/>
          <w:sz w:val="28"/>
        </w:rPr>
        <w:t xml:space="preserve">, </w:t>
      </w:r>
      <w:r>
        <w:rPr>
          <w:b w:val="false"/>
          <w:sz w:val="28"/>
          <w:lang w:val="zxx"/>
        </w:rPr>
        <w:t>security=tls|</w:t>
      </w:r>
      <w:r>
        <w:rPr>
          <w:b w:val="false"/>
          <w:sz w:val="28"/>
        </w:rPr>
        <w:t>​</w:t>
      </w:r>
      <w:r>
        <w:rPr>
          <w:b w:val="false"/>
          <w:sz w:val="28"/>
          <w:lang w:val="zxx"/>
        </w:rPr>
        <w:t>plain</w:t>
      </w:r>
      <w:r>
        <w:rPr>
          <w:b w:val="false"/>
          <w:sz w:val="28"/>
        </w:rPr>
        <w:t xml:space="preserve"> и </w:t>
      </w:r>
      <w:r>
        <w:rPr>
          <w:b w:val="false"/>
          <w:sz w:val="28"/>
          <w:lang w:val="zxx"/>
        </w:rPr>
        <w:t>bootId.</w:t>
      </w:r>
      <w:r>
        <w:rPr>
          <w:b w:val="false"/>
          <w:sz w:val="28"/>
        </w:rPr>
        <w:t xml:space="preserve"> Запрещенный локальной политикой профиль не участвует в выборе; клиент также проверяет свой разрешенный список. У ядра </w:t>
      </w:r>
      <w:r>
        <w:rPr>
          <w:b w:val="false"/>
          <w:sz w:val="28"/>
          <w:lang w:val="zxx"/>
        </w:rPr>
        <w:t>0.21</w:t>
      </w:r>
      <w:r>
        <w:rPr>
          <w:b w:val="false"/>
          <w:sz w:val="28"/>
        </w:rPr>
        <w:t xml:space="preserve"> единственный профиль </w:t>
      </w:r>
      <w:r>
        <w:rPr>
          <w:b w:val="false"/>
          <w:sz w:val="28"/>
          <w:lang w:val="zxx"/>
        </w:rPr>
        <w:t>open-</w:t>
      </w:r>
      <w:r>
        <w:rPr>
          <w:b w:val="false"/>
          <w:sz w:val="28"/>
        </w:rPr>
        <w:t>⁠</w:t>
      </w:r>
      <w:r>
        <w:rPr>
          <w:b w:val="false"/>
          <w:sz w:val="28"/>
          <w:lang w:val="zxx"/>
        </w:rPr>
        <w:t>alert-</w:t>
      </w:r>
      <w:r>
        <w:rPr>
          <w:b w:val="false"/>
          <w:sz w:val="28"/>
        </w:rPr>
        <w:t>⁠</w:t>
      </w:r>
      <w:r>
        <w:rPr>
          <w:b w:val="false"/>
          <w:sz w:val="28"/>
          <w:lang w:val="zxx"/>
        </w:rPr>
        <w:t>draft/</w:t>
      </w:r>
      <w:r>
        <w:rPr>
          <w:b w:val="false"/>
          <w:sz w:val="28"/>
        </w:rPr>
        <w:t>⁠</w:t>
      </w:r>
      <w:r>
        <w:rPr>
          <w:b w:val="false"/>
          <w:sz w:val="28"/>
          <w:lang w:val="zxx"/>
        </w:rPr>
        <w:t>0.21</w:t>
      </w:r>
      <w:r>
        <w:rPr>
          <w:b w:val="false"/>
          <w:sz w:val="28"/>
        </w:rPr>
        <w:t xml:space="preserve">, другие профили допускаются только отдельными спецификациями. При отсутствии пересечения - </w:t>
      </w:r>
      <w:r>
        <w:rPr>
          <w:b w:val="false"/>
          <w:sz w:val="28"/>
          <w:lang w:val="zxx"/>
        </w:rPr>
        <w:t>incompatibleProfile</w:t>
      </w:r>
      <w:r>
        <w:rPr>
          <w:b w:val="false"/>
          <w:sz w:val="28"/>
        </w:rPr>
        <w:t xml:space="preserve"> и закрытие.</w:t>
      </w:r>
    </w:p>
    <w:p>
      <w:pPr>
        <w:pStyle w:val="Normal"/>
        <w:keepNext w:val="true"/>
        <w:jc w:val="start"/>
        <w:rPr/>
      </w:pPr>
      <w:r>
        <w:rPr>
          <w:b/>
          <w:sz w:val="28"/>
          <w:lang w:val="zxx"/>
        </w:rPr>
        <w:t>19.4</w:t>
      </w:r>
      <w:r>
        <w:rPr>
          <w:b/>
          <w:sz w:val="28"/>
        </w:rPr>
        <w:t xml:space="preserve"> </w:t>
      </w:r>
      <w:r>
        <w:rPr>
          <w:b/>
          <w:sz w:val="28"/>
          <w:lang w:val="zxx"/>
        </w:rPr>
        <w:t>3.</w:t>
      </w:r>
      <w:r>
        <w:rPr>
          <w:b/>
          <w:sz w:val="28"/>
        </w:rPr>
        <w:t xml:space="preserve"> Фиксация</w:t>
      </w:r>
    </w:p>
    <w:p>
      <w:pPr>
        <w:pStyle w:val="Normal"/>
        <w:jc w:val="both"/>
        <w:rPr/>
      </w:pPr>
      <w:r>
        <w:rPr>
          <w:b w:val="false"/>
          <w:sz w:val="28"/>
        </w:rPr>
        <w:t xml:space="preserve">На данном соединении последующие запросы используют только </w:t>
      </w:r>
      <w:r>
        <w:rPr>
          <w:b w:val="false"/>
          <w:sz w:val="28"/>
          <w:lang w:val="zxx"/>
        </w:rPr>
        <w:t>selectedProfile.</w:t>
      </w:r>
      <w:r>
        <w:rPr>
          <w:b w:val="false"/>
          <w:sz w:val="28"/>
        </w:rPr>
        <w:t xml:space="preserve"> Повтор того же </w:t>
      </w:r>
      <w:r>
        <w:rPr>
          <w:b w:val="false"/>
          <w:sz w:val="28"/>
          <w:lang w:val="zxx"/>
        </w:rPr>
        <w:t>hello</w:t>
      </w:r>
      <w:r>
        <w:rPr>
          <w:b w:val="false"/>
          <w:sz w:val="28"/>
        </w:rPr>
        <w:t xml:space="preserve"> допустим до первой предметной команды и возвращает тот же выбор; смена списка требует нового соединения.</w:t>
      </w:r>
    </w:p>
    <w:p>
      <w:pPr>
        <w:pStyle w:val="Normal"/>
        <w:keepNext w:val="true"/>
        <w:jc w:val="start"/>
        <w:rPr/>
      </w:pPr>
      <w:r>
        <w:rPr>
          <w:b/>
          <w:sz w:val="28"/>
          <w:lang w:val="zxx"/>
        </w:rPr>
        <w:t>19.5</w:t>
      </w:r>
      <w:r>
        <w:rPr>
          <w:b/>
          <w:sz w:val="28"/>
        </w:rPr>
        <w:t xml:space="preserve"> </w:t>
      </w:r>
      <w:r>
        <w:rPr>
          <w:b/>
          <w:sz w:val="28"/>
          <w:lang w:val="zxx"/>
        </w:rPr>
        <w:t>4.</w:t>
      </w:r>
      <w:r>
        <w:rPr>
          <w:b/>
          <w:sz w:val="28"/>
        </w:rPr>
        <w:t xml:space="preserve"> Наблюдение</w:t>
      </w:r>
    </w:p>
    <w:p>
      <w:pPr>
        <w:pStyle w:val="Normal"/>
        <w:jc w:val="start"/>
        <w:rPr/>
      </w:pPr>
      <w:r>
        <w:rPr>
          <w:b w:val="false"/>
          <w:sz w:val="28"/>
          <w:lang w:val="zxx"/>
        </w:rPr>
        <w:t>device.describe/</w:t>
      </w:r>
      <w:r>
        <w:rPr>
          <w:b w:val="false"/>
          <w:sz w:val="28"/>
        </w:rPr>
        <w:t>​</w:t>
      </w:r>
      <w:r>
        <w:rPr>
          <w:b w:val="false"/>
          <w:sz w:val="28"/>
          <w:lang w:val="zxx"/>
        </w:rPr>
        <w:t>capabilities/</w:t>
      </w:r>
      <w:r>
        <w:rPr>
          <w:b w:val="false"/>
          <w:sz w:val="28"/>
        </w:rPr>
        <w:t>​</w:t>
      </w:r>
      <w:r>
        <w:rPr>
          <w:b w:val="false"/>
          <w:sz w:val="28"/>
          <w:lang w:val="zxx"/>
        </w:rPr>
        <w:t>state</w:t>
      </w:r>
      <w:r>
        <w:rPr>
          <w:b w:val="false"/>
          <w:sz w:val="28"/>
        </w:rPr>
        <w:t xml:space="preserve">; АРМ проверяет </w:t>
      </w:r>
      <w:r>
        <w:rPr>
          <w:b w:val="false"/>
          <w:sz w:val="28"/>
          <w:lang w:val="zxx"/>
        </w:rPr>
        <w:t>kind</w:t>
      </w:r>
      <w:r>
        <w:rPr>
          <w:b w:val="false"/>
          <w:sz w:val="28"/>
        </w:rPr>
        <w:t xml:space="preserve">, ресурсы, ревизии, часы </w:t>
      </w:r>
      <w:r>
        <w:rPr>
          <w:b w:val="false"/>
          <w:sz w:val="28"/>
          <w:lang w:val="zxx"/>
        </w:rPr>
        <w:t>uptimeMs</w:t>
      </w:r>
      <w:r>
        <w:rPr>
          <w:b w:val="false"/>
          <w:sz w:val="28"/>
        </w:rPr>
        <w:t xml:space="preserve"> и сроки профиля. Чтение не требует </w:t>
      </w:r>
      <w:r>
        <w:rPr>
          <w:b w:val="false"/>
          <w:sz w:val="28"/>
          <w:lang w:val="zxx"/>
        </w:rPr>
        <w:t>acquire.</w:t>
      </w:r>
    </w:p>
    <w:p>
      <w:pPr>
        <w:pStyle w:val="Normal"/>
        <w:keepNext w:val="true"/>
        <w:jc w:val="start"/>
        <w:rPr/>
      </w:pPr>
      <w:r>
        <w:rPr>
          <w:b/>
          <w:sz w:val="28"/>
          <w:lang w:val="zxx"/>
        </w:rPr>
        <w:t>19.6</w:t>
      </w:r>
      <w:r>
        <w:rPr>
          <w:b/>
          <w:sz w:val="28"/>
        </w:rPr>
        <w:t xml:space="preserve"> </w:t>
      </w:r>
      <w:r>
        <w:rPr>
          <w:b/>
          <w:sz w:val="28"/>
          <w:lang w:val="zxx"/>
        </w:rPr>
        <w:t>5.</w:t>
      </w:r>
      <w:r>
        <w:rPr>
          <w:b/>
          <w:sz w:val="28"/>
        </w:rPr>
        <w:t xml:space="preserve"> Управление</w:t>
      </w:r>
    </w:p>
    <w:p>
      <w:pPr>
        <w:pStyle w:val="Normal"/>
        <w:jc w:val="start"/>
        <w:rPr/>
      </w:pPr>
      <w:r>
        <w:rPr>
          <w:b w:val="false"/>
          <w:sz w:val="28"/>
          <w:lang w:val="zxx"/>
        </w:rPr>
        <w:t>acquire</w:t>
      </w:r>
      <w:r>
        <w:rPr>
          <w:b w:val="false"/>
          <w:sz w:val="28"/>
        </w:rPr>
        <w:t xml:space="preserve"> с сохраненными </w:t>
      </w:r>
      <w:r>
        <w:rPr>
          <w:b w:val="false"/>
          <w:sz w:val="28"/>
          <w:lang w:val="zxx"/>
        </w:rPr>
        <w:t>acquireSeq/</w:t>
      </w:r>
      <w:r>
        <w:rPr>
          <w:b w:val="false"/>
          <w:sz w:val="28"/>
        </w:rPr>
        <w:t>​</w:t>
      </w:r>
      <w:r>
        <w:rPr>
          <w:b w:val="false"/>
          <w:sz w:val="28"/>
          <w:lang w:val="zxx"/>
        </w:rPr>
        <w:t>instanceId</w:t>
      </w:r>
      <w:r>
        <w:rPr>
          <w:b w:val="false"/>
          <w:sz w:val="28"/>
        </w:rPr>
        <w:t xml:space="preserve">, затем </w:t>
      </w:r>
      <w:r>
        <w:rPr>
          <w:b w:val="false"/>
          <w:sz w:val="28"/>
          <w:lang w:val="zxx"/>
        </w:rPr>
        <w:t>session.start.</w:t>
      </w:r>
      <w:r>
        <w:rPr>
          <w:b w:val="false"/>
          <w:sz w:val="28"/>
        </w:rPr>
        <w:t xml:space="preserve"> При потере канала - восстановление контекста и </w:t>
      </w:r>
      <w:r>
        <w:rPr>
          <w:b w:val="false"/>
          <w:sz w:val="28"/>
          <w:lang w:val="zxx"/>
        </w:rPr>
        <w:t>resume</w:t>
      </w:r>
      <w:r>
        <w:rPr>
          <w:b w:val="false"/>
          <w:sz w:val="28"/>
        </w:rPr>
        <w:t>, без повторного физического запуска.</w:t>
      </w:r>
    </w:p>
    <w:p>
      <w:pPr>
        <w:pStyle w:val="2"/>
        <w:rPr/>
      </w:pPr>
      <w:r>
        <w:rPr/>
        <w:t>Прием запуска</w:t>
      </w:r>
    </w:p>
    <w:p>
      <w:pPr>
        <w:pStyle w:val="Normal"/>
        <w:keepNext w:val="true"/>
        <w:jc w:val="start"/>
        <w:rPr/>
      </w:pPr>
      <w:r>
        <w:rPr>
          <w:b/>
          <w:sz w:val="28"/>
          <w:lang w:val="zxx"/>
        </w:rPr>
        <w:t>19.7</w:t>
      </w:r>
      <w:r>
        <w:rPr>
          <w:b/>
          <w:sz w:val="28"/>
        </w:rPr>
        <w:t xml:space="preserve"> Оболочка</w:t>
      </w:r>
    </w:p>
    <w:p>
      <w:pPr>
        <w:pStyle w:val="Normal"/>
        <w:jc w:val="start"/>
        <w:rPr/>
      </w:pPr>
      <w:r>
        <w:rPr>
          <w:b w:val="false"/>
          <w:sz w:val="28"/>
          <w:lang w:val="zxx"/>
        </w:rPr>
        <w:t>v=1</w:t>
      </w:r>
      <w:r>
        <w:rPr>
          <w:b w:val="false"/>
          <w:sz w:val="28"/>
        </w:rPr>
        <w:t xml:space="preserve">, </w:t>
      </w:r>
      <w:r>
        <w:rPr>
          <w:b w:val="false"/>
          <w:sz w:val="28"/>
          <w:lang w:val="zxx"/>
        </w:rPr>
        <w:t>profile</w:t>
      </w:r>
      <w:r>
        <w:rPr>
          <w:b w:val="false"/>
          <w:sz w:val="28"/>
        </w:rPr>
        <w:t xml:space="preserve">, </w:t>
      </w:r>
      <w:r>
        <w:rPr>
          <w:b w:val="false"/>
          <w:sz w:val="28"/>
          <w:lang w:val="zxx"/>
        </w:rPr>
        <w:t>id</w:t>
      </w:r>
      <w:r>
        <w:rPr>
          <w:b w:val="false"/>
          <w:sz w:val="28"/>
        </w:rPr>
        <w:t xml:space="preserve">, </w:t>
      </w:r>
      <w:r>
        <w:rPr>
          <w:b w:val="false"/>
          <w:sz w:val="28"/>
          <w:lang w:val="zxx"/>
        </w:rPr>
        <w:t>action=session.start</w:t>
      </w:r>
      <w:r>
        <w:rPr>
          <w:b w:val="false"/>
          <w:sz w:val="28"/>
        </w:rPr>
        <w:t xml:space="preserve">, </w:t>
      </w:r>
      <w:r>
        <w:rPr>
          <w:b w:val="false"/>
          <w:sz w:val="28"/>
          <w:lang w:val="zxx"/>
        </w:rPr>
        <w:t>bootId</w:t>
      </w:r>
      <w:r>
        <w:rPr>
          <w:b w:val="false"/>
          <w:sz w:val="28"/>
        </w:rPr>
        <w:t xml:space="preserve">, </w:t>
      </w:r>
      <w:r>
        <w:rPr>
          <w:b w:val="false"/>
          <w:sz w:val="28"/>
          <w:lang w:val="zxx"/>
        </w:rPr>
        <w:t>controlEpoch</w:t>
      </w:r>
      <w:r>
        <w:rPr>
          <w:b w:val="false"/>
          <w:sz w:val="28"/>
        </w:rPr>
        <w:t xml:space="preserve">, </w:t>
      </w:r>
      <w:r>
        <w:rPr>
          <w:b w:val="false"/>
          <w:sz w:val="28"/>
          <w:lang w:val="zxx"/>
        </w:rPr>
        <w:t>cmdSeq</w:t>
      </w:r>
      <w:r>
        <w:rPr>
          <w:b w:val="false"/>
          <w:sz w:val="28"/>
        </w:rPr>
        <w:t xml:space="preserve"> обязательны. </w:t>
      </w:r>
      <w:r>
        <w:rPr>
          <w:b w:val="false"/>
          <w:sz w:val="28"/>
          <w:lang w:val="zxx"/>
        </w:rPr>
        <w:t>ID</w:t>
      </w:r>
      <w:r>
        <w:rPr>
          <w:b w:val="false"/>
          <w:sz w:val="28"/>
        </w:rPr>
        <w:t xml:space="preserve"> - </w:t>
      </w:r>
      <w:r>
        <w:rPr>
          <w:b w:val="false"/>
          <w:sz w:val="28"/>
          <w:lang w:val="zxx"/>
        </w:rPr>
        <w:t>32</w:t>
      </w:r>
      <w:r>
        <w:rPr>
          <w:b w:val="false"/>
          <w:sz w:val="28"/>
        </w:rPr>
        <w:t xml:space="preserve"> строчных </w:t>
      </w:r>
      <w:r>
        <w:rPr>
          <w:b w:val="false"/>
          <w:sz w:val="28"/>
          <w:lang w:val="zxx"/>
        </w:rPr>
        <w:t>hex</w:t>
      </w:r>
      <w:r>
        <w:rPr>
          <w:b w:val="false"/>
          <w:sz w:val="28"/>
        </w:rPr>
        <w:t xml:space="preserve">, </w:t>
      </w:r>
      <w:r>
        <w:rPr>
          <w:b w:val="false"/>
          <w:sz w:val="28"/>
          <w:lang w:val="zxx"/>
        </w:rPr>
        <w:t>cmdSeq</w:t>
      </w:r>
      <w:r>
        <w:rPr>
          <w:b w:val="false"/>
          <w:sz w:val="28"/>
        </w:rPr>
        <w:t xml:space="preserve"> - </w:t>
      </w:r>
      <w:r>
        <w:rPr>
          <w:b w:val="false"/>
          <w:sz w:val="28"/>
          <w:lang w:val="zxx"/>
        </w:rPr>
        <w:t>uint64</w:t>
      </w:r>
      <w:r>
        <w:rPr>
          <w:b w:val="false"/>
          <w:sz w:val="28"/>
        </w:rPr>
        <w:t xml:space="preserve"> &gt; </w:t>
      </w:r>
      <w:r>
        <w:rPr>
          <w:b w:val="false"/>
          <w:sz w:val="28"/>
          <w:lang w:val="zxx"/>
        </w:rPr>
        <w:t>0.</w:t>
      </w:r>
    </w:p>
    <w:p>
      <w:pPr>
        <w:pStyle w:val="Normal"/>
        <w:keepNext w:val="true"/>
        <w:jc w:val="start"/>
        <w:rPr/>
      </w:pPr>
      <w:r>
        <w:rPr>
          <w:b/>
          <w:sz w:val="28"/>
          <w:lang w:val="zxx"/>
        </w:rPr>
        <w:t>19.8</w:t>
      </w:r>
      <w:r>
        <w:rPr>
          <w:b/>
          <w:sz w:val="28"/>
        </w:rPr>
        <w:t xml:space="preserve"> </w:t>
      </w:r>
      <w:r>
        <w:rPr>
          <w:b/>
          <w:sz w:val="28"/>
          <w:lang w:val="zxx"/>
        </w:rPr>
        <w:t>session</w:t>
      </w:r>
    </w:p>
    <w:p>
      <w:pPr>
        <w:pStyle w:val="Normal"/>
        <w:jc w:val="start"/>
        <w:rPr/>
      </w:pPr>
      <w:r>
        <w:rPr>
          <w:b w:val="false"/>
          <w:sz w:val="28"/>
        </w:rPr>
        <w:t xml:space="preserve">Ровно один элемент: </w:t>
      </w:r>
      <w:r>
        <w:rPr>
          <w:b w:val="false"/>
          <w:sz w:val="28"/>
          <w:lang w:val="zxx"/>
        </w:rPr>
        <w:t>mode=siren|</w:t>
      </w:r>
      <w:r>
        <w:rPr>
          <w:b w:val="false"/>
          <w:sz w:val="28"/>
        </w:rPr>
        <w:t>​</w:t>
      </w:r>
      <w:r>
        <w:rPr>
          <w:b w:val="false"/>
          <w:sz w:val="28"/>
          <w:lang w:val="zxx"/>
        </w:rPr>
        <w:t>recording|</w:t>
      </w:r>
      <w:r>
        <w:rPr>
          <w:b w:val="false"/>
          <w:sz w:val="28"/>
        </w:rPr>
        <w:t>​</w:t>
      </w:r>
      <w:r>
        <w:rPr>
          <w:b w:val="false"/>
          <w:sz w:val="28"/>
          <w:lang w:val="zxx"/>
        </w:rPr>
        <w:t>program|</w:t>
      </w:r>
      <w:r>
        <w:rPr>
          <w:b w:val="false"/>
          <w:sz w:val="28"/>
        </w:rPr>
        <w:t>​</w:t>
      </w:r>
      <w:r>
        <w:rPr>
          <w:b w:val="false"/>
          <w:sz w:val="28"/>
          <w:lang w:val="zxx"/>
        </w:rPr>
        <w:t>stream|</w:t>
      </w:r>
      <w:r>
        <w:rPr>
          <w:b w:val="false"/>
          <w:sz w:val="28"/>
        </w:rPr>
        <w:t>​</w:t>
      </w:r>
      <w:r>
        <w:rPr>
          <w:b w:val="false"/>
          <w:sz w:val="28"/>
          <w:lang w:val="zxx"/>
        </w:rPr>
        <w:t>test</w:t>
      </w:r>
      <w:r>
        <w:rPr>
          <w:b w:val="false"/>
          <w:sz w:val="28"/>
        </w:rPr>
        <w:t xml:space="preserve">, </w:t>
      </w:r>
      <w:r>
        <w:rPr>
          <w:b w:val="false"/>
          <w:sz w:val="28"/>
          <w:lang w:val="zxx"/>
        </w:rPr>
        <w:t>purpose=real|</w:t>
      </w:r>
      <w:r>
        <w:rPr>
          <w:b w:val="false"/>
          <w:sz w:val="28"/>
        </w:rPr>
        <w:t>​</w:t>
      </w:r>
      <w:r>
        <w:rPr>
          <w:b w:val="false"/>
          <w:sz w:val="28"/>
          <w:lang w:val="zxx"/>
        </w:rPr>
        <w:t>exercise|</w:t>
      </w:r>
      <w:r>
        <w:rPr>
          <w:b w:val="false"/>
          <w:sz w:val="28"/>
        </w:rPr>
        <w:t>​</w:t>
      </w:r>
      <w:r>
        <w:rPr>
          <w:b w:val="false"/>
          <w:sz w:val="28"/>
          <w:lang w:val="zxx"/>
        </w:rPr>
        <w:t>technical</w:t>
      </w:r>
      <w:r>
        <w:rPr>
          <w:b w:val="false"/>
          <w:sz w:val="28"/>
        </w:rPr>
        <w:t xml:space="preserve">, </w:t>
      </w:r>
      <w:r>
        <w:rPr>
          <w:b w:val="false"/>
          <w:sz w:val="28"/>
          <w:lang w:val="zxx"/>
        </w:rPr>
        <w:t>acceptBeforeMs</w:t>
      </w:r>
      <w:r>
        <w:rPr>
          <w:b w:val="false"/>
          <w:sz w:val="28"/>
        </w:rPr>
        <w:t xml:space="preserve">, </w:t>
      </w:r>
      <w:r>
        <w:rPr>
          <w:b w:val="false"/>
          <w:sz w:val="28"/>
          <w:lang w:val="zxx"/>
        </w:rPr>
        <w:t>maxDurationMs</w:t>
      </w:r>
      <w:r>
        <w:rPr>
          <w:b w:val="false"/>
          <w:sz w:val="28"/>
        </w:rPr>
        <w:t xml:space="preserve">, </w:t>
      </w:r>
      <w:r>
        <w:rPr>
          <w:b w:val="false"/>
          <w:sz w:val="28"/>
          <w:lang w:val="zxx"/>
        </w:rPr>
        <w:t>configRevision</w:t>
      </w:r>
      <w:r>
        <w:rPr>
          <w:b w:val="false"/>
          <w:sz w:val="28"/>
        </w:rPr>
        <w:t xml:space="preserve"> и </w:t>
      </w:r>
      <w:r>
        <w:rPr>
          <w:b w:val="false"/>
          <w:sz w:val="28"/>
          <w:lang w:val="zxx"/>
        </w:rPr>
        <w:t>capabilityRevision</w:t>
      </w:r>
      <w:r>
        <w:rPr>
          <w:b w:val="false"/>
          <w:sz w:val="28"/>
        </w:rPr>
        <w:t xml:space="preserve"> обязательны. Значений по умолчанию нет.</w:t>
      </w:r>
    </w:p>
    <w:p>
      <w:pPr>
        <w:pStyle w:val="Normal"/>
        <w:keepNext w:val="true"/>
        <w:jc w:val="start"/>
        <w:rPr/>
      </w:pPr>
      <w:r>
        <w:rPr>
          <w:b/>
          <w:sz w:val="28"/>
          <w:lang w:val="zxx"/>
        </w:rPr>
        <w:t>19.9</w:t>
      </w:r>
      <w:r>
        <w:rPr>
          <w:b/>
          <w:sz w:val="28"/>
        </w:rPr>
        <w:t xml:space="preserve"> </w:t>
      </w:r>
      <w:r>
        <w:rPr>
          <w:b/>
          <w:sz w:val="28"/>
          <w:lang w:val="zxx"/>
        </w:rPr>
        <w:t>acceptBeforeMs</w:t>
      </w:r>
    </w:p>
    <w:p>
      <w:pPr>
        <w:pStyle w:val="Normal"/>
        <w:jc w:val="start"/>
        <w:rPr/>
      </w:pPr>
      <w:r>
        <w:rPr>
          <w:b w:val="false"/>
          <w:sz w:val="28"/>
          <w:lang w:val="zxx"/>
        </w:rPr>
        <w:t>uint64</w:t>
      </w:r>
      <w:r>
        <w:rPr>
          <w:b w:val="false"/>
          <w:sz w:val="28"/>
        </w:rPr>
        <w:t xml:space="preserve"> в монотонной шкале УУ данного </w:t>
      </w:r>
      <w:r>
        <w:rPr>
          <w:b w:val="false"/>
          <w:sz w:val="28"/>
          <w:lang w:val="zxx"/>
        </w:rPr>
        <w:t>bootId.</w:t>
      </w:r>
      <w:r>
        <w:rPr>
          <w:b w:val="false"/>
          <w:sz w:val="28"/>
        </w:rPr>
        <w:t xml:space="preserve"> </w:t>
      </w:r>
      <w:r>
        <w:rPr>
          <w:b w:val="false"/>
          <w:sz w:val="28"/>
          <w:lang w:val="zxx"/>
        </w:rPr>
        <w:t>session.start</w:t>
      </w:r>
      <w:r>
        <w:rPr>
          <w:b w:val="false"/>
          <w:sz w:val="28"/>
        </w:rPr>
        <w:t xml:space="preserve"> принимается только при </w:t>
      </w:r>
      <w:r>
        <w:rPr>
          <w:b w:val="false"/>
          <w:sz w:val="28"/>
          <w:lang w:val="zxx"/>
        </w:rPr>
        <w:t>uptimeMs</w:t>
      </w:r>
      <w:r>
        <w:rPr>
          <w:b w:val="false"/>
          <w:sz w:val="28"/>
        </w:rPr>
        <w:t xml:space="preserve"> &lt; </w:t>
      </w:r>
      <w:r>
        <w:rPr>
          <w:b w:val="false"/>
          <w:sz w:val="28"/>
          <w:lang w:val="zxx"/>
        </w:rPr>
        <w:t>acceptBeforeMs</w:t>
      </w:r>
      <w:r>
        <w:rPr>
          <w:b w:val="false"/>
          <w:sz w:val="28"/>
        </w:rPr>
        <w:t xml:space="preserve"> &lt;= </w:t>
      </w:r>
      <w:r>
        <w:rPr>
          <w:b w:val="false"/>
          <w:sz w:val="28"/>
          <w:lang w:val="zxx"/>
        </w:rPr>
        <w:t>uptimeMs</w:t>
      </w:r>
      <w:r>
        <w:rPr>
          <w:b w:val="false"/>
          <w:sz w:val="28"/>
        </w:rPr>
        <w:t xml:space="preserve"> + </w:t>
      </w:r>
      <w:r>
        <w:rPr>
          <w:b w:val="false"/>
          <w:sz w:val="28"/>
          <w:lang w:val="zxx"/>
        </w:rPr>
        <w:t>30000.</w:t>
      </w:r>
      <w:r>
        <w:rPr>
          <w:b w:val="false"/>
          <w:sz w:val="28"/>
        </w:rPr>
        <w:t xml:space="preserve"> Повтор принятого </w:t>
      </w:r>
      <w:r>
        <w:rPr>
          <w:b w:val="false"/>
          <w:sz w:val="28"/>
          <w:lang w:val="zxx"/>
        </w:rPr>
        <w:t>session.start</w:t>
      </w:r>
      <w:r>
        <w:rPr>
          <w:b w:val="false"/>
          <w:sz w:val="28"/>
        </w:rPr>
        <w:t xml:space="preserve"> возвращает решение до повторной проверки срока.</w:t>
      </w:r>
    </w:p>
    <w:p>
      <w:pPr>
        <w:pStyle w:val="Normal"/>
        <w:keepNext w:val="true"/>
        <w:jc w:val="start"/>
        <w:rPr/>
      </w:pPr>
      <w:r>
        <w:rPr>
          <w:b/>
          <w:sz w:val="28"/>
          <w:lang w:val="zxx"/>
        </w:rPr>
        <w:t>19.10</w:t>
      </w:r>
      <w:r>
        <w:rPr>
          <w:b/>
          <w:sz w:val="28"/>
        </w:rPr>
        <w:t xml:space="preserve"> </w:t>
      </w:r>
      <w:r>
        <w:rPr>
          <w:b/>
          <w:sz w:val="28"/>
          <w:lang w:val="zxx"/>
        </w:rPr>
        <w:t>maxDurationMs</w:t>
      </w:r>
    </w:p>
    <w:p>
      <w:pPr>
        <w:pStyle w:val="Normal"/>
        <w:jc w:val="start"/>
        <w:rPr/>
      </w:pPr>
      <w:r>
        <w:rPr>
          <w:b w:val="false"/>
          <w:sz w:val="28"/>
        </w:rPr>
        <w:t xml:space="preserve">Целое </w:t>
      </w:r>
      <w:r>
        <w:rPr>
          <w:b w:val="false"/>
          <w:sz w:val="28"/>
          <w:lang w:val="zxx"/>
        </w:rPr>
        <w:t>100..86400000</w:t>
      </w:r>
      <w:r>
        <w:rPr>
          <w:b w:val="false"/>
          <w:sz w:val="28"/>
        </w:rPr>
        <w:t xml:space="preserve"> мс от принятия, с подготовкой и паузами. Для </w:t>
      </w:r>
      <w:r>
        <w:rPr>
          <w:b w:val="false"/>
          <w:sz w:val="28"/>
          <w:lang w:val="zxx"/>
        </w:rPr>
        <w:t>test</w:t>
      </w:r>
      <w:r>
        <w:rPr>
          <w:b w:val="false"/>
          <w:sz w:val="28"/>
        </w:rPr>
        <w:t xml:space="preserve"> и </w:t>
      </w:r>
      <w:r>
        <w:rPr>
          <w:b w:val="false"/>
          <w:sz w:val="28"/>
          <w:lang w:val="zxx"/>
        </w:rPr>
        <w:t>purpose=technical</w:t>
      </w:r>
      <w:r>
        <w:rPr>
          <w:b w:val="false"/>
          <w:sz w:val="28"/>
        </w:rPr>
        <w:t xml:space="preserve"> верхняя граница </w:t>
      </w:r>
      <w:r>
        <w:rPr>
          <w:b w:val="false"/>
          <w:sz w:val="28"/>
          <w:lang w:val="zxx"/>
        </w:rPr>
        <w:t>30000</w:t>
      </w:r>
      <w:r>
        <w:rPr>
          <w:b w:val="false"/>
          <w:sz w:val="28"/>
        </w:rPr>
        <w:t xml:space="preserve">; для </w:t>
      </w:r>
      <w:r>
        <w:rPr>
          <w:b w:val="false"/>
          <w:sz w:val="28"/>
          <w:lang w:val="zxx"/>
        </w:rPr>
        <w:t>purpose=exercise</w:t>
      </w:r>
      <w:r>
        <w:rPr>
          <w:b w:val="false"/>
          <w:sz w:val="28"/>
        </w:rPr>
        <w:t xml:space="preserve"> — </w:t>
      </w:r>
      <w:r>
        <w:rPr>
          <w:b w:val="false"/>
          <w:sz w:val="28"/>
          <w:lang w:val="zxx"/>
        </w:rPr>
        <w:t>1080000</w:t>
      </w:r>
      <w:r>
        <w:rPr>
          <w:b w:val="false"/>
          <w:sz w:val="28"/>
        </w:rPr>
        <w:t xml:space="preserve"> с отдельными условиями допуска длительных учений. Исчерпание инициирует остановку с </w:t>
      </w:r>
      <w:r>
        <w:rPr>
          <w:b w:val="false"/>
          <w:sz w:val="28"/>
          <w:lang w:val="zxx"/>
        </w:rPr>
        <w:t>maxDurationExceeded.</w:t>
      </w:r>
    </w:p>
    <w:p>
      <w:pPr>
        <w:pStyle w:val="Normal"/>
        <w:keepNext w:val="true"/>
        <w:jc w:val="start"/>
        <w:rPr/>
      </w:pPr>
      <w:r>
        <w:rPr>
          <w:b/>
          <w:sz w:val="28"/>
          <w:lang w:val="zxx"/>
        </w:rPr>
        <w:t>19.11</w:t>
      </w:r>
      <w:r>
        <w:rPr>
          <w:b/>
          <w:sz w:val="28"/>
        </w:rPr>
        <w:t xml:space="preserve"> </w:t>
      </w:r>
      <w:r>
        <w:rPr>
          <w:b/>
          <w:sz w:val="28"/>
          <w:lang w:val="zxx"/>
        </w:rPr>
        <w:t>resources</w:t>
      </w:r>
    </w:p>
    <w:p>
      <w:pPr>
        <w:pStyle w:val="Normal"/>
        <w:jc w:val="start"/>
        <w:rPr/>
      </w:pPr>
      <w:r>
        <w:rPr>
          <w:b w:val="false"/>
          <w:sz w:val="28"/>
          <w:lang w:val="zxx"/>
        </w:rPr>
        <w:t>1-</w:t>
      </w:r>
      <w:r>
        <w:rPr>
          <w:b w:val="false"/>
          <w:sz w:val="28"/>
        </w:rPr>
        <w:t>⁠</w:t>
      </w:r>
      <w:r>
        <w:rPr>
          <w:b w:val="false"/>
          <w:sz w:val="28"/>
          <w:lang w:val="zxx"/>
        </w:rPr>
        <w:t>4</w:t>
      </w:r>
      <w:r>
        <w:rPr>
          <w:b w:val="false"/>
          <w:sz w:val="28"/>
        </w:rPr>
        <w:t xml:space="preserve"> элемента </w:t>
      </w:r>
      <w:r>
        <w:rPr>
          <w:b w:val="false"/>
          <w:sz w:val="28"/>
          <w:lang w:val="zxx"/>
        </w:rPr>
        <w:t>resource:</w:t>
      </w:r>
      <w:r>
        <w:rPr>
          <w:b w:val="false"/>
          <w:sz w:val="28"/>
        </w:rPr>
        <w:t xml:space="preserve"> </w:t>
      </w:r>
      <w:r>
        <w:rPr>
          <w:b w:val="false"/>
          <w:sz w:val="28"/>
          <w:lang w:val="zxx"/>
        </w:rPr>
        <w:t>id</w:t>
      </w:r>
      <w:r>
        <w:rPr>
          <w:b w:val="false"/>
          <w:sz w:val="28"/>
        </w:rPr>
        <w:t xml:space="preserve"> длиной </w:t>
      </w:r>
      <w:r>
        <w:rPr>
          <w:b w:val="false"/>
          <w:sz w:val="28"/>
          <w:lang w:val="zxx"/>
        </w:rPr>
        <w:t>1-</w:t>
      </w:r>
      <w:r>
        <w:rPr>
          <w:b w:val="false"/>
          <w:sz w:val="28"/>
        </w:rPr>
        <w:t>⁠</w:t>
      </w:r>
      <w:r>
        <w:rPr>
          <w:b w:val="false"/>
          <w:sz w:val="28"/>
          <w:lang w:val="zxx"/>
        </w:rPr>
        <w:t>32</w:t>
      </w:r>
      <w:r>
        <w:rPr>
          <w:b w:val="false"/>
          <w:sz w:val="28"/>
        </w:rPr>
        <w:t xml:space="preserve"> </w:t>
      </w:r>
      <w:r>
        <w:rPr>
          <w:b w:val="false"/>
          <w:sz w:val="28"/>
          <w:lang w:val="zxx"/>
        </w:rPr>
        <w:t>ASCII-</w:t>
      </w:r>
      <w:r>
        <w:rPr>
          <w:b w:val="false"/>
          <w:sz w:val="28"/>
        </w:rPr>
        <w:t xml:space="preserve">символа, </w:t>
      </w:r>
      <w:r>
        <w:rPr>
          <w:b w:val="false"/>
          <w:sz w:val="28"/>
          <w:lang w:val="zxx"/>
        </w:rPr>
        <w:t>bindingGeneration</w:t>
      </w:r>
      <w:r>
        <w:rPr>
          <w:b w:val="false"/>
          <w:sz w:val="28"/>
        </w:rPr>
        <w:t xml:space="preserve"> </w:t>
      </w:r>
      <w:r>
        <w:rPr>
          <w:b w:val="false"/>
          <w:sz w:val="28"/>
          <w:lang w:val="zxx"/>
        </w:rPr>
        <w:t>uint64.</w:t>
      </w:r>
      <w:r>
        <w:rPr>
          <w:b w:val="false"/>
          <w:sz w:val="28"/>
        </w:rPr>
        <w:t xml:space="preserve"> </w:t>
      </w:r>
      <w:r>
        <w:rPr>
          <w:b w:val="false"/>
          <w:sz w:val="28"/>
          <w:lang w:val="zxx"/>
        </w:rPr>
        <w:t>ID</w:t>
      </w:r>
      <w:r>
        <w:rPr>
          <w:b w:val="false"/>
          <w:sz w:val="28"/>
        </w:rPr>
        <w:t xml:space="preserve"> уникальны. Четыре ссылки любого режима с максимальными разрешенными длинами полей </w:t>
      </w:r>
      <w:r>
        <w:rPr>
          <w:b w:val="false"/>
          <w:sz w:val="28"/>
          <w:lang w:val="zxx"/>
        </w:rPr>
        <w:t>ДОЛЖНЫ</w:t>
      </w:r>
      <w:r>
        <w:rPr>
          <w:b w:val="false"/>
          <w:sz w:val="28"/>
        </w:rPr>
        <w:t xml:space="preserve"> помещаться в </w:t>
      </w:r>
      <w:r>
        <w:rPr>
          <w:b w:val="false"/>
          <w:sz w:val="28"/>
          <w:lang w:val="zxx"/>
        </w:rPr>
        <w:t>1024</w:t>
      </w:r>
      <w:r>
        <w:rPr>
          <w:b w:val="false"/>
          <w:sz w:val="28"/>
        </w:rPr>
        <w:t xml:space="preserve"> байтах компактного </w:t>
      </w:r>
      <w:r>
        <w:rPr>
          <w:b w:val="false"/>
          <w:sz w:val="28"/>
          <w:lang w:val="zxx"/>
        </w:rPr>
        <w:t>XML</w:t>
      </w:r>
      <w:r>
        <w:rPr>
          <w:b w:val="false"/>
          <w:sz w:val="28"/>
        </w:rPr>
        <w:t xml:space="preserve"> без отступов.</w:t>
      </w:r>
    </w:p>
    <w:p>
      <w:pPr>
        <w:pStyle w:val="Normal"/>
        <w:keepNext w:val="true"/>
        <w:jc w:val="start"/>
        <w:rPr/>
      </w:pPr>
      <w:r>
        <w:rPr>
          <w:b/>
          <w:sz w:val="28"/>
          <w:lang w:val="zxx"/>
        </w:rPr>
        <w:t>19.12</w:t>
      </w:r>
      <w:r>
        <w:rPr>
          <w:b/>
          <w:sz w:val="28"/>
        </w:rPr>
        <w:t xml:space="preserve"> </w:t>
      </w:r>
      <w:r>
        <w:rPr>
          <w:b/>
          <w:sz w:val="28"/>
          <w:lang w:val="zxx"/>
        </w:rPr>
        <w:t>siren</w:t>
      </w:r>
    </w:p>
    <w:p>
      <w:pPr>
        <w:pStyle w:val="Normal"/>
        <w:jc w:val="start"/>
        <w:rPr/>
      </w:pPr>
      <w:r>
        <w:rPr>
          <w:b w:val="false"/>
          <w:sz w:val="28"/>
        </w:rPr>
        <w:t xml:space="preserve">Ровно один элемент </w:t>
      </w:r>
      <w:r>
        <w:rPr>
          <w:b w:val="false"/>
          <w:sz w:val="28"/>
          <w:lang w:val="zxx"/>
        </w:rPr>
        <w:t>siren:</w:t>
      </w:r>
      <w:r>
        <w:rPr>
          <w:b w:val="false"/>
          <w:sz w:val="28"/>
        </w:rPr>
        <w:t xml:space="preserve"> </w:t>
      </w:r>
      <w:r>
        <w:rPr>
          <w:b w:val="false"/>
          <w:sz w:val="28"/>
          <w:lang w:val="zxx"/>
        </w:rPr>
        <w:t>pattern=continuous|</w:t>
      </w:r>
      <w:r>
        <w:rPr>
          <w:b w:val="false"/>
          <w:sz w:val="28"/>
        </w:rPr>
        <w:t>​</w:t>
      </w:r>
      <w:r>
        <w:rPr>
          <w:b w:val="false"/>
          <w:sz w:val="28"/>
          <w:lang w:val="zxx"/>
        </w:rPr>
        <w:t>intermittent</w:t>
      </w:r>
      <w:r>
        <w:rPr>
          <w:b w:val="false"/>
          <w:sz w:val="28"/>
        </w:rPr>
        <w:t xml:space="preserve">, </w:t>
      </w:r>
      <w:r>
        <w:rPr>
          <w:b w:val="false"/>
          <w:sz w:val="28"/>
          <w:lang w:val="zxx"/>
        </w:rPr>
        <w:t>stopMode=duration|</w:t>
      </w:r>
      <w:r>
        <w:rPr>
          <w:b w:val="false"/>
          <w:sz w:val="28"/>
        </w:rPr>
        <w:t>​</w:t>
      </w:r>
      <w:r>
        <w:rPr>
          <w:b w:val="false"/>
          <w:sz w:val="28"/>
          <w:lang w:val="zxx"/>
        </w:rPr>
        <w:t>command.</w:t>
      </w:r>
      <w:r>
        <w:rPr>
          <w:b w:val="false"/>
          <w:sz w:val="28"/>
        </w:rPr>
        <w:t xml:space="preserve"> Для </w:t>
      </w:r>
      <w:r>
        <w:rPr>
          <w:b w:val="false"/>
          <w:sz w:val="28"/>
          <w:lang w:val="zxx"/>
        </w:rPr>
        <w:t>duration</w:t>
      </w:r>
      <w:r>
        <w:rPr>
          <w:b w:val="false"/>
          <w:sz w:val="28"/>
        </w:rPr>
        <w:t xml:space="preserve"> обязателен </w:t>
      </w:r>
      <w:r>
        <w:rPr>
          <w:b w:val="false"/>
          <w:sz w:val="28"/>
          <w:lang w:val="zxx"/>
        </w:rPr>
        <w:t>durationMs=100..3600000</w:t>
      </w:r>
      <w:r>
        <w:rPr>
          <w:b w:val="false"/>
          <w:sz w:val="28"/>
        </w:rPr>
        <w:t xml:space="preserve"> и </w:t>
      </w:r>
      <w:r>
        <w:rPr>
          <w:b w:val="false"/>
          <w:sz w:val="28"/>
          <w:lang w:val="zxx"/>
        </w:rPr>
        <w:t>durationMs</w:t>
      </w:r>
      <w:r>
        <w:rPr>
          <w:b w:val="false"/>
          <w:sz w:val="28"/>
        </w:rPr>
        <w:t xml:space="preserve"> &lt;= </w:t>
      </w:r>
      <w:r>
        <w:rPr>
          <w:b w:val="false"/>
          <w:sz w:val="28"/>
          <w:lang w:val="zxx"/>
        </w:rPr>
        <w:t>maxDurationMs</w:t>
      </w:r>
      <w:r>
        <w:rPr>
          <w:b w:val="false"/>
          <w:sz w:val="28"/>
        </w:rPr>
        <w:t xml:space="preserve">; для </w:t>
      </w:r>
      <w:r>
        <w:rPr>
          <w:b w:val="false"/>
          <w:sz w:val="28"/>
          <w:lang w:val="zxx"/>
        </w:rPr>
        <w:t>command</w:t>
      </w:r>
      <w:r>
        <w:rPr>
          <w:b w:val="false"/>
          <w:sz w:val="28"/>
        </w:rPr>
        <w:t xml:space="preserve"> </w:t>
      </w:r>
      <w:r>
        <w:rPr>
          <w:b w:val="false"/>
          <w:sz w:val="28"/>
          <w:lang w:val="zxx"/>
        </w:rPr>
        <w:t>durationMs</w:t>
      </w:r>
      <w:r>
        <w:rPr>
          <w:b w:val="false"/>
          <w:sz w:val="28"/>
        </w:rPr>
        <w:t xml:space="preserve"> запрещен. Рисунок сигнала определяется аппаратным профилем ниже; </w:t>
      </w:r>
      <w:r>
        <w:rPr>
          <w:b w:val="false"/>
          <w:sz w:val="28"/>
          <w:lang w:val="zxx"/>
        </w:rPr>
        <w:t>durationMs</w:t>
      </w:r>
      <w:r>
        <w:rPr>
          <w:b w:val="false"/>
          <w:sz w:val="28"/>
        </w:rPr>
        <w:t xml:space="preserve"> отсчитывается от </w:t>
      </w:r>
      <w:r>
        <w:rPr>
          <w:b w:val="false"/>
          <w:sz w:val="28"/>
          <w:lang w:val="zxx"/>
        </w:rPr>
        <w:t>running</w:t>
      </w:r>
      <w:r>
        <w:rPr>
          <w:b w:val="false"/>
          <w:sz w:val="28"/>
        </w:rPr>
        <w:t xml:space="preserve"> и включает паузы.</w:t>
      </w:r>
    </w:p>
    <w:p>
      <w:pPr>
        <w:pStyle w:val="Normal"/>
        <w:keepNext w:val="true"/>
        <w:jc w:val="start"/>
        <w:rPr/>
      </w:pPr>
      <w:r>
        <w:rPr>
          <w:b/>
          <w:sz w:val="28"/>
          <w:lang w:val="zxx"/>
        </w:rPr>
        <w:t>19.13</w:t>
      </w:r>
      <w:r>
        <w:rPr>
          <w:b/>
          <w:sz w:val="28"/>
        </w:rPr>
        <w:t xml:space="preserve"> </w:t>
      </w:r>
      <w:r>
        <w:rPr>
          <w:b/>
          <w:sz w:val="28"/>
          <w:lang w:val="zxx"/>
        </w:rPr>
        <w:t>recording</w:t>
      </w:r>
    </w:p>
    <w:p>
      <w:pPr>
        <w:pStyle w:val="Normal"/>
        <w:jc w:val="start"/>
        <w:rPr/>
      </w:pPr>
      <w:r>
        <w:rPr>
          <w:b w:val="false"/>
          <w:sz w:val="28"/>
        </w:rPr>
        <w:t xml:space="preserve">Ровно один элемент </w:t>
      </w:r>
      <w:r>
        <w:rPr>
          <w:b w:val="false"/>
          <w:sz w:val="28"/>
          <w:lang w:val="zxx"/>
        </w:rPr>
        <w:t>recording:</w:t>
      </w:r>
      <w:r>
        <w:rPr>
          <w:b w:val="false"/>
          <w:sz w:val="28"/>
        </w:rPr>
        <w:t xml:space="preserve"> </w:t>
      </w:r>
      <w:r>
        <w:rPr>
          <w:b w:val="false"/>
          <w:sz w:val="28"/>
          <w:lang w:val="zxx"/>
        </w:rPr>
        <w:t>contentId</w:t>
      </w:r>
      <w:r>
        <w:rPr>
          <w:b w:val="false"/>
          <w:sz w:val="28"/>
        </w:rPr>
        <w:t xml:space="preserve">, </w:t>
      </w:r>
      <w:r>
        <w:rPr>
          <w:b w:val="false"/>
          <w:sz w:val="28"/>
          <w:lang w:val="zxx"/>
        </w:rPr>
        <w:t>revision</w:t>
      </w:r>
      <w:r>
        <w:rPr>
          <w:b w:val="false"/>
          <w:sz w:val="28"/>
        </w:rPr>
        <w:t xml:space="preserve"> </w:t>
      </w:r>
      <w:r>
        <w:rPr>
          <w:b w:val="false"/>
          <w:sz w:val="28"/>
          <w:lang w:val="zxx"/>
        </w:rPr>
        <w:t>uint64</w:t>
      </w:r>
      <w:r>
        <w:rPr>
          <w:b w:val="false"/>
          <w:sz w:val="28"/>
        </w:rPr>
        <w:t xml:space="preserve">, </w:t>
      </w:r>
      <w:r>
        <w:rPr>
          <w:b w:val="false"/>
          <w:sz w:val="28"/>
          <w:lang w:val="zxx"/>
        </w:rPr>
        <w:t>hashAlgorithm=streebog256</w:t>
      </w:r>
      <w:r>
        <w:rPr>
          <w:b w:val="false"/>
          <w:sz w:val="28"/>
        </w:rPr>
        <w:t xml:space="preserve"> и </w:t>
      </w:r>
      <w:r>
        <w:rPr>
          <w:b w:val="false"/>
          <w:sz w:val="28"/>
          <w:lang w:val="zxx"/>
        </w:rPr>
        <w:t>hash</w:t>
      </w:r>
      <w:r>
        <w:rPr>
          <w:b w:val="false"/>
          <w:sz w:val="28"/>
        </w:rPr>
        <w:t xml:space="preserve"> из </w:t>
      </w:r>
      <w:r>
        <w:rPr>
          <w:b w:val="false"/>
          <w:sz w:val="28"/>
          <w:lang w:val="zxx"/>
        </w:rPr>
        <w:t>64</w:t>
      </w:r>
      <w:r>
        <w:rPr>
          <w:b w:val="false"/>
          <w:sz w:val="28"/>
        </w:rPr>
        <w:t xml:space="preserve"> строчных </w:t>
      </w:r>
      <w:r>
        <w:rPr>
          <w:b w:val="false"/>
          <w:sz w:val="28"/>
          <w:lang w:val="zxx"/>
        </w:rPr>
        <w:t>hex.</w:t>
      </w:r>
      <w:r>
        <w:rPr>
          <w:b w:val="false"/>
          <w:sz w:val="28"/>
        </w:rPr>
        <w:t xml:space="preserve"> Один проход; естественный конец отличается от </w:t>
      </w:r>
      <w:r>
        <w:rPr>
          <w:b w:val="false"/>
          <w:sz w:val="28"/>
          <w:lang w:val="zxx"/>
        </w:rPr>
        <w:t>maxDurationExceeded.</w:t>
      </w:r>
    </w:p>
    <w:p>
      <w:pPr>
        <w:pStyle w:val="Normal"/>
        <w:keepNext w:val="true"/>
        <w:jc w:val="start"/>
        <w:rPr/>
      </w:pPr>
      <w:r>
        <w:rPr>
          <w:b/>
          <w:sz w:val="28"/>
          <w:lang w:val="zxx"/>
        </w:rPr>
        <w:t>19.14</w:t>
      </w:r>
      <w:r>
        <w:rPr>
          <w:b/>
          <w:sz w:val="28"/>
        </w:rPr>
        <w:t xml:space="preserve"> </w:t>
      </w:r>
      <w:r>
        <w:rPr>
          <w:b/>
          <w:sz w:val="28"/>
          <w:lang w:val="zxx"/>
        </w:rPr>
        <w:t>test</w:t>
      </w:r>
    </w:p>
    <w:p>
      <w:pPr>
        <w:pStyle w:val="Normal"/>
        <w:jc w:val="start"/>
        <w:rPr/>
      </w:pPr>
      <w:r>
        <w:rPr>
          <w:b w:val="false"/>
          <w:sz w:val="28"/>
        </w:rPr>
        <w:t xml:space="preserve">Ровно один элемент </w:t>
      </w:r>
      <w:r>
        <w:rPr>
          <w:b w:val="false"/>
          <w:sz w:val="28"/>
          <w:lang w:val="zxx"/>
        </w:rPr>
        <w:t>test:</w:t>
      </w:r>
      <w:r>
        <w:rPr>
          <w:b w:val="false"/>
          <w:sz w:val="28"/>
        </w:rPr>
        <w:t xml:space="preserve"> </w:t>
      </w:r>
      <w:r>
        <w:rPr>
          <w:b w:val="false"/>
          <w:sz w:val="28"/>
          <w:lang w:val="zxx"/>
        </w:rPr>
        <w:t>testId</w:t>
      </w:r>
      <w:r>
        <w:rPr>
          <w:b w:val="false"/>
          <w:sz w:val="28"/>
        </w:rPr>
        <w:t xml:space="preserve"> и </w:t>
      </w:r>
      <w:r>
        <w:rPr>
          <w:b w:val="false"/>
          <w:sz w:val="28"/>
          <w:lang w:val="zxx"/>
        </w:rPr>
        <w:t>testRevision</w:t>
      </w:r>
      <w:r>
        <w:rPr>
          <w:b w:val="false"/>
          <w:sz w:val="28"/>
        </w:rPr>
        <w:t xml:space="preserve"> </w:t>
      </w:r>
      <w:r>
        <w:rPr>
          <w:b w:val="false"/>
          <w:sz w:val="28"/>
          <w:lang w:val="zxx"/>
        </w:rPr>
        <w:t>uint64</w:t>
      </w:r>
      <w:r>
        <w:rPr>
          <w:b w:val="false"/>
          <w:sz w:val="28"/>
        </w:rPr>
        <w:t xml:space="preserve">; </w:t>
      </w:r>
      <w:r>
        <w:rPr>
          <w:b w:val="false"/>
          <w:sz w:val="28"/>
          <w:lang w:val="zxx"/>
        </w:rPr>
        <w:t>purpose</w:t>
      </w:r>
      <w:r>
        <w:rPr>
          <w:b w:val="false"/>
          <w:sz w:val="28"/>
        </w:rPr>
        <w:t xml:space="preserve"> </w:t>
      </w:r>
      <w:r>
        <w:rPr>
          <w:b w:val="false"/>
          <w:sz w:val="28"/>
          <w:lang w:val="zxx"/>
        </w:rPr>
        <w:t>ДОЛЖНО</w:t>
      </w:r>
      <w:r>
        <w:rPr>
          <w:b w:val="false"/>
          <w:sz w:val="28"/>
        </w:rPr>
        <w:t xml:space="preserve"> быть </w:t>
      </w:r>
      <w:r>
        <w:rPr>
          <w:b w:val="false"/>
          <w:sz w:val="28"/>
          <w:lang w:val="zxx"/>
        </w:rPr>
        <w:t>technical.</w:t>
      </w:r>
      <w:r>
        <w:rPr>
          <w:b w:val="false"/>
          <w:sz w:val="28"/>
        </w:rPr>
        <w:t xml:space="preserve"> Эффекты и критерии заданы полным каталогом </w:t>
      </w:r>
      <w:r>
        <w:rPr>
          <w:b w:val="false"/>
          <w:sz w:val="28"/>
          <w:lang w:val="zxx"/>
        </w:rPr>
        <w:t>tests.list</w:t>
      </w:r>
      <w:r>
        <w:rPr>
          <w:b w:val="false"/>
          <w:sz w:val="28"/>
        </w:rPr>
        <w:t xml:space="preserve"> по разделу </w:t>
      </w:r>
      <w:r>
        <w:rPr>
          <w:b w:val="false"/>
          <w:sz w:val="28"/>
          <w:lang w:val="zxx"/>
        </w:rPr>
        <w:t>12</w:t>
      </w:r>
      <w:r>
        <w:rPr>
          <w:b w:val="false"/>
          <w:sz w:val="28"/>
        </w:rPr>
        <w:t xml:space="preserve">; </w:t>
      </w:r>
      <w:r>
        <w:rPr>
          <w:b w:val="false"/>
          <w:sz w:val="28"/>
          <w:lang w:val="zxx"/>
        </w:rPr>
        <w:t>testId/</w:t>
      </w:r>
      <w:r>
        <w:rPr>
          <w:b w:val="false"/>
          <w:sz w:val="28"/>
        </w:rPr>
        <w:t>​</w:t>
      </w:r>
      <w:r>
        <w:rPr>
          <w:b w:val="false"/>
          <w:sz w:val="28"/>
          <w:lang w:val="zxx"/>
        </w:rPr>
        <w:t>testRevision</w:t>
      </w:r>
      <w:r>
        <w:rPr>
          <w:b w:val="false"/>
          <w:sz w:val="28"/>
        </w:rPr>
        <w:t xml:space="preserve"> фиксируются до воздействия.</w:t>
      </w:r>
    </w:p>
    <w:p>
      <w:pPr>
        <w:pStyle w:val="Normal"/>
        <w:keepNext w:val="true"/>
        <w:jc w:val="start"/>
        <w:rPr/>
      </w:pPr>
      <w:r>
        <w:rPr>
          <w:b/>
          <w:sz w:val="28"/>
          <w:lang w:val="zxx"/>
        </w:rPr>
        <w:t>19.15</w:t>
      </w:r>
      <w:r>
        <w:rPr>
          <w:b/>
          <w:sz w:val="28"/>
        </w:rPr>
        <w:t xml:space="preserve"> </w:t>
      </w:r>
      <w:r>
        <w:rPr>
          <w:b/>
          <w:sz w:val="28"/>
          <w:lang w:val="zxx"/>
        </w:rPr>
        <w:t>program</w:t>
      </w:r>
    </w:p>
    <w:p>
      <w:pPr>
        <w:pStyle w:val="Normal"/>
        <w:jc w:val="start"/>
        <w:rPr/>
      </w:pPr>
      <w:r>
        <w:rPr>
          <w:b w:val="false"/>
          <w:sz w:val="28"/>
        </w:rPr>
        <w:t xml:space="preserve">Ровно один </w:t>
      </w:r>
      <w:r>
        <w:rPr>
          <w:b w:val="false"/>
          <w:sz w:val="28"/>
          <w:lang w:val="zxx"/>
        </w:rPr>
        <w:t>program</w:t>
      </w:r>
      <w:r>
        <w:rPr>
          <w:b w:val="false"/>
          <w:sz w:val="28"/>
        </w:rPr>
        <w:t xml:space="preserve"> </w:t>
      </w:r>
      <w:r>
        <w:rPr>
          <w:b w:val="false"/>
          <w:sz w:val="28"/>
          <w:lang w:val="zxx"/>
        </w:rPr>
        <w:t>id/</w:t>
      </w:r>
      <w:r>
        <w:rPr>
          <w:b w:val="false"/>
          <w:sz w:val="28"/>
        </w:rPr>
        <w:t>​</w:t>
      </w:r>
      <w:r>
        <w:rPr>
          <w:b w:val="false"/>
          <w:sz w:val="28"/>
          <w:lang w:val="zxx"/>
        </w:rPr>
        <w:t>revision</w:t>
      </w:r>
      <w:r>
        <w:rPr>
          <w:b w:val="false"/>
          <w:sz w:val="28"/>
        </w:rPr>
        <w:t xml:space="preserve">; полный неизменный план из </w:t>
      </w:r>
      <w:r>
        <w:rPr>
          <w:b w:val="false"/>
          <w:sz w:val="28"/>
          <w:lang w:val="zxx"/>
        </w:rPr>
        <w:t>programs.list</w:t>
      </w:r>
      <w:r>
        <w:rPr>
          <w:b w:val="false"/>
          <w:sz w:val="28"/>
        </w:rPr>
        <w:t xml:space="preserve">, правила исполнения и результата раздела </w:t>
      </w:r>
      <w:r>
        <w:rPr>
          <w:b w:val="false"/>
          <w:sz w:val="28"/>
          <w:lang w:val="zxx"/>
        </w:rPr>
        <w:t>26.</w:t>
      </w:r>
    </w:p>
    <w:p>
      <w:pPr>
        <w:pStyle w:val="Normal"/>
        <w:keepNext w:val="true"/>
        <w:jc w:val="start"/>
        <w:rPr/>
      </w:pPr>
      <w:r>
        <w:rPr>
          <w:b/>
          <w:sz w:val="28"/>
          <w:lang w:val="zxx"/>
        </w:rPr>
        <w:t>19.16</w:t>
      </w:r>
      <w:r>
        <w:rPr>
          <w:b/>
          <w:sz w:val="28"/>
        </w:rPr>
        <w:t xml:space="preserve"> </w:t>
      </w:r>
      <w:r>
        <w:rPr>
          <w:b/>
          <w:sz w:val="28"/>
          <w:lang w:val="zxx"/>
        </w:rPr>
        <w:t>stream</w:t>
      </w:r>
    </w:p>
    <w:p>
      <w:pPr>
        <w:pStyle w:val="Normal"/>
        <w:jc w:val="start"/>
        <w:rPr/>
      </w:pPr>
      <w:r>
        <w:rPr>
          <w:b w:val="false"/>
          <w:sz w:val="28"/>
        </w:rPr>
        <w:t xml:space="preserve">Ровно один </w:t>
      </w:r>
      <w:r>
        <w:rPr>
          <w:b w:val="false"/>
          <w:sz w:val="28"/>
          <w:lang w:val="zxx"/>
        </w:rPr>
        <w:t>stream</w:t>
      </w:r>
      <w:r>
        <w:rPr>
          <w:b w:val="false"/>
          <w:sz w:val="28"/>
        </w:rPr>
        <w:t xml:space="preserve"> </w:t>
      </w:r>
      <w:r>
        <w:rPr>
          <w:b w:val="false"/>
          <w:sz w:val="28"/>
          <w:lang w:val="zxx"/>
        </w:rPr>
        <w:t>mediaId</w:t>
      </w:r>
      <w:r>
        <w:rPr>
          <w:b w:val="false"/>
          <w:sz w:val="28"/>
        </w:rPr>
        <w:t xml:space="preserve"> из </w:t>
      </w:r>
      <w:r>
        <w:rPr>
          <w:b w:val="false"/>
          <w:sz w:val="28"/>
          <w:lang w:val="zxx"/>
        </w:rPr>
        <w:t>audio.prepare</w:t>
      </w:r>
      <w:r>
        <w:rPr>
          <w:b w:val="false"/>
          <w:sz w:val="28"/>
        </w:rPr>
        <w:t xml:space="preserve">; </w:t>
      </w:r>
      <w:r>
        <w:rPr>
          <w:b w:val="false"/>
          <w:sz w:val="28"/>
          <w:lang w:val="zxx"/>
        </w:rPr>
        <w:t>onControlLoss=stop</w:t>
      </w:r>
      <w:r>
        <w:rPr>
          <w:b w:val="false"/>
          <w:sz w:val="28"/>
        </w:rPr>
        <w:t xml:space="preserve">, правила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раздела </w:t>
      </w:r>
      <w:r>
        <w:rPr>
          <w:b w:val="false"/>
          <w:sz w:val="28"/>
          <w:lang w:val="zxx"/>
        </w:rPr>
        <w:t>15.</w:t>
      </w:r>
    </w:p>
    <w:p>
      <w:pPr>
        <w:pStyle w:val="Normal"/>
        <w:keepNext w:val="true"/>
        <w:jc w:val="start"/>
        <w:rPr/>
      </w:pPr>
      <w:r>
        <w:rPr>
          <w:b/>
          <w:sz w:val="28"/>
          <w:lang w:val="zxx"/>
        </w:rPr>
        <w:t>19.17</w:t>
      </w:r>
      <w:r>
        <w:rPr>
          <w:b/>
          <w:sz w:val="28"/>
        </w:rPr>
        <w:t xml:space="preserve"> Ревизии</w:t>
      </w:r>
    </w:p>
    <w:p>
      <w:pPr>
        <w:pStyle w:val="Normal"/>
        <w:jc w:val="both"/>
        <w:rPr/>
      </w:pPr>
      <w:r>
        <w:rPr>
          <w:b w:val="false"/>
          <w:sz w:val="28"/>
        </w:rPr>
        <w:t xml:space="preserve">Все ресурсы, поколения и ревизии проверяются до воздействия. Их несовпадение дает </w:t>
      </w:r>
      <w:r>
        <w:rPr>
          <w:b w:val="false"/>
          <w:sz w:val="28"/>
          <w:lang w:val="zxx"/>
        </w:rPr>
        <w:t>conflict.</w:t>
      </w:r>
      <w:r>
        <w:rPr>
          <w:b w:val="false"/>
          <w:sz w:val="28"/>
        </w:rPr>
        <w:t xml:space="preserve"> Отсутствие обязательного поля не заменяется значением из старой карточки АРМ.</w:t>
      </w:r>
    </w:p>
    <w:p>
      <w:pPr>
        <w:pStyle w:val="Normal"/>
        <w:jc w:val="both"/>
        <w:rPr/>
      </w:pPr>
      <w:r>
        <w:rPr>
          <w:b w:val="false"/>
          <w:sz w:val="28"/>
          <w:lang w:val="zxx"/>
        </w:rPr>
        <w:t>19.18</w:t>
      </w:r>
      <w:r>
        <w:rPr>
          <w:b w:val="false"/>
          <w:sz w:val="28"/>
        </w:rPr>
        <w:t xml:space="preserve"> Порядок приема </w:t>
      </w:r>
      <w:r>
        <w:rPr>
          <w:b w:val="false"/>
          <w:sz w:val="28"/>
          <w:lang w:val="zxx"/>
        </w:rPr>
        <w:t>session.start:</w:t>
      </w:r>
      <w:r>
        <w:rPr>
          <w:b w:val="false"/>
          <w:sz w:val="28"/>
        </w:rPr>
        <w:t xml:space="preserve"> полное обрамление и лимиты; синтаксис и общая оболочка; аутентифицированные права и контекст; дедупликация/расходование </w:t>
      </w:r>
      <w:r>
        <w:rPr>
          <w:b w:val="false"/>
          <w:sz w:val="28"/>
          <w:lang w:val="zxx"/>
        </w:rPr>
        <w:t>cmdSeq</w:t>
      </w:r>
      <w:r>
        <w:rPr>
          <w:b w:val="false"/>
          <w:sz w:val="28"/>
        </w:rPr>
        <w:t xml:space="preserve">; предметная схема и межполевые условия; актуальные ревизии и возможности; срок приема; занятость и готовность; сохранение решения </w:t>
      </w:r>
      <w:r>
        <w:rPr>
          <w:b w:val="false"/>
          <w:sz w:val="28"/>
          <w:lang w:val="zxx"/>
        </w:rPr>
        <w:t>accepted</w:t>
      </w:r>
      <w:r>
        <w:rPr>
          <w:b w:val="false"/>
          <w:sz w:val="28"/>
        </w:rPr>
        <w:t xml:space="preserve">; передача задания исполнителю. После принятия физические отказы отражаются в результате сеанса. Утрата ответа не разрешает новый </w:t>
      </w:r>
      <w:r>
        <w:rPr>
          <w:b w:val="false"/>
          <w:sz w:val="28"/>
          <w:lang w:val="zxx"/>
        </w:rPr>
        <w:t>session.start</w:t>
      </w:r>
      <w:r>
        <w:rPr>
          <w:b w:val="false"/>
          <w:sz w:val="28"/>
        </w:rPr>
        <w:t xml:space="preserve"> с новым номером.</w:t>
      </w:r>
    </w:p>
    <w:p>
      <w:pPr>
        <w:pStyle w:val="Normal"/>
        <w:jc w:val="both"/>
        <w:rPr/>
      </w:pPr>
      <w:r>
        <w:rPr>
          <w:b w:val="false"/>
          <w:sz w:val="28"/>
          <w:lang w:val="zxx"/>
        </w:rPr>
        <w:t>19.19</w:t>
      </w:r>
      <w:r>
        <w:rPr>
          <w:b w:val="false"/>
          <w:sz w:val="28"/>
        </w:rPr>
        <w:t xml:space="preserve"> АРМ рассчитывает </w:t>
      </w:r>
      <w:r>
        <w:rPr>
          <w:b w:val="false"/>
          <w:sz w:val="28"/>
          <w:lang w:val="zxx"/>
        </w:rPr>
        <w:t>acceptBeforeMs</w:t>
      </w:r>
      <w:r>
        <w:rPr>
          <w:b w:val="false"/>
          <w:sz w:val="28"/>
        </w:rPr>
        <w:t xml:space="preserve"> из свежего </w:t>
      </w:r>
      <w:r>
        <w:rPr>
          <w:b w:val="false"/>
          <w:sz w:val="28"/>
          <w:lang w:val="zxx"/>
        </w:rPr>
        <w:t>uptimeMs</w:t>
      </w:r>
      <w:r>
        <w:rPr>
          <w:b w:val="false"/>
          <w:sz w:val="28"/>
        </w:rPr>
        <w:t xml:space="preserve"> и конечного бюджета доставки, учитывая </w:t>
      </w:r>
      <w:r>
        <w:rPr>
          <w:b w:val="false"/>
          <w:sz w:val="28"/>
          <w:lang w:val="zxx"/>
        </w:rPr>
        <w:t>RTT</w:t>
      </w:r>
      <w:r>
        <w:rPr>
          <w:b w:val="false"/>
          <w:sz w:val="28"/>
        </w:rPr>
        <w:t xml:space="preserve">, локальное прошедшее время и границу дрейфа. При ретрансляции исходный срок поручения не продлевается. Если соответствие шкал нельзя ограничить, запуск с таким сроком не принимается как своевременный. </w:t>
      </w:r>
      <w:r>
        <w:rPr>
          <w:b w:val="false"/>
          <w:sz w:val="28"/>
          <w:lang w:val="zxx"/>
        </w:rPr>
        <w:t>maxDurationMs</w:t>
      </w:r>
      <w:r>
        <w:rPr>
          <w:b w:val="false"/>
          <w:sz w:val="28"/>
        </w:rPr>
        <w:t xml:space="preserve"> и таймеры остановки не зависят от коррекции </w:t>
      </w:r>
      <w:r>
        <w:rPr>
          <w:b w:val="false"/>
          <w:sz w:val="28"/>
          <w:lang w:val="zxx"/>
        </w:rPr>
        <w:t>UTC.</w:t>
      </w:r>
    </w:p>
    <w:p>
      <w:pPr>
        <w:pStyle w:val="2"/>
        <w:rPr/>
      </w:pPr>
      <w:r>
        <w:rPr/>
        <w:t>Физический рисунок сирены</w:t>
      </w:r>
    </w:p>
    <w:p>
      <w:pPr>
        <w:pStyle w:val="Normal"/>
        <w:keepNext w:val="true"/>
        <w:jc w:val="start"/>
        <w:rPr/>
      </w:pPr>
      <w:r>
        <w:rPr>
          <w:b/>
          <w:sz w:val="28"/>
          <w:lang w:val="zxx"/>
        </w:rPr>
        <w:t>19.20</w:t>
      </w:r>
      <w:r>
        <w:rPr>
          <w:b/>
          <w:sz w:val="28"/>
        </w:rPr>
        <w:t xml:space="preserve"> </w:t>
      </w:r>
      <w:r>
        <w:rPr>
          <w:b/>
          <w:sz w:val="28"/>
          <w:lang w:val="zxx"/>
        </w:rPr>
        <w:t>continuous</w:t>
      </w:r>
    </w:p>
    <w:p>
      <w:pPr>
        <w:pStyle w:val="Normal"/>
        <w:jc w:val="both"/>
        <w:rPr/>
      </w:pPr>
      <w:r>
        <w:rPr>
          <w:b w:val="false"/>
          <w:sz w:val="28"/>
        </w:rPr>
        <w:t xml:space="preserve">Непрерывная подача сигнала без программных пауз. Частотный состав, модуляция, разгон и выбег определяются опубликованным профилем ОУ; </w:t>
      </w:r>
      <w:r>
        <w:rPr>
          <w:b w:val="false"/>
          <w:sz w:val="28"/>
          <w:lang w:val="zxx"/>
        </w:rPr>
        <w:t>continuous</w:t>
      </w:r>
      <w:r>
        <w:rPr>
          <w:b w:val="false"/>
          <w:sz w:val="28"/>
        </w:rPr>
        <w:t xml:space="preserve"> не означает постоянное мгновенное значение акустического сигнала.</w:t>
      </w:r>
    </w:p>
    <w:p>
      <w:pPr>
        <w:pStyle w:val="Normal"/>
        <w:keepNext w:val="true"/>
        <w:jc w:val="start"/>
        <w:rPr/>
      </w:pPr>
      <w:r>
        <w:rPr>
          <w:b/>
          <w:sz w:val="28"/>
          <w:lang w:val="zxx"/>
        </w:rPr>
        <w:t>19.21</w:t>
      </w:r>
      <w:r>
        <w:rPr>
          <w:b/>
          <w:sz w:val="28"/>
        </w:rPr>
        <w:t xml:space="preserve"> </w:t>
      </w:r>
      <w:r>
        <w:rPr>
          <w:b/>
          <w:sz w:val="28"/>
          <w:lang w:val="zxx"/>
        </w:rPr>
        <w:t>intermittent</w:t>
      </w:r>
    </w:p>
    <w:p>
      <w:pPr>
        <w:pStyle w:val="Normal"/>
        <w:jc w:val="both"/>
        <w:rPr/>
      </w:pPr>
      <w:r>
        <w:rPr>
          <w:b w:val="false"/>
          <w:sz w:val="28"/>
        </w:rPr>
        <w:t xml:space="preserve">Циклический рисунок из фаз сигнала и пауз. Профиль </w:t>
      </w:r>
      <w:r>
        <w:rPr>
          <w:b w:val="false"/>
          <w:sz w:val="28"/>
          <w:lang w:val="zxx"/>
        </w:rPr>
        <w:t>ДОЛЖЕН</w:t>
      </w:r>
      <w:r>
        <w:rPr>
          <w:b w:val="false"/>
          <w:sz w:val="28"/>
        </w:rPr>
        <w:t xml:space="preserve"> задавать их порядок и длительности, начальную фазу, допуски, поведение при остановке и точную редакцию нормативного описания, если он на него ссылается. Одного названия "прерывистая сирена" недостаточно.</w:t>
      </w:r>
    </w:p>
    <w:p>
      <w:pPr>
        <w:pStyle w:val="Normal"/>
        <w:keepNext w:val="true"/>
        <w:jc w:val="start"/>
        <w:rPr/>
      </w:pPr>
      <w:r>
        <w:rPr>
          <w:b/>
          <w:sz w:val="28"/>
          <w:lang w:val="zxx"/>
        </w:rPr>
        <w:t>19.22</w:t>
      </w:r>
      <w:r>
        <w:rPr>
          <w:b/>
          <w:sz w:val="28"/>
        </w:rPr>
        <w:t xml:space="preserve"> Исполнитель рисунка</w:t>
      </w:r>
    </w:p>
    <w:p>
      <w:pPr>
        <w:pStyle w:val="Normal"/>
        <w:jc w:val="both"/>
        <w:rPr/>
      </w:pPr>
      <w:r>
        <w:rPr>
          <w:b w:val="false"/>
          <w:sz w:val="28"/>
        </w:rPr>
        <w:t xml:space="preserve">Профиль указывает, формирует ли рисунок само ОУ или драйвер УУ, чем подтверждается выбор рисунка и как начало его первой фазы связано с критерием </w:t>
      </w:r>
      <w:r>
        <w:rPr>
          <w:b w:val="false"/>
          <w:sz w:val="28"/>
          <w:lang w:val="zxx"/>
        </w:rPr>
        <w:t>running.</w:t>
      </w:r>
      <w:r>
        <w:rPr>
          <w:b w:val="false"/>
          <w:sz w:val="28"/>
        </w:rPr>
        <w:t xml:space="preserve"> Общий ответ ОУ "режим сирены" сам по себе не доказывает выбранный рисунок.</w:t>
      </w:r>
    </w:p>
    <w:p>
      <w:pPr>
        <w:pStyle w:val="Normal"/>
        <w:keepNext w:val="true"/>
        <w:jc w:val="start"/>
        <w:rPr/>
      </w:pPr>
      <w:r>
        <w:rPr>
          <w:b/>
          <w:sz w:val="28"/>
          <w:lang w:val="zxx"/>
        </w:rPr>
        <w:t>19.23</w:t>
      </w:r>
      <w:r>
        <w:rPr>
          <w:b/>
          <w:sz w:val="28"/>
        </w:rPr>
        <w:t xml:space="preserve"> Длительность и последний цикл</w:t>
      </w:r>
    </w:p>
    <w:p>
      <w:pPr>
        <w:pStyle w:val="Normal"/>
        <w:jc w:val="both"/>
        <w:rPr/>
      </w:pPr>
      <w:r>
        <w:rPr>
          <w:b w:val="false"/>
          <w:sz w:val="28"/>
        </w:rPr>
        <w:t xml:space="preserve">При </w:t>
      </w:r>
      <w:r>
        <w:rPr>
          <w:b w:val="false"/>
          <w:sz w:val="28"/>
          <w:lang w:val="zxx"/>
        </w:rPr>
        <w:t>stopMode=duration</w:t>
      </w:r>
      <w:r>
        <w:rPr>
          <w:b w:val="false"/>
          <w:sz w:val="28"/>
        </w:rPr>
        <w:t xml:space="preserve"> </w:t>
      </w:r>
      <w:r>
        <w:rPr>
          <w:b w:val="false"/>
          <w:sz w:val="28"/>
          <w:lang w:val="zxx"/>
        </w:rPr>
        <w:t>durationMs</w:t>
      </w:r>
      <w:r>
        <w:rPr>
          <w:b w:val="false"/>
          <w:sz w:val="28"/>
        </w:rPr>
        <w:t xml:space="preserve"> - интервал от </w:t>
      </w:r>
      <w:r>
        <w:rPr>
          <w:b w:val="false"/>
          <w:sz w:val="28"/>
          <w:lang w:val="zxx"/>
        </w:rPr>
        <w:t>running</w:t>
      </w:r>
      <w:r>
        <w:rPr>
          <w:b w:val="false"/>
          <w:sz w:val="28"/>
        </w:rPr>
        <w:t xml:space="preserve">, включая паузы; по его истечении начинается </w:t>
      </w:r>
      <w:r>
        <w:rPr>
          <w:b w:val="false"/>
          <w:sz w:val="28"/>
          <w:lang w:val="zxx"/>
        </w:rPr>
        <w:t>stopping</w:t>
      </w:r>
      <w:r>
        <w:rPr>
          <w:b w:val="false"/>
          <w:sz w:val="28"/>
        </w:rPr>
        <w:t xml:space="preserve">, последний неполный цикл не продлевается до полного. При </w:t>
      </w:r>
      <w:r>
        <w:rPr>
          <w:b w:val="false"/>
          <w:sz w:val="28"/>
          <w:lang w:val="zxx"/>
        </w:rPr>
        <w:t>command</w:t>
      </w:r>
      <w:r>
        <w:rPr>
          <w:b w:val="false"/>
          <w:sz w:val="28"/>
        </w:rPr>
        <w:t xml:space="preserve"> штатную остановку задает адресный </w:t>
      </w:r>
      <w:r>
        <w:rPr>
          <w:b w:val="false"/>
          <w:sz w:val="28"/>
          <w:lang w:val="zxx"/>
        </w:rPr>
        <w:t>session.stop.</w:t>
      </w:r>
      <w:r>
        <w:rPr>
          <w:b w:val="false"/>
          <w:sz w:val="28"/>
        </w:rPr>
        <w:t xml:space="preserve"> Для речевого ОУ с </w:t>
      </w:r>
      <w:r>
        <w:rPr>
          <w:b w:val="false"/>
          <w:sz w:val="28"/>
          <w:lang w:val="zxx"/>
        </w:rPr>
        <w:t>signalKind=builtIn</w:t>
      </w:r>
      <w:r>
        <w:rPr>
          <w:b w:val="false"/>
          <w:sz w:val="28"/>
        </w:rPr>
        <w:t xml:space="preserve"> естественный конец собственного цикла также определяется свежим переходом из подтвержденного режима сирены в покой без аварии; после него УУ подтверждает </w:t>
      </w:r>
      <w:r>
        <w:rPr>
          <w:b w:val="false"/>
          <w:sz w:val="28"/>
          <w:lang w:val="zxx"/>
        </w:rPr>
        <w:t>off</w:t>
      </w:r>
      <w:r>
        <w:rPr>
          <w:b w:val="false"/>
          <w:sz w:val="28"/>
        </w:rPr>
        <w:t xml:space="preserve"> по профилю и завершает сеанс с </w:t>
      </w:r>
      <w:r>
        <w:rPr>
          <w:b w:val="false"/>
          <w:sz w:val="28"/>
          <w:lang w:val="zxx"/>
        </w:rPr>
        <w:t>succeeded/</w:t>
      </w:r>
      <w:r>
        <w:rPr>
          <w:b w:val="false"/>
          <w:sz w:val="28"/>
        </w:rPr>
        <w:t>​</w:t>
      </w:r>
      <w:r>
        <w:rPr>
          <w:b w:val="false"/>
          <w:sz w:val="28"/>
          <w:lang w:val="zxx"/>
        </w:rPr>
        <w:t>completed.</w:t>
      </w:r>
      <w:r>
        <w:rPr>
          <w:b w:val="false"/>
          <w:sz w:val="28"/>
        </w:rPr>
        <w:t xml:space="preserve"> Покой до подтверждения </w:t>
      </w:r>
      <w:r>
        <w:rPr>
          <w:b w:val="false"/>
          <w:sz w:val="28"/>
          <w:lang w:val="zxx"/>
        </w:rPr>
        <w:t>running</w:t>
      </w:r>
      <w:r>
        <w:rPr>
          <w:b w:val="false"/>
          <w:sz w:val="28"/>
        </w:rPr>
        <w:t xml:space="preserve">, иной режим, устаревший ответ и авария не доказывают завершение. Во время остановки новые фазы включения запрещены. Задержка физического выключения ограничена </w:t>
      </w:r>
      <w:r>
        <w:rPr>
          <w:b w:val="false"/>
          <w:sz w:val="28"/>
          <w:lang w:val="zxx"/>
        </w:rPr>
        <w:t>stopBeginMs/</w:t>
      </w:r>
      <w:r>
        <w:rPr>
          <w:b w:val="false"/>
          <w:sz w:val="28"/>
        </w:rPr>
        <w:t>​</w:t>
      </w:r>
      <w:r>
        <w:rPr>
          <w:b w:val="false"/>
          <w:sz w:val="28"/>
          <w:lang w:val="zxx"/>
        </w:rPr>
        <w:t>stopConfirmMs</w:t>
      </w:r>
      <w:r>
        <w:rPr>
          <w:b w:val="false"/>
          <w:sz w:val="28"/>
        </w:rPr>
        <w:t xml:space="preserve"> и критерием </w:t>
      </w:r>
      <w:r>
        <w:rPr>
          <w:b w:val="false"/>
          <w:sz w:val="28"/>
          <w:lang w:val="zxx"/>
        </w:rPr>
        <w:t>off</w:t>
      </w:r>
      <w:r>
        <w:rPr>
          <w:b w:val="false"/>
          <w:sz w:val="28"/>
        </w:rPr>
        <w:t xml:space="preserve"> профиля.</w:t>
      </w:r>
    </w:p>
    <w:p>
      <w:pPr>
        <w:pStyle w:val="Normal"/>
        <w:keepNext w:val="true"/>
        <w:jc w:val="start"/>
        <w:rPr/>
      </w:pPr>
      <w:r>
        <w:rPr>
          <w:b/>
          <w:sz w:val="28"/>
          <w:lang w:val="zxx"/>
        </w:rPr>
        <w:t>19.24</w:t>
      </w:r>
      <w:r>
        <w:rPr>
          <w:b/>
          <w:sz w:val="28"/>
        </w:rPr>
        <w:t xml:space="preserve"> Предел всего сеанса</w:t>
      </w:r>
    </w:p>
    <w:p>
      <w:pPr>
        <w:pStyle w:val="Normal"/>
        <w:jc w:val="start"/>
        <w:rPr/>
      </w:pPr>
      <w:r>
        <w:rPr>
          <w:b w:val="false"/>
          <w:sz w:val="28"/>
          <w:lang w:val="zxx"/>
        </w:rPr>
        <w:t>maxDurationMs</w:t>
      </w:r>
      <w:r>
        <w:rPr>
          <w:b w:val="false"/>
          <w:sz w:val="28"/>
        </w:rPr>
        <w:t xml:space="preserve"> идет от </w:t>
      </w:r>
      <w:r>
        <w:rPr>
          <w:b w:val="false"/>
          <w:sz w:val="28"/>
          <w:lang w:val="zxx"/>
        </w:rPr>
        <w:t>acceptedAtMs</w:t>
      </w:r>
      <w:r>
        <w:rPr>
          <w:b w:val="false"/>
          <w:sz w:val="28"/>
        </w:rPr>
        <w:t xml:space="preserve"> и имеет приоритет при одновременном истечении с </w:t>
      </w:r>
      <w:r>
        <w:rPr>
          <w:b w:val="false"/>
          <w:sz w:val="28"/>
          <w:lang w:val="zxx"/>
        </w:rPr>
        <w:t>durationMs.</w:t>
      </w:r>
      <w:r>
        <w:rPr>
          <w:b w:val="false"/>
          <w:sz w:val="28"/>
        </w:rPr>
        <w:t xml:space="preserve"> Для </w:t>
      </w:r>
      <w:r>
        <w:rPr>
          <w:b w:val="false"/>
          <w:sz w:val="28"/>
          <w:lang w:val="zxx"/>
        </w:rPr>
        <w:t>stopMode=duration</w:t>
      </w:r>
      <w:r>
        <w:rPr>
          <w:b w:val="false"/>
          <w:sz w:val="28"/>
        </w:rPr>
        <w:t xml:space="preserve"> АРМ оставляет бюджет подготовки сверх </w:t>
      </w:r>
      <w:r>
        <w:rPr>
          <w:b w:val="false"/>
          <w:sz w:val="28"/>
          <w:lang w:val="zxx"/>
        </w:rPr>
        <w:t>durationMs.</w:t>
      </w:r>
      <w:r>
        <w:rPr>
          <w:b w:val="false"/>
          <w:sz w:val="28"/>
        </w:rPr>
        <w:t xml:space="preserve"> Для </w:t>
      </w:r>
      <w:r>
        <w:rPr>
          <w:b w:val="false"/>
          <w:sz w:val="28"/>
          <w:lang w:val="zxx"/>
        </w:rPr>
        <w:t>command</w:t>
      </w:r>
      <w:r>
        <w:rPr>
          <w:b w:val="false"/>
          <w:sz w:val="28"/>
        </w:rPr>
        <w:t xml:space="preserve"> достижение </w:t>
      </w:r>
      <w:r>
        <w:rPr>
          <w:b w:val="false"/>
          <w:sz w:val="28"/>
          <w:lang w:val="zxx"/>
        </w:rPr>
        <w:t>maxDurationMs</w:t>
      </w:r>
      <w:r>
        <w:rPr>
          <w:b w:val="false"/>
          <w:sz w:val="28"/>
        </w:rPr>
        <w:t xml:space="preserve"> является защитным отказом; применяется </w:t>
      </w:r>
      <w:r>
        <w:rPr>
          <w:b w:val="false"/>
          <w:sz w:val="28"/>
          <w:lang w:val="zxx"/>
        </w:rPr>
        <w:t>onControlLoss=stop.</w:t>
      </w:r>
      <w:r>
        <w:rPr>
          <w:b w:val="false"/>
          <w:sz w:val="28"/>
        </w:rPr>
        <w:t xml:space="preserve"> Равенство </w:t>
      </w:r>
      <w:r>
        <w:rPr>
          <w:b w:val="false"/>
          <w:sz w:val="28"/>
          <w:lang w:val="zxx"/>
        </w:rPr>
        <w:t>durationMs=maxDurationMs</w:t>
      </w:r>
      <w:r>
        <w:rPr>
          <w:b w:val="false"/>
          <w:sz w:val="28"/>
        </w:rPr>
        <w:t xml:space="preserve"> допустимо по схеме, но не обещает полный интервал </w:t>
      </w:r>
      <w:r>
        <w:rPr>
          <w:b w:val="false"/>
          <w:sz w:val="28"/>
          <w:lang w:val="zxx"/>
        </w:rPr>
        <w:t>running</w:t>
      </w:r>
      <w:r>
        <w:rPr>
          <w:b w:val="false"/>
          <w:sz w:val="28"/>
        </w:rPr>
        <w:t xml:space="preserve"> или успешное завершение.</w:t>
      </w:r>
    </w:p>
    <w:p>
      <w:pPr>
        <w:pStyle w:val="Normal"/>
        <w:keepNext w:val="true"/>
        <w:jc w:val="start"/>
        <w:rPr/>
      </w:pPr>
      <w:r>
        <w:rPr>
          <w:b/>
          <w:sz w:val="28"/>
          <w:lang w:val="zxx"/>
        </w:rPr>
        <w:t>19.25</w:t>
      </w:r>
      <w:r>
        <w:rPr>
          <w:b/>
          <w:sz w:val="28"/>
        </w:rPr>
        <w:t xml:space="preserve"> Привязка до </w:t>
      </w:r>
      <w:r>
        <w:rPr>
          <w:b/>
          <w:sz w:val="28"/>
          <w:lang w:val="zxx"/>
        </w:rPr>
        <w:t>session.start</w:t>
      </w:r>
    </w:p>
    <w:p>
      <w:pPr>
        <w:pStyle w:val="Normal"/>
        <w:jc w:val="start"/>
        <w:rPr/>
      </w:pPr>
      <w:r>
        <w:rPr>
          <w:b w:val="false"/>
          <w:sz w:val="28"/>
        </w:rPr>
        <w:t xml:space="preserve">При вводе в эксплуатацию АРМ и УУ получают одно и то же опубликованное описание сигнала с идентификатором и редакцией для каждого ресурса. Оно связано с </w:t>
      </w:r>
      <w:r>
        <w:rPr>
          <w:b w:val="false"/>
          <w:sz w:val="28"/>
          <w:lang w:val="zxx"/>
        </w:rPr>
        <w:t>deviceId</w:t>
      </w:r>
      <w:r>
        <w:rPr>
          <w:b w:val="false"/>
          <w:sz w:val="28"/>
        </w:rPr>
        <w:t xml:space="preserve">, </w:t>
      </w:r>
      <w:r>
        <w:rPr>
          <w:b w:val="false"/>
          <w:sz w:val="28"/>
          <w:lang w:val="zxx"/>
        </w:rPr>
        <w:t>resourceId</w:t>
      </w:r>
      <w:r>
        <w:rPr>
          <w:b w:val="false"/>
          <w:sz w:val="28"/>
        </w:rPr>
        <w:t xml:space="preserve">, </w:t>
      </w:r>
      <w:r>
        <w:rPr>
          <w:b w:val="false"/>
          <w:sz w:val="28"/>
          <w:lang w:val="zxx"/>
        </w:rPr>
        <w:t>bindingGeneration</w:t>
      </w:r>
      <w:r>
        <w:rPr>
          <w:b w:val="false"/>
          <w:sz w:val="28"/>
        </w:rPr>
        <w:t xml:space="preserve"> и принятыми </w:t>
      </w:r>
      <w:r>
        <w:rPr>
          <w:b w:val="false"/>
          <w:sz w:val="28"/>
          <w:lang w:val="zxx"/>
        </w:rPr>
        <w:t>configRevision/</w:t>
      </w:r>
      <w:r>
        <w:rPr>
          <w:b w:val="false"/>
          <w:sz w:val="28"/>
        </w:rPr>
        <w:t>​</w:t>
      </w:r>
      <w:r>
        <w:rPr>
          <w:b w:val="false"/>
          <w:sz w:val="28"/>
          <w:lang w:val="zxx"/>
        </w:rPr>
        <w:t>capabilityRevision.</w:t>
      </w:r>
      <w:r>
        <w:rPr>
          <w:b w:val="false"/>
          <w:sz w:val="28"/>
        </w:rPr>
        <w:t xml:space="preserve"> Смена рисунка меняет соответствующие ревизии; для активного сеанса профиль неизменен.</w:t>
      </w:r>
    </w:p>
    <w:p>
      <w:pPr>
        <w:pStyle w:val="Normal"/>
        <w:keepNext w:val="true"/>
        <w:jc w:val="start"/>
        <w:rPr/>
      </w:pPr>
      <w:r>
        <w:rPr>
          <w:b/>
          <w:sz w:val="28"/>
          <w:lang w:val="zxx"/>
        </w:rPr>
        <w:t>19.26</w:t>
      </w:r>
      <w:r>
        <w:rPr>
          <w:b/>
          <w:sz w:val="28"/>
        </w:rPr>
        <w:t xml:space="preserve"> Граница ядра</w:t>
      </w:r>
    </w:p>
    <w:p>
      <w:pPr>
        <w:pStyle w:val="Normal"/>
        <w:jc w:val="both"/>
        <w:rPr/>
      </w:pPr>
      <w:r>
        <w:rPr>
          <w:b w:val="false"/>
          <w:sz w:val="28"/>
          <w:lang w:val="zxx"/>
        </w:rPr>
        <w:t>session.start</w:t>
      </w:r>
      <w:r>
        <w:rPr>
          <w:b w:val="false"/>
          <w:sz w:val="28"/>
        </w:rPr>
        <w:t xml:space="preserve"> выбирает один из двух рисунков аппаратного профиля; произвольные длительности фаз в </w:t>
      </w:r>
      <w:r>
        <w:rPr>
          <w:b w:val="false"/>
          <w:sz w:val="28"/>
          <w:lang w:val="zxx"/>
        </w:rPr>
        <w:t>session.start</w:t>
      </w:r>
      <w:r>
        <w:rPr>
          <w:b w:val="false"/>
          <w:sz w:val="28"/>
        </w:rPr>
        <w:t xml:space="preserve"> не передаются. </w:t>
      </w:r>
      <w:r>
        <w:rPr>
          <w:b w:val="false"/>
          <w:sz w:val="28"/>
          <w:lang w:val="zxx"/>
        </w:rPr>
        <w:t>profiles.get</w:t>
      </w:r>
      <w:r>
        <w:rPr>
          <w:b w:val="false"/>
          <w:sz w:val="28"/>
        </w:rPr>
        <w:t xml:space="preserve"> предоставляет параметры и идентификатор описания сигнала. Полное физическое описание входит в паспорт изделия при вводе в эксплуатацию; автоматическое угадывание по одному </w:t>
      </w:r>
      <w:r>
        <w:rPr>
          <w:b w:val="false"/>
          <w:sz w:val="28"/>
          <w:lang w:val="zxx"/>
        </w:rPr>
        <w:t>pattern</w:t>
      </w:r>
      <w:r>
        <w:rPr>
          <w:b w:val="false"/>
          <w:sz w:val="28"/>
        </w:rPr>
        <w:t xml:space="preserve"> запрещено.</w:t>
      </w:r>
    </w:p>
    <w:p>
      <w:pPr>
        <w:pStyle w:val="Normal"/>
        <w:keepNext w:val="true"/>
        <w:jc w:val="start"/>
        <w:rPr/>
      </w:pPr>
      <w:r>
        <w:rPr>
          <w:b/>
          <w:sz w:val="28"/>
          <w:lang w:val="zxx"/>
        </w:rPr>
        <w:t>19.27</w:t>
      </w:r>
      <w:r>
        <w:rPr>
          <w:b/>
          <w:sz w:val="28"/>
        </w:rPr>
        <w:t xml:space="preserve"> Неподдержанное исполнение</w:t>
      </w:r>
    </w:p>
    <w:p>
      <w:pPr>
        <w:pStyle w:val="Normal"/>
        <w:jc w:val="both"/>
        <w:rPr/>
      </w:pPr>
      <w:r>
        <w:rPr>
          <w:b w:val="false"/>
          <w:sz w:val="28"/>
        </w:rPr>
        <w:t xml:space="preserve">Допустимый </w:t>
      </w:r>
      <w:r>
        <w:rPr>
          <w:b w:val="false"/>
          <w:sz w:val="28"/>
          <w:lang w:val="zxx"/>
        </w:rPr>
        <w:t>XML</w:t>
      </w:r>
      <w:r>
        <w:rPr>
          <w:b w:val="false"/>
          <w:sz w:val="28"/>
        </w:rPr>
        <w:t xml:space="preserve"> не обещает любую длительность на любом ОУ. УУ </w:t>
      </w:r>
      <w:r>
        <w:rPr>
          <w:b w:val="false"/>
          <w:sz w:val="28"/>
          <w:lang w:val="zxx"/>
        </w:rPr>
        <w:t>ДОЛЖЕН</w:t>
      </w:r>
      <w:r>
        <w:rPr>
          <w:b w:val="false"/>
          <w:sz w:val="28"/>
        </w:rPr>
        <w:t xml:space="preserve"> отклонить неподдержанный рисунок или длительность с </w:t>
      </w:r>
      <w:r>
        <w:rPr>
          <w:b w:val="false"/>
          <w:sz w:val="28"/>
          <w:lang w:val="zxx"/>
        </w:rPr>
        <w:t>unsupported</w:t>
      </w:r>
      <w:r>
        <w:rPr>
          <w:b w:val="false"/>
          <w:sz w:val="28"/>
        </w:rPr>
        <w:t xml:space="preserve"> до воздействия. Молчаливое округление, замена рисунка или ожидание полного цикла сверх срока не допускаются; ограничения и допуски публикуются в профиле.</w:t>
      </w:r>
    </w:p>
    <w:p>
      <w:pPr>
        <w:pStyle w:val="2"/>
        <w:rPr/>
      </w:pPr>
      <w:r>
        <w:rPr/>
        <w:t>Чтение и снимки</w:t>
      </w:r>
    </w:p>
    <w:p>
      <w:pPr>
        <w:pStyle w:val="Normal"/>
        <w:keepNext w:val="true"/>
        <w:jc w:val="start"/>
        <w:rPr/>
      </w:pPr>
      <w:r>
        <w:rPr>
          <w:b/>
          <w:sz w:val="28"/>
          <w:lang w:val="zxx"/>
        </w:rPr>
        <w:t>19.28</w:t>
      </w:r>
      <w:r>
        <w:rPr>
          <w:b/>
          <w:sz w:val="28"/>
        </w:rPr>
        <w:t xml:space="preserve"> </w:t>
      </w:r>
      <w:r>
        <w:rPr>
          <w:b/>
          <w:sz w:val="28"/>
          <w:lang w:val="zxx"/>
        </w:rPr>
        <w:t>device.describe</w:t>
      </w:r>
    </w:p>
    <w:p>
      <w:pPr>
        <w:pStyle w:val="Normal"/>
        <w:jc w:val="start"/>
        <w:rPr/>
      </w:pPr>
      <w:r>
        <w:rPr>
          <w:b w:val="false"/>
          <w:sz w:val="28"/>
        </w:rPr>
        <w:t xml:space="preserve">Запрос без дочернего элемента. Ответ </w:t>
      </w:r>
      <w:r>
        <w:rPr>
          <w:b w:val="false"/>
          <w:sz w:val="28"/>
          <w:lang w:val="zxx"/>
        </w:rPr>
        <w:t>device:</w:t>
      </w:r>
      <w:r>
        <w:rPr>
          <w:b w:val="false"/>
          <w:sz w:val="28"/>
        </w:rPr>
        <w:t xml:space="preserve"> </w:t>
      </w:r>
      <w:r>
        <w:rPr>
          <w:b w:val="false"/>
          <w:sz w:val="28"/>
          <w:lang w:val="zxx"/>
        </w:rPr>
        <w:t>deviceId</w:t>
      </w:r>
      <w:r>
        <w:rPr>
          <w:b w:val="false"/>
          <w:sz w:val="28"/>
        </w:rPr>
        <w:t xml:space="preserve">, </w:t>
      </w:r>
      <w:r>
        <w:rPr>
          <w:b w:val="false"/>
          <w:sz w:val="28"/>
          <w:lang w:val="zxx"/>
        </w:rPr>
        <w:t>kind=vau|</w:t>
      </w:r>
      <w:r>
        <w:rPr>
          <w:b w:val="false"/>
          <w:sz w:val="28"/>
        </w:rPr>
        <w:t>​</w:t>
      </w:r>
      <w:r>
        <w:rPr>
          <w:b w:val="false"/>
          <w:sz w:val="28"/>
          <w:lang w:val="zxx"/>
        </w:rPr>
        <w:t>siren</w:t>
      </w:r>
      <w:r>
        <w:rPr>
          <w:b w:val="false"/>
          <w:sz w:val="28"/>
        </w:rPr>
        <w:t xml:space="preserve">, </w:t>
      </w:r>
      <w:r>
        <w:rPr>
          <w:b w:val="false"/>
          <w:sz w:val="28"/>
          <w:lang w:val="zxx"/>
        </w:rPr>
        <w:t>version</w:t>
      </w:r>
      <w:r>
        <w:rPr>
          <w:b w:val="false"/>
          <w:sz w:val="28"/>
        </w:rPr>
        <w:t xml:space="preserve">, </w:t>
      </w:r>
      <w:r>
        <w:rPr>
          <w:b w:val="false"/>
          <w:sz w:val="28"/>
          <w:lang w:val="zxx"/>
        </w:rPr>
        <w:t>uptimeMs</w:t>
      </w:r>
      <w:r>
        <w:rPr>
          <w:b w:val="false"/>
          <w:sz w:val="28"/>
        </w:rPr>
        <w:t xml:space="preserve">, </w:t>
      </w:r>
      <w:r>
        <w:rPr>
          <w:b w:val="false"/>
          <w:sz w:val="28"/>
          <w:lang w:val="zxx"/>
        </w:rPr>
        <w:t>securityPolicy=optional|</w:t>
      </w:r>
      <w:r>
        <w:rPr>
          <w:b w:val="false"/>
          <w:sz w:val="28"/>
        </w:rPr>
        <w:t>​</w:t>
      </w:r>
      <w:r>
        <w:rPr>
          <w:b w:val="false"/>
          <w:sz w:val="28"/>
          <w:lang w:val="zxx"/>
        </w:rPr>
        <w:t>secureOnly</w:t>
      </w:r>
      <w:r>
        <w:rPr>
          <w:b w:val="false"/>
          <w:sz w:val="28"/>
        </w:rPr>
        <w:t xml:space="preserve">; отдельный элемент </w:t>
      </w:r>
      <w:r>
        <w:rPr>
          <w:b w:val="false"/>
          <w:sz w:val="28"/>
          <w:lang w:val="zxx"/>
        </w:rPr>
        <w:t>info</w:t>
      </w:r>
      <w:r>
        <w:rPr>
          <w:b w:val="false"/>
          <w:sz w:val="28"/>
        </w:rPr>
        <w:t xml:space="preserve"> </w:t>
      </w:r>
      <w:r>
        <w:rPr>
          <w:b w:val="false"/>
          <w:sz w:val="28"/>
          <w:lang w:val="zxx"/>
        </w:rPr>
        <w:t>protocolName=</w:t>
      </w:r>
      <w:r>
        <w:rPr>
          <w:b w:val="false"/>
          <w:sz w:val="28"/>
        </w:rPr>
        <w:t xml:space="preserve">"Открытый протокол систем оповещения". </w:t>
      </w:r>
      <w:r>
        <w:rPr>
          <w:b w:val="false"/>
          <w:sz w:val="28"/>
          <w:lang w:val="zxx"/>
        </w:rPr>
        <w:t>manufacturer/</w:t>
      </w:r>
      <w:r>
        <w:rPr>
          <w:b w:val="false"/>
          <w:sz w:val="28"/>
        </w:rPr>
        <w:t>​</w:t>
      </w:r>
      <w:r>
        <w:rPr>
          <w:b w:val="false"/>
          <w:sz w:val="28"/>
          <w:lang w:val="zxx"/>
        </w:rPr>
        <w:t>softwareDeveloper</w:t>
      </w:r>
      <w:r>
        <w:rPr>
          <w:b w:val="false"/>
          <w:sz w:val="28"/>
        </w:rPr>
        <w:t xml:space="preserve"> необязательны и обозначают фактического изготовителя и разработчика ПО. </w:t>
      </w:r>
      <w:r>
        <w:rPr>
          <w:b w:val="false"/>
          <w:sz w:val="28"/>
          <w:lang w:val="zxx"/>
        </w:rPr>
        <w:t>bootId</w:t>
      </w:r>
      <w:r>
        <w:rPr>
          <w:b w:val="false"/>
          <w:sz w:val="28"/>
        </w:rPr>
        <w:t xml:space="preserve"> в оболочке.</w:t>
      </w:r>
    </w:p>
    <w:p>
      <w:pPr>
        <w:pStyle w:val="Normal"/>
        <w:keepNext w:val="true"/>
        <w:jc w:val="start"/>
        <w:rPr/>
      </w:pPr>
      <w:r>
        <w:rPr>
          <w:b/>
          <w:sz w:val="28"/>
          <w:lang w:val="zxx"/>
        </w:rPr>
        <w:t>19.29</w:t>
      </w:r>
      <w:r>
        <w:rPr>
          <w:b/>
          <w:sz w:val="28"/>
        </w:rPr>
        <w:t xml:space="preserve"> </w:t>
      </w:r>
      <w:r>
        <w:rPr>
          <w:b/>
          <w:sz w:val="28"/>
          <w:lang w:val="zxx"/>
        </w:rPr>
        <w:t>device.capabilities</w:t>
      </w:r>
    </w:p>
    <w:p>
      <w:pPr>
        <w:pStyle w:val="Normal"/>
        <w:jc w:val="start"/>
        <w:rPr/>
      </w:pPr>
      <w:r>
        <w:rPr>
          <w:b w:val="false"/>
          <w:sz w:val="28"/>
        </w:rPr>
        <w:t xml:space="preserve">Первая страница без параметров; продолжение </w:t>
      </w:r>
      <w:r>
        <w:rPr>
          <w:b w:val="false"/>
          <w:sz w:val="28"/>
          <w:lang w:val="zxx"/>
        </w:rPr>
        <w:t>selection</w:t>
      </w:r>
      <w:r>
        <w:rPr>
          <w:b w:val="false"/>
          <w:sz w:val="28"/>
        </w:rPr>
        <w:t xml:space="preserve"> </w:t>
      </w:r>
      <w:r>
        <w:rPr>
          <w:b w:val="false"/>
          <w:sz w:val="28"/>
          <w:lang w:val="zxx"/>
        </w:rPr>
        <w:t>snapshotId/</w:t>
      </w:r>
      <w:r>
        <w:rPr>
          <w:b w:val="false"/>
          <w:sz w:val="28"/>
        </w:rPr>
        <w:t>​</w:t>
      </w:r>
      <w:r>
        <w:rPr>
          <w:b w:val="false"/>
          <w:sz w:val="28"/>
          <w:lang w:val="zxx"/>
        </w:rPr>
        <w:t>cursor.</w:t>
      </w:r>
      <w:r>
        <w:rPr>
          <w:b w:val="false"/>
          <w:sz w:val="28"/>
        </w:rPr>
        <w:t xml:space="preserve"> </w:t>
      </w:r>
      <w:r>
        <w:rPr>
          <w:b w:val="false"/>
          <w:sz w:val="28"/>
          <w:lang w:val="zxx"/>
        </w:rPr>
        <w:t>capabilities</w:t>
      </w:r>
      <w:r>
        <w:rPr>
          <w:b w:val="false"/>
          <w:sz w:val="28"/>
        </w:rPr>
        <w:t xml:space="preserve"> содержит </w:t>
      </w:r>
      <w:r>
        <w:rPr>
          <w:b w:val="false"/>
          <w:sz w:val="28"/>
          <w:lang w:val="zxx"/>
        </w:rPr>
        <w:t>capabilityRevision</w:t>
      </w:r>
      <w:r>
        <w:rPr>
          <w:b w:val="false"/>
          <w:sz w:val="28"/>
        </w:rPr>
        <w:t xml:space="preserve"> и целые записи </w:t>
      </w:r>
      <w:r>
        <w:rPr>
          <w:b w:val="false"/>
          <w:sz w:val="28"/>
          <w:lang w:val="zxx"/>
        </w:rPr>
        <w:t>mode</w:t>
      </w:r>
      <w:r>
        <w:rPr>
          <w:b w:val="false"/>
          <w:sz w:val="28"/>
        </w:rPr>
        <w:t xml:space="preserve">, </w:t>
      </w:r>
      <w:r>
        <w:rPr>
          <w:b w:val="false"/>
          <w:sz w:val="28"/>
          <w:lang w:val="zxx"/>
        </w:rPr>
        <w:t>command</w:t>
      </w:r>
      <w:r>
        <w:rPr>
          <w:b w:val="false"/>
          <w:sz w:val="28"/>
        </w:rPr>
        <w:t xml:space="preserve">, </w:t>
      </w:r>
      <w:r>
        <w:rPr>
          <w:b w:val="false"/>
          <w:sz w:val="28"/>
          <w:lang w:val="zxx"/>
        </w:rPr>
        <w:t>resource</w:t>
      </w:r>
      <w:r>
        <w:rPr>
          <w:b w:val="false"/>
          <w:sz w:val="28"/>
        </w:rPr>
        <w:t xml:space="preserve">, </w:t>
      </w:r>
      <w:r>
        <w:rPr>
          <w:b w:val="false"/>
          <w:sz w:val="28"/>
          <w:lang w:val="zxx"/>
        </w:rPr>
        <w:t>limit</w:t>
      </w:r>
      <w:r>
        <w:rPr>
          <w:b w:val="false"/>
          <w:sz w:val="28"/>
        </w:rPr>
        <w:t xml:space="preserve"> и </w:t>
      </w:r>
      <w:r>
        <w:rPr>
          <w:b w:val="false"/>
          <w:sz w:val="28"/>
          <w:lang w:val="zxx"/>
        </w:rPr>
        <w:t>mediaProfile.</w:t>
      </w:r>
      <w:r>
        <w:rPr>
          <w:b w:val="false"/>
          <w:sz w:val="28"/>
        </w:rPr>
        <w:t xml:space="preserve"> Конец каталога определяет </w:t>
      </w:r>
      <w:r>
        <w:rPr>
          <w:b w:val="false"/>
          <w:sz w:val="28"/>
          <w:lang w:val="zxx"/>
        </w:rPr>
        <w:t>more=false.</w:t>
      </w:r>
    </w:p>
    <w:p>
      <w:pPr>
        <w:pStyle w:val="Normal"/>
        <w:keepNext w:val="true"/>
        <w:jc w:val="start"/>
        <w:rPr/>
      </w:pPr>
      <w:r>
        <w:rPr>
          <w:b/>
          <w:sz w:val="28"/>
          <w:lang w:val="zxx"/>
        </w:rPr>
        <w:t>19.30</w:t>
      </w:r>
      <w:r>
        <w:rPr>
          <w:b/>
          <w:sz w:val="28"/>
        </w:rPr>
        <w:t xml:space="preserve"> </w:t>
      </w:r>
      <w:r>
        <w:rPr>
          <w:b/>
          <w:sz w:val="28"/>
          <w:lang w:val="zxx"/>
        </w:rPr>
        <w:t>device.state</w:t>
      </w:r>
    </w:p>
    <w:p>
      <w:pPr>
        <w:pStyle w:val="Normal"/>
        <w:jc w:val="start"/>
        <w:rPr/>
      </w:pPr>
      <w:r>
        <w:rPr>
          <w:b w:val="false"/>
          <w:sz w:val="28"/>
        </w:rPr>
        <w:t xml:space="preserve">Первая страница без параметров; продолжение </w:t>
      </w:r>
      <w:r>
        <w:rPr>
          <w:b w:val="false"/>
          <w:sz w:val="28"/>
          <w:lang w:val="zxx"/>
        </w:rPr>
        <w:t>selection</w:t>
      </w:r>
      <w:r>
        <w:rPr>
          <w:b w:val="false"/>
          <w:sz w:val="28"/>
        </w:rPr>
        <w:t xml:space="preserve"> </w:t>
      </w:r>
      <w:r>
        <w:rPr>
          <w:b w:val="false"/>
          <w:sz w:val="28"/>
          <w:lang w:val="zxx"/>
        </w:rPr>
        <w:t>snapshotId/</w:t>
      </w:r>
      <w:r>
        <w:rPr>
          <w:b w:val="false"/>
          <w:sz w:val="28"/>
        </w:rPr>
        <w:t>​</w:t>
      </w:r>
      <w:r>
        <w:rPr>
          <w:b w:val="false"/>
          <w:sz w:val="28"/>
          <w:lang w:val="zxx"/>
        </w:rPr>
        <w:t>cursor.</w:t>
      </w:r>
      <w:r>
        <w:rPr>
          <w:b w:val="false"/>
          <w:sz w:val="28"/>
        </w:rPr>
        <w:t xml:space="preserve"> </w:t>
      </w:r>
      <w:r>
        <w:rPr>
          <w:b w:val="false"/>
          <w:sz w:val="28"/>
          <w:lang w:val="zxx"/>
        </w:rPr>
        <w:t>state</w:t>
      </w:r>
      <w:r>
        <w:rPr>
          <w:b w:val="false"/>
          <w:sz w:val="28"/>
        </w:rPr>
        <w:t xml:space="preserve"> содержит </w:t>
      </w:r>
      <w:r>
        <w:rPr>
          <w:b w:val="false"/>
          <w:sz w:val="28"/>
          <w:lang w:val="zxx"/>
        </w:rPr>
        <w:t>stateRevision</w:t>
      </w:r>
      <w:r>
        <w:rPr>
          <w:b w:val="false"/>
          <w:sz w:val="28"/>
        </w:rPr>
        <w:t xml:space="preserve">, </w:t>
      </w:r>
      <w:r>
        <w:rPr>
          <w:b w:val="false"/>
          <w:sz w:val="28"/>
          <w:lang w:val="zxx"/>
        </w:rPr>
        <w:t>eventSeq</w:t>
      </w:r>
      <w:r>
        <w:rPr>
          <w:b w:val="false"/>
          <w:sz w:val="28"/>
        </w:rPr>
        <w:t xml:space="preserve">, </w:t>
      </w:r>
      <w:r>
        <w:rPr>
          <w:b w:val="false"/>
          <w:sz w:val="28"/>
          <w:lang w:val="zxx"/>
        </w:rPr>
        <w:t>capabilityRevision</w:t>
      </w:r>
      <w:r>
        <w:rPr>
          <w:b w:val="false"/>
          <w:sz w:val="28"/>
        </w:rPr>
        <w:t xml:space="preserve">, </w:t>
      </w:r>
      <w:r>
        <w:rPr>
          <w:b w:val="false"/>
          <w:sz w:val="28"/>
          <w:lang w:val="zxx"/>
        </w:rPr>
        <w:t>uptimeMs</w:t>
      </w:r>
      <w:r>
        <w:rPr>
          <w:b w:val="false"/>
          <w:sz w:val="28"/>
        </w:rPr>
        <w:t xml:space="preserve">, </w:t>
      </w:r>
      <w:r>
        <w:rPr>
          <w:b w:val="false"/>
          <w:sz w:val="28"/>
          <w:lang w:val="zxx"/>
        </w:rPr>
        <w:t>resourceCount</w:t>
      </w:r>
      <w:r>
        <w:rPr>
          <w:b w:val="false"/>
          <w:sz w:val="28"/>
        </w:rPr>
        <w:t xml:space="preserve">, </w:t>
      </w:r>
      <w:r>
        <w:rPr>
          <w:b w:val="false"/>
          <w:sz w:val="28"/>
          <w:lang w:val="zxx"/>
        </w:rPr>
        <w:t>alarmCount</w:t>
      </w:r>
      <w:r>
        <w:rPr>
          <w:b w:val="false"/>
          <w:sz w:val="28"/>
        </w:rPr>
        <w:t xml:space="preserve">, </w:t>
      </w:r>
      <w:r>
        <w:rPr>
          <w:b w:val="false"/>
          <w:sz w:val="28"/>
          <w:lang w:val="zxx"/>
        </w:rPr>
        <w:t>sessionCount.</w:t>
      </w:r>
      <w:r>
        <w:rPr>
          <w:b w:val="false"/>
          <w:sz w:val="28"/>
        </w:rPr>
        <w:t xml:space="preserve"> Первая страница начинается ровно с </w:t>
      </w:r>
      <w:r>
        <w:rPr>
          <w:b w:val="false"/>
          <w:sz w:val="28"/>
          <w:lang w:val="zxx"/>
        </w:rPr>
        <w:t>configuration</w:t>
      </w:r>
      <w:r>
        <w:rPr>
          <w:b w:val="false"/>
          <w:sz w:val="28"/>
        </w:rPr>
        <w:t xml:space="preserve">, </w:t>
      </w:r>
      <w:r>
        <w:rPr>
          <w:b w:val="false"/>
          <w:sz w:val="28"/>
          <w:lang w:val="zxx"/>
        </w:rPr>
        <w:t>ownership</w:t>
      </w:r>
      <w:r>
        <w:rPr>
          <w:b w:val="false"/>
          <w:sz w:val="28"/>
        </w:rPr>
        <w:t xml:space="preserve">, </w:t>
      </w:r>
      <w:r>
        <w:rPr>
          <w:b w:val="false"/>
          <w:sz w:val="28"/>
          <w:lang w:val="zxx"/>
        </w:rPr>
        <w:t>recovery</w:t>
      </w:r>
      <w:r>
        <w:rPr>
          <w:b w:val="false"/>
          <w:sz w:val="28"/>
        </w:rPr>
        <w:t xml:space="preserve">; продолжения их не повторяют. </w:t>
      </w:r>
      <w:r>
        <w:rPr>
          <w:b w:val="false"/>
          <w:sz w:val="28"/>
          <w:lang w:val="zxx"/>
        </w:rPr>
        <w:t>resource</w:t>
      </w:r>
      <w:r>
        <w:rPr>
          <w:b w:val="false"/>
          <w:sz w:val="28"/>
        </w:rPr>
        <w:t xml:space="preserve">, </w:t>
      </w:r>
      <w:r>
        <w:rPr>
          <w:b w:val="false"/>
          <w:sz w:val="28"/>
          <w:lang w:val="zxx"/>
        </w:rPr>
        <w:t>session</w:t>
      </w:r>
      <w:r>
        <w:rPr>
          <w:b w:val="false"/>
          <w:sz w:val="28"/>
        </w:rPr>
        <w:t xml:space="preserve"> и </w:t>
      </w:r>
      <w:r>
        <w:rPr>
          <w:b w:val="false"/>
          <w:sz w:val="28"/>
          <w:lang w:val="zxx"/>
        </w:rPr>
        <w:t>alarm</w:t>
      </w:r>
      <w:r>
        <w:rPr>
          <w:b w:val="false"/>
          <w:sz w:val="28"/>
        </w:rPr>
        <w:t xml:space="preserve"> передаются целыми записями.</w:t>
      </w:r>
    </w:p>
    <w:p>
      <w:pPr>
        <w:pStyle w:val="Normal"/>
        <w:keepNext w:val="true"/>
        <w:jc w:val="start"/>
        <w:rPr/>
      </w:pPr>
      <w:r>
        <w:rPr>
          <w:b/>
          <w:sz w:val="28"/>
          <w:lang w:val="zxx"/>
        </w:rPr>
        <w:t>19.31</w:t>
      </w:r>
      <w:r>
        <w:rPr>
          <w:b/>
          <w:sz w:val="28"/>
        </w:rPr>
        <w:t xml:space="preserve"> </w:t>
      </w:r>
      <w:r>
        <w:rPr>
          <w:b/>
          <w:sz w:val="28"/>
          <w:lang w:val="zxx"/>
        </w:rPr>
        <w:t>inventory.get</w:t>
      </w:r>
    </w:p>
    <w:p>
      <w:pPr>
        <w:pStyle w:val="Normal"/>
        <w:jc w:val="start"/>
        <w:rPr/>
      </w:pPr>
      <w:r>
        <w:rPr>
          <w:b w:val="false"/>
          <w:sz w:val="28"/>
        </w:rPr>
        <w:t xml:space="preserve">Необязательный </w:t>
      </w:r>
      <w:r>
        <w:rPr>
          <w:b w:val="false"/>
          <w:sz w:val="28"/>
          <w:lang w:val="zxx"/>
        </w:rPr>
        <w:t>selection</w:t>
      </w:r>
      <w:r>
        <w:rPr>
          <w:b w:val="false"/>
          <w:sz w:val="28"/>
        </w:rPr>
        <w:t xml:space="preserve"> с одним из </w:t>
      </w:r>
      <w:r>
        <w:rPr>
          <w:b w:val="false"/>
          <w:sz w:val="28"/>
          <w:lang w:val="zxx"/>
        </w:rPr>
        <w:t>pointId/</w:t>
      </w:r>
      <w:r>
        <w:rPr>
          <w:b w:val="false"/>
          <w:sz w:val="28"/>
        </w:rPr>
        <w:t>​</w:t>
      </w:r>
      <w:r>
        <w:rPr>
          <w:b w:val="false"/>
          <w:sz w:val="28"/>
          <w:lang w:val="zxx"/>
        </w:rPr>
        <w:t>resourceId/</w:t>
      </w:r>
      <w:r>
        <w:rPr>
          <w:b w:val="false"/>
          <w:sz w:val="28"/>
        </w:rPr>
        <w:t>​</w:t>
      </w:r>
      <w:r>
        <w:rPr>
          <w:b w:val="false"/>
          <w:sz w:val="28"/>
          <w:lang w:val="zxx"/>
        </w:rPr>
        <w:t>ouId</w:t>
      </w:r>
      <w:r>
        <w:rPr>
          <w:b w:val="false"/>
          <w:sz w:val="28"/>
        </w:rPr>
        <w:t xml:space="preserve">; при продолжении фильтр сохраняется и добавляется </w:t>
      </w:r>
      <w:r>
        <w:rPr>
          <w:b w:val="false"/>
          <w:sz w:val="28"/>
          <w:lang w:val="zxx"/>
        </w:rPr>
        <w:t>snapshotId/</w:t>
      </w:r>
      <w:r>
        <w:rPr>
          <w:b w:val="false"/>
          <w:sz w:val="28"/>
        </w:rPr>
        <w:t>​</w:t>
      </w:r>
      <w:r>
        <w:rPr>
          <w:b w:val="false"/>
          <w:sz w:val="28"/>
          <w:lang w:val="zxx"/>
        </w:rPr>
        <w:t>cursor.</w:t>
      </w:r>
      <w:r>
        <w:rPr>
          <w:b w:val="false"/>
          <w:sz w:val="28"/>
        </w:rPr>
        <w:t xml:space="preserve"> </w:t>
      </w:r>
      <w:r>
        <w:rPr>
          <w:b w:val="false"/>
          <w:sz w:val="28"/>
          <w:lang w:val="zxx"/>
        </w:rPr>
        <w:t>inventory</w:t>
      </w:r>
      <w:r>
        <w:rPr>
          <w:b w:val="false"/>
          <w:sz w:val="28"/>
        </w:rPr>
        <w:t xml:space="preserve"> содержит </w:t>
      </w:r>
      <w:r>
        <w:rPr>
          <w:b w:val="false"/>
          <w:sz w:val="28"/>
          <w:lang w:val="zxx"/>
        </w:rPr>
        <w:t>capabilityRevision/</w:t>
      </w:r>
      <w:r>
        <w:rPr>
          <w:b w:val="false"/>
          <w:sz w:val="28"/>
        </w:rPr>
        <w:t>​</w:t>
      </w:r>
      <w:r>
        <w:rPr>
          <w:b w:val="false"/>
          <w:sz w:val="28"/>
          <w:lang w:val="zxx"/>
        </w:rPr>
        <w:t>bindingGeneration</w:t>
      </w:r>
      <w:r>
        <w:rPr>
          <w:b w:val="false"/>
          <w:sz w:val="28"/>
        </w:rPr>
        <w:t xml:space="preserve"> и целые записи </w:t>
      </w:r>
      <w:r>
        <w:rPr>
          <w:b w:val="false"/>
          <w:sz w:val="28"/>
          <w:lang w:val="zxx"/>
        </w:rPr>
        <w:t>point</w:t>
      </w:r>
      <w:r>
        <w:rPr>
          <w:b w:val="false"/>
          <w:sz w:val="28"/>
        </w:rPr>
        <w:t xml:space="preserve">, </w:t>
      </w:r>
      <w:r>
        <w:rPr>
          <w:b w:val="false"/>
          <w:sz w:val="28"/>
          <w:lang w:val="zxx"/>
        </w:rPr>
        <w:t>enum</w:t>
      </w:r>
      <w:r>
        <w:rPr>
          <w:b w:val="false"/>
          <w:sz w:val="28"/>
        </w:rPr>
        <w:t xml:space="preserve">, </w:t>
      </w:r>
      <w:r>
        <w:rPr>
          <w:b w:val="false"/>
          <w:sz w:val="28"/>
          <w:lang w:val="zxx"/>
        </w:rPr>
        <w:t>threshold</w:t>
      </w:r>
      <w:r>
        <w:rPr>
          <w:b w:val="false"/>
          <w:sz w:val="28"/>
        </w:rPr>
        <w:t xml:space="preserve">, </w:t>
      </w:r>
      <w:r>
        <w:rPr>
          <w:b w:val="false"/>
          <w:sz w:val="28"/>
          <w:lang w:val="zxx"/>
        </w:rPr>
        <w:t>condition.</w:t>
      </w:r>
    </w:p>
    <w:p>
      <w:pPr>
        <w:pStyle w:val="Normal"/>
        <w:keepNext w:val="true"/>
        <w:jc w:val="start"/>
        <w:rPr/>
      </w:pPr>
      <w:r>
        <w:rPr>
          <w:b/>
          <w:sz w:val="28"/>
          <w:lang w:val="zxx"/>
        </w:rPr>
        <w:t>19.32</w:t>
      </w:r>
      <w:r>
        <w:rPr>
          <w:b/>
          <w:sz w:val="28"/>
        </w:rPr>
        <w:t xml:space="preserve"> </w:t>
      </w:r>
      <w:r>
        <w:rPr>
          <w:b/>
          <w:sz w:val="28"/>
          <w:lang w:val="zxx"/>
        </w:rPr>
        <w:t>sensors.read</w:t>
      </w:r>
    </w:p>
    <w:p>
      <w:pPr>
        <w:pStyle w:val="Normal"/>
        <w:jc w:val="start"/>
        <w:rPr/>
      </w:pPr>
      <w:r>
        <w:rPr>
          <w:b w:val="false"/>
          <w:sz w:val="28"/>
          <w:lang w:val="zxx"/>
        </w:rPr>
        <w:t>selection</w:t>
      </w:r>
      <w:r>
        <w:rPr>
          <w:b w:val="false"/>
          <w:sz w:val="28"/>
        </w:rPr>
        <w:t xml:space="preserve"> содержит </w:t>
      </w:r>
      <w:r>
        <w:rPr>
          <w:b w:val="false"/>
          <w:sz w:val="28"/>
          <w:lang w:val="zxx"/>
        </w:rPr>
        <w:t>1-</w:t>
      </w:r>
      <w:r>
        <w:rPr>
          <w:b w:val="false"/>
          <w:sz w:val="28"/>
        </w:rPr>
        <w:t>⁠</w:t>
      </w:r>
      <w:r>
        <w:rPr>
          <w:b w:val="false"/>
          <w:sz w:val="28"/>
          <w:lang w:val="zxx"/>
        </w:rPr>
        <w:t>8</w:t>
      </w:r>
      <w:r>
        <w:rPr>
          <w:b w:val="false"/>
          <w:sz w:val="28"/>
        </w:rPr>
        <w:t xml:space="preserve"> уникальных </w:t>
      </w:r>
      <w:r>
        <w:rPr>
          <w:b w:val="false"/>
          <w:sz w:val="28"/>
          <w:lang w:val="zxx"/>
        </w:rPr>
        <w:t>point</w:t>
      </w:r>
      <w:r>
        <w:rPr>
          <w:b w:val="false"/>
          <w:sz w:val="28"/>
        </w:rPr>
        <w:t xml:space="preserve"> </w:t>
      </w:r>
      <w:r>
        <w:rPr>
          <w:b w:val="false"/>
          <w:sz w:val="28"/>
          <w:lang w:val="zxx"/>
        </w:rPr>
        <w:t>id</w:t>
      </w:r>
      <w:r>
        <w:rPr>
          <w:b w:val="false"/>
          <w:sz w:val="28"/>
        </w:rPr>
        <w:t xml:space="preserve">; при продолжении набор сохраняется. </w:t>
      </w:r>
      <w:r>
        <w:rPr>
          <w:b w:val="false"/>
          <w:sz w:val="28"/>
          <w:lang w:val="zxx"/>
        </w:rPr>
        <w:t>snapshot</w:t>
      </w:r>
      <w:r>
        <w:rPr>
          <w:b w:val="false"/>
          <w:sz w:val="28"/>
        </w:rPr>
        <w:t xml:space="preserve"> содержит </w:t>
      </w:r>
      <w:r>
        <w:rPr>
          <w:b w:val="false"/>
          <w:sz w:val="28"/>
          <w:lang w:val="zxx"/>
        </w:rPr>
        <w:t>capabilityRevision/</w:t>
      </w:r>
      <w:r>
        <w:rPr>
          <w:b w:val="false"/>
          <w:sz w:val="28"/>
        </w:rPr>
        <w:t>​</w:t>
      </w:r>
      <w:r>
        <w:rPr>
          <w:b w:val="false"/>
          <w:sz w:val="28"/>
          <w:lang w:val="zxx"/>
        </w:rPr>
        <w:t>bindingGeneration</w:t>
      </w:r>
      <w:r>
        <w:rPr>
          <w:b w:val="false"/>
          <w:sz w:val="28"/>
        </w:rPr>
        <w:t xml:space="preserve">, </w:t>
      </w:r>
      <w:r>
        <w:rPr>
          <w:b w:val="false"/>
          <w:sz w:val="28"/>
          <w:lang w:val="zxx"/>
        </w:rPr>
        <w:t>stateRevision</w:t>
      </w:r>
      <w:r>
        <w:rPr>
          <w:b w:val="false"/>
          <w:sz w:val="28"/>
        </w:rPr>
        <w:t xml:space="preserve">, </w:t>
      </w:r>
      <w:r>
        <w:rPr>
          <w:b w:val="false"/>
          <w:sz w:val="28"/>
          <w:lang w:val="zxx"/>
        </w:rPr>
        <w:t>eventSeq</w:t>
      </w:r>
      <w:r>
        <w:rPr>
          <w:b w:val="false"/>
          <w:sz w:val="28"/>
        </w:rPr>
        <w:t xml:space="preserve">, </w:t>
      </w:r>
      <w:r>
        <w:rPr>
          <w:b w:val="false"/>
          <w:sz w:val="28"/>
          <w:lang w:val="zxx"/>
        </w:rPr>
        <w:t>evaluatedAtMs</w:t>
      </w:r>
      <w:r>
        <w:rPr>
          <w:b w:val="false"/>
          <w:sz w:val="28"/>
        </w:rPr>
        <w:t xml:space="preserve"> и </w:t>
      </w:r>
      <w:r>
        <w:rPr>
          <w:b w:val="false"/>
          <w:sz w:val="28"/>
          <w:lang w:val="zxx"/>
        </w:rPr>
        <w:t>complete.</w:t>
      </w:r>
    </w:p>
    <w:p>
      <w:pPr>
        <w:pStyle w:val="Normal"/>
        <w:keepNext w:val="true"/>
        <w:jc w:val="start"/>
        <w:rPr/>
      </w:pPr>
      <w:r>
        <w:rPr>
          <w:b/>
          <w:sz w:val="28"/>
          <w:lang w:val="zxx"/>
        </w:rPr>
        <w:t>19.33</w:t>
      </w:r>
      <w:r>
        <w:rPr>
          <w:b/>
          <w:sz w:val="28"/>
        </w:rPr>
        <w:t xml:space="preserve"> </w:t>
      </w:r>
      <w:r>
        <w:rPr>
          <w:b/>
          <w:sz w:val="28"/>
          <w:lang w:val="zxx"/>
        </w:rPr>
        <w:t>events.read</w:t>
      </w:r>
    </w:p>
    <w:p>
      <w:pPr>
        <w:pStyle w:val="Normal"/>
        <w:jc w:val="start"/>
        <w:rPr/>
      </w:pPr>
      <w:r>
        <w:rPr>
          <w:b w:val="false"/>
          <w:sz w:val="28"/>
          <w:lang w:val="zxx"/>
        </w:rPr>
        <w:t>events</w:t>
      </w:r>
      <w:r>
        <w:rPr>
          <w:b w:val="false"/>
          <w:sz w:val="28"/>
        </w:rPr>
        <w:t xml:space="preserve"> </w:t>
      </w:r>
      <w:r>
        <w:rPr>
          <w:b w:val="false"/>
          <w:sz w:val="28"/>
          <w:lang w:val="zxx"/>
        </w:rPr>
        <w:t>bootId/</w:t>
      </w:r>
      <w:r>
        <w:rPr>
          <w:b w:val="false"/>
          <w:sz w:val="28"/>
        </w:rPr>
        <w:t>​</w:t>
      </w:r>
      <w:r>
        <w:rPr>
          <w:b w:val="false"/>
          <w:sz w:val="28"/>
          <w:lang w:val="zxx"/>
        </w:rPr>
        <w:t>afterSeq</w:t>
      </w:r>
      <w:r>
        <w:rPr>
          <w:b w:val="false"/>
          <w:sz w:val="28"/>
        </w:rPr>
        <w:t xml:space="preserve">; ответ </w:t>
      </w:r>
      <w:r>
        <w:rPr>
          <w:b w:val="false"/>
          <w:sz w:val="28"/>
          <w:lang w:val="zxx"/>
        </w:rPr>
        <w:t>events</w:t>
      </w:r>
      <w:r>
        <w:rPr>
          <w:b w:val="false"/>
          <w:sz w:val="28"/>
        </w:rPr>
        <w:t xml:space="preserve"> </w:t>
      </w:r>
      <w:r>
        <w:rPr>
          <w:b w:val="false"/>
          <w:sz w:val="28"/>
          <w:lang w:val="zxx"/>
        </w:rPr>
        <w:t>nextSeq/</w:t>
      </w:r>
      <w:r>
        <w:rPr>
          <w:b w:val="false"/>
          <w:sz w:val="28"/>
        </w:rPr>
        <w:t>​</w:t>
      </w:r>
      <w:r>
        <w:rPr>
          <w:b w:val="false"/>
          <w:sz w:val="28"/>
          <w:lang w:val="zxx"/>
        </w:rPr>
        <w:t>more/</w:t>
      </w:r>
      <w:r>
        <w:rPr>
          <w:b w:val="false"/>
          <w:sz w:val="28"/>
        </w:rPr>
        <w:t>​</w:t>
      </w:r>
      <w:r>
        <w:rPr>
          <w:b w:val="false"/>
          <w:sz w:val="28"/>
          <w:lang w:val="zxx"/>
        </w:rPr>
        <w:t>gap/</w:t>
      </w:r>
      <w:r>
        <w:rPr>
          <w:b w:val="false"/>
          <w:sz w:val="28"/>
        </w:rPr>
        <w:t>​</w:t>
      </w:r>
      <w:r>
        <w:rPr>
          <w:b w:val="false"/>
          <w:sz w:val="28"/>
          <w:lang w:val="zxx"/>
        </w:rPr>
        <w:t>oldestSeq</w:t>
      </w:r>
      <w:r>
        <w:rPr>
          <w:b w:val="false"/>
          <w:sz w:val="28"/>
        </w:rPr>
        <w:t xml:space="preserve"> и записи </w:t>
      </w:r>
      <w:r>
        <w:rPr>
          <w:b w:val="false"/>
          <w:sz w:val="28"/>
          <w:lang w:val="zxx"/>
        </w:rPr>
        <w:t>event.</w:t>
      </w:r>
      <w:r>
        <w:rPr>
          <w:b w:val="false"/>
          <w:sz w:val="28"/>
        </w:rPr>
        <w:t xml:space="preserve"> При </w:t>
      </w:r>
      <w:r>
        <w:rPr>
          <w:b w:val="false"/>
          <w:sz w:val="28"/>
          <w:lang w:val="zxx"/>
        </w:rPr>
        <w:t>gap=true</w:t>
      </w:r>
      <w:r>
        <w:rPr>
          <w:b w:val="false"/>
          <w:sz w:val="28"/>
        </w:rPr>
        <w:t xml:space="preserve"> записей нет, </w:t>
      </w:r>
      <w:r>
        <w:rPr>
          <w:b w:val="false"/>
          <w:sz w:val="28"/>
          <w:lang w:val="zxx"/>
        </w:rPr>
        <w:t>more=false</w:t>
      </w:r>
      <w:r>
        <w:rPr>
          <w:b w:val="false"/>
          <w:sz w:val="28"/>
        </w:rPr>
        <w:t xml:space="preserve">, </w:t>
      </w:r>
      <w:r>
        <w:rPr>
          <w:b w:val="false"/>
          <w:sz w:val="28"/>
          <w:lang w:val="zxx"/>
        </w:rPr>
        <w:t>nextSeq=afterSeq</w:t>
      </w:r>
      <w:r>
        <w:rPr>
          <w:b w:val="false"/>
          <w:sz w:val="28"/>
        </w:rPr>
        <w:t>; клиент получает новый снимок.</w:t>
      </w:r>
    </w:p>
    <w:p>
      <w:pPr>
        <w:pStyle w:val="Normal"/>
        <w:keepNext w:val="true"/>
        <w:jc w:val="start"/>
        <w:rPr/>
      </w:pPr>
      <w:r>
        <w:rPr>
          <w:b/>
          <w:sz w:val="28"/>
          <w:lang w:val="zxx"/>
        </w:rPr>
        <w:t>19.34</w:t>
      </w:r>
      <w:r>
        <w:rPr>
          <w:b/>
          <w:sz w:val="28"/>
        </w:rPr>
        <w:t xml:space="preserve"> Страницы</w:t>
      </w:r>
    </w:p>
    <w:p>
      <w:pPr>
        <w:pStyle w:val="Normal"/>
        <w:jc w:val="start"/>
        <w:rPr/>
      </w:pPr>
      <w:r>
        <w:rPr>
          <w:b w:val="false"/>
          <w:sz w:val="28"/>
        </w:rPr>
        <w:t xml:space="preserve">Все контейнеры страниц, кроме </w:t>
      </w:r>
      <w:r>
        <w:rPr>
          <w:b w:val="false"/>
          <w:sz w:val="28"/>
          <w:lang w:val="zxx"/>
        </w:rPr>
        <w:t>events</w:t>
      </w:r>
      <w:r>
        <w:rPr>
          <w:b w:val="false"/>
          <w:sz w:val="28"/>
        </w:rPr>
        <w:t xml:space="preserve">, содержат </w:t>
      </w:r>
      <w:r>
        <w:rPr>
          <w:b w:val="false"/>
          <w:sz w:val="28"/>
          <w:lang w:val="zxx"/>
        </w:rPr>
        <w:t>snapshotId</w:t>
      </w:r>
      <w:r>
        <w:rPr>
          <w:b w:val="false"/>
          <w:sz w:val="28"/>
        </w:rPr>
        <w:t xml:space="preserve"> и </w:t>
      </w:r>
      <w:r>
        <w:rPr>
          <w:b w:val="false"/>
          <w:sz w:val="28"/>
          <w:lang w:val="zxx"/>
        </w:rPr>
        <w:t>more</w:t>
      </w:r>
      <w:r>
        <w:rPr>
          <w:b w:val="false"/>
          <w:sz w:val="28"/>
        </w:rPr>
        <w:t xml:space="preserve">; </w:t>
      </w:r>
      <w:r>
        <w:rPr>
          <w:b w:val="false"/>
          <w:sz w:val="28"/>
          <w:lang w:val="zxx"/>
        </w:rPr>
        <w:t>cursor</w:t>
      </w:r>
      <w:r>
        <w:rPr>
          <w:b w:val="false"/>
          <w:sz w:val="28"/>
        </w:rPr>
        <w:t xml:space="preserve"> обязателен только при </w:t>
      </w:r>
      <w:r>
        <w:rPr>
          <w:b w:val="false"/>
          <w:sz w:val="28"/>
          <w:lang w:val="zxx"/>
        </w:rPr>
        <w:t>more=true.</w:t>
      </w:r>
      <w:r>
        <w:rPr>
          <w:b w:val="false"/>
          <w:sz w:val="28"/>
        </w:rPr>
        <w:t xml:space="preserve"> Запрос продолжения содержит одновременно </w:t>
      </w:r>
      <w:r>
        <w:rPr>
          <w:b w:val="false"/>
          <w:sz w:val="28"/>
          <w:lang w:val="zxx"/>
        </w:rPr>
        <w:t>snapshotId/</w:t>
      </w:r>
      <w:r>
        <w:rPr>
          <w:b w:val="false"/>
          <w:sz w:val="28"/>
        </w:rPr>
        <w:t>​</w:t>
      </w:r>
      <w:r>
        <w:rPr>
          <w:b w:val="false"/>
          <w:sz w:val="28"/>
          <w:lang w:val="zxx"/>
        </w:rPr>
        <w:t>cursor.</w:t>
      </w:r>
      <w:r>
        <w:rPr>
          <w:b w:val="false"/>
          <w:sz w:val="28"/>
        </w:rPr>
        <w:t xml:space="preserve"> Снимок и критерии выборки неизменны, срок хранения снимка </w:t>
      </w:r>
      <w:r>
        <w:rPr>
          <w:b w:val="false"/>
          <w:sz w:val="28"/>
          <w:lang w:val="zxx"/>
        </w:rPr>
        <w:t>30000</w:t>
      </w:r>
      <w:r>
        <w:rPr>
          <w:b w:val="false"/>
          <w:sz w:val="28"/>
        </w:rPr>
        <w:t xml:space="preserve"> мс; после истечения - </w:t>
      </w:r>
      <w:r>
        <w:rPr>
          <w:b w:val="false"/>
          <w:sz w:val="28"/>
          <w:lang w:val="zxx"/>
        </w:rPr>
        <w:t>snapshotExpired.</w:t>
      </w:r>
    </w:p>
    <w:p>
      <w:pPr>
        <w:pStyle w:val="Normal"/>
        <w:jc w:val="both"/>
        <w:rPr/>
      </w:pPr>
      <w:r>
        <w:rPr>
          <w:b w:val="false"/>
          <w:sz w:val="28"/>
          <w:lang w:val="zxx"/>
        </w:rPr>
        <w:t>19.35</w:t>
      </w:r>
      <w:r>
        <w:rPr>
          <w:b w:val="false"/>
          <w:sz w:val="28"/>
        </w:rPr>
        <w:t xml:space="preserve"> Контекст чтения привязан к </w:t>
      </w:r>
      <w:r>
        <w:rPr>
          <w:b w:val="false"/>
          <w:sz w:val="28"/>
          <w:lang w:val="zxx"/>
        </w:rPr>
        <w:t>bootId</w:t>
      </w:r>
      <w:r>
        <w:rPr>
          <w:b w:val="false"/>
          <w:sz w:val="28"/>
        </w:rPr>
        <w:t xml:space="preserve">, полученному </w:t>
      </w:r>
      <w:r>
        <w:rPr>
          <w:b w:val="false"/>
          <w:sz w:val="28"/>
          <w:lang w:val="zxx"/>
        </w:rPr>
        <w:t>bootstrap.</w:t>
      </w:r>
      <w:r>
        <w:rPr>
          <w:b w:val="false"/>
          <w:sz w:val="28"/>
        </w:rPr>
        <w:t xml:space="preserve"> Перезагрузка закрывает канал и требует нового </w:t>
      </w:r>
      <w:r>
        <w:rPr>
          <w:b w:val="false"/>
          <w:sz w:val="28"/>
          <w:lang w:val="zxx"/>
        </w:rPr>
        <w:t>bootstrap</w:t>
      </w:r>
      <w:r>
        <w:rPr>
          <w:b w:val="false"/>
          <w:sz w:val="28"/>
        </w:rPr>
        <w:t xml:space="preserve">; явно переданный старый </w:t>
      </w:r>
      <w:r>
        <w:rPr>
          <w:b w:val="false"/>
          <w:sz w:val="28"/>
          <w:lang w:val="zxx"/>
        </w:rPr>
        <w:t>bootId</w:t>
      </w:r>
      <w:r>
        <w:rPr>
          <w:b w:val="false"/>
          <w:sz w:val="28"/>
        </w:rPr>
        <w:t xml:space="preserve"> получает </w:t>
      </w:r>
      <w:r>
        <w:rPr>
          <w:b w:val="false"/>
          <w:sz w:val="28"/>
          <w:lang w:val="zxx"/>
        </w:rPr>
        <w:t>staleBoot.</w:t>
      </w:r>
      <w:r>
        <w:rPr>
          <w:b w:val="false"/>
          <w:sz w:val="28"/>
        </w:rPr>
        <w:t xml:space="preserve"> Сводка </w:t>
      </w:r>
      <w:r>
        <w:rPr>
          <w:b w:val="false"/>
          <w:sz w:val="28"/>
          <w:lang w:val="zxx"/>
        </w:rPr>
        <w:t>session</w:t>
      </w:r>
      <w:r>
        <w:rPr>
          <w:b w:val="false"/>
          <w:sz w:val="28"/>
        </w:rPr>
        <w:t xml:space="preserve"> передается только на первой странице </w:t>
      </w:r>
      <w:r>
        <w:rPr>
          <w:b w:val="false"/>
          <w:sz w:val="28"/>
          <w:lang w:val="zxx"/>
        </w:rPr>
        <w:t>session.get</w:t>
      </w:r>
      <w:r>
        <w:rPr>
          <w:b w:val="false"/>
          <w:sz w:val="28"/>
        </w:rPr>
        <w:t>; продолжения не повторяют ее. Принятые ревизии и время не меняются от чтения следующей страницы. Для чтения нового состояния начинается новый снимок.</w:t>
      </w:r>
    </w:p>
    <w:p>
      <w:pPr>
        <w:pStyle w:val="Normal"/>
        <w:jc w:val="start"/>
        <w:rPr/>
      </w:pPr>
      <w:r>
        <w:rPr>
          <w:b w:val="false"/>
          <w:sz w:val="28"/>
          <w:lang w:val="zxx"/>
        </w:rPr>
        <w:t>19.36</w:t>
      </w:r>
      <w:r>
        <w:rPr>
          <w:b w:val="false"/>
          <w:sz w:val="28"/>
        </w:rPr>
        <w:t xml:space="preserve"> </w:t>
      </w:r>
      <w:r>
        <w:rPr>
          <w:b w:val="false"/>
          <w:sz w:val="28"/>
          <w:lang w:val="zxx"/>
        </w:rPr>
        <w:t>configuration</w:t>
      </w:r>
      <w:r>
        <w:rPr>
          <w:b w:val="false"/>
          <w:sz w:val="28"/>
        </w:rPr>
        <w:t xml:space="preserve"> обязательна на первой странице </w:t>
      </w:r>
      <w:r>
        <w:rPr>
          <w:b w:val="false"/>
          <w:sz w:val="28"/>
          <w:lang w:val="zxx"/>
        </w:rPr>
        <w:t>device.state</w:t>
      </w:r>
      <w:r>
        <w:rPr>
          <w:b w:val="false"/>
          <w:sz w:val="28"/>
        </w:rPr>
        <w:t xml:space="preserve"> независимо от поддержки </w:t>
      </w:r>
      <w:r>
        <w:rPr>
          <w:b w:val="false"/>
          <w:sz w:val="28"/>
          <w:lang w:val="zxx"/>
        </w:rPr>
        <w:t>config.get.</w:t>
      </w:r>
      <w:r>
        <w:rPr>
          <w:b w:val="false"/>
          <w:sz w:val="28"/>
        </w:rPr>
        <w:t xml:space="preserve"> </w:t>
      </w:r>
      <w:r>
        <w:rPr>
          <w:b w:val="false"/>
          <w:sz w:val="28"/>
          <w:lang w:val="zxx"/>
        </w:rPr>
        <w:t>configRevision</w:t>
      </w:r>
      <w:r>
        <w:rPr>
          <w:b w:val="false"/>
          <w:sz w:val="28"/>
        </w:rPr>
        <w:t xml:space="preserve"> - текущая сохраненная редакция, </w:t>
      </w:r>
      <w:r>
        <w:rPr>
          <w:b w:val="false"/>
          <w:sz w:val="28"/>
          <w:lang w:val="zxx"/>
        </w:rPr>
        <w:t>appliedRevision</w:t>
      </w:r>
      <w:r>
        <w:rPr>
          <w:b w:val="false"/>
          <w:sz w:val="28"/>
        </w:rPr>
        <w:t xml:space="preserve"> - фактически примененная, </w:t>
      </w:r>
      <w:r>
        <w:rPr>
          <w:b w:val="false"/>
          <w:sz w:val="28"/>
          <w:lang w:val="zxx"/>
        </w:rPr>
        <w:t>onControlLoss</w:t>
      </w:r>
      <w:r>
        <w:rPr>
          <w:b w:val="false"/>
          <w:sz w:val="28"/>
        </w:rPr>
        <w:t xml:space="preserve"> - действующая политика примененной редакции. При несовпадении редакций </w:t>
      </w:r>
      <w:r>
        <w:rPr>
          <w:b w:val="false"/>
          <w:sz w:val="28"/>
          <w:lang w:val="zxx"/>
        </w:rPr>
        <w:t>session.start</w:t>
      </w:r>
      <w:r>
        <w:rPr>
          <w:b w:val="false"/>
          <w:sz w:val="28"/>
        </w:rPr>
        <w:t xml:space="preserve"> получает </w:t>
      </w:r>
      <w:r>
        <w:rPr>
          <w:b w:val="false"/>
          <w:sz w:val="28"/>
          <w:lang w:val="zxx"/>
        </w:rPr>
        <w:t>unsafeState.</w:t>
      </w:r>
      <w:r>
        <w:rPr>
          <w:b w:val="false"/>
          <w:sz w:val="28"/>
        </w:rPr>
        <w:t xml:space="preserve"> Для первого </w:t>
      </w:r>
      <w:r>
        <w:rPr>
          <w:b w:val="false"/>
          <w:sz w:val="28"/>
          <w:lang w:val="zxx"/>
        </w:rPr>
        <w:t>session.start</w:t>
      </w:r>
      <w:r>
        <w:rPr>
          <w:b w:val="false"/>
          <w:sz w:val="28"/>
        </w:rPr>
        <w:t xml:space="preserve"> АРМ берет </w:t>
      </w:r>
      <w:r>
        <w:rPr>
          <w:b w:val="false"/>
          <w:sz w:val="28"/>
          <w:lang w:val="zxx"/>
        </w:rPr>
        <w:t>configRevision</w:t>
      </w:r>
      <w:r>
        <w:rPr>
          <w:b w:val="false"/>
          <w:sz w:val="28"/>
        </w:rPr>
        <w:t xml:space="preserve"> и </w:t>
      </w:r>
      <w:r>
        <w:rPr>
          <w:b w:val="false"/>
          <w:sz w:val="28"/>
          <w:lang w:val="zxx"/>
        </w:rPr>
        <w:t>capabilityRevision</w:t>
      </w:r>
      <w:r>
        <w:rPr>
          <w:b w:val="false"/>
          <w:sz w:val="28"/>
        </w:rPr>
        <w:t xml:space="preserve"> из согласованного состояния и повторно проверяет их при запуске; несвежая ревизия дает </w:t>
      </w:r>
      <w:r>
        <w:rPr>
          <w:b w:val="false"/>
          <w:sz w:val="28"/>
          <w:lang w:val="zxx"/>
        </w:rPr>
        <w:t>conflict/</w:t>
      </w:r>
      <w:r>
        <w:rPr>
          <w:b w:val="false"/>
          <w:sz w:val="28"/>
        </w:rPr>
        <w:t>​</w:t>
      </w:r>
      <w:r>
        <w:rPr>
          <w:b w:val="false"/>
          <w:sz w:val="28"/>
          <w:lang w:val="zxx"/>
        </w:rPr>
        <w:t>detail.</w:t>
      </w:r>
      <w:r>
        <w:rPr>
          <w:b w:val="false"/>
          <w:sz w:val="28"/>
        </w:rPr>
        <w:t xml:space="preserve"> Ревизия присваивается любой смене политики или параметров запуска. Разные </w:t>
      </w:r>
      <w:r>
        <w:rPr>
          <w:b w:val="false"/>
          <w:sz w:val="28"/>
          <w:lang w:val="zxx"/>
        </w:rPr>
        <w:t>appliedRevision</w:t>
      </w:r>
      <w:r>
        <w:rPr>
          <w:b w:val="false"/>
          <w:sz w:val="28"/>
        </w:rPr>
        <w:t xml:space="preserve"> и </w:t>
      </w:r>
      <w:r>
        <w:rPr>
          <w:b w:val="false"/>
          <w:sz w:val="28"/>
          <w:lang w:val="zxx"/>
        </w:rPr>
        <w:t>configRevision</w:t>
      </w:r>
      <w:r>
        <w:rPr>
          <w:b w:val="false"/>
          <w:sz w:val="28"/>
        </w:rPr>
        <w:t xml:space="preserve"> не дают АРМ права угадывать будущую политику.</w:t>
      </w:r>
    </w:p>
    <w:p>
      <w:pPr>
        <w:pStyle w:val="Normal"/>
        <w:jc w:val="both"/>
        <w:rPr/>
      </w:pPr>
      <w:r>
        <w:rPr>
          <w:b w:val="false"/>
          <w:sz w:val="28"/>
          <w:lang w:val="zxx"/>
        </w:rPr>
        <w:t>19.37</w:t>
      </w:r>
      <w:r>
        <w:rPr>
          <w:b w:val="false"/>
          <w:sz w:val="28"/>
        </w:rPr>
        <w:t xml:space="preserve"> Ответ </w:t>
      </w:r>
      <w:r>
        <w:rPr>
          <w:b w:val="false"/>
          <w:sz w:val="28"/>
          <w:lang w:val="zxx"/>
        </w:rPr>
        <w:t>device.describe</w:t>
      </w:r>
      <w:r>
        <w:rPr>
          <w:b w:val="false"/>
          <w:sz w:val="28"/>
        </w:rPr>
        <w:t xml:space="preserve"> содержит ровно один </w:t>
      </w:r>
      <w:r>
        <w:rPr>
          <w:b w:val="false"/>
          <w:sz w:val="28"/>
          <w:lang w:val="zxx"/>
        </w:rPr>
        <w:t>device</w:t>
      </w:r>
      <w:r>
        <w:rPr>
          <w:b w:val="false"/>
          <w:sz w:val="28"/>
        </w:rPr>
        <w:t xml:space="preserve"> и один </w:t>
      </w:r>
      <w:r>
        <w:rPr>
          <w:b w:val="false"/>
          <w:sz w:val="28"/>
          <w:lang w:val="zxx"/>
        </w:rPr>
        <w:t>info</w:t>
      </w:r>
      <w:r>
        <w:rPr>
          <w:b w:val="false"/>
          <w:sz w:val="28"/>
        </w:rPr>
        <w:t xml:space="preserve"> с единственным атрибутом </w:t>
      </w:r>
      <w:r>
        <w:rPr>
          <w:b w:val="false"/>
          <w:sz w:val="28"/>
          <w:lang w:val="zxx"/>
        </w:rPr>
        <w:t>protocolName=</w:t>
      </w:r>
      <w:r>
        <w:rPr>
          <w:b w:val="false"/>
          <w:sz w:val="28"/>
        </w:rPr>
        <w:t xml:space="preserve">"Открытый протокол систем оповещения". </w:t>
      </w:r>
      <w:r>
        <w:rPr>
          <w:b w:val="false"/>
          <w:sz w:val="28"/>
          <w:lang w:val="zxx"/>
        </w:rPr>
        <w:t>info</w:t>
      </w:r>
      <w:r>
        <w:rPr>
          <w:b w:val="false"/>
          <w:sz w:val="28"/>
        </w:rPr>
        <w:t xml:space="preserve"> не содержит наименования компании, рекламы или обязательной ссылки. Поле </w:t>
      </w:r>
      <w:r>
        <w:rPr>
          <w:b w:val="false"/>
          <w:sz w:val="28"/>
          <w:lang w:val="zxx"/>
        </w:rPr>
        <w:t>protocolDeveloper</w:t>
      </w:r>
      <w:r>
        <w:rPr>
          <w:b w:val="false"/>
          <w:sz w:val="28"/>
        </w:rPr>
        <w:t xml:space="preserve"> отсутствует в формате </w:t>
      </w:r>
      <w:r>
        <w:rPr>
          <w:b w:val="false"/>
          <w:sz w:val="28"/>
          <w:lang w:val="zxx"/>
        </w:rPr>
        <w:t>0.21</w:t>
      </w:r>
      <w:r>
        <w:rPr>
          <w:b w:val="false"/>
          <w:sz w:val="28"/>
        </w:rPr>
        <w:t xml:space="preserve"> и не является условием соответствия. Идентификаторы фактических </w:t>
      </w:r>
      <w:r>
        <w:rPr>
          <w:b w:val="false"/>
          <w:sz w:val="28"/>
          <w:lang w:val="zxx"/>
        </w:rPr>
        <w:t>manufacturer/</w:t>
      </w:r>
      <w:r>
        <w:rPr>
          <w:b w:val="false"/>
          <w:sz w:val="28"/>
        </w:rPr>
        <w:t>​</w:t>
      </w:r>
      <w:r>
        <w:rPr>
          <w:b w:val="false"/>
          <w:sz w:val="28"/>
          <w:lang w:val="zxx"/>
        </w:rPr>
        <w:t>softwareDeveloper</w:t>
      </w:r>
      <w:r>
        <w:rPr>
          <w:b w:val="false"/>
          <w:sz w:val="28"/>
        </w:rPr>
        <w:t xml:space="preserve"> необязательны. Условия свободного использования приведены в приложении Е; независимая реализация не обязана показывать сведения об издателе спецификации.</w:t>
      </w:r>
    </w:p>
    <w:p>
      <w:pPr>
        <w:pStyle w:val="Normal"/>
        <w:jc w:val="start"/>
        <w:rPr/>
      </w:pPr>
      <w:r>
        <w:rPr>
          <w:b w:val="false"/>
          <w:sz w:val="28"/>
          <w:lang w:val="zxx"/>
        </w:rPr>
        <w:t>19.38</w:t>
      </w:r>
      <w:r>
        <w:rPr>
          <w:b w:val="false"/>
          <w:sz w:val="28"/>
        </w:rPr>
        <w:t xml:space="preserve"> </w:t>
      </w:r>
      <w:r>
        <w:rPr>
          <w:b w:val="false"/>
          <w:sz w:val="28"/>
          <w:lang w:val="zxx"/>
        </w:rPr>
        <w:t>ownership</w:t>
      </w:r>
      <w:r>
        <w:rPr>
          <w:b w:val="false"/>
          <w:sz w:val="28"/>
        </w:rPr>
        <w:t xml:space="preserve"> действующей эпохи дополнительно содержит </w:t>
      </w:r>
      <w:r>
        <w:rPr>
          <w:b w:val="false"/>
          <w:sz w:val="28"/>
          <w:lang w:val="zxx"/>
        </w:rPr>
        <w:t>purpose</w:t>
      </w:r>
      <w:r>
        <w:rPr>
          <w:b w:val="false"/>
          <w:sz w:val="28"/>
        </w:rPr>
        <w:t xml:space="preserve">; при отсутствии сеанса - </w:t>
      </w:r>
      <w:r>
        <w:rPr>
          <w:b w:val="false"/>
          <w:sz w:val="28"/>
          <w:lang w:val="zxx"/>
        </w:rPr>
        <w:t>idleDeadlineMs.</w:t>
      </w:r>
      <w:r>
        <w:rPr>
          <w:b w:val="false"/>
          <w:sz w:val="28"/>
        </w:rPr>
        <w:t xml:space="preserve"> Снимок </w:t>
      </w:r>
      <w:r>
        <w:rPr>
          <w:b w:val="false"/>
          <w:sz w:val="28"/>
          <w:lang w:val="zxx"/>
        </w:rPr>
        <w:t>device.state</w:t>
      </w:r>
      <w:r>
        <w:rPr>
          <w:b w:val="false"/>
          <w:sz w:val="28"/>
        </w:rPr>
        <w:t xml:space="preserve"> фиксирует все ресурсы и текущий сеанс, а также полный набор незавершенных аварийных условий: </w:t>
      </w:r>
      <w:r>
        <w:rPr>
          <w:b w:val="false"/>
          <w:sz w:val="28"/>
          <w:lang w:val="zxx"/>
        </w:rPr>
        <w:t>active</w:t>
      </w:r>
      <w:r>
        <w:rPr>
          <w:b w:val="false"/>
          <w:sz w:val="28"/>
        </w:rPr>
        <w:t xml:space="preserve"> и </w:t>
      </w:r>
      <w:r>
        <w:rPr>
          <w:b w:val="false"/>
          <w:sz w:val="28"/>
          <w:lang w:val="zxx"/>
        </w:rPr>
        <w:t>unknown.</w:t>
      </w:r>
      <w:r>
        <w:rPr>
          <w:b w:val="false"/>
          <w:sz w:val="28"/>
        </w:rPr>
        <w:t xml:space="preserve"> Счетчики </w:t>
      </w:r>
      <w:r>
        <w:rPr>
          <w:b w:val="false"/>
          <w:sz w:val="28"/>
          <w:lang w:val="zxx"/>
        </w:rPr>
        <w:t>resourceCount/</w:t>
      </w:r>
      <w:r>
        <w:rPr>
          <w:b w:val="false"/>
          <w:sz w:val="28"/>
        </w:rPr>
        <w:t>​</w:t>
      </w:r>
      <w:r>
        <w:rPr>
          <w:b w:val="false"/>
          <w:sz w:val="28"/>
          <w:lang w:val="zxx"/>
        </w:rPr>
        <w:t>alarmCount/</w:t>
      </w:r>
      <w:r>
        <w:rPr>
          <w:b w:val="false"/>
          <w:sz w:val="28"/>
        </w:rPr>
        <w:t>​</w:t>
      </w:r>
      <w:r>
        <w:rPr>
          <w:b w:val="false"/>
          <w:sz w:val="28"/>
          <w:lang w:val="zxx"/>
        </w:rPr>
        <w:t>sessionCount</w:t>
      </w:r>
      <w:r>
        <w:rPr>
          <w:b w:val="false"/>
          <w:sz w:val="28"/>
        </w:rPr>
        <w:t xml:space="preserve"> относятся ко всему снимку, </w:t>
      </w:r>
      <w:r>
        <w:rPr>
          <w:b w:val="false"/>
          <w:sz w:val="28"/>
          <w:lang w:val="zxx"/>
        </w:rPr>
        <w:t>sessionCount</w:t>
      </w:r>
      <w:r>
        <w:rPr>
          <w:b w:val="false"/>
          <w:sz w:val="28"/>
        </w:rPr>
        <w:t xml:space="preserve"> равен </w:t>
      </w:r>
      <w:r>
        <w:rPr>
          <w:b w:val="false"/>
          <w:sz w:val="28"/>
          <w:lang w:val="zxx"/>
        </w:rPr>
        <w:t>0</w:t>
      </w:r>
      <w:r>
        <w:rPr>
          <w:b w:val="false"/>
          <w:sz w:val="28"/>
        </w:rPr>
        <w:t xml:space="preserve"> или </w:t>
      </w:r>
      <w:r>
        <w:rPr>
          <w:b w:val="false"/>
          <w:sz w:val="28"/>
          <w:lang w:val="zxx"/>
        </w:rPr>
        <w:t>1.</w:t>
      </w:r>
      <w:r>
        <w:rPr>
          <w:b w:val="false"/>
          <w:sz w:val="28"/>
        </w:rPr>
        <w:t xml:space="preserve"> Ресурс, сеанс и авария передаются ровно один раз за все страницы. </w:t>
      </w:r>
      <w:r>
        <w:rPr>
          <w:b w:val="false"/>
          <w:sz w:val="28"/>
          <w:lang w:val="zxx"/>
        </w:rPr>
        <w:t>configuration/</w:t>
      </w:r>
      <w:r>
        <w:rPr>
          <w:b w:val="false"/>
          <w:sz w:val="28"/>
        </w:rPr>
        <w:t>​</w:t>
      </w:r>
      <w:r>
        <w:rPr>
          <w:b w:val="false"/>
          <w:sz w:val="28"/>
          <w:lang w:val="zxx"/>
        </w:rPr>
        <w:t>ownership/</w:t>
      </w:r>
      <w:r>
        <w:rPr>
          <w:b w:val="false"/>
          <w:sz w:val="28"/>
        </w:rPr>
        <w:t>​</w:t>
      </w:r>
      <w:r>
        <w:rPr>
          <w:b w:val="false"/>
          <w:sz w:val="28"/>
          <w:lang w:val="zxx"/>
        </w:rPr>
        <w:t>recovery</w:t>
      </w:r>
      <w:r>
        <w:rPr>
          <w:b w:val="false"/>
          <w:sz w:val="28"/>
        </w:rPr>
        <w:t xml:space="preserve"> передаются ровно один раз на первой странице. Метаданные контейнера, кроме </w:t>
      </w:r>
      <w:r>
        <w:rPr>
          <w:b w:val="false"/>
          <w:sz w:val="28"/>
          <w:lang w:val="zxx"/>
        </w:rPr>
        <w:t>more/</w:t>
      </w:r>
      <w:r>
        <w:rPr>
          <w:b w:val="false"/>
          <w:sz w:val="28"/>
        </w:rPr>
        <w:t>​</w:t>
      </w:r>
      <w:r>
        <w:rPr>
          <w:b w:val="false"/>
          <w:sz w:val="28"/>
          <w:lang w:val="zxx"/>
        </w:rPr>
        <w:t>cursor</w:t>
      </w:r>
      <w:r>
        <w:rPr>
          <w:b w:val="false"/>
          <w:sz w:val="28"/>
        </w:rPr>
        <w:t xml:space="preserve">, повторяются без изменений. </w:t>
      </w:r>
      <w:r>
        <w:rPr>
          <w:b w:val="false"/>
          <w:sz w:val="28"/>
          <w:lang w:val="zxx"/>
        </w:rPr>
        <w:t>ownership</w:t>
      </w:r>
      <w:r>
        <w:rPr>
          <w:b w:val="false"/>
          <w:sz w:val="28"/>
        </w:rPr>
        <w:t xml:space="preserve"> в </w:t>
      </w:r>
      <w:r>
        <w:rPr>
          <w:b w:val="false"/>
          <w:sz w:val="28"/>
          <w:lang w:val="zxx"/>
        </w:rPr>
        <w:t>held/</w:t>
      </w:r>
      <w:r>
        <w:rPr>
          <w:b w:val="false"/>
          <w:sz w:val="28"/>
        </w:rPr>
        <w:t>​</w:t>
      </w:r>
      <w:r>
        <w:rPr>
          <w:b w:val="false"/>
          <w:sz w:val="28"/>
          <w:lang w:val="zxx"/>
        </w:rPr>
        <w:t>detached/</w:t>
      </w:r>
      <w:r>
        <w:rPr>
          <w:b w:val="false"/>
          <w:sz w:val="28"/>
        </w:rPr>
        <w:t>​</w:t>
      </w:r>
      <w:r>
        <w:rPr>
          <w:b w:val="false"/>
          <w:sz w:val="28"/>
          <w:lang w:val="zxx"/>
        </w:rPr>
        <w:t>draining</w:t>
      </w:r>
      <w:r>
        <w:rPr>
          <w:b w:val="false"/>
          <w:sz w:val="28"/>
        </w:rPr>
        <w:t xml:space="preserve"> содержит </w:t>
      </w:r>
      <w:r>
        <w:rPr>
          <w:b w:val="false"/>
          <w:sz w:val="28"/>
          <w:lang w:val="zxx"/>
        </w:rPr>
        <w:t>principalId</w:t>
      </w:r>
      <w:r>
        <w:rPr>
          <w:b w:val="false"/>
          <w:sz w:val="28"/>
        </w:rPr>
        <w:t xml:space="preserve"> и </w:t>
      </w:r>
      <w:r>
        <w:rPr>
          <w:b w:val="false"/>
          <w:sz w:val="28"/>
          <w:lang w:val="zxx"/>
        </w:rPr>
        <w:t>controlEpoch</w:t>
      </w:r>
      <w:r>
        <w:rPr>
          <w:b w:val="false"/>
          <w:sz w:val="28"/>
        </w:rPr>
        <w:t xml:space="preserve">; </w:t>
      </w:r>
      <w:r>
        <w:rPr>
          <w:b w:val="false"/>
          <w:sz w:val="28"/>
          <w:lang w:val="zxx"/>
        </w:rPr>
        <w:t>free/</w:t>
      </w:r>
      <w:r>
        <w:rPr>
          <w:b w:val="false"/>
          <w:sz w:val="28"/>
        </w:rPr>
        <w:t>​</w:t>
      </w:r>
      <w:r>
        <w:rPr>
          <w:b w:val="false"/>
          <w:sz w:val="28"/>
          <w:lang w:val="zxx"/>
        </w:rPr>
        <w:t>released</w:t>
      </w:r>
      <w:r>
        <w:rPr>
          <w:b w:val="false"/>
          <w:sz w:val="28"/>
        </w:rPr>
        <w:t xml:space="preserve"> их не содержит; для </w:t>
      </w:r>
      <w:r>
        <w:rPr>
          <w:b w:val="false"/>
          <w:sz w:val="28"/>
          <w:lang w:val="zxx"/>
        </w:rPr>
        <w:t>blocked</w:t>
      </w:r>
      <w:r>
        <w:rPr>
          <w:b w:val="false"/>
          <w:sz w:val="28"/>
        </w:rPr>
        <w:t xml:space="preserve"> допустима либо эта пара, либо отсутствие обоих полей. Отсутствие аварии означает отсутствие актуального условия только после проверки последней страницы и всех счетчиков; частичное чтение не очищает аварии в АРМ.</w:t>
      </w:r>
    </w:p>
    <w:p>
      <w:pPr>
        <w:pStyle w:val="2"/>
        <w:rPr/>
      </w:pPr>
      <w:r>
        <w:rPr/>
        <w:t>Аварии</w:t>
      </w:r>
    </w:p>
    <w:p>
      <w:pPr>
        <w:pStyle w:val="Normal"/>
        <w:keepNext w:val="true"/>
        <w:jc w:val="start"/>
        <w:rPr/>
      </w:pPr>
      <w:r>
        <w:rPr>
          <w:b/>
          <w:sz w:val="28"/>
          <w:lang w:val="zxx"/>
        </w:rPr>
        <w:t>19.39</w:t>
      </w:r>
      <w:r>
        <w:rPr>
          <w:b/>
          <w:sz w:val="28"/>
        </w:rPr>
        <w:t xml:space="preserve"> Идентичность</w:t>
      </w:r>
    </w:p>
    <w:p>
      <w:pPr>
        <w:pStyle w:val="Normal"/>
        <w:jc w:val="start"/>
        <w:rPr/>
      </w:pPr>
      <w:r>
        <w:rPr>
          <w:b w:val="false"/>
          <w:sz w:val="28"/>
          <w:lang w:val="zxx"/>
        </w:rPr>
        <w:t>conditionId</w:t>
      </w:r>
      <w:r>
        <w:rPr>
          <w:b w:val="false"/>
          <w:sz w:val="28"/>
        </w:rPr>
        <w:t xml:space="preserve"> - устойчивый </w:t>
      </w:r>
      <w:r>
        <w:rPr>
          <w:b w:val="false"/>
          <w:sz w:val="28"/>
          <w:lang w:val="zxx"/>
        </w:rPr>
        <w:t>ID</w:t>
      </w:r>
      <w:r>
        <w:rPr>
          <w:b w:val="false"/>
          <w:sz w:val="28"/>
        </w:rPr>
        <w:t xml:space="preserve"> условия (</w:t>
      </w:r>
      <w:r>
        <w:rPr>
          <w:b w:val="false"/>
          <w:sz w:val="28"/>
          <w:lang w:val="zxx"/>
        </w:rPr>
        <w:t>token</w:t>
      </w:r>
      <w:r>
        <w:rPr>
          <w:b w:val="false"/>
          <w:sz w:val="28"/>
        </w:rPr>
        <w:t xml:space="preserve"> </w:t>
      </w:r>
      <w:r>
        <w:rPr>
          <w:b w:val="false"/>
          <w:sz w:val="28"/>
          <w:lang w:val="zxx"/>
        </w:rPr>
        <w:t>1-</w:t>
      </w:r>
      <w:r>
        <w:rPr>
          <w:b w:val="false"/>
          <w:sz w:val="28"/>
        </w:rPr>
        <w:t>⁠</w:t>
      </w:r>
      <w:r>
        <w:rPr>
          <w:b w:val="false"/>
          <w:sz w:val="28"/>
          <w:lang w:val="zxx"/>
        </w:rPr>
        <w:t>32</w:t>
      </w:r>
      <w:r>
        <w:rPr>
          <w:b w:val="false"/>
          <w:sz w:val="28"/>
        </w:rPr>
        <w:t xml:space="preserve">), </w:t>
      </w:r>
      <w:r>
        <w:rPr>
          <w:b w:val="false"/>
          <w:sz w:val="28"/>
          <w:lang w:val="zxx"/>
        </w:rPr>
        <w:t>pointId</w:t>
      </w:r>
      <w:r>
        <w:rPr>
          <w:b w:val="false"/>
          <w:sz w:val="28"/>
        </w:rPr>
        <w:t xml:space="preserve"> - точка каталога, </w:t>
      </w:r>
      <w:r>
        <w:rPr>
          <w:b w:val="false"/>
          <w:sz w:val="28"/>
          <w:lang w:val="zxx"/>
        </w:rPr>
        <w:t>alarmId</w:t>
      </w:r>
      <w:r>
        <w:rPr>
          <w:b w:val="false"/>
          <w:sz w:val="28"/>
        </w:rPr>
        <w:t xml:space="preserve"> - уникальный </w:t>
      </w:r>
      <w:r>
        <w:rPr>
          <w:b w:val="false"/>
          <w:sz w:val="28"/>
          <w:lang w:val="zxx"/>
        </w:rPr>
        <w:t>32-</w:t>
      </w:r>
      <w:r>
        <w:rPr>
          <w:b w:val="false"/>
          <w:sz w:val="28"/>
        </w:rPr>
        <w:t>⁠</w:t>
      </w:r>
      <w:r>
        <w:rPr>
          <w:b w:val="false"/>
          <w:sz w:val="28"/>
          <w:lang w:val="zxx"/>
        </w:rPr>
        <w:t>hex</w:t>
      </w:r>
      <w:r>
        <w:rPr>
          <w:b w:val="false"/>
          <w:sz w:val="28"/>
        </w:rPr>
        <w:t xml:space="preserve"> </w:t>
      </w:r>
      <w:r>
        <w:rPr>
          <w:b w:val="false"/>
          <w:sz w:val="28"/>
          <w:lang w:val="zxx"/>
        </w:rPr>
        <w:t>ID</w:t>
      </w:r>
      <w:r>
        <w:rPr>
          <w:b w:val="false"/>
          <w:sz w:val="28"/>
        </w:rPr>
        <w:t xml:space="preserve"> эпизода. В снимке не более одного эпизода для </w:t>
      </w:r>
      <w:r>
        <w:rPr>
          <w:b w:val="false"/>
          <w:sz w:val="28"/>
          <w:lang w:val="zxx"/>
        </w:rPr>
        <w:t>conditionId</w:t>
      </w:r>
      <w:r>
        <w:rPr>
          <w:b w:val="false"/>
          <w:sz w:val="28"/>
        </w:rPr>
        <w:t xml:space="preserve">; </w:t>
      </w:r>
      <w:r>
        <w:rPr>
          <w:b w:val="false"/>
          <w:sz w:val="28"/>
          <w:lang w:val="zxx"/>
        </w:rPr>
        <w:t>alarmId</w:t>
      </w:r>
      <w:r>
        <w:rPr>
          <w:b w:val="false"/>
          <w:sz w:val="28"/>
        </w:rPr>
        <w:t xml:space="preserve"> не используется повторно.</w:t>
      </w:r>
    </w:p>
    <w:p>
      <w:pPr>
        <w:pStyle w:val="Normal"/>
        <w:keepNext w:val="true"/>
        <w:jc w:val="start"/>
        <w:rPr/>
      </w:pPr>
      <w:r>
        <w:rPr>
          <w:b/>
          <w:sz w:val="28"/>
          <w:lang w:val="zxx"/>
        </w:rPr>
        <w:t>19.40</w:t>
      </w:r>
      <w:r>
        <w:rPr>
          <w:b/>
          <w:sz w:val="28"/>
        </w:rPr>
        <w:t xml:space="preserve"> Состояние и качество</w:t>
      </w:r>
    </w:p>
    <w:p>
      <w:pPr>
        <w:pStyle w:val="Normal"/>
        <w:jc w:val="start"/>
        <w:rPr/>
      </w:pPr>
      <w:r>
        <w:rPr>
          <w:b w:val="false"/>
          <w:sz w:val="28"/>
          <w:lang w:val="zxx"/>
        </w:rPr>
        <w:t>state=active|</w:t>
      </w:r>
      <w:r>
        <w:rPr>
          <w:b w:val="false"/>
          <w:sz w:val="28"/>
        </w:rPr>
        <w:t>​</w:t>
      </w:r>
      <w:r>
        <w:rPr>
          <w:b w:val="false"/>
          <w:sz w:val="28"/>
          <w:lang w:val="zxx"/>
        </w:rPr>
        <w:t>cleared|</w:t>
      </w:r>
      <w:r>
        <w:rPr>
          <w:b w:val="false"/>
          <w:sz w:val="28"/>
        </w:rPr>
        <w:t>​</w:t>
      </w:r>
      <w:r>
        <w:rPr>
          <w:b w:val="false"/>
          <w:sz w:val="28"/>
          <w:lang w:val="zxx"/>
        </w:rPr>
        <w:t>unknown</w:t>
      </w:r>
      <w:r>
        <w:rPr>
          <w:b w:val="false"/>
          <w:sz w:val="28"/>
        </w:rPr>
        <w:t xml:space="preserve">, </w:t>
      </w:r>
      <w:r>
        <w:rPr>
          <w:b w:val="false"/>
          <w:sz w:val="28"/>
          <w:lang w:val="zxx"/>
        </w:rPr>
        <w:t>severity=info|</w:t>
      </w:r>
      <w:r>
        <w:rPr>
          <w:b w:val="false"/>
          <w:sz w:val="28"/>
        </w:rPr>
        <w:t>​</w:t>
      </w:r>
      <w:r>
        <w:rPr>
          <w:b w:val="false"/>
          <w:sz w:val="28"/>
          <w:lang w:val="zxx"/>
        </w:rPr>
        <w:t>warning|</w:t>
      </w:r>
      <w:r>
        <w:rPr>
          <w:b w:val="false"/>
          <w:sz w:val="28"/>
        </w:rPr>
        <w:t>​</w:t>
      </w:r>
      <w:r>
        <w:rPr>
          <w:b w:val="false"/>
          <w:sz w:val="28"/>
          <w:lang w:val="zxx"/>
        </w:rPr>
        <w:t>critical</w:t>
      </w:r>
      <w:r>
        <w:rPr>
          <w:b w:val="false"/>
          <w:sz w:val="28"/>
        </w:rPr>
        <w:t xml:space="preserve">; </w:t>
      </w:r>
      <w:r>
        <w:rPr>
          <w:b w:val="false"/>
          <w:sz w:val="28"/>
          <w:lang w:val="zxx"/>
        </w:rPr>
        <w:t>validity</w:t>
      </w:r>
      <w:r>
        <w:rPr>
          <w:b w:val="false"/>
          <w:sz w:val="28"/>
        </w:rPr>
        <w:t xml:space="preserve">, </w:t>
      </w:r>
      <w:r>
        <w:rPr>
          <w:b w:val="false"/>
          <w:sz w:val="28"/>
          <w:lang w:val="zxx"/>
        </w:rPr>
        <w:t>freshness</w:t>
      </w:r>
      <w:r>
        <w:rPr>
          <w:b w:val="false"/>
          <w:sz w:val="28"/>
        </w:rPr>
        <w:t xml:space="preserve">, </w:t>
      </w:r>
      <w:r>
        <w:rPr>
          <w:b w:val="false"/>
          <w:sz w:val="28"/>
          <w:lang w:val="zxx"/>
        </w:rPr>
        <w:t>observedAtMs</w:t>
      </w:r>
      <w:r>
        <w:rPr>
          <w:b w:val="false"/>
          <w:sz w:val="28"/>
        </w:rPr>
        <w:t xml:space="preserve">, </w:t>
      </w:r>
      <w:r>
        <w:rPr>
          <w:b w:val="false"/>
          <w:sz w:val="28"/>
          <w:lang w:val="zxx"/>
        </w:rPr>
        <w:t>changedAtMs</w:t>
      </w:r>
      <w:r>
        <w:rPr>
          <w:b w:val="false"/>
          <w:sz w:val="28"/>
        </w:rPr>
        <w:t xml:space="preserve">, </w:t>
      </w:r>
      <w:r>
        <w:rPr>
          <w:b w:val="false"/>
          <w:sz w:val="28"/>
          <w:lang w:val="zxx"/>
        </w:rPr>
        <w:t>continuity</w:t>
      </w:r>
      <w:r>
        <w:rPr>
          <w:b w:val="false"/>
          <w:sz w:val="28"/>
        </w:rPr>
        <w:t xml:space="preserve"> обязательны. </w:t>
      </w:r>
      <w:r>
        <w:rPr>
          <w:b w:val="false"/>
          <w:sz w:val="28"/>
          <w:lang w:val="zxx"/>
        </w:rPr>
        <w:t>active/</w:t>
      </w:r>
      <w:r>
        <w:rPr>
          <w:b w:val="false"/>
          <w:sz w:val="28"/>
        </w:rPr>
        <w:t>​</w:t>
      </w:r>
      <w:r>
        <w:rPr>
          <w:b w:val="false"/>
          <w:sz w:val="28"/>
          <w:lang w:val="zxx"/>
        </w:rPr>
        <w:t>cleared</w:t>
      </w:r>
      <w:r>
        <w:rPr>
          <w:b w:val="false"/>
          <w:sz w:val="28"/>
        </w:rPr>
        <w:t xml:space="preserve"> требуют </w:t>
      </w:r>
      <w:r>
        <w:rPr>
          <w:b w:val="false"/>
          <w:sz w:val="28"/>
          <w:lang w:val="zxx"/>
        </w:rPr>
        <w:t>valid/</w:t>
      </w:r>
      <w:r>
        <w:rPr>
          <w:b w:val="false"/>
          <w:sz w:val="28"/>
        </w:rPr>
        <w:t>​</w:t>
      </w:r>
      <w:r>
        <w:rPr>
          <w:b w:val="false"/>
          <w:sz w:val="28"/>
          <w:lang w:val="zxx"/>
        </w:rPr>
        <w:t>fresh</w:t>
      </w:r>
      <w:r>
        <w:rPr>
          <w:b w:val="false"/>
          <w:sz w:val="28"/>
        </w:rPr>
        <w:t xml:space="preserve">; потеря достоверного наблюдения дает </w:t>
      </w:r>
      <w:r>
        <w:rPr>
          <w:b w:val="false"/>
          <w:sz w:val="28"/>
          <w:lang w:val="zxx"/>
        </w:rPr>
        <w:t>unknown</w:t>
      </w:r>
      <w:r>
        <w:rPr>
          <w:b w:val="false"/>
          <w:sz w:val="28"/>
        </w:rPr>
        <w:t xml:space="preserve">, а не </w:t>
      </w:r>
      <w:r>
        <w:rPr>
          <w:b w:val="false"/>
          <w:sz w:val="28"/>
          <w:lang w:val="zxx"/>
        </w:rPr>
        <w:t>cleared.</w:t>
      </w:r>
      <w:r>
        <w:rPr>
          <w:b w:val="false"/>
          <w:sz w:val="28"/>
        </w:rPr>
        <w:t xml:space="preserve"> Время - монотонные миллисекунды текущего </w:t>
      </w:r>
      <w:r>
        <w:rPr>
          <w:b w:val="false"/>
          <w:sz w:val="28"/>
          <w:lang w:val="zxx"/>
        </w:rPr>
        <w:t>bootId</w:t>
      </w:r>
      <w:r>
        <w:rPr>
          <w:b w:val="false"/>
          <w:sz w:val="28"/>
        </w:rPr>
        <w:t xml:space="preserve">; </w:t>
      </w:r>
      <w:r>
        <w:rPr>
          <w:b w:val="false"/>
          <w:sz w:val="28"/>
          <w:lang w:val="zxx"/>
        </w:rPr>
        <w:t>changedAtMs</w:t>
      </w:r>
      <w:r>
        <w:rPr>
          <w:b w:val="false"/>
          <w:sz w:val="28"/>
        </w:rPr>
        <w:t xml:space="preserve"> &lt;= </w:t>
      </w:r>
      <w:r>
        <w:rPr>
          <w:b w:val="false"/>
          <w:sz w:val="28"/>
          <w:lang w:val="zxx"/>
        </w:rPr>
        <w:t>observedAtMs.</w:t>
      </w:r>
    </w:p>
    <w:p>
      <w:pPr>
        <w:pStyle w:val="Normal"/>
        <w:keepNext w:val="true"/>
        <w:jc w:val="start"/>
        <w:rPr/>
      </w:pPr>
      <w:r>
        <w:rPr>
          <w:b/>
          <w:sz w:val="28"/>
          <w:lang w:val="zxx"/>
        </w:rPr>
        <w:t>19.41</w:t>
      </w:r>
      <w:r>
        <w:rPr>
          <w:b/>
          <w:sz w:val="28"/>
        </w:rPr>
        <w:t xml:space="preserve"> Снимок и журнал</w:t>
      </w:r>
    </w:p>
    <w:p>
      <w:pPr>
        <w:pStyle w:val="Normal"/>
        <w:jc w:val="start"/>
        <w:rPr/>
      </w:pPr>
      <w:r>
        <w:rPr>
          <w:b w:val="false"/>
          <w:sz w:val="28"/>
          <w:lang w:val="zxx"/>
        </w:rPr>
        <w:t>state</w:t>
      </w:r>
      <w:r>
        <w:rPr>
          <w:b w:val="false"/>
          <w:sz w:val="28"/>
        </w:rPr>
        <w:t xml:space="preserve"> содержит </w:t>
      </w:r>
      <w:r>
        <w:rPr>
          <w:b w:val="false"/>
          <w:sz w:val="28"/>
          <w:lang w:val="zxx"/>
        </w:rPr>
        <w:t>active/</w:t>
      </w:r>
      <w:r>
        <w:rPr>
          <w:b w:val="false"/>
          <w:sz w:val="28"/>
        </w:rPr>
        <w:t>​</w:t>
      </w:r>
      <w:r>
        <w:rPr>
          <w:b w:val="false"/>
          <w:sz w:val="28"/>
          <w:lang w:val="zxx"/>
        </w:rPr>
        <w:t>unknown.</w:t>
      </w:r>
      <w:r>
        <w:rPr>
          <w:b w:val="false"/>
          <w:sz w:val="28"/>
        </w:rPr>
        <w:t xml:space="preserve"> </w:t>
      </w:r>
      <w:r>
        <w:rPr>
          <w:b w:val="false"/>
          <w:sz w:val="28"/>
          <w:lang w:val="zxx"/>
        </w:rPr>
        <w:t>events.read:</w:t>
      </w:r>
      <w:r>
        <w:rPr>
          <w:b w:val="false"/>
          <w:sz w:val="28"/>
        </w:rPr>
        <w:t xml:space="preserve"> тип </w:t>
      </w:r>
      <w:r>
        <w:rPr>
          <w:b w:val="false"/>
          <w:sz w:val="28"/>
          <w:lang w:val="zxx"/>
        </w:rPr>
        <w:t>alarm.raised</w:t>
      </w:r>
      <w:r>
        <w:rPr>
          <w:b w:val="false"/>
          <w:sz w:val="28"/>
        </w:rPr>
        <w:t xml:space="preserve"> несет ровно один </w:t>
      </w:r>
      <w:r>
        <w:rPr>
          <w:b w:val="false"/>
          <w:sz w:val="28"/>
          <w:lang w:val="zxx"/>
        </w:rPr>
        <w:t>alarm</w:t>
      </w:r>
      <w:r>
        <w:rPr>
          <w:b w:val="false"/>
          <w:sz w:val="28"/>
        </w:rPr>
        <w:t xml:space="preserve"> </w:t>
      </w:r>
      <w:r>
        <w:rPr>
          <w:b w:val="false"/>
          <w:sz w:val="28"/>
          <w:lang w:val="zxx"/>
        </w:rPr>
        <w:t>state=active</w:t>
      </w:r>
      <w:r>
        <w:rPr>
          <w:b w:val="false"/>
          <w:sz w:val="28"/>
        </w:rPr>
        <w:t xml:space="preserve">, </w:t>
      </w:r>
      <w:r>
        <w:rPr>
          <w:b w:val="false"/>
          <w:sz w:val="28"/>
          <w:lang w:val="zxx"/>
        </w:rPr>
        <w:t>alarm.cleared</w:t>
      </w:r>
      <w:r>
        <w:rPr>
          <w:b w:val="false"/>
          <w:sz w:val="28"/>
        </w:rPr>
        <w:t xml:space="preserve"> - </w:t>
      </w:r>
      <w:r>
        <w:rPr>
          <w:b w:val="false"/>
          <w:sz w:val="28"/>
          <w:lang w:val="zxx"/>
        </w:rPr>
        <w:t>state=cleared</w:t>
      </w:r>
      <w:r>
        <w:rPr>
          <w:b w:val="false"/>
          <w:sz w:val="28"/>
        </w:rPr>
        <w:t xml:space="preserve">, </w:t>
      </w:r>
      <w:r>
        <w:rPr>
          <w:b w:val="false"/>
          <w:sz w:val="28"/>
          <w:lang w:val="zxx"/>
        </w:rPr>
        <w:t>alarm.qualityChanged</w:t>
      </w:r>
      <w:r>
        <w:rPr>
          <w:b w:val="false"/>
          <w:sz w:val="28"/>
        </w:rPr>
        <w:t xml:space="preserve"> - </w:t>
      </w:r>
      <w:r>
        <w:rPr>
          <w:b w:val="false"/>
          <w:sz w:val="28"/>
          <w:lang w:val="zxx"/>
        </w:rPr>
        <w:t>active/</w:t>
      </w:r>
      <w:r>
        <w:rPr>
          <w:b w:val="false"/>
          <w:sz w:val="28"/>
        </w:rPr>
        <w:t>​</w:t>
      </w:r>
      <w:r>
        <w:rPr>
          <w:b w:val="false"/>
          <w:sz w:val="28"/>
          <w:lang w:val="zxx"/>
        </w:rPr>
        <w:t>unknown</w:t>
      </w:r>
      <w:r>
        <w:rPr>
          <w:b w:val="false"/>
          <w:sz w:val="28"/>
        </w:rPr>
        <w:t xml:space="preserve"> того же эпизода, без подтверждения снятия. Изменение состояния и публикация события атомарно получают </w:t>
      </w:r>
      <w:r>
        <w:rPr>
          <w:b w:val="false"/>
          <w:sz w:val="28"/>
          <w:lang w:val="zxx"/>
        </w:rPr>
        <w:t>stateRevision</w:t>
      </w:r>
      <w:r>
        <w:rPr>
          <w:b w:val="false"/>
          <w:sz w:val="28"/>
        </w:rPr>
        <w:t xml:space="preserve"> и </w:t>
      </w:r>
      <w:r>
        <w:rPr>
          <w:b w:val="false"/>
          <w:sz w:val="28"/>
          <w:lang w:val="zxx"/>
        </w:rPr>
        <w:t>eventSeq.</w:t>
      </w:r>
      <w:r>
        <w:rPr>
          <w:b w:val="false"/>
          <w:sz w:val="28"/>
        </w:rPr>
        <w:t xml:space="preserve"> Подтвержденное снятие исключает эпизод из следующих снимков.</w:t>
      </w:r>
    </w:p>
    <w:p>
      <w:pPr>
        <w:pStyle w:val="Normal"/>
        <w:keepNext w:val="true"/>
        <w:jc w:val="start"/>
        <w:rPr/>
      </w:pPr>
      <w:r>
        <w:rPr>
          <w:b/>
          <w:sz w:val="28"/>
          <w:lang w:val="zxx"/>
        </w:rPr>
        <w:t>19.42</w:t>
      </w:r>
      <w:r>
        <w:rPr>
          <w:b/>
          <w:sz w:val="28"/>
        </w:rPr>
        <w:t xml:space="preserve"> Восстановление</w:t>
      </w:r>
    </w:p>
    <w:p>
      <w:pPr>
        <w:pStyle w:val="Normal"/>
        <w:jc w:val="both"/>
        <w:rPr/>
      </w:pPr>
      <w:r>
        <w:rPr>
          <w:b w:val="false"/>
          <w:sz w:val="28"/>
        </w:rPr>
        <w:t xml:space="preserve">В одном </w:t>
      </w:r>
      <w:r>
        <w:rPr>
          <w:b w:val="false"/>
          <w:sz w:val="28"/>
          <w:lang w:val="zxx"/>
        </w:rPr>
        <w:t>bootId</w:t>
      </w:r>
      <w:r>
        <w:rPr>
          <w:b w:val="false"/>
          <w:sz w:val="28"/>
        </w:rPr>
        <w:t xml:space="preserve"> </w:t>
      </w:r>
      <w:r>
        <w:rPr>
          <w:b w:val="false"/>
          <w:sz w:val="28"/>
          <w:lang w:val="zxx"/>
        </w:rPr>
        <w:t>alarmId</w:t>
      </w:r>
      <w:r>
        <w:rPr>
          <w:b w:val="false"/>
          <w:sz w:val="28"/>
        </w:rPr>
        <w:t xml:space="preserve"> сохраняется при разрыве связи и переполнении журнала. После </w:t>
      </w:r>
      <w:r>
        <w:rPr>
          <w:b w:val="false"/>
          <w:sz w:val="28"/>
          <w:lang w:val="zxx"/>
        </w:rPr>
        <w:t>reboot</w:t>
      </w:r>
      <w:r>
        <w:rPr>
          <w:b w:val="false"/>
          <w:sz w:val="28"/>
        </w:rPr>
        <w:t xml:space="preserve"> достоверно восстановленный эпизод сохраняет </w:t>
      </w:r>
      <w:r>
        <w:rPr>
          <w:b w:val="false"/>
          <w:sz w:val="28"/>
          <w:lang w:val="zxx"/>
        </w:rPr>
        <w:t>ID</w:t>
      </w:r>
      <w:r>
        <w:rPr>
          <w:b w:val="false"/>
          <w:sz w:val="28"/>
        </w:rPr>
        <w:t xml:space="preserve">; временные метки начинаются в новой шкале. При утрате доказанной преемственности создается новый </w:t>
      </w:r>
      <w:r>
        <w:rPr>
          <w:b w:val="false"/>
          <w:sz w:val="28"/>
          <w:lang w:val="zxx"/>
        </w:rPr>
        <w:t>ID</w:t>
      </w:r>
      <w:r>
        <w:rPr>
          <w:b w:val="false"/>
          <w:sz w:val="28"/>
        </w:rPr>
        <w:t xml:space="preserve"> с </w:t>
      </w:r>
      <w:r>
        <w:rPr>
          <w:b w:val="false"/>
          <w:sz w:val="28"/>
          <w:lang w:val="zxx"/>
        </w:rPr>
        <w:t>continuity=unknown</w:t>
      </w:r>
      <w:r>
        <w:rPr>
          <w:b w:val="false"/>
          <w:sz w:val="28"/>
        </w:rPr>
        <w:t xml:space="preserve">, без утверждения о новом фронте. </w:t>
      </w:r>
      <w:r>
        <w:rPr>
          <w:b w:val="false"/>
          <w:sz w:val="28"/>
          <w:lang w:val="zxx"/>
        </w:rPr>
        <w:t>continuity=continuous</w:t>
      </w:r>
      <w:r>
        <w:rPr>
          <w:b w:val="false"/>
          <w:sz w:val="28"/>
        </w:rPr>
        <w:t xml:space="preserve"> требует сохраненного происхождения. Восстановленный снимок сам по себе не создает повторное внешнее действие.</w:t>
      </w:r>
    </w:p>
    <w:p>
      <w:pPr>
        <w:pStyle w:val="2"/>
        <w:rPr/>
      </w:pPr>
      <w:r>
        <w:rPr/>
        <w:t>Каталог точек</w:t>
      </w:r>
    </w:p>
    <w:p>
      <w:pPr>
        <w:pStyle w:val="Normal"/>
        <w:keepNext w:val="true"/>
        <w:jc w:val="start"/>
        <w:rPr/>
      </w:pPr>
      <w:r>
        <w:rPr>
          <w:b/>
          <w:sz w:val="28"/>
          <w:lang w:val="zxx"/>
        </w:rPr>
        <w:t>19.43</w:t>
      </w:r>
      <w:r>
        <w:rPr>
          <w:b/>
          <w:sz w:val="28"/>
        </w:rPr>
        <w:t xml:space="preserve"> </w:t>
      </w:r>
      <w:r>
        <w:rPr>
          <w:b/>
          <w:sz w:val="28"/>
          <w:lang w:val="zxx"/>
        </w:rPr>
        <w:t>point</w:t>
      </w:r>
      <w:r>
        <w:rPr>
          <w:b/>
          <w:sz w:val="28"/>
        </w:rPr>
        <w:t xml:space="preserve"> </w:t>
      </w:r>
      <w:r>
        <w:rPr>
          <w:b/>
          <w:sz w:val="28"/>
          <w:lang w:val="zxx"/>
        </w:rPr>
        <w:t>facet=identity</w:t>
      </w:r>
    </w:p>
    <w:p>
      <w:pPr>
        <w:pStyle w:val="Normal"/>
        <w:jc w:val="start"/>
        <w:rPr/>
      </w:pPr>
      <w:r>
        <w:rPr>
          <w:b w:val="false"/>
          <w:sz w:val="28"/>
          <w:lang w:val="zxx"/>
        </w:rPr>
        <w:t>id</w:t>
      </w:r>
      <w:r>
        <w:rPr>
          <w:b w:val="false"/>
          <w:sz w:val="28"/>
        </w:rPr>
        <w:t xml:space="preserve">, </w:t>
      </w:r>
      <w:r>
        <w:rPr>
          <w:b w:val="false"/>
          <w:sz w:val="28"/>
          <w:lang w:val="zxx"/>
        </w:rPr>
        <w:t>facet</w:t>
      </w:r>
      <w:r>
        <w:rPr>
          <w:b w:val="false"/>
          <w:sz w:val="28"/>
        </w:rPr>
        <w:t xml:space="preserve">, </w:t>
      </w:r>
      <w:r>
        <w:rPr>
          <w:b w:val="false"/>
          <w:sz w:val="28"/>
          <w:lang w:val="zxx"/>
        </w:rPr>
        <w:t>resourceId</w:t>
      </w:r>
      <w:r>
        <w:rPr>
          <w:b w:val="false"/>
          <w:sz w:val="28"/>
        </w:rPr>
        <w:t xml:space="preserve">, </w:t>
      </w:r>
      <w:r>
        <w:rPr>
          <w:b w:val="false"/>
          <w:sz w:val="28"/>
          <w:lang w:val="zxx"/>
        </w:rPr>
        <w:t>ouId</w:t>
      </w:r>
      <w:r>
        <w:rPr>
          <w:b w:val="false"/>
          <w:sz w:val="28"/>
        </w:rPr>
        <w:t xml:space="preserve"> обязательны; </w:t>
      </w:r>
      <w:r>
        <w:rPr>
          <w:b w:val="false"/>
          <w:sz w:val="28"/>
          <w:lang w:val="zxx"/>
        </w:rPr>
        <w:t>parentId</w:t>
      </w:r>
      <w:r>
        <w:rPr>
          <w:b w:val="false"/>
          <w:sz w:val="28"/>
        </w:rPr>
        <w:t xml:space="preserve"> и </w:t>
      </w:r>
      <w:r>
        <w:rPr>
          <w:b w:val="false"/>
          <w:sz w:val="28"/>
          <w:lang w:val="zxx"/>
        </w:rPr>
        <w:t>sourceId</w:t>
      </w:r>
      <w:r>
        <w:rPr>
          <w:b w:val="false"/>
          <w:sz w:val="28"/>
        </w:rPr>
        <w:t xml:space="preserve"> необязательны.</w:t>
      </w:r>
    </w:p>
    <w:p>
      <w:pPr>
        <w:pStyle w:val="Normal"/>
        <w:keepNext w:val="true"/>
        <w:jc w:val="start"/>
        <w:rPr/>
      </w:pPr>
      <w:r>
        <w:rPr>
          <w:b/>
          <w:sz w:val="28"/>
          <w:lang w:val="zxx"/>
        </w:rPr>
        <w:t>19.44</w:t>
      </w:r>
      <w:r>
        <w:rPr>
          <w:b/>
          <w:sz w:val="28"/>
        </w:rPr>
        <w:t xml:space="preserve"> </w:t>
      </w:r>
      <w:r>
        <w:rPr>
          <w:b/>
          <w:sz w:val="28"/>
          <w:lang w:val="zxx"/>
        </w:rPr>
        <w:t>point</w:t>
      </w:r>
      <w:r>
        <w:rPr>
          <w:b/>
          <w:sz w:val="28"/>
        </w:rPr>
        <w:t xml:space="preserve"> </w:t>
      </w:r>
      <w:r>
        <w:rPr>
          <w:b/>
          <w:sz w:val="28"/>
          <w:lang w:val="zxx"/>
        </w:rPr>
        <w:t>facet=meaning</w:t>
      </w:r>
    </w:p>
    <w:p>
      <w:pPr>
        <w:pStyle w:val="Normal"/>
        <w:jc w:val="start"/>
        <w:rPr/>
      </w:pPr>
      <w:r>
        <w:rPr>
          <w:b w:val="false"/>
          <w:sz w:val="28"/>
          <w:lang w:val="zxx"/>
        </w:rPr>
        <w:t>id</w:t>
      </w:r>
      <w:r>
        <w:rPr>
          <w:b w:val="false"/>
          <w:sz w:val="28"/>
        </w:rPr>
        <w:t xml:space="preserve">, </w:t>
      </w:r>
      <w:r>
        <w:rPr>
          <w:b w:val="false"/>
          <w:sz w:val="28"/>
          <w:lang w:val="zxx"/>
        </w:rPr>
        <w:t>facet</w:t>
      </w:r>
      <w:r>
        <w:rPr>
          <w:b w:val="false"/>
          <w:sz w:val="28"/>
        </w:rPr>
        <w:t xml:space="preserve">, </w:t>
      </w:r>
      <w:r>
        <w:rPr>
          <w:b w:val="false"/>
          <w:sz w:val="28"/>
          <w:lang w:val="zxx"/>
        </w:rPr>
        <w:t>kind</w:t>
      </w:r>
      <w:r>
        <w:rPr>
          <w:b w:val="false"/>
          <w:sz w:val="28"/>
        </w:rPr>
        <w:t xml:space="preserve">, </w:t>
      </w:r>
      <w:r>
        <w:rPr>
          <w:b w:val="false"/>
          <w:sz w:val="28"/>
          <w:lang w:val="zxx"/>
        </w:rPr>
        <w:t>type</w:t>
      </w:r>
      <w:r>
        <w:rPr>
          <w:b w:val="false"/>
          <w:sz w:val="28"/>
        </w:rPr>
        <w:t xml:space="preserve"> обязательны; </w:t>
      </w:r>
      <w:r>
        <w:rPr>
          <w:b w:val="false"/>
          <w:sz w:val="28"/>
          <w:lang w:val="zxx"/>
        </w:rPr>
        <w:t>unit</w:t>
      </w:r>
      <w:r>
        <w:rPr>
          <w:b w:val="false"/>
          <w:sz w:val="28"/>
        </w:rPr>
        <w:t xml:space="preserve"> и </w:t>
      </w:r>
      <w:r>
        <w:rPr>
          <w:b w:val="false"/>
          <w:sz w:val="28"/>
          <w:lang w:val="zxx"/>
        </w:rPr>
        <w:t>scale</w:t>
      </w:r>
      <w:r>
        <w:rPr>
          <w:b w:val="false"/>
          <w:sz w:val="28"/>
        </w:rPr>
        <w:t xml:space="preserve"> необязательны.</w:t>
      </w:r>
    </w:p>
    <w:p>
      <w:pPr>
        <w:pStyle w:val="Normal"/>
        <w:keepNext w:val="true"/>
        <w:jc w:val="start"/>
        <w:rPr/>
      </w:pPr>
      <w:r>
        <w:rPr>
          <w:b/>
          <w:sz w:val="28"/>
          <w:lang w:val="zxx"/>
        </w:rPr>
        <w:t>19.45</w:t>
      </w:r>
      <w:r>
        <w:rPr>
          <w:b/>
          <w:sz w:val="28"/>
        </w:rPr>
        <w:t xml:space="preserve"> </w:t>
      </w:r>
      <w:r>
        <w:rPr>
          <w:b/>
          <w:sz w:val="28"/>
          <w:lang w:val="zxx"/>
        </w:rPr>
        <w:t>point</w:t>
      </w:r>
      <w:r>
        <w:rPr>
          <w:b/>
          <w:sz w:val="28"/>
        </w:rPr>
        <w:t xml:space="preserve"> </w:t>
      </w:r>
      <w:r>
        <w:rPr>
          <w:b/>
          <w:sz w:val="28"/>
          <w:lang w:val="zxx"/>
        </w:rPr>
        <w:t>facet=source</w:t>
      </w:r>
    </w:p>
    <w:p>
      <w:pPr>
        <w:pStyle w:val="Normal"/>
        <w:jc w:val="start"/>
        <w:rPr/>
      </w:pPr>
      <w:r>
        <w:rPr>
          <w:b w:val="false"/>
          <w:sz w:val="28"/>
          <w:lang w:val="zxx"/>
        </w:rPr>
        <w:t>id</w:t>
      </w:r>
      <w:r>
        <w:rPr>
          <w:b w:val="false"/>
          <w:sz w:val="28"/>
        </w:rPr>
        <w:t xml:space="preserve">, </w:t>
      </w:r>
      <w:r>
        <w:rPr>
          <w:b w:val="false"/>
          <w:sz w:val="28"/>
          <w:lang w:val="zxx"/>
        </w:rPr>
        <w:t>facet</w:t>
      </w:r>
      <w:r>
        <w:rPr>
          <w:b w:val="false"/>
          <w:sz w:val="28"/>
        </w:rPr>
        <w:t xml:space="preserve">, </w:t>
      </w:r>
      <w:r>
        <w:rPr>
          <w:b w:val="false"/>
          <w:sz w:val="28"/>
          <w:lang w:val="zxx"/>
        </w:rPr>
        <w:t>sourceKind</w:t>
      </w:r>
      <w:r>
        <w:rPr>
          <w:b w:val="false"/>
          <w:sz w:val="28"/>
        </w:rPr>
        <w:t xml:space="preserve">, </w:t>
      </w:r>
      <w:r>
        <w:rPr>
          <w:b w:val="false"/>
          <w:sz w:val="28"/>
          <w:lang w:val="zxx"/>
        </w:rPr>
        <w:t>presence</w:t>
      </w:r>
      <w:r>
        <w:rPr>
          <w:b w:val="false"/>
          <w:sz w:val="28"/>
        </w:rPr>
        <w:t xml:space="preserve">, </w:t>
      </w:r>
      <w:r>
        <w:rPr>
          <w:b w:val="false"/>
          <w:sz w:val="28"/>
          <w:lang w:val="zxx"/>
        </w:rPr>
        <w:t>support</w:t>
      </w:r>
      <w:r>
        <w:rPr>
          <w:b w:val="false"/>
          <w:sz w:val="28"/>
        </w:rPr>
        <w:t xml:space="preserve"> обязательны. Поддержка не подменяет физическое наличие.</w:t>
      </w:r>
    </w:p>
    <w:p>
      <w:pPr>
        <w:pStyle w:val="Normal"/>
        <w:keepNext w:val="true"/>
        <w:jc w:val="start"/>
        <w:rPr/>
      </w:pPr>
      <w:r>
        <w:rPr>
          <w:b/>
          <w:sz w:val="28"/>
          <w:lang w:val="zxx"/>
        </w:rPr>
        <w:t>19.46</w:t>
      </w:r>
      <w:r>
        <w:rPr>
          <w:b/>
          <w:sz w:val="28"/>
        </w:rPr>
        <w:t xml:space="preserve"> </w:t>
      </w:r>
      <w:r>
        <w:rPr>
          <w:b/>
          <w:sz w:val="28"/>
          <w:lang w:val="zxx"/>
        </w:rPr>
        <w:t>point</w:t>
      </w:r>
      <w:r>
        <w:rPr>
          <w:b/>
          <w:sz w:val="28"/>
        </w:rPr>
        <w:t xml:space="preserve"> </w:t>
      </w:r>
      <w:r>
        <w:rPr>
          <w:b/>
          <w:sz w:val="28"/>
          <w:lang w:val="zxx"/>
        </w:rPr>
        <w:t>facet=acquisition</w:t>
      </w:r>
    </w:p>
    <w:p>
      <w:pPr>
        <w:pStyle w:val="Normal"/>
        <w:jc w:val="start"/>
        <w:rPr/>
      </w:pPr>
      <w:r>
        <w:rPr>
          <w:b w:val="false"/>
          <w:sz w:val="28"/>
          <w:lang w:val="zxx"/>
        </w:rPr>
        <w:t>id</w:t>
      </w:r>
      <w:r>
        <w:rPr>
          <w:b w:val="false"/>
          <w:sz w:val="28"/>
        </w:rPr>
        <w:t xml:space="preserve">, </w:t>
      </w:r>
      <w:r>
        <w:rPr>
          <w:b w:val="false"/>
          <w:sz w:val="28"/>
          <w:lang w:val="zxx"/>
        </w:rPr>
        <w:t>facet</w:t>
      </w:r>
      <w:r>
        <w:rPr>
          <w:b w:val="false"/>
          <w:sz w:val="28"/>
        </w:rPr>
        <w:t xml:space="preserve">, </w:t>
      </w:r>
      <w:r>
        <w:rPr>
          <w:b w:val="false"/>
          <w:sz w:val="28"/>
          <w:lang w:val="zxx"/>
        </w:rPr>
        <w:t>readMethod</w:t>
      </w:r>
      <w:r>
        <w:rPr>
          <w:b w:val="false"/>
          <w:sz w:val="28"/>
        </w:rPr>
        <w:t xml:space="preserve">, </w:t>
      </w:r>
      <w:r>
        <w:rPr>
          <w:b w:val="false"/>
          <w:sz w:val="28"/>
          <w:lang w:val="zxx"/>
        </w:rPr>
        <w:t>maxAgeMs</w:t>
      </w:r>
      <w:r>
        <w:rPr>
          <w:b w:val="false"/>
          <w:sz w:val="28"/>
        </w:rPr>
        <w:t xml:space="preserve"> обязательны.</w:t>
      </w:r>
    </w:p>
    <w:p>
      <w:pPr>
        <w:pStyle w:val="Normal"/>
        <w:keepNext w:val="true"/>
        <w:jc w:val="start"/>
        <w:rPr/>
      </w:pPr>
      <w:r>
        <w:rPr>
          <w:b/>
          <w:sz w:val="28"/>
          <w:lang w:val="zxx"/>
        </w:rPr>
        <w:t>19.47</w:t>
      </w:r>
      <w:r>
        <w:rPr>
          <w:b/>
          <w:sz w:val="28"/>
        </w:rPr>
        <w:t xml:space="preserve"> </w:t>
      </w:r>
      <w:r>
        <w:rPr>
          <w:b/>
          <w:sz w:val="28"/>
          <w:lang w:val="zxx"/>
        </w:rPr>
        <w:t>enum</w:t>
      </w:r>
    </w:p>
    <w:p>
      <w:pPr>
        <w:pStyle w:val="Normal"/>
        <w:jc w:val="start"/>
        <w:rPr/>
      </w:pPr>
      <w:r>
        <w:rPr>
          <w:b w:val="false"/>
          <w:sz w:val="28"/>
          <w:lang w:val="zxx"/>
        </w:rPr>
        <w:t>pointId</w:t>
      </w:r>
      <w:r>
        <w:rPr>
          <w:b w:val="false"/>
          <w:sz w:val="28"/>
        </w:rPr>
        <w:t xml:space="preserve">, </w:t>
      </w:r>
      <w:r>
        <w:rPr>
          <w:b w:val="false"/>
          <w:sz w:val="28"/>
          <w:lang w:val="zxx"/>
        </w:rPr>
        <w:t>code</w:t>
      </w:r>
      <w:r>
        <w:rPr>
          <w:b w:val="false"/>
          <w:sz w:val="28"/>
        </w:rPr>
        <w:t xml:space="preserve"> и </w:t>
      </w:r>
      <w:r>
        <w:rPr>
          <w:b w:val="false"/>
          <w:sz w:val="28"/>
          <w:lang w:val="zxx"/>
        </w:rPr>
        <w:t>label</w:t>
      </w:r>
      <w:r>
        <w:rPr>
          <w:b w:val="false"/>
          <w:sz w:val="28"/>
        </w:rPr>
        <w:t xml:space="preserve"> обязательны. Уникальность (</w:t>
      </w:r>
      <w:r>
        <w:rPr>
          <w:b w:val="false"/>
          <w:sz w:val="28"/>
          <w:lang w:val="zxx"/>
        </w:rPr>
        <w:t>pointId</w:t>
      </w:r>
      <w:r>
        <w:rPr>
          <w:b w:val="false"/>
          <w:sz w:val="28"/>
        </w:rPr>
        <w:t xml:space="preserve">, </w:t>
      </w:r>
      <w:r>
        <w:rPr>
          <w:b w:val="false"/>
          <w:sz w:val="28"/>
          <w:lang w:val="zxx"/>
        </w:rPr>
        <w:t>code</w:t>
      </w:r>
      <w:r>
        <w:rPr>
          <w:b w:val="false"/>
          <w:sz w:val="28"/>
        </w:rPr>
        <w:t xml:space="preserve">). Только для </w:t>
      </w:r>
      <w:r>
        <w:rPr>
          <w:b w:val="false"/>
          <w:sz w:val="28"/>
          <w:lang w:val="zxx"/>
        </w:rPr>
        <w:t>type=enum</w:t>
      </w:r>
      <w:r>
        <w:rPr>
          <w:b w:val="false"/>
          <w:sz w:val="28"/>
        </w:rPr>
        <w:t xml:space="preserve">, как минимум одна запись. Строка </w:t>
      </w:r>
      <w:r>
        <w:rPr>
          <w:b w:val="false"/>
          <w:sz w:val="28"/>
          <w:lang w:val="zxx"/>
        </w:rPr>
        <w:t>label</w:t>
      </w:r>
      <w:r>
        <w:rPr>
          <w:b w:val="false"/>
          <w:sz w:val="28"/>
        </w:rPr>
        <w:t xml:space="preserve"> не более </w:t>
      </w:r>
      <w:r>
        <w:rPr>
          <w:b w:val="false"/>
          <w:sz w:val="28"/>
          <w:lang w:val="zxx"/>
        </w:rPr>
        <w:t>64</w:t>
      </w:r>
      <w:r>
        <w:rPr>
          <w:b w:val="false"/>
          <w:sz w:val="28"/>
        </w:rPr>
        <w:t xml:space="preserve"> декодированных байт </w:t>
      </w:r>
      <w:r>
        <w:rPr>
          <w:b w:val="false"/>
          <w:sz w:val="28"/>
          <w:lang w:val="zxx"/>
        </w:rPr>
        <w:t>UTF-</w:t>
      </w:r>
      <w:r>
        <w:rPr>
          <w:b w:val="false"/>
          <w:sz w:val="28"/>
        </w:rPr>
        <w:t>⁠</w:t>
      </w:r>
      <w:r>
        <w:rPr>
          <w:b w:val="false"/>
          <w:sz w:val="28"/>
          <w:lang w:val="zxx"/>
        </w:rPr>
        <w:t>8</w:t>
      </w:r>
      <w:r>
        <w:rPr>
          <w:b w:val="false"/>
          <w:sz w:val="28"/>
        </w:rPr>
        <w:t xml:space="preserve">; этот предел учитывает расширение </w:t>
      </w:r>
      <w:r>
        <w:rPr>
          <w:b w:val="false"/>
          <w:sz w:val="28"/>
          <w:lang w:val="zxx"/>
        </w:rPr>
        <w:t>XML-</w:t>
      </w:r>
      <w:r>
        <w:rPr>
          <w:b w:val="false"/>
          <w:sz w:val="28"/>
        </w:rPr>
        <w:t>сущностей при кодировании.</w:t>
      </w:r>
    </w:p>
    <w:p>
      <w:pPr>
        <w:pStyle w:val="Normal"/>
        <w:keepNext w:val="true"/>
        <w:jc w:val="start"/>
        <w:rPr/>
      </w:pPr>
      <w:r>
        <w:rPr>
          <w:b/>
          <w:sz w:val="28"/>
          <w:lang w:val="zxx"/>
        </w:rPr>
        <w:t>19.48</w:t>
      </w:r>
      <w:r>
        <w:rPr>
          <w:b/>
          <w:sz w:val="28"/>
        </w:rPr>
        <w:t xml:space="preserve"> </w:t>
      </w:r>
      <w:r>
        <w:rPr>
          <w:b/>
          <w:sz w:val="28"/>
          <w:lang w:val="zxx"/>
        </w:rPr>
        <w:t>threshold</w:t>
      </w:r>
    </w:p>
    <w:p>
      <w:pPr>
        <w:pStyle w:val="Normal"/>
        <w:jc w:val="start"/>
        <w:rPr/>
      </w:pPr>
      <w:r>
        <w:rPr>
          <w:b w:val="false"/>
          <w:sz w:val="28"/>
          <w:lang w:val="zxx"/>
        </w:rPr>
        <w:t>pointId</w:t>
      </w:r>
      <w:r>
        <w:rPr>
          <w:b w:val="false"/>
          <w:sz w:val="28"/>
        </w:rPr>
        <w:t xml:space="preserve">, </w:t>
      </w:r>
      <w:r>
        <w:rPr>
          <w:b w:val="false"/>
          <w:sz w:val="28"/>
          <w:lang w:val="zxx"/>
        </w:rPr>
        <w:t>conditionId</w:t>
      </w:r>
      <w:r>
        <w:rPr>
          <w:b w:val="false"/>
          <w:sz w:val="28"/>
        </w:rPr>
        <w:t xml:space="preserve">, </w:t>
      </w:r>
      <w:r>
        <w:rPr>
          <w:b w:val="false"/>
          <w:sz w:val="28"/>
          <w:lang w:val="zxx"/>
        </w:rPr>
        <w:t>operator</w:t>
      </w:r>
      <w:r>
        <w:rPr>
          <w:b w:val="false"/>
          <w:sz w:val="28"/>
        </w:rPr>
        <w:t xml:space="preserve">, </w:t>
      </w:r>
      <w:r>
        <w:rPr>
          <w:b w:val="false"/>
          <w:sz w:val="28"/>
          <w:lang w:val="zxx"/>
        </w:rPr>
        <w:t>value</w:t>
      </w:r>
      <w:r>
        <w:rPr>
          <w:b w:val="false"/>
          <w:sz w:val="28"/>
        </w:rPr>
        <w:t xml:space="preserve">, </w:t>
      </w:r>
      <w:r>
        <w:rPr>
          <w:b w:val="false"/>
          <w:sz w:val="28"/>
          <w:lang w:val="zxx"/>
        </w:rPr>
        <w:t>hysteresis</w:t>
      </w:r>
      <w:r>
        <w:rPr>
          <w:b w:val="false"/>
          <w:sz w:val="28"/>
        </w:rPr>
        <w:t xml:space="preserve">, </w:t>
      </w:r>
      <w:r>
        <w:rPr>
          <w:b w:val="false"/>
          <w:sz w:val="28"/>
          <w:lang w:val="zxx"/>
        </w:rPr>
        <w:t>severity</w:t>
      </w:r>
      <w:r>
        <w:rPr>
          <w:b w:val="false"/>
          <w:sz w:val="28"/>
        </w:rPr>
        <w:t xml:space="preserve"> обязательны. Только </w:t>
      </w:r>
      <w:r>
        <w:rPr>
          <w:b w:val="false"/>
          <w:sz w:val="28"/>
          <w:lang w:val="zxx"/>
        </w:rPr>
        <w:t>int/</w:t>
      </w:r>
      <w:r>
        <w:rPr>
          <w:b w:val="false"/>
          <w:sz w:val="28"/>
        </w:rPr>
        <w:t>​</w:t>
      </w:r>
      <w:r>
        <w:rPr>
          <w:b w:val="false"/>
          <w:sz w:val="28"/>
          <w:lang w:val="zxx"/>
        </w:rPr>
        <w:t>counter</w:t>
      </w:r>
      <w:r>
        <w:rPr>
          <w:b w:val="false"/>
          <w:sz w:val="28"/>
        </w:rPr>
        <w:t xml:space="preserve">; </w:t>
      </w:r>
      <w:r>
        <w:rPr>
          <w:b w:val="false"/>
          <w:sz w:val="28"/>
          <w:lang w:val="zxx"/>
        </w:rPr>
        <w:t>value</w:t>
      </w:r>
      <w:r>
        <w:rPr>
          <w:b w:val="false"/>
          <w:sz w:val="28"/>
        </w:rPr>
        <w:t xml:space="preserve"> и </w:t>
      </w:r>
      <w:r>
        <w:rPr>
          <w:b w:val="false"/>
          <w:sz w:val="28"/>
          <w:lang w:val="zxx"/>
        </w:rPr>
        <w:t>hysteresis</w:t>
      </w:r>
      <w:r>
        <w:rPr>
          <w:b w:val="false"/>
          <w:sz w:val="28"/>
        </w:rPr>
        <w:t xml:space="preserve"> - </w:t>
      </w:r>
      <w:r>
        <w:rPr>
          <w:b w:val="false"/>
          <w:sz w:val="28"/>
          <w:lang w:val="zxx"/>
        </w:rPr>
        <w:t>XML</w:t>
      </w:r>
      <w:r>
        <w:rPr>
          <w:b w:val="false"/>
          <w:sz w:val="28"/>
        </w:rPr>
        <w:t xml:space="preserve"> </w:t>
      </w:r>
      <w:r>
        <w:rPr>
          <w:b w:val="false"/>
          <w:sz w:val="28"/>
          <w:lang w:val="zxx"/>
        </w:rPr>
        <w:t>decimal</w:t>
      </w:r>
      <w:r>
        <w:rPr>
          <w:b w:val="false"/>
          <w:sz w:val="28"/>
        </w:rPr>
        <w:t xml:space="preserve"> без экспоненты, </w:t>
      </w:r>
      <w:r>
        <w:rPr>
          <w:b w:val="false"/>
          <w:sz w:val="28"/>
          <w:lang w:val="zxx"/>
        </w:rPr>
        <w:t>hysteresis</w:t>
      </w:r>
      <w:r>
        <w:rPr>
          <w:b w:val="false"/>
          <w:sz w:val="28"/>
        </w:rPr>
        <w:t xml:space="preserve"> &gt;= </w:t>
      </w:r>
      <w:r>
        <w:rPr>
          <w:b w:val="false"/>
          <w:sz w:val="28"/>
          <w:lang w:val="zxx"/>
        </w:rPr>
        <w:t>0.</w:t>
      </w:r>
      <w:r>
        <w:rPr>
          <w:b w:val="false"/>
          <w:sz w:val="28"/>
        </w:rPr>
        <w:t xml:space="preserve"> Порог сравнивает переданное числовое значение до применения </w:t>
      </w:r>
      <w:r>
        <w:rPr>
          <w:b w:val="false"/>
          <w:sz w:val="28"/>
          <w:lang w:val="zxx"/>
        </w:rPr>
        <w:t>scale.</w:t>
      </w:r>
      <w:r>
        <w:rPr>
          <w:b w:val="false"/>
          <w:sz w:val="28"/>
        </w:rPr>
        <w:t xml:space="preserve"> </w:t>
      </w:r>
      <w:r>
        <w:rPr>
          <w:b w:val="false"/>
          <w:sz w:val="28"/>
          <w:lang w:val="zxx"/>
        </w:rPr>
        <w:t>conditionId</w:t>
      </w:r>
      <w:r>
        <w:rPr>
          <w:b w:val="false"/>
          <w:sz w:val="28"/>
        </w:rPr>
        <w:t xml:space="preserve"> уникален в каталоге.</w:t>
      </w:r>
    </w:p>
    <w:p>
      <w:pPr>
        <w:pStyle w:val="Normal"/>
        <w:jc w:val="start"/>
        <w:rPr/>
      </w:pPr>
      <w:r>
        <w:rPr>
          <w:b w:val="false"/>
          <w:sz w:val="28"/>
          <w:lang w:val="zxx"/>
        </w:rPr>
        <w:t>19.49</w:t>
      </w:r>
      <w:r>
        <w:rPr>
          <w:b w:val="false"/>
          <w:sz w:val="28"/>
        </w:rPr>
        <w:t xml:space="preserve"> Полный каталог содержит четыре </w:t>
      </w:r>
      <w:r>
        <w:rPr>
          <w:b w:val="false"/>
          <w:sz w:val="28"/>
          <w:lang w:val="zxx"/>
        </w:rPr>
        <w:t>facet</w:t>
      </w:r>
      <w:r>
        <w:rPr>
          <w:b w:val="false"/>
          <w:sz w:val="28"/>
        </w:rPr>
        <w:t xml:space="preserve"> для каждой выбранной точки; </w:t>
      </w:r>
      <w:r>
        <w:rPr>
          <w:b w:val="false"/>
          <w:sz w:val="28"/>
          <w:lang w:val="zxx"/>
        </w:rPr>
        <w:t>enum</w:t>
      </w:r>
      <w:r>
        <w:rPr>
          <w:b w:val="false"/>
          <w:sz w:val="28"/>
        </w:rPr>
        <w:t xml:space="preserve"> и </w:t>
      </w:r>
      <w:r>
        <w:rPr>
          <w:b w:val="false"/>
          <w:sz w:val="28"/>
          <w:lang w:val="zxx"/>
        </w:rPr>
        <w:t>threshold</w:t>
      </w:r>
      <w:r>
        <w:rPr>
          <w:b w:val="false"/>
          <w:sz w:val="28"/>
        </w:rPr>
        <w:t xml:space="preserve"> не повторяют их поля. Записи связываются через </w:t>
      </w:r>
      <w:r>
        <w:rPr>
          <w:b w:val="false"/>
          <w:sz w:val="28"/>
          <w:lang w:val="zxx"/>
        </w:rPr>
        <w:t>pointId</w:t>
      </w:r>
      <w:r>
        <w:rPr>
          <w:b w:val="false"/>
          <w:sz w:val="28"/>
        </w:rPr>
        <w:t xml:space="preserve"> и общий </w:t>
      </w:r>
      <w:r>
        <w:rPr>
          <w:b w:val="false"/>
          <w:sz w:val="28"/>
          <w:lang w:val="zxx"/>
        </w:rPr>
        <w:t>snapshotId/</w:t>
      </w:r>
      <w:r>
        <w:rPr>
          <w:b w:val="false"/>
          <w:sz w:val="28"/>
        </w:rPr>
        <w:t>​</w:t>
      </w:r>
      <w:r>
        <w:rPr>
          <w:b w:val="false"/>
          <w:sz w:val="28"/>
          <w:lang w:val="zxx"/>
        </w:rPr>
        <w:t>capabilityRevision/</w:t>
      </w:r>
      <w:r>
        <w:rPr>
          <w:b w:val="false"/>
          <w:sz w:val="28"/>
        </w:rPr>
        <w:t>​</w:t>
      </w:r>
      <w:r>
        <w:rPr>
          <w:b w:val="false"/>
          <w:sz w:val="28"/>
          <w:lang w:val="zxx"/>
        </w:rPr>
        <w:t>bindingGeneration.</w:t>
      </w:r>
      <w:r>
        <w:rPr>
          <w:b w:val="false"/>
          <w:sz w:val="28"/>
        </w:rPr>
        <w:t xml:space="preserve"> Фильтр </w:t>
      </w:r>
      <w:r>
        <w:rPr>
          <w:b w:val="false"/>
          <w:sz w:val="28"/>
          <w:lang w:val="zxx"/>
        </w:rPr>
        <w:t>pointId/</w:t>
      </w:r>
      <w:r>
        <w:rPr>
          <w:b w:val="false"/>
          <w:sz w:val="28"/>
        </w:rPr>
        <w:t>​</w:t>
      </w:r>
      <w:r>
        <w:rPr>
          <w:b w:val="false"/>
          <w:sz w:val="28"/>
          <w:lang w:val="zxx"/>
        </w:rPr>
        <w:t>resourceId/</w:t>
      </w:r>
      <w:r>
        <w:rPr>
          <w:b w:val="false"/>
          <w:sz w:val="28"/>
        </w:rPr>
        <w:t>​</w:t>
      </w:r>
      <w:r>
        <w:rPr>
          <w:b w:val="false"/>
          <w:sz w:val="28"/>
          <w:lang w:val="zxx"/>
        </w:rPr>
        <w:t>ouId</w:t>
      </w:r>
      <w:r>
        <w:rPr>
          <w:b w:val="false"/>
          <w:sz w:val="28"/>
        </w:rPr>
        <w:t xml:space="preserve"> применяется ко всем частям описания, а не только к </w:t>
      </w:r>
      <w:r>
        <w:rPr>
          <w:b w:val="false"/>
          <w:sz w:val="28"/>
          <w:lang w:val="zxx"/>
        </w:rPr>
        <w:t>identity.</w:t>
      </w:r>
      <w:r>
        <w:rPr>
          <w:b w:val="false"/>
          <w:sz w:val="28"/>
        </w:rPr>
        <w:t xml:space="preserve"> Для порога </w:t>
      </w:r>
      <w:r>
        <w:rPr>
          <w:b w:val="false"/>
          <w:sz w:val="28"/>
          <w:lang w:val="zxx"/>
        </w:rPr>
        <w:t>gt/</w:t>
      </w:r>
      <w:r>
        <w:rPr>
          <w:b w:val="false"/>
          <w:sz w:val="28"/>
        </w:rPr>
        <w:t>​</w:t>
      </w:r>
      <w:r>
        <w:rPr>
          <w:b w:val="false"/>
          <w:sz w:val="28"/>
          <w:lang w:val="zxx"/>
        </w:rPr>
        <w:t>ge</w:t>
      </w:r>
      <w:r>
        <w:rPr>
          <w:b w:val="false"/>
          <w:sz w:val="28"/>
        </w:rPr>
        <w:t xml:space="preserve"> условие снимается при значении ниже </w:t>
      </w:r>
      <w:r>
        <w:rPr>
          <w:b w:val="false"/>
          <w:sz w:val="28"/>
          <w:lang w:val="zxx"/>
        </w:rPr>
        <w:t>value-</w:t>
      </w:r>
      <w:r>
        <w:rPr>
          <w:b w:val="false"/>
          <w:sz w:val="28"/>
        </w:rPr>
        <w:t>⁠</w:t>
      </w:r>
      <w:r>
        <w:rPr>
          <w:b w:val="false"/>
          <w:sz w:val="28"/>
          <w:lang w:val="zxx"/>
        </w:rPr>
        <w:t>hysteresis</w:t>
      </w:r>
      <w:r>
        <w:rPr>
          <w:b w:val="false"/>
          <w:sz w:val="28"/>
        </w:rPr>
        <w:t xml:space="preserve">; для </w:t>
      </w:r>
      <w:r>
        <w:rPr>
          <w:b w:val="false"/>
          <w:sz w:val="28"/>
          <w:lang w:val="zxx"/>
        </w:rPr>
        <w:t>lt/</w:t>
      </w:r>
      <w:r>
        <w:rPr>
          <w:b w:val="false"/>
          <w:sz w:val="28"/>
        </w:rPr>
        <w:t>​</w:t>
      </w:r>
      <w:r>
        <w:rPr>
          <w:b w:val="false"/>
          <w:sz w:val="28"/>
          <w:lang w:val="zxx"/>
        </w:rPr>
        <w:t>le</w:t>
      </w:r>
      <w:r>
        <w:rPr>
          <w:b w:val="false"/>
          <w:sz w:val="28"/>
        </w:rPr>
        <w:t xml:space="preserve"> - выше </w:t>
      </w:r>
      <w:r>
        <w:rPr>
          <w:b w:val="false"/>
          <w:sz w:val="28"/>
          <w:lang w:val="zxx"/>
        </w:rPr>
        <w:t>value+hysteresis</w:t>
      </w:r>
      <w:r>
        <w:rPr>
          <w:b w:val="false"/>
          <w:sz w:val="28"/>
        </w:rPr>
        <w:t xml:space="preserve">; </w:t>
      </w:r>
      <w:r>
        <w:rPr>
          <w:b w:val="false"/>
          <w:sz w:val="28"/>
          <w:lang w:val="zxx"/>
        </w:rPr>
        <w:t>eq/</w:t>
      </w:r>
      <w:r>
        <w:rPr>
          <w:b w:val="false"/>
          <w:sz w:val="28"/>
        </w:rPr>
        <w:t>​</w:t>
      </w:r>
      <w:r>
        <w:rPr>
          <w:b w:val="false"/>
          <w:sz w:val="28"/>
          <w:lang w:val="zxx"/>
        </w:rPr>
        <w:t>ne</w:t>
      </w:r>
      <w:r>
        <w:rPr>
          <w:b w:val="false"/>
          <w:sz w:val="28"/>
        </w:rPr>
        <w:t xml:space="preserve"> требуют </w:t>
      </w:r>
      <w:r>
        <w:rPr>
          <w:b w:val="false"/>
          <w:sz w:val="28"/>
          <w:lang w:val="zxx"/>
        </w:rPr>
        <w:t>hysteresis=0</w:t>
      </w:r>
      <w:r>
        <w:rPr>
          <w:b w:val="false"/>
          <w:sz w:val="28"/>
        </w:rPr>
        <w:t xml:space="preserve"> и снимаются при ложном сравнении. Значения </w:t>
      </w:r>
      <w:r>
        <w:rPr>
          <w:b w:val="false"/>
          <w:sz w:val="28"/>
          <w:lang w:val="zxx"/>
        </w:rPr>
        <w:t>enum</w:t>
      </w:r>
      <w:r>
        <w:rPr>
          <w:b w:val="false"/>
          <w:sz w:val="28"/>
        </w:rPr>
        <w:t xml:space="preserve"> и пороги не являются командами воздействия.</w:t>
      </w:r>
    </w:p>
    <w:p>
      <w:pPr>
        <w:pStyle w:val="Normal"/>
        <w:jc w:val="both"/>
        <w:rPr/>
      </w:pPr>
      <w:r>
        <w:rPr>
          <w:b w:val="false"/>
          <w:sz w:val="28"/>
          <w:lang w:val="zxx"/>
        </w:rPr>
        <w:t>19.50</w:t>
      </w:r>
      <w:r>
        <w:rPr>
          <w:b w:val="false"/>
          <w:sz w:val="28"/>
        </w:rPr>
        <w:t xml:space="preserve"> В ядре </w:t>
      </w:r>
      <w:r>
        <w:rPr>
          <w:b w:val="false"/>
          <w:sz w:val="28"/>
          <w:lang w:val="zxx"/>
        </w:rPr>
        <w:t>sensors.read</w:t>
      </w:r>
      <w:r>
        <w:rPr>
          <w:b w:val="false"/>
          <w:sz w:val="28"/>
        </w:rPr>
        <w:t xml:space="preserve"> возвращает полный выбранный набор: </w:t>
      </w:r>
      <w:r>
        <w:rPr>
          <w:b w:val="false"/>
          <w:sz w:val="28"/>
          <w:lang w:val="zxx"/>
        </w:rPr>
        <w:t>complete=true</w:t>
      </w:r>
      <w:r>
        <w:rPr>
          <w:b w:val="false"/>
          <w:sz w:val="28"/>
        </w:rPr>
        <w:t xml:space="preserve"> на всех страницах обозначает полноту зафиксированного набора, </w:t>
      </w:r>
      <w:r>
        <w:rPr>
          <w:b w:val="false"/>
          <w:sz w:val="28"/>
          <w:lang w:val="zxx"/>
        </w:rPr>
        <w:t>more=false</w:t>
      </w:r>
      <w:r>
        <w:rPr>
          <w:b w:val="false"/>
          <w:sz w:val="28"/>
        </w:rPr>
        <w:t xml:space="preserve"> - конец передачи. Недоступное показание передается записью с </w:t>
      </w:r>
      <w:r>
        <w:rPr>
          <w:b w:val="false"/>
          <w:sz w:val="28"/>
          <w:lang w:val="zxx"/>
        </w:rPr>
        <w:t>validity=unavailable</w:t>
      </w:r>
      <w:r>
        <w:rPr>
          <w:b w:val="false"/>
          <w:sz w:val="28"/>
        </w:rPr>
        <w:t xml:space="preserve"> и </w:t>
      </w:r>
      <w:r>
        <w:rPr>
          <w:b w:val="false"/>
          <w:sz w:val="28"/>
          <w:lang w:val="zxx"/>
        </w:rPr>
        <w:t>reason</w:t>
      </w:r>
      <w:r>
        <w:rPr>
          <w:b w:val="false"/>
          <w:sz w:val="28"/>
        </w:rPr>
        <w:t xml:space="preserve">; не удаляется из набора. Неизвестный </w:t>
      </w:r>
      <w:r>
        <w:rPr>
          <w:b w:val="false"/>
          <w:sz w:val="28"/>
          <w:lang w:val="zxx"/>
        </w:rPr>
        <w:t>pointId</w:t>
      </w:r>
      <w:r>
        <w:rPr>
          <w:b w:val="false"/>
          <w:sz w:val="28"/>
        </w:rPr>
        <w:t xml:space="preserve"> отклоняет запрос с </w:t>
      </w:r>
      <w:r>
        <w:rPr>
          <w:b w:val="false"/>
          <w:sz w:val="28"/>
          <w:lang w:val="zxx"/>
        </w:rPr>
        <w:t>notFound.</w:t>
      </w:r>
      <w:r>
        <w:rPr>
          <w:b w:val="false"/>
          <w:sz w:val="28"/>
        </w:rPr>
        <w:t xml:space="preserve"> Запрошенная точка передается ровно один раз; посторонние точки запрещены. Изменение качества после фиксации снимка появляется в новом снимке или событии.</w:t>
      </w:r>
    </w:p>
    <w:p>
      <w:pPr>
        <w:pStyle w:val="Normal"/>
        <w:jc w:val="start"/>
        <w:rPr/>
      </w:pPr>
      <w:r>
        <w:rPr>
          <w:b w:val="false"/>
          <w:sz w:val="28"/>
          <w:lang w:val="zxx"/>
        </w:rPr>
        <w:t>19.51</w:t>
      </w:r>
      <w:r>
        <w:rPr>
          <w:b w:val="false"/>
          <w:sz w:val="28"/>
        </w:rPr>
        <w:t xml:space="preserve"> Полнота определяется всей последовательностью запросов и ответов снимка. Обязательны первая страница без </w:t>
      </w:r>
      <w:r>
        <w:rPr>
          <w:b w:val="false"/>
          <w:sz w:val="28"/>
          <w:lang w:val="zxx"/>
        </w:rPr>
        <w:t>cursor</w:t>
      </w:r>
      <w:r>
        <w:rPr>
          <w:b w:val="false"/>
          <w:sz w:val="28"/>
        </w:rPr>
        <w:t xml:space="preserve">, неизменные критерии выборки и метаданные, точная цепочка </w:t>
      </w:r>
      <w:r>
        <w:rPr>
          <w:b w:val="false"/>
          <w:sz w:val="28"/>
          <w:lang w:val="zxx"/>
        </w:rPr>
        <w:t>snapshotId/</w:t>
      </w:r>
      <w:r>
        <w:rPr>
          <w:b w:val="false"/>
          <w:sz w:val="28"/>
        </w:rPr>
        <w:t>​</w:t>
      </w:r>
      <w:r>
        <w:rPr>
          <w:b w:val="false"/>
          <w:sz w:val="28"/>
          <w:lang w:val="zxx"/>
        </w:rPr>
        <w:t>cursor</w:t>
      </w:r>
      <w:r>
        <w:rPr>
          <w:b w:val="false"/>
          <w:sz w:val="28"/>
        </w:rPr>
        <w:t xml:space="preserve">, отсутствие циклов, повторов и лишних страниц, конечное </w:t>
      </w:r>
      <w:r>
        <w:rPr>
          <w:b w:val="false"/>
          <w:sz w:val="28"/>
          <w:lang w:val="zxx"/>
        </w:rPr>
        <w:t>more=false</w:t>
      </w:r>
      <w:r>
        <w:rPr>
          <w:b w:val="false"/>
          <w:sz w:val="28"/>
        </w:rPr>
        <w:t xml:space="preserve"> и равенство счетчиков/множества выбранных точек. Для </w:t>
      </w:r>
      <w:r>
        <w:rPr>
          <w:b w:val="false"/>
          <w:sz w:val="28"/>
          <w:lang w:val="zxx"/>
        </w:rPr>
        <w:t>session.get</w:t>
      </w:r>
      <w:r>
        <w:rPr>
          <w:b w:val="false"/>
          <w:sz w:val="28"/>
        </w:rPr>
        <w:t xml:space="preserve"> проверяются счетчики </w:t>
      </w:r>
      <w:r>
        <w:rPr>
          <w:b w:val="false"/>
          <w:sz w:val="28"/>
          <w:lang w:val="zxx"/>
        </w:rPr>
        <w:t>resourceCount/</w:t>
      </w:r>
      <w:r>
        <w:rPr>
          <w:b w:val="false"/>
          <w:sz w:val="28"/>
        </w:rPr>
        <w:t>​</w:t>
      </w:r>
      <w:r>
        <w:rPr>
          <w:b w:val="false"/>
          <w:sz w:val="28"/>
          <w:lang w:val="zxx"/>
        </w:rPr>
        <w:t>checkCount/</w:t>
      </w:r>
      <w:r>
        <w:rPr>
          <w:b w:val="false"/>
          <w:sz w:val="28"/>
        </w:rPr>
        <w:t>​</w:t>
      </w:r>
      <w:r>
        <w:rPr>
          <w:b w:val="false"/>
          <w:sz w:val="28"/>
          <w:lang w:val="zxx"/>
        </w:rPr>
        <w:t>observationCount/</w:t>
      </w:r>
      <w:r>
        <w:rPr>
          <w:b w:val="false"/>
          <w:sz w:val="28"/>
        </w:rPr>
        <w:t>​</w:t>
      </w:r>
      <w:r>
        <w:rPr>
          <w:b w:val="false"/>
          <w:sz w:val="28"/>
          <w:lang w:val="zxx"/>
        </w:rPr>
        <w:t>executionCount/</w:t>
      </w:r>
      <w:r>
        <w:rPr>
          <w:b w:val="false"/>
          <w:sz w:val="28"/>
        </w:rPr>
        <w:t>​</w:t>
      </w:r>
      <w:r>
        <w:rPr>
          <w:b w:val="false"/>
          <w:sz w:val="28"/>
          <w:lang w:val="zxx"/>
        </w:rPr>
        <w:t>faultCount</w:t>
      </w:r>
      <w:r>
        <w:rPr>
          <w:b w:val="false"/>
          <w:sz w:val="28"/>
        </w:rPr>
        <w:t xml:space="preserve">, ссылки и условия успеха; сводка сеанса есть только на первой странице. Для </w:t>
      </w:r>
      <w:r>
        <w:rPr>
          <w:b w:val="false"/>
          <w:sz w:val="28"/>
          <w:lang w:val="zxx"/>
        </w:rPr>
        <w:t>inventory.get</w:t>
      </w:r>
      <w:r>
        <w:rPr>
          <w:b w:val="false"/>
          <w:sz w:val="28"/>
        </w:rPr>
        <w:t xml:space="preserve"> проверяются все </w:t>
      </w:r>
      <w:r>
        <w:rPr>
          <w:b w:val="false"/>
          <w:sz w:val="28"/>
          <w:lang w:val="zxx"/>
        </w:rPr>
        <w:t>facet</w:t>
      </w:r>
      <w:r>
        <w:rPr>
          <w:b w:val="false"/>
          <w:sz w:val="28"/>
        </w:rPr>
        <w:t xml:space="preserve"> и ссылки </w:t>
      </w:r>
      <w:r>
        <w:rPr>
          <w:b w:val="false"/>
          <w:sz w:val="28"/>
          <w:lang w:val="zxx"/>
        </w:rPr>
        <w:t>enum/</w:t>
      </w:r>
      <w:r>
        <w:rPr>
          <w:b w:val="false"/>
          <w:sz w:val="28"/>
        </w:rPr>
        <w:t>​</w:t>
      </w:r>
      <w:r>
        <w:rPr>
          <w:b w:val="false"/>
          <w:sz w:val="28"/>
          <w:lang w:val="zxx"/>
        </w:rPr>
        <w:t>threshold.</w:t>
      </w:r>
      <w:r>
        <w:rPr>
          <w:b w:val="false"/>
          <w:sz w:val="28"/>
        </w:rPr>
        <w:t xml:space="preserve"> Проверка одного ответа не доказывает полноту многостраничной передачи.</w:t>
      </w:r>
    </w:p>
    <w:p>
      <w:pPr>
        <w:pStyle w:val="Normal"/>
        <w:jc w:val="start"/>
        <w:rPr/>
      </w:pPr>
      <w:r>
        <w:rPr>
          <w:b w:val="false"/>
          <w:sz w:val="28"/>
          <w:lang w:val="zxx"/>
        </w:rPr>
        <w:t>19.52</w:t>
      </w:r>
      <w:r>
        <w:rPr>
          <w:b w:val="false"/>
          <w:sz w:val="28"/>
        </w:rPr>
        <w:t xml:space="preserve"> Ниже приведен закрытый словарь значений профиля. Файл </w:t>
      </w:r>
      <w:r>
        <w:rPr>
          <w:b w:val="false"/>
          <w:sz w:val="28"/>
          <w:lang w:val="zxx"/>
        </w:rPr>
        <w:t>vocabulary-</w:t>
      </w:r>
      <w:r>
        <w:rPr>
          <w:b w:val="false"/>
          <w:sz w:val="28"/>
        </w:rPr>
        <w:t>⁠</w:t>
      </w:r>
      <w:r>
        <w:rPr>
          <w:b w:val="false"/>
          <w:sz w:val="28"/>
          <w:lang w:val="zxx"/>
        </w:rPr>
        <w:t>0.21.json</w:t>
      </w:r>
      <w:r>
        <w:rPr>
          <w:b w:val="false"/>
          <w:sz w:val="28"/>
        </w:rPr>
        <w:t xml:space="preserve"> содержит те же перечисления и коды ошибок. Произвольные значения вместо перечислений запрещены. </w:t>
      </w:r>
      <w:r>
        <w:rPr>
          <w:b w:val="false"/>
          <w:sz w:val="28"/>
          <w:lang w:val="zxx"/>
        </w:rPr>
        <w:t>conflict</w:t>
      </w:r>
      <w:r>
        <w:rPr>
          <w:b w:val="false"/>
          <w:sz w:val="28"/>
        </w:rPr>
        <w:t xml:space="preserve">, </w:t>
      </w:r>
      <w:r>
        <w:rPr>
          <w:b w:val="false"/>
          <w:sz w:val="28"/>
          <w:lang w:val="zxx"/>
        </w:rPr>
        <w:t>forbidden</w:t>
      </w:r>
      <w:r>
        <w:rPr>
          <w:b w:val="false"/>
          <w:sz w:val="28"/>
        </w:rPr>
        <w:t xml:space="preserve"> и </w:t>
      </w:r>
      <w:r>
        <w:rPr>
          <w:b w:val="false"/>
          <w:sz w:val="28"/>
          <w:lang w:val="zxx"/>
        </w:rPr>
        <w:t>busy</w:t>
      </w:r>
      <w:r>
        <w:rPr>
          <w:b w:val="false"/>
          <w:sz w:val="28"/>
        </w:rPr>
        <w:t xml:space="preserve"> </w:t>
      </w:r>
      <w:r>
        <w:rPr>
          <w:b w:val="false"/>
          <w:sz w:val="28"/>
          <w:lang w:val="zxx"/>
        </w:rPr>
        <w:t>ДОЛЖНЫ</w:t>
      </w:r>
      <w:r>
        <w:rPr>
          <w:b w:val="false"/>
          <w:sz w:val="28"/>
        </w:rPr>
        <w:t xml:space="preserve"> содержать </w:t>
      </w:r>
      <w:r>
        <w:rPr>
          <w:b w:val="false"/>
          <w:sz w:val="28"/>
          <w:lang w:val="zxx"/>
        </w:rPr>
        <w:t>detail</w:t>
      </w:r>
      <w:r>
        <w:rPr>
          <w:b w:val="false"/>
          <w:sz w:val="28"/>
        </w:rPr>
        <w:t xml:space="preserve"> из </w:t>
      </w:r>
      <w:r>
        <w:rPr>
          <w:b w:val="false"/>
          <w:sz w:val="28"/>
          <w:lang w:val="zxx"/>
        </w:rPr>
        <w:t>conflictDetail</w:t>
      </w:r>
      <w:r>
        <w:rPr>
          <w:b w:val="false"/>
          <w:sz w:val="28"/>
        </w:rPr>
        <w:t xml:space="preserve">, </w:t>
      </w:r>
      <w:r>
        <w:rPr>
          <w:b w:val="false"/>
          <w:sz w:val="28"/>
          <w:lang w:val="zxx"/>
        </w:rPr>
        <w:t>forbiddenDetail</w:t>
      </w:r>
      <w:r>
        <w:rPr>
          <w:b w:val="false"/>
          <w:sz w:val="28"/>
        </w:rPr>
        <w:t xml:space="preserve"> и </w:t>
      </w:r>
      <w:r>
        <w:rPr>
          <w:b w:val="false"/>
          <w:sz w:val="28"/>
          <w:lang w:val="zxx"/>
        </w:rPr>
        <w:t>busyDetail</w:t>
      </w:r>
      <w:r>
        <w:rPr>
          <w:b w:val="false"/>
          <w:sz w:val="28"/>
        </w:rPr>
        <w:t xml:space="preserve"> соответственно; прочие ошибки </w:t>
      </w:r>
      <w:r>
        <w:rPr>
          <w:b w:val="false"/>
          <w:sz w:val="28"/>
          <w:lang w:val="zxx"/>
        </w:rPr>
        <w:t>detail</w:t>
      </w:r>
      <w:r>
        <w:rPr>
          <w:b w:val="false"/>
          <w:sz w:val="28"/>
        </w:rPr>
        <w:t xml:space="preserve"> не передают. </w:t>
      </w:r>
      <w:r>
        <w:rPr>
          <w:b w:val="false"/>
          <w:sz w:val="28"/>
          <w:lang w:val="zxx"/>
        </w:rPr>
        <w:t>startBlockedByCancel</w:t>
      </w:r>
      <w:r>
        <w:rPr>
          <w:b w:val="false"/>
          <w:sz w:val="28"/>
        </w:rPr>
        <w:t xml:space="preserve"> </w:t>
      </w:r>
      <w:r>
        <w:rPr>
          <w:b w:val="false"/>
          <w:sz w:val="28"/>
          <w:lang w:val="zxx"/>
        </w:rPr>
        <w:t>ДОЛЖЕН</w:t>
      </w:r>
      <w:r>
        <w:rPr>
          <w:b w:val="false"/>
          <w:sz w:val="28"/>
        </w:rPr>
        <w:t xml:space="preserve"> содержать </w:t>
      </w:r>
      <w:r>
        <w:rPr>
          <w:b w:val="false"/>
          <w:sz w:val="28"/>
          <w:lang w:val="zxx"/>
        </w:rPr>
        <w:t>cancelSeq.</w:t>
      </w:r>
      <w:r>
        <w:rPr>
          <w:b w:val="false"/>
          <w:sz w:val="28"/>
        </w:rPr>
        <w:t xml:space="preserve"> Для </w:t>
      </w:r>
      <w:r>
        <w:rPr>
          <w:b w:val="false"/>
          <w:sz w:val="28"/>
          <w:lang w:val="zxx"/>
        </w:rPr>
        <w:t>failed/</w:t>
      </w:r>
      <w:r>
        <w:rPr>
          <w:b w:val="false"/>
          <w:sz w:val="28"/>
        </w:rPr>
        <w:t>​</w:t>
      </w:r>
      <w:r>
        <w:rPr>
          <w:b w:val="false"/>
          <w:sz w:val="28"/>
          <w:lang w:val="zxx"/>
        </w:rPr>
        <w:t>inconclusive/</w:t>
      </w:r>
      <w:r>
        <w:rPr>
          <w:b w:val="false"/>
          <w:sz w:val="28"/>
        </w:rPr>
        <w:t>​</w:t>
      </w:r>
      <w:r>
        <w:rPr>
          <w:b w:val="false"/>
          <w:sz w:val="28"/>
          <w:lang w:val="zxx"/>
        </w:rPr>
        <w:t>skipped/</w:t>
      </w:r>
      <w:r>
        <w:rPr>
          <w:b w:val="false"/>
          <w:sz w:val="28"/>
        </w:rPr>
        <w:t>​</w:t>
      </w:r>
      <w:r>
        <w:rPr>
          <w:b w:val="false"/>
          <w:sz w:val="28"/>
          <w:lang w:val="zxx"/>
        </w:rPr>
        <w:t>pending</w:t>
      </w:r>
      <w:r>
        <w:rPr>
          <w:b w:val="false"/>
          <w:sz w:val="28"/>
        </w:rPr>
        <w:t xml:space="preserve"> в </w:t>
      </w:r>
      <w:r>
        <w:rPr>
          <w:b w:val="false"/>
          <w:sz w:val="28"/>
          <w:lang w:val="zxx"/>
        </w:rPr>
        <w:t>check</w:t>
      </w:r>
      <w:r>
        <w:rPr>
          <w:b w:val="false"/>
          <w:sz w:val="28"/>
        </w:rPr>
        <w:t xml:space="preserve"> обязателен </w:t>
      </w:r>
      <w:r>
        <w:rPr>
          <w:b w:val="false"/>
          <w:sz w:val="28"/>
          <w:lang w:val="zxx"/>
        </w:rPr>
        <w:t>reason</w:t>
      </w:r>
      <w:r>
        <w:rPr>
          <w:b w:val="false"/>
          <w:sz w:val="28"/>
        </w:rPr>
        <w:t xml:space="preserve">; </w:t>
      </w:r>
      <w:r>
        <w:rPr>
          <w:b w:val="false"/>
          <w:sz w:val="28"/>
          <w:lang w:val="zxx"/>
        </w:rPr>
        <w:t>skipped</w:t>
      </w:r>
      <w:r>
        <w:rPr>
          <w:b w:val="false"/>
          <w:sz w:val="28"/>
        </w:rPr>
        <w:t xml:space="preserve"> означает, что проверка не выполнялась. </w:t>
      </w:r>
      <w:r>
        <w:rPr>
          <w:b w:val="false"/>
          <w:sz w:val="28"/>
          <w:lang w:val="zxx"/>
        </w:rPr>
        <w:t>pending</w:t>
      </w:r>
      <w:r>
        <w:rPr>
          <w:b w:val="false"/>
          <w:sz w:val="28"/>
        </w:rPr>
        <w:t xml:space="preserve"> разрешен только до </w:t>
      </w:r>
      <w:r>
        <w:rPr>
          <w:b w:val="false"/>
          <w:sz w:val="28"/>
          <w:lang w:val="zxx"/>
        </w:rPr>
        <w:t>finished.</w:t>
      </w:r>
    </w:p>
    <w:p>
      <w:pPr>
        <w:pStyle w:val="2"/>
        <w:rPr/>
      </w:pPr>
      <w:r>
        <w:rPr/>
        <w:t>Результат сеанса</w:t>
      </w:r>
    </w:p>
    <w:p>
      <w:pPr>
        <w:pStyle w:val="Normal"/>
        <w:keepNext w:val="true"/>
        <w:jc w:val="start"/>
        <w:rPr/>
      </w:pPr>
      <w:r>
        <w:rPr>
          <w:b/>
          <w:sz w:val="28"/>
          <w:lang w:val="zxx"/>
        </w:rPr>
        <w:t>19.53</w:t>
      </w:r>
      <w:r>
        <w:rPr>
          <w:b/>
          <w:sz w:val="28"/>
        </w:rPr>
        <w:t xml:space="preserve"> Контейнер </w:t>
      </w:r>
      <w:r>
        <w:rPr>
          <w:b/>
          <w:sz w:val="28"/>
          <w:lang w:val="zxx"/>
        </w:rPr>
        <w:t>result</w:t>
      </w:r>
    </w:p>
    <w:p>
      <w:pPr>
        <w:pStyle w:val="Normal"/>
        <w:jc w:val="start"/>
        <w:rPr/>
      </w:pPr>
      <w:r>
        <w:rPr>
          <w:b w:val="false"/>
          <w:sz w:val="28"/>
          <w:lang w:val="zxx"/>
        </w:rPr>
        <w:t>snapshotId</w:t>
      </w:r>
      <w:r>
        <w:rPr>
          <w:b w:val="false"/>
          <w:sz w:val="28"/>
        </w:rPr>
        <w:t xml:space="preserve">, </w:t>
      </w:r>
      <w:r>
        <w:rPr>
          <w:b w:val="false"/>
          <w:sz w:val="28"/>
          <w:lang w:val="zxx"/>
        </w:rPr>
        <w:t>stateRevision</w:t>
      </w:r>
      <w:r>
        <w:rPr>
          <w:b w:val="false"/>
          <w:sz w:val="28"/>
        </w:rPr>
        <w:t xml:space="preserve">, </w:t>
      </w:r>
      <w:r>
        <w:rPr>
          <w:b w:val="false"/>
          <w:sz w:val="28"/>
          <w:lang w:val="zxx"/>
        </w:rPr>
        <w:t>mode</w:t>
      </w:r>
      <w:r>
        <w:rPr>
          <w:b w:val="false"/>
          <w:sz w:val="28"/>
        </w:rPr>
        <w:t xml:space="preserve">, </w:t>
      </w:r>
      <w:r>
        <w:rPr>
          <w:b w:val="false"/>
          <w:sz w:val="28"/>
          <w:lang w:val="zxx"/>
        </w:rPr>
        <w:t>evaluatedAtMs</w:t>
      </w:r>
      <w:r>
        <w:rPr>
          <w:b w:val="false"/>
          <w:sz w:val="28"/>
        </w:rPr>
        <w:t xml:space="preserve">, </w:t>
      </w:r>
      <w:r>
        <w:rPr>
          <w:b w:val="false"/>
          <w:sz w:val="28"/>
          <w:lang w:val="zxx"/>
        </w:rPr>
        <w:t>resourceCount</w:t>
      </w:r>
      <w:r>
        <w:rPr>
          <w:b w:val="false"/>
          <w:sz w:val="28"/>
        </w:rPr>
        <w:t xml:space="preserve"> (</w:t>
      </w:r>
      <w:r>
        <w:rPr>
          <w:b w:val="false"/>
          <w:sz w:val="28"/>
          <w:lang w:val="zxx"/>
        </w:rPr>
        <w:t>1-</w:t>
      </w:r>
      <w:r>
        <w:rPr>
          <w:b w:val="false"/>
          <w:sz w:val="28"/>
        </w:rPr>
        <w:t>⁠</w:t>
      </w:r>
      <w:r>
        <w:rPr>
          <w:b w:val="false"/>
          <w:sz w:val="28"/>
          <w:lang w:val="zxx"/>
        </w:rPr>
        <w:t>4</w:t>
      </w:r>
      <w:r>
        <w:rPr>
          <w:b w:val="false"/>
          <w:sz w:val="28"/>
        </w:rPr>
        <w:t xml:space="preserve">), </w:t>
      </w:r>
      <w:r>
        <w:rPr>
          <w:b w:val="false"/>
          <w:sz w:val="28"/>
          <w:lang w:val="zxx"/>
        </w:rPr>
        <w:t>checkCount</w:t>
      </w:r>
      <w:r>
        <w:rPr>
          <w:b w:val="false"/>
          <w:sz w:val="28"/>
        </w:rPr>
        <w:t xml:space="preserve">, </w:t>
      </w:r>
      <w:r>
        <w:rPr>
          <w:b w:val="false"/>
          <w:sz w:val="28"/>
          <w:lang w:val="zxx"/>
        </w:rPr>
        <w:t>observationCount</w:t>
      </w:r>
      <w:r>
        <w:rPr>
          <w:b w:val="false"/>
          <w:sz w:val="28"/>
        </w:rPr>
        <w:t xml:space="preserve">, </w:t>
      </w:r>
      <w:r>
        <w:rPr>
          <w:b w:val="false"/>
          <w:sz w:val="28"/>
          <w:lang w:val="zxx"/>
        </w:rPr>
        <w:t>executionCount</w:t>
      </w:r>
      <w:r>
        <w:rPr>
          <w:b w:val="false"/>
          <w:sz w:val="28"/>
        </w:rPr>
        <w:t xml:space="preserve">, </w:t>
      </w:r>
      <w:r>
        <w:rPr>
          <w:b w:val="false"/>
          <w:sz w:val="28"/>
          <w:lang w:val="zxx"/>
        </w:rPr>
        <w:t>faultCount</w:t>
      </w:r>
      <w:r>
        <w:rPr>
          <w:b w:val="false"/>
          <w:sz w:val="28"/>
        </w:rPr>
        <w:t xml:space="preserve"> и </w:t>
      </w:r>
      <w:r>
        <w:rPr>
          <w:b w:val="false"/>
          <w:sz w:val="28"/>
          <w:lang w:val="zxx"/>
        </w:rPr>
        <w:t>more</w:t>
      </w:r>
      <w:r>
        <w:rPr>
          <w:b w:val="false"/>
          <w:sz w:val="28"/>
        </w:rPr>
        <w:t xml:space="preserve"> обязательны. </w:t>
      </w:r>
      <w:r>
        <w:rPr>
          <w:b w:val="false"/>
          <w:sz w:val="28"/>
          <w:lang w:val="zxx"/>
        </w:rPr>
        <w:t>cursor</w:t>
      </w:r>
      <w:r>
        <w:rPr>
          <w:b w:val="false"/>
          <w:sz w:val="28"/>
        </w:rPr>
        <w:t xml:space="preserve"> только при </w:t>
      </w:r>
      <w:r>
        <w:rPr>
          <w:b w:val="false"/>
          <w:sz w:val="28"/>
          <w:lang w:val="zxx"/>
        </w:rPr>
        <w:t>more=true.</w:t>
      </w:r>
      <w:r>
        <w:rPr>
          <w:b w:val="false"/>
          <w:sz w:val="28"/>
        </w:rPr>
        <w:t xml:space="preserve"> Счетчики относятся ко всему неизменному снимку.</w:t>
      </w:r>
    </w:p>
    <w:p>
      <w:pPr>
        <w:pStyle w:val="Normal"/>
        <w:keepNext w:val="true"/>
        <w:jc w:val="start"/>
        <w:rPr/>
      </w:pPr>
      <w:r>
        <w:rPr>
          <w:b/>
          <w:sz w:val="28"/>
          <w:lang w:val="zxx"/>
        </w:rPr>
        <w:t>19.54</w:t>
      </w:r>
      <w:r>
        <w:rPr>
          <w:b/>
          <w:sz w:val="28"/>
        </w:rPr>
        <w:t xml:space="preserve"> Сводка </w:t>
      </w:r>
      <w:r>
        <w:rPr>
          <w:b/>
          <w:sz w:val="28"/>
          <w:lang w:val="zxx"/>
        </w:rPr>
        <w:t>session</w:t>
      </w:r>
    </w:p>
    <w:p>
      <w:pPr>
        <w:pStyle w:val="Normal"/>
        <w:jc w:val="both"/>
        <w:rPr/>
      </w:pPr>
      <w:r>
        <w:rPr>
          <w:b w:val="false"/>
          <w:sz w:val="28"/>
        </w:rPr>
        <w:t xml:space="preserve">Ровно одна на первой странице, отсутствует в продолжениях. Все принятые идентификаторы, ревизии, времена и </w:t>
      </w:r>
      <w:r>
        <w:rPr>
          <w:b w:val="false"/>
          <w:sz w:val="28"/>
          <w:lang w:val="zxx"/>
        </w:rPr>
        <w:t>onControlLoss</w:t>
      </w:r>
      <w:r>
        <w:rPr>
          <w:b w:val="false"/>
          <w:sz w:val="28"/>
        </w:rPr>
        <w:t xml:space="preserve"> сохраняются. Выбор по </w:t>
      </w:r>
      <w:r>
        <w:rPr>
          <w:b w:val="false"/>
          <w:sz w:val="28"/>
          <w:lang w:val="zxx"/>
        </w:rPr>
        <w:t>startSeq</w:t>
      </w:r>
      <w:r>
        <w:rPr>
          <w:b w:val="false"/>
          <w:sz w:val="28"/>
        </w:rPr>
        <w:t xml:space="preserve"> требует исходного </w:t>
      </w:r>
      <w:r>
        <w:rPr>
          <w:b w:val="false"/>
          <w:sz w:val="28"/>
          <w:lang w:val="zxx"/>
        </w:rPr>
        <w:t>controlEpoch.</w:t>
      </w:r>
    </w:p>
    <w:p>
      <w:pPr>
        <w:pStyle w:val="Normal"/>
        <w:keepNext w:val="true"/>
        <w:jc w:val="start"/>
        <w:rPr/>
      </w:pPr>
      <w:r>
        <w:rPr>
          <w:b/>
          <w:sz w:val="28"/>
          <w:lang w:val="zxx"/>
        </w:rPr>
        <w:t>19.55</w:t>
      </w:r>
      <w:r>
        <w:rPr>
          <w:b/>
          <w:sz w:val="28"/>
        </w:rPr>
        <w:t xml:space="preserve"> </w:t>
      </w:r>
      <w:r>
        <w:rPr>
          <w:b/>
          <w:sz w:val="28"/>
          <w:lang w:val="zxx"/>
        </w:rPr>
        <w:t>resource</w:t>
      </w:r>
    </w:p>
    <w:p>
      <w:pPr>
        <w:pStyle w:val="Normal"/>
        <w:jc w:val="start"/>
        <w:rPr/>
      </w:pPr>
      <w:r>
        <w:rPr>
          <w:b w:val="false"/>
          <w:sz w:val="28"/>
          <w:lang w:val="zxx"/>
        </w:rPr>
        <w:t>id</w:t>
      </w:r>
      <w:r>
        <w:rPr>
          <w:b w:val="false"/>
          <w:sz w:val="28"/>
        </w:rPr>
        <w:t xml:space="preserve">, </w:t>
      </w:r>
      <w:r>
        <w:rPr>
          <w:b w:val="false"/>
          <w:sz w:val="28"/>
          <w:lang w:val="zxx"/>
        </w:rPr>
        <w:t>bindingGeneration</w:t>
      </w:r>
      <w:r>
        <w:rPr>
          <w:b w:val="false"/>
          <w:sz w:val="28"/>
        </w:rPr>
        <w:t xml:space="preserve">, </w:t>
      </w:r>
      <w:r>
        <w:rPr>
          <w:b w:val="false"/>
          <w:sz w:val="28"/>
          <w:lang w:val="zxx"/>
        </w:rPr>
        <w:t>output</w:t>
      </w:r>
      <w:r>
        <w:rPr>
          <w:b w:val="false"/>
          <w:sz w:val="28"/>
        </w:rPr>
        <w:t xml:space="preserve">, </w:t>
      </w:r>
      <w:r>
        <w:rPr>
          <w:b w:val="false"/>
          <w:sz w:val="28"/>
          <w:lang w:val="zxx"/>
        </w:rPr>
        <w:t>evidence</w:t>
      </w:r>
      <w:r>
        <w:rPr>
          <w:b w:val="false"/>
          <w:sz w:val="28"/>
        </w:rPr>
        <w:t xml:space="preserve">, </w:t>
      </w:r>
      <w:r>
        <w:rPr>
          <w:b w:val="false"/>
          <w:sz w:val="28"/>
          <w:lang w:val="zxx"/>
        </w:rPr>
        <w:t>observedAtMs</w:t>
      </w:r>
      <w:r>
        <w:rPr>
          <w:b w:val="false"/>
          <w:sz w:val="28"/>
        </w:rPr>
        <w:t xml:space="preserve"> обязательны. Набор точно совпадает с принятым </w:t>
      </w:r>
      <w:r>
        <w:rPr>
          <w:b w:val="false"/>
          <w:sz w:val="28"/>
          <w:lang w:val="zxx"/>
        </w:rPr>
        <w:t>session.start</w:t>
      </w:r>
      <w:r>
        <w:rPr>
          <w:b w:val="false"/>
          <w:sz w:val="28"/>
        </w:rPr>
        <w:t>; каждый ресурс передается один раз.</w:t>
      </w:r>
    </w:p>
    <w:p>
      <w:pPr>
        <w:pStyle w:val="Normal"/>
        <w:keepNext w:val="true"/>
        <w:jc w:val="start"/>
        <w:rPr/>
      </w:pPr>
      <w:r>
        <w:rPr>
          <w:b/>
          <w:sz w:val="28"/>
          <w:lang w:val="zxx"/>
        </w:rPr>
        <w:t>19.56</w:t>
      </w:r>
      <w:r>
        <w:rPr>
          <w:b/>
          <w:sz w:val="28"/>
        </w:rPr>
        <w:t xml:space="preserve"> </w:t>
      </w:r>
      <w:r>
        <w:rPr>
          <w:b/>
          <w:sz w:val="28"/>
          <w:lang w:val="zxx"/>
        </w:rPr>
        <w:t>check</w:t>
      </w:r>
    </w:p>
    <w:p>
      <w:pPr>
        <w:pStyle w:val="Normal"/>
        <w:jc w:val="start"/>
        <w:rPr/>
      </w:pPr>
      <w:r>
        <w:rPr>
          <w:b w:val="false"/>
          <w:sz w:val="28"/>
          <w:lang w:val="zxx"/>
        </w:rPr>
        <w:t>id</w:t>
      </w:r>
      <w:r>
        <w:rPr>
          <w:b w:val="false"/>
          <w:sz w:val="28"/>
        </w:rPr>
        <w:t xml:space="preserve">, </w:t>
      </w:r>
      <w:r>
        <w:rPr>
          <w:b w:val="false"/>
          <w:sz w:val="28"/>
          <w:lang w:val="zxx"/>
        </w:rPr>
        <w:t>resourceId</w:t>
      </w:r>
      <w:r>
        <w:rPr>
          <w:b w:val="false"/>
          <w:sz w:val="28"/>
        </w:rPr>
        <w:t xml:space="preserve">, </w:t>
      </w:r>
      <w:r>
        <w:rPr>
          <w:b w:val="false"/>
          <w:sz w:val="28"/>
          <w:lang w:val="zxx"/>
        </w:rPr>
        <w:t>phase=baseline|</w:t>
      </w:r>
      <w:r>
        <w:rPr>
          <w:b w:val="false"/>
          <w:sz w:val="28"/>
        </w:rPr>
        <w:t>​</w:t>
      </w:r>
      <w:r>
        <w:rPr>
          <w:b w:val="false"/>
          <w:sz w:val="28"/>
          <w:lang w:val="zxx"/>
        </w:rPr>
        <w:t>running|</w:t>
      </w:r>
      <w:r>
        <w:rPr>
          <w:b w:val="false"/>
          <w:sz w:val="28"/>
        </w:rPr>
        <w:t>​</w:t>
      </w:r>
      <w:r>
        <w:rPr>
          <w:b w:val="false"/>
          <w:sz w:val="28"/>
          <w:lang w:val="zxx"/>
        </w:rPr>
        <w:t>stopped</w:t>
      </w:r>
      <w:r>
        <w:rPr>
          <w:b w:val="false"/>
          <w:sz w:val="28"/>
        </w:rPr>
        <w:t xml:space="preserve">, </w:t>
      </w:r>
      <w:r>
        <w:rPr>
          <w:b w:val="false"/>
          <w:sz w:val="28"/>
          <w:lang w:val="zxx"/>
        </w:rPr>
        <w:t>status</w:t>
      </w:r>
      <w:r>
        <w:rPr>
          <w:b w:val="false"/>
          <w:sz w:val="28"/>
        </w:rPr>
        <w:t xml:space="preserve"> обязательны; </w:t>
      </w:r>
      <w:r>
        <w:rPr>
          <w:b w:val="false"/>
          <w:sz w:val="28"/>
          <w:lang w:val="zxx"/>
        </w:rPr>
        <w:t>reason</w:t>
      </w:r>
      <w:r>
        <w:rPr>
          <w:b w:val="false"/>
          <w:sz w:val="28"/>
        </w:rPr>
        <w:t xml:space="preserve"> обязателен кроме </w:t>
      </w:r>
      <w:r>
        <w:rPr>
          <w:b w:val="false"/>
          <w:sz w:val="28"/>
          <w:lang w:val="zxx"/>
        </w:rPr>
        <w:t>passed.</w:t>
      </w:r>
      <w:r>
        <w:rPr>
          <w:b w:val="false"/>
          <w:sz w:val="28"/>
        </w:rPr>
        <w:t xml:space="preserve"> </w:t>
      </w:r>
      <w:r>
        <w:rPr>
          <w:b w:val="false"/>
          <w:sz w:val="28"/>
          <w:lang w:val="zxx"/>
        </w:rPr>
        <w:t>ID</w:t>
      </w:r>
      <w:r>
        <w:rPr>
          <w:b w:val="false"/>
          <w:sz w:val="28"/>
        </w:rPr>
        <w:t xml:space="preserve"> уникален во всем результате. </w:t>
      </w:r>
      <w:r>
        <w:rPr>
          <w:b w:val="false"/>
          <w:sz w:val="28"/>
          <w:lang w:val="zxx"/>
        </w:rPr>
        <w:t>pending</w:t>
      </w:r>
      <w:r>
        <w:rPr>
          <w:b w:val="false"/>
          <w:sz w:val="28"/>
        </w:rPr>
        <w:t xml:space="preserve"> означает ожидание выполнения; в </w:t>
      </w:r>
      <w:r>
        <w:rPr>
          <w:b w:val="false"/>
          <w:sz w:val="28"/>
          <w:lang w:val="zxx"/>
        </w:rPr>
        <w:t>finished</w:t>
      </w:r>
      <w:r>
        <w:rPr>
          <w:b w:val="false"/>
          <w:sz w:val="28"/>
        </w:rPr>
        <w:t xml:space="preserve"> запрещен.</w:t>
      </w:r>
    </w:p>
    <w:p>
      <w:pPr>
        <w:pStyle w:val="Normal"/>
        <w:keepNext w:val="true"/>
        <w:jc w:val="start"/>
        <w:rPr/>
      </w:pPr>
      <w:r>
        <w:rPr>
          <w:b/>
          <w:sz w:val="28"/>
          <w:lang w:val="zxx"/>
        </w:rPr>
        <w:t>19.57</w:t>
      </w:r>
      <w:r>
        <w:rPr>
          <w:b/>
          <w:sz w:val="28"/>
        </w:rPr>
        <w:t xml:space="preserve"> </w:t>
      </w:r>
      <w:r>
        <w:rPr>
          <w:b/>
          <w:sz w:val="28"/>
          <w:lang w:val="zxx"/>
        </w:rPr>
        <w:t>observation</w:t>
      </w:r>
    </w:p>
    <w:p>
      <w:pPr>
        <w:pStyle w:val="Normal"/>
        <w:jc w:val="start"/>
        <w:rPr/>
      </w:pPr>
      <w:r>
        <w:rPr>
          <w:b w:val="false"/>
          <w:sz w:val="28"/>
          <w:lang w:val="zxx"/>
        </w:rPr>
        <w:t>id</w:t>
      </w:r>
      <w:r>
        <w:rPr>
          <w:b w:val="false"/>
          <w:sz w:val="28"/>
        </w:rPr>
        <w:t xml:space="preserve">, </w:t>
      </w:r>
      <w:r>
        <w:rPr>
          <w:b w:val="false"/>
          <w:sz w:val="28"/>
          <w:lang w:val="zxx"/>
        </w:rPr>
        <w:t>resourceId</w:t>
      </w:r>
      <w:r>
        <w:rPr>
          <w:b w:val="false"/>
          <w:sz w:val="28"/>
        </w:rPr>
        <w:t xml:space="preserve">, </w:t>
      </w:r>
      <w:r>
        <w:rPr>
          <w:b w:val="false"/>
          <w:sz w:val="28"/>
          <w:lang w:val="zxx"/>
        </w:rPr>
        <w:t>pointId</w:t>
      </w:r>
      <w:r>
        <w:rPr>
          <w:b w:val="false"/>
          <w:sz w:val="28"/>
        </w:rPr>
        <w:t xml:space="preserve">, </w:t>
      </w:r>
      <w:r>
        <w:rPr>
          <w:b w:val="false"/>
          <w:sz w:val="28"/>
          <w:lang w:val="zxx"/>
        </w:rPr>
        <w:t>phase</w:t>
      </w:r>
      <w:r>
        <w:rPr>
          <w:b w:val="false"/>
          <w:sz w:val="28"/>
        </w:rPr>
        <w:t xml:space="preserve">, </w:t>
      </w:r>
      <w:r>
        <w:rPr>
          <w:b w:val="false"/>
          <w:sz w:val="28"/>
          <w:lang w:val="zxx"/>
        </w:rPr>
        <w:t>sourceId</w:t>
      </w:r>
      <w:r>
        <w:rPr>
          <w:b w:val="false"/>
          <w:sz w:val="28"/>
        </w:rPr>
        <w:t xml:space="preserve">, </w:t>
      </w:r>
      <w:r>
        <w:rPr>
          <w:b w:val="false"/>
          <w:sz w:val="28"/>
          <w:lang w:val="zxx"/>
        </w:rPr>
        <w:t>sourceKind</w:t>
      </w:r>
      <w:r>
        <w:rPr>
          <w:b w:val="false"/>
          <w:sz w:val="28"/>
        </w:rPr>
        <w:t xml:space="preserve">, </w:t>
      </w:r>
      <w:r>
        <w:rPr>
          <w:b w:val="false"/>
          <w:sz w:val="28"/>
          <w:lang w:val="zxx"/>
        </w:rPr>
        <w:t>type</w:t>
      </w:r>
      <w:r>
        <w:rPr>
          <w:b w:val="false"/>
          <w:sz w:val="28"/>
        </w:rPr>
        <w:t xml:space="preserve">, </w:t>
      </w:r>
      <w:r>
        <w:rPr>
          <w:b w:val="false"/>
          <w:sz w:val="28"/>
          <w:lang w:val="zxx"/>
        </w:rPr>
        <w:t>validity</w:t>
      </w:r>
      <w:r>
        <w:rPr>
          <w:b w:val="false"/>
          <w:sz w:val="28"/>
        </w:rPr>
        <w:t xml:space="preserve">, </w:t>
      </w:r>
      <w:r>
        <w:rPr>
          <w:b w:val="false"/>
          <w:sz w:val="28"/>
          <w:lang w:val="zxx"/>
        </w:rPr>
        <w:t>freshness</w:t>
      </w:r>
      <w:r>
        <w:rPr>
          <w:b w:val="false"/>
          <w:sz w:val="28"/>
        </w:rPr>
        <w:t xml:space="preserve">, </w:t>
      </w:r>
      <w:r>
        <w:rPr>
          <w:b w:val="false"/>
          <w:sz w:val="28"/>
          <w:lang w:val="zxx"/>
        </w:rPr>
        <w:t>observedAtMs</w:t>
      </w:r>
      <w:r>
        <w:rPr>
          <w:b w:val="false"/>
          <w:sz w:val="28"/>
        </w:rPr>
        <w:t xml:space="preserve"> обязательны. </w:t>
      </w:r>
      <w:r>
        <w:rPr>
          <w:b w:val="false"/>
          <w:sz w:val="28"/>
          <w:lang w:val="zxx"/>
        </w:rPr>
        <w:t>value</w:t>
      </w:r>
      <w:r>
        <w:rPr>
          <w:b w:val="false"/>
          <w:sz w:val="28"/>
        </w:rPr>
        <w:t xml:space="preserve"> обязателен для </w:t>
      </w:r>
      <w:r>
        <w:rPr>
          <w:b w:val="false"/>
          <w:sz w:val="28"/>
          <w:lang w:val="zxx"/>
        </w:rPr>
        <w:t>valid</w:t>
      </w:r>
      <w:r>
        <w:rPr>
          <w:b w:val="false"/>
          <w:sz w:val="28"/>
        </w:rPr>
        <w:t xml:space="preserve">; </w:t>
      </w:r>
      <w:r>
        <w:rPr>
          <w:b w:val="false"/>
          <w:sz w:val="28"/>
          <w:lang w:val="zxx"/>
        </w:rPr>
        <w:t>reason</w:t>
      </w:r>
      <w:r>
        <w:rPr>
          <w:b w:val="false"/>
          <w:sz w:val="28"/>
        </w:rPr>
        <w:t xml:space="preserve"> обязателен для </w:t>
      </w:r>
      <w:r>
        <w:rPr>
          <w:b w:val="false"/>
          <w:sz w:val="28"/>
          <w:lang w:val="zxx"/>
        </w:rPr>
        <w:t>invalid/</w:t>
      </w:r>
      <w:r>
        <w:rPr>
          <w:b w:val="false"/>
          <w:sz w:val="28"/>
        </w:rPr>
        <w:t>​</w:t>
      </w:r>
      <w:r>
        <w:rPr>
          <w:b w:val="false"/>
          <w:sz w:val="28"/>
          <w:lang w:val="zxx"/>
        </w:rPr>
        <w:t>unavailable.</w:t>
      </w:r>
      <w:r>
        <w:rPr>
          <w:b w:val="false"/>
          <w:sz w:val="28"/>
        </w:rPr>
        <w:t xml:space="preserve"> Всего не более </w:t>
      </w:r>
      <w:r>
        <w:rPr>
          <w:b w:val="false"/>
          <w:sz w:val="28"/>
          <w:lang w:val="zxx"/>
        </w:rPr>
        <w:t>12</w:t>
      </w:r>
      <w:r>
        <w:rPr>
          <w:b w:val="false"/>
          <w:sz w:val="28"/>
        </w:rPr>
        <w:t xml:space="preserve"> атрибутов.</w:t>
      </w:r>
    </w:p>
    <w:p>
      <w:pPr>
        <w:pStyle w:val="Normal"/>
        <w:keepNext w:val="true"/>
        <w:jc w:val="start"/>
        <w:rPr/>
      </w:pPr>
      <w:r>
        <w:rPr>
          <w:b/>
          <w:sz w:val="28"/>
          <w:lang w:val="zxx"/>
        </w:rPr>
        <w:t>19.58</w:t>
      </w:r>
      <w:r>
        <w:rPr>
          <w:b/>
          <w:sz w:val="28"/>
        </w:rPr>
        <w:t xml:space="preserve"> План </w:t>
      </w:r>
      <w:r>
        <w:rPr>
          <w:b/>
          <w:sz w:val="28"/>
          <w:lang w:val="zxx"/>
        </w:rPr>
        <w:t>activationPoll</w:t>
      </w:r>
    </w:p>
    <w:p>
      <w:pPr>
        <w:pStyle w:val="Normal"/>
        <w:jc w:val="start"/>
        <w:rPr/>
      </w:pPr>
      <w:r>
        <w:rPr>
          <w:b w:val="false"/>
          <w:sz w:val="28"/>
        </w:rPr>
        <w:t xml:space="preserve">До воздействия </w:t>
      </w:r>
      <w:r>
        <w:rPr>
          <w:b w:val="false"/>
          <w:sz w:val="28"/>
          <w:lang w:val="zxx"/>
        </w:rPr>
        <w:t>tests.list</w:t>
      </w:r>
      <w:r>
        <w:rPr>
          <w:b w:val="false"/>
          <w:sz w:val="28"/>
        </w:rPr>
        <w:t xml:space="preserve"> фиксирует </w:t>
      </w:r>
      <w:r>
        <w:rPr>
          <w:b w:val="false"/>
          <w:sz w:val="28"/>
          <w:lang w:val="zxx"/>
        </w:rPr>
        <w:t>testId/</w:t>
      </w:r>
      <w:r>
        <w:rPr>
          <w:b w:val="false"/>
          <w:sz w:val="28"/>
        </w:rPr>
        <w:t>​</w:t>
      </w:r>
      <w:r>
        <w:rPr>
          <w:b w:val="false"/>
          <w:sz w:val="28"/>
          <w:lang w:val="zxx"/>
        </w:rPr>
        <w:t>testRevision</w:t>
      </w:r>
      <w:r>
        <w:rPr>
          <w:b w:val="false"/>
          <w:sz w:val="28"/>
        </w:rPr>
        <w:t xml:space="preserve">, полный набор </w:t>
      </w:r>
      <w:r>
        <w:rPr>
          <w:b w:val="false"/>
          <w:sz w:val="28"/>
          <w:lang w:val="zxx"/>
        </w:rPr>
        <w:t>checks</w:t>
      </w:r>
      <w:r>
        <w:rPr>
          <w:b w:val="false"/>
          <w:sz w:val="28"/>
        </w:rPr>
        <w:t xml:space="preserve"> (</w:t>
      </w:r>
      <w:r>
        <w:rPr>
          <w:b w:val="false"/>
          <w:sz w:val="28"/>
          <w:lang w:val="zxx"/>
        </w:rPr>
        <w:t>id/</w:t>
      </w:r>
      <w:r>
        <w:rPr>
          <w:b w:val="false"/>
          <w:sz w:val="28"/>
        </w:rPr>
        <w:t>​</w:t>
      </w:r>
      <w:r>
        <w:rPr>
          <w:b w:val="false"/>
          <w:sz w:val="28"/>
          <w:lang w:val="zxx"/>
        </w:rPr>
        <w:t>resourceId/</w:t>
      </w:r>
      <w:r>
        <w:rPr>
          <w:b w:val="false"/>
          <w:sz w:val="28"/>
        </w:rPr>
        <w:t>​</w:t>
      </w:r>
      <w:r>
        <w:rPr>
          <w:b w:val="false"/>
          <w:sz w:val="28"/>
          <w:lang w:val="zxx"/>
        </w:rPr>
        <w:t>phase</w:t>
      </w:r>
      <w:r>
        <w:rPr>
          <w:b w:val="false"/>
          <w:sz w:val="28"/>
        </w:rPr>
        <w:t xml:space="preserve">) и </w:t>
      </w:r>
      <w:r>
        <w:rPr>
          <w:b w:val="false"/>
          <w:sz w:val="28"/>
          <w:lang w:val="zxx"/>
        </w:rPr>
        <w:t>observations</w:t>
      </w:r>
      <w:r>
        <w:rPr>
          <w:b w:val="false"/>
          <w:sz w:val="28"/>
        </w:rPr>
        <w:t xml:space="preserve"> (</w:t>
      </w:r>
      <w:r>
        <w:rPr>
          <w:b w:val="false"/>
          <w:sz w:val="28"/>
          <w:lang w:val="zxx"/>
        </w:rPr>
        <w:t>id/</w:t>
      </w:r>
      <w:r>
        <w:rPr>
          <w:b w:val="false"/>
          <w:sz w:val="28"/>
        </w:rPr>
        <w:t>​</w:t>
      </w:r>
      <w:r>
        <w:rPr>
          <w:b w:val="false"/>
          <w:sz w:val="28"/>
          <w:lang w:val="zxx"/>
        </w:rPr>
        <w:t>resourceId/</w:t>
      </w:r>
      <w:r>
        <w:rPr>
          <w:b w:val="false"/>
          <w:sz w:val="28"/>
        </w:rPr>
        <w:t>​</w:t>
      </w:r>
      <w:r>
        <w:rPr>
          <w:b w:val="false"/>
          <w:sz w:val="28"/>
          <w:lang w:val="zxx"/>
        </w:rPr>
        <w:t>pointId/</w:t>
      </w:r>
      <w:r>
        <w:rPr>
          <w:b w:val="false"/>
          <w:sz w:val="28"/>
        </w:rPr>
        <w:t>​</w:t>
      </w:r>
      <w:r>
        <w:rPr>
          <w:b w:val="false"/>
          <w:sz w:val="28"/>
          <w:lang w:val="zxx"/>
        </w:rPr>
        <w:t>phase/</w:t>
      </w:r>
      <w:r>
        <w:rPr>
          <w:b w:val="false"/>
          <w:sz w:val="28"/>
        </w:rPr>
        <w:t>​</w:t>
      </w:r>
      <w:r>
        <w:rPr>
          <w:b w:val="false"/>
          <w:sz w:val="28"/>
          <w:lang w:val="zxx"/>
        </w:rPr>
        <w:t>type/</w:t>
      </w:r>
      <w:r>
        <w:rPr>
          <w:b w:val="false"/>
          <w:sz w:val="28"/>
        </w:rPr>
        <w:t>​</w:t>
      </w:r>
      <w:r>
        <w:rPr>
          <w:b w:val="false"/>
          <w:sz w:val="28"/>
          <w:lang w:val="zxx"/>
        </w:rPr>
        <w:t>sourceId/</w:t>
      </w:r>
      <w:r>
        <w:rPr>
          <w:b w:val="false"/>
          <w:sz w:val="28"/>
        </w:rPr>
        <w:t>​</w:t>
      </w:r>
      <w:r>
        <w:rPr>
          <w:b w:val="false"/>
          <w:sz w:val="28"/>
          <w:lang w:val="zxx"/>
        </w:rPr>
        <w:t>sourceKind</w:t>
      </w:r>
      <w:r>
        <w:rPr>
          <w:b w:val="false"/>
          <w:sz w:val="28"/>
        </w:rPr>
        <w:t>), критерии и сроки. Для каждого ресурса предусмотрена хотя бы одна проверка. Наблюдения покрывают все три фазы для каждого ресурса. Все объявленные проверки и наблюдения этого теста обязательны для общего успеха.</w:t>
      </w:r>
    </w:p>
    <w:p>
      <w:pPr>
        <w:pStyle w:val="Normal"/>
        <w:keepNext w:val="true"/>
        <w:jc w:val="start"/>
        <w:rPr/>
      </w:pPr>
      <w:r>
        <w:rPr>
          <w:b/>
          <w:sz w:val="28"/>
          <w:lang w:val="zxx"/>
        </w:rPr>
        <w:t>19.59</w:t>
      </w:r>
      <w:r>
        <w:rPr>
          <w:b/>
          <w:sz w:val="28"/>
        </w:rPr>
        <w:t xml:space="preserve"> Неполученное наблюдение</w:t>
      </w:r>
    </w:p>
    <w:p>
      <w:pPr>
        <w:pStyle w:val="Normal"/>
        <w:jc w:val="start"/>
        <w:rPr/>
      </w:pPr>
      <w:r>
        <w:rPr>
          <w:b w:val="false"/>
          <w:sz w:val="28"/>
        </w:rPr>
        <w:t xml:space="preserve">Запись сохраняет свой </w:t>
      </w:r>
      <w:r>
        <w:rPr>
          <w:b w:val="false"/>
          <w:sz w:val="28"/>
          <w:lang w:val="zxx"/>
        </w:rPr>
        <w:t>ID</w:t>
      </w:r>
      <w:r>
        <w:rPr>
          <w:b w:val="false"/>
          <w:sz w:val="28"/>
        </w:rPr>
        <w:t xml:space="preserve"> и фазу с </w:t>
      </w:r>
      <w:r>
        <w:rPr>
          <w:b w:val="false"/>
          <w:sz w:val="28"/>
          <w:lang w:val="zxx"/>
        </w:rPr>
        <w:t>validity=unavailable</w:t>
      </w:r>
      <w:r>
        <w:rPr>
          <w:b w:val="false"/>
          <w:sz w:val="28"/>
        </w:rPr>
        <w:t xml:space="preserve">, </w:t>
      </w:r>
      <w:r>
        <w:rPr>
          <w:b w:val="false"/>
          <w:sz w:val="28"/>
          <w:lang w:val="zxx"/>
        </w:rPr>
        <w:t>freshness=never</w:t>
      </w:r>
      <w:r>
        <w:rPr>
          <w:b w:val="false"/>
          <w:sz w:val="28"/>
        </w:rPr>
        <w:t xml:space="preserve">, </w:t>
      </w:r>
      <w:r>
        <w:rPr>
          <w:b w:val="false"/>
          <w:sz w:val="28"/>
          <w:lang w:val="zxx"/>
        </w:rPr>
        <w:t>observedAtMs=0</w:t>
      </w:r>
      <w:r>
        <w:rPr>
          <w:b w:val="false"/>
          <w:sz w:val="28"/>
        </w:rPr>
        <w:t xml:space="preserve"> и </w:t>
      </w:r>
      <w:r>
        <w:rPr>
          <w:b w:val="false"/>
          <w:sz w:val="28"/>
          <w:lang w:val="zxx"/>
        </w:rPr>
        <w:t>reason.</w:t>
      </w:r>
      <w:r>
        <w:rPr>
          <w:b w:val="false"/>
          <w:sz w:val="28"/>
        </w:rPr>
        <w:t xml:space="preserve"> До исполнения </w:t>
      </w:r>
      <w:r>
        <w:rPr>
          <w:b w:val="false"/>
          <w:sz w:val="28"/>
          <w:lang w:val="zxx"/>
        </w:rPr>
        <w:t>check=pending</w:t>
      </w:r>
      <w:r>
        <w:rPr>
          <w:b w:val="false"/>
          <w:sz w:val="28"/>
        </w:rPr>
        <w:t xml:space="preserve">; после завершения невыполненная проверка </w:t>
      </w:r>
      <w:r>
        <w:rPr>
          <w:b w:val="false"/>
          <w:sz w:val="28"/>
          <w:lang w:val="zxx"/>
        </w:rPr>
        <w:t>skipped.</w:t>
      </w:r>
      <w:r>
        <w:rPr>
          <w:b w:val="false"/>
          <w:sz w:val="28"/>
        </w:rPr>
        <w:t xml:space="preserve"> Исчезновение записи не заменяет отрицательный результат.</w:t>
      </w:r>
    </w:p>
    <w:p>
      <w:pPr>
        <w:pStyle w:val="Normal"/>
        <w:keepNext w:val="true"/>
        <w:jc w:val="start"/>
        <w:rPr/>
      </w:pPr>
      <w:r>
        <w:rPr>
          <w:b/>
          <w:sz w:val="28"/>
          <w:lang w:val="zxx"/>
        </w:rPr>
        <w:t>19.60</w:t>
      </w:r>
      <w:r>
        <w:rPr>
          <w:b/>
          <w:sz w:val="28"/>
        </w:rPr>
        <w:t xml:space="preserve"> Условия успеха</w:t>
      </w:r>
    </w:p>
    <w:p>
      <w:pPr>
        <w:pStyle w:val="Normal"/>
        <w:jc w:val="start"/>
        <w:rPr/>
      </w:pPr>
      <w:r>
        <w:rPr>
          <w:b w:val="false"/>
          <w:sz w:val="28"/>
          <w:lang w:val="zxx"/>
        </w:rPr>
        <w:t>succeeded</w:t>
      </w:r>
      <w:r>
        <w:rPr>
          <w:b w:val="false"/>
          <w:sz w:val="28"/>
        </w:rPr>
        <w:t xml:space="preserve"> требует </w:t>
      </w:r>
      <w:r>
        <w:rPr>
          <w:b w:val="false"/>
          <w:sz w:val="28"/>
          <w:lang w:val="zxx"/>
        </w:rPr>
        <w:t>off</w:t>
      </w:r>
      <w:r>
        <w:rPr>
          <w:b w:val="false"/>
          <w:sz w:val="28"/>
        </w:rPr>
        <w:t xml:space="preserve"> с допустимым </w:t>
      </w:r>
      <w:r>
        <w:rPr>
          <w:b w:val="false"/>
          <w:sz w:val="28"/>
          <w:lang w:val="zxx"/>
        </w:rPr>
        <w:t>evidence</w:t>
      </w:r>
      <w:r>
        <w:rPr>
          <w:b w:val="false"/>
          <w:sz w:val="28"/>
        </w:rPr>
        <w:t xml:space="preserve"> для всех ресурсов и </w:t>
      </w:r>
      <w:r>
        <w:rPr>
          <w:b w:val="false"/>
          <w:sz w:val="28"/>
          <w:lang w:val="zxx"/>
        </w:rPr>
        <w:t>passed</w:t>
      </w:r>
      <w:r>
        <w:rPr>
          <w:b w:val="false"/>
          <w:sz w:val="28"/>
        </w:rPr>
        <w:t xml:space="preserve"> для всех </w:t>
      </w:r>
      <w:r>
        <w:rPr>
          <w:b w:val="false"/>
          <w:sz w:val="28"/>
          <w:lang w:val="zxx"/>
        </w:rPr>
        <w:t>checks.</w:t>
      </w:r>
      <w:r>
        <w:rPr>
          <w:b w:val="false"/>
          <w:sz w:val="28"/>
        </w:rPr>
        <w:t xml:space="preserve"> Для </w:t>
      </w:r>
      <w:r>
        <w:rPr>
          <w:b w:val="false"/>
          <w:sz w:val="28"/>
          <w:lang w:val="zxx"/>
        </w:rPr>
        <w:t>test</w:t>
      </w:r>
      <w:r>
        <w:rPr>
          <w:b w:val="false"/>
          <w:sz w:val="28"/>
        </w:rPr>
        <w:t xml:space="preserve"> все </w:t>
      </w:r>
      <w:r>
        <w:rPr>
          <w:b w:val="false"/>
          <w:sz w:val="28"/>
          <w:lang w:val="zxx"/>
        </w:rPr>
        <w:t>observations</w:t>
      </w:r>
      <w:r>
        <w:rPr>
          <w:b w:val="false"/>
          <w:sz w:val="28"/>
        </w:rPr>
        <w:t xml:space="preserve"> также </w:t>
      </w:r>
      <w:r>
        <w:rPr>
          <w:b w:val="false"/>
          <w:sz w:val="28"/>
          <w:lang w:val="zxx"/>
        </w:rPr>
        <w:t>valid/</w:t>
      </w:r>
      <w:r>
        <w:rPr>
          <w:b w:val="false"/>
          <w:sz w:val="28"/>
        </w:rPr>
        <w:t>​</w:t>
      </w:r>
      <w:r>
        <w:rPr>
          <w:b w:val="false"/>
          <w:sz w:val="28"/>
          <w:lang w:val="zxx"/>
        </w:rPr>
        <w:t>fresh</w:t>
      </w:r>
      <w:r>
        <w:rPr>
          <w:b w:val="false"/>
          <w:sz w:val="28"/>
        </w:rPr>
        <w:t xml:space="preserve"> на момент соответствующей фазы. Свежесть исторического измерения здесь оценивается в фазе теста; чтение результата позже не превращает его в текущее показание. В </w:t>
      </w:r>
      <w:r>
        <w:rPr>
          <w:b w:val="false"/>
          <w:sz w:val="28"/>
          <w:lang w:val="zxx"/>
        </w:rPr>
        <w:t>finished</w:t>
      </w:r>
      <w:r>
        <w:rPr>
          <w:b w:val="false"/>
          <w:sz w:val="28"/>
        </w:rPr>
        <w:t xml:space="preserve"> причина </w:t>
      </w:r>
      <w:r>
        <w:rPr>
          <w:b w:val="false"/>
          <w:sz w:val="28"/>
          <w:lang w:val="zxx"/>
        </w:rPr>
        <w:t>completed</w:t>
      </w:r>
      <w:r>
        <w:rPr>
          <w:b w:val="false"/>
          <w:sz w:val="28"/>
        </w:rPr>
        <w:t xml:space="preserve"> требует </w:t>
      </w:r>
      <w:r>
        <w:rPr>
          <w:b w:val="false"/>
          <w:sz w:val="28"/>
          <w:lang w:val="zxx"/>
        </w:rPr>
        <w:t>succeeded</w:t>
      </w:r>
      <w:r>
        <w:rPr>
          <w:b w:val="false"/>
          <w:sz w:val="28"/>
        </w:rPr>
        <w:t xml:space="preserve">, </w:t>
      </w:r>
      <w:r>
        <w:rPr>
          <w:b w:val="false"/>
          <w:sz w:val="28"/>
          <w:lang w:val="zxx"/>
        </w:rPr>
        <w:t>operatorStop</w:t>
      </w:r>
      <w:r>
        <w:rPr>
          <w:b w:val="false"/>
          <w:sz w:val="28"/>
        </w:rPr>
        <w:t xml:space="preserve"> допускает </w:t>
      </w:r>
      <w:r>
        <w:rPr>
          <w:b w:val="false"/>
          <w:sz w:val="28"/>
          <w:lang w:val="zxx"/>
        </w:rPr>
        <w:t>succeeded</w:t>
      </w:r>
      <w:r>
        <w:rPr>
          <w:b w:val="false"/>
          <w:sz w:val="28"/>
        </w:rPr>
        <w:t xml:space="preserve"> только по критериям подтвержденной работы раздела </w:t>
      </w:r>
      <w:r>
        <w:rPr>
          <w:b w:val="false"/>
          <w:sz w:val="28"/>
          <w:lang w:val="zxx"/>
        </w:rPr>
        <w:t>8</w:t>
      </w:r>
      <w:r>
        <w:rPr>
          <w:b w:val="false"/>
          <w:sz w:val="28"/>
        </w:rPr>
        <w:t xml:space="preserve">; в остальных случаях применяется </w:t>
      </w:r>
      <w:r>
        <w:rPr>
          <w:b w:val="false"/>
          <w:sz w:val="28"/>
          <w:lang w:val="zxx"/>
        </w:rPr>
        <w:t>cancelled</w:t>
      </w:r>
      <w:r>
        <w:rPr>
          <w:b w:val="false"/>
          <w:sz w:val="28"/>
        </w:rPr>
        <w:t xml:space="preserve"> либо </w:t>
      </w:r>
      <w:r>
        <w:rPr>
          <w:b w:val="false"/>
          <w:sz w:val="28"/>
          <w:lang w:val="zxx"/>
        </w:rPr>
        <w:t>unknown</w:t>
      </w:r>
      <w:r>
        <w:rPr>
          <w:b w:val="false"/>
          <w:sz w:val="28"/>
        </w:rPr>
        <w:t xml:space="preserve">, </w:t>
      </w:r>
      <w:r>
        <w:rPr>
          <w:b w:val="false"/>
          <w:sz w:val="28"/>
          <w:lang w:val="zxx"/>
        </w:rPr>
        <w:t>maxDurationExceeded</w:t>
      </w:r>
      <w:r>
        <w:rPr>
          <w:b w:val="false"/>
          <w:sz w:val="28"/>
        </w:rPr>
        <w:t xml:space="preserve"> требует </w:t>
      </w:r>
      <w:r>
        <w:rPr>
          <w:b w:val="false"/>
          <w:sz w:val="28"/>
          <w:lang w:val="zxx"/>
        </w:rPr>
        <w:t>failed.</w:t>
      </w:r>
      <w:r>
        <w:rPr>
          <w:b w:val="false"/>
          <w:sz w:val="28"/>
        </w:rPr>
        <w:t xml:space="preserve"> Подтвержденное выключение после исчерпания предела не делает поручение выполненным.</w:t>
      </w:r>
    </w:p>
    <w:p>
      <w:pPr>
        <w:pStyle w:val="Normal"/>
        <w:keepNext w:val="true"/>
        <w:jc w:val="start"/>
        <w:rPr/>
      </w:pPr>
      <w:r>
        <w:rPr>
          <w:b/>
          <w:sz w:val="28"/>
          <w:lang w:val="zxx"/>
        </w:rPr>
        <w:t>19.61</w:t>
      </w:r>
      <w:r>
        <w:rPr>
          <w:b/>
          <w:sz w:val="28"/>
        </w:rPr>
        <w:t xml:space="preserve"> Проверка полноты</w:t>
      </w:r>
    </w:p>
    <w:p>
      <w:pPr>
        <w:pStyle w:val="Normal"/>
        <w:jc w:val="both"/>
        <w:rPr/>
      </w:pPr>
      <w:r>
        <w:rPr>
          <w:b w:val="false"/>
          <w:sz w:val="28"/>
        </w:rPr>
        <w:t xml:space="preserve">Получатель проверяет страницы, счетчики и внутренние ссылки, сверяет результат с исходными </w:t>
      </w:r>
      <w:r>
        <w:rPr>
          <w:b w:val="false"/>
          <w:sz w:val="28"/>
          <w:lang w:val="zxx"/>
        </w:rPr>
        <w:t>session.start/</w:t>
      </w:r>
      <w:r>
        <w:rPr>
          <w:b w:val="false"/>
          <w:sz w:val="28"/>
        </w:rPr>
        <w:t>​</w:t>
      </w:r>
      <w:r>
        <w:rPr>
          <w:b w:val="false"/>
          <w:sz w:val="28"/>
          <w:lang w:val="zxx"/>
        </w:rPr>
        <w:t>accepted</w:t>
      </w:r>
      <w:r>
        <w:rPr>
          <w:b w:val="false"/>
          <w:sz w:val="28"/>
        </w:rPr>
        <w:t xml:space="preserve"> и фиксированным манифестом теста. Одни счетчики не доказывают, что сам отправитель не исключил ожидаемую проверку.</w:t>
      </w:r>
    </w:p>
    <w:p>
      <w:pPr>
        <w:pStyle w:val="Normal"/>
        <w:jc w:val="start"/>
        <w:rPr/>
      </w:pPr>
      <w:r>
        <w:rPr>
          <w:b w:val="false"/>
          <w:sz w:val="28"/>
          <w:lang w:val="zxx"/>
        </w:rPr>
        <w:t>19.62</w:t>
      </w:r>
      <w:r>
        <w:rPr>
          <w:b w:val="false"/>
          <w:sz w:val="28"/>
        </w:rPr>
        <w:t xml:space="preserve"> Для </w:t>
      </w:r>
      <w:r>
        <w:rPr>
          <w:b w:val="false"/>
          <w:sz w:val="28"/>
          <w:lang w:val="zxx"/>
        </w:rPr>
        <w:t>siren/</w:t>
      </w:r>
      <w:r>
        <w:rPr>
          <w:b w:val="false"/>
          <w:sz w:val="28"/>
        </w:rPr>
        <w:t>​</w:t>
      </w:r>
      <w:r>
        <w:rPr>
          <w:b w:val="false"/>
          <w:sz w:val="28"/>
          <w:lang w:val="zxx"/>
        </w:rPr>
        <w:t>recording/</w:t>
      </w:r>
      <w:r>
        <w:rPr>
          <w:b w:val="false"/>
          <w:sz w:val="28"/>
        </w:rPr>
        <w:t>​</w:t>
      </w:r>
      <w:r>
        <w:rPr>
          <w:b w:val="false"/>
          <w:sz w:val="28"/>
          <w:lang w:val="zxx"/>
        </w:rPr>
        <w:t>program/</w:t>
      </w:r>
      <w:r>
        <w:rPr>
          <w:b w:val="false"/>
          <w:sz w:val="28"/>
        </w:rPr>
        <w:t>​</w:t>
      </w:r>
      <w:r>
        <w:rPr>
          <w:b w:val="false"/>
          <w:sz w:val="28"/>
          <w:lang w:val="zxx"/>
        </w:rPr>
        <w:t>stream</w:t>
      </w:r>
      <w:r>
        <w:rPr>
          <w:b w:val="false"/>
          <w:sz w:val="28"/>
        </w:rPr>
        <w:t xml:space="preserve"> записи </w:t>
      </w:r>
      <w:r>
        <w:rPr>
          <w:b w:val="false"/>
          <w:sz w:val="28"/>
          <w:lang w:val="zxx"/>
        </w:rPr>
        <w:t>check</w:t>
      </w:r>
      <w:r>
        <w:rPr>
          <w:b w:val="false"/>
          <w:sz w:val="28"/>
        </w:rPr>
        <w:t xml:space="preserve"> и фазовые </w:t>
      </w:r>
      <w:r>
        <w:rPr>
          <w:b w:val="false"/>
          <w:sz w:val="28"/>
          <w:lang w:val="zxx"/>
        </w:rPr>
        <w:t>observation</w:t>
      </w:r>
      <w:r>
        <w:rPr>
          <w:b w:val="false"/>
          <w:sz w:val="28"/>
        </w:rPr>
        <w:t xml:space="preserve"> необязательны; </w:t>
      </w:r>
      <w:r>
        <w:rPr>
          <w:b w:val="false"/>
          <w:sz w:val="28"/>
          <w:lang w:val="zxx"/>
        </w:rPr>
        <w:t>resourceCount</w:t>
      </w:r>
      <w:r>
        <w:rPr>
          <w:b w:val="false"/>
          <w:sz w:val="28"/>
        </w:rPr>
        <w:t xml:space="preserve"> положителен. Для </w:t>
      </w:r>
      <w:r>
        <w:rPr>
          <w:b w:val="false"/>
          <w:sz w:val="28"/>
          <w:lang w:val="zxx"/>
        </w:rPr>
        <w:t>test</w:t>
      </w:r>
      <w:r>
        <w:rPr>
          <w:b w:val="false"/>
          <w:sz w:val="28"/>
        </w:rPr>
        <w:t xml:space="preserve"> каталог </w:t>
      </w:r>
      <w:r>
        <w:rPr>
          <w:b w:val="false"/>
          <w:sz w:val="28"/>
          <w:lang w:val="zxx"/>
        </w:rPr>
        <w:t>tests.list</w:t>
      </w:r>
      <w:r>
        <w:rPr>
          <w:b w:val="false"/>
          <w:sz w:val="28"/>
        </w:rPr>
        <w:t xml:space="preserve">, полный набор критериев и фазовые наблюдения обязательны. Результат связывается с сохраненным </w:t>
      </w:r>
      <w:r>
        <w:rPr>
          <w:b w:val="false"/>
          <w:sz w:val="28"/>
          <w:lang w:val="zxx"/>
        </w:rPr>
        <w:t>accepted</w:t>
      </w:r>
      <w:r>
        <w:rPr>
          <w:b w:val="false"/>
          <w:sz w:val="28"/>
        </w:rPr>
        <w:t xml:space="preserve"> исходного </w:t>
      </w:r>
      <w:r>
        <w:rPr>
          <w:b w:val="false"/>
          <w:sz w:val="28"/>
          <w:lang w:val="zxx"/>
        </w:rPr>
        <w:t>session.start</w:t>
      </w:r>
      <w:r>
        <w:rPr>
          <w:b w:val="false"/>
          <w:sz w:val="28"/>
        </w:rPr>
        <w:t xml:space="preserve"> и его неизменным планом. Полный снимок содержит одну </w:t>
      </w:r>
      <w:r>
        <w:rPr>
          <w:b w:val="false"/>
          <w:sz w:val="28"/>
          <w:lang w:val="zxx"/>
        </w:rPr>
        <w:t>session</w:t>
      </w:r>
      <w:r>
        <w:rPr>
          <w:b w:val="false"/>
          <w:sz w:val="28"/>
        </w:rPr>
        <w:t xml:space="preserve">, одну </w:t>
      </w:r>
      <w:r>
        <w:rPr>
          <w:b w:val="false"/>
          <w:sz w:val="28"/>
          <w:lang w:val="zxx"/>
        </w:rPr>
        <w:t>timeline</w:t>
      </w:r>
      <w:r>
        <w:rPr>
          <w:b w:val="false"/>
          <w:sz w:val="28"/>
        </w:rPr>
        <w:t xml:space="preserve"> и одну </w:t>
      </w:r>
      <w:r>
        <w:rPr>
          <w:b w:val="false"/>
          <w:sz w:val="28"/>
          <w:lang w:val="zxx"/>
        </w:rPr>
        <w:t>completion</w:t>
      </w:r>
      <w:r>
        <w:rPr>
          <w:b w:val="false"/>
          <w:sz w:val="28"/>
        </w:rPr>
        <w:t xml:space="preserve">; </w:t>
      </w:r>
      <w:r>
        <w:rPr>
          <w:b w:val="false"/>
          <w:sz w:val="28"/>
          <w:lang w:val="zxx"/>
        </w:rPr>
        <w:t>execution</w:t>
      </w:r>
      <w:r>
        <w:rPr>
          <w:b w:val="false"/>
          <w:sz w:val="28"/>
        </w:rPr>
        <w:t xml:space="preserve"> и </w:t>
      </w:r>
      <w:r>
        <w:rPr>
          <w:b w:val="false"/>
          <w:sz w:val="28"/>
          <w:lang w:val="zxx"/>
        </w:rPr>
        <w:t>fault</w:t>
      </w:r>
      <w:r>
        <w:rPr>
          <w:b w:val="false"/>
          <w:sz w:val="28"/>
        </w:rPr>
        <w:t xml:space="preserve"> обязательны по счетчикам и правилам раздела </w:t>
      </w:r>
      <w:r>
        <w:rPr>
          <w:b w:val="false"/>
          <w:sz w:val="28"/>
          <w:lang w:val="zxx"/>
        </w:rPr>
        <w:t>8.</w:t>
      </w:r>
    </w:p>
    <w:p>
      <w:pPr>
        <w:pStyle w:val="Normal"/>
        <w:jc w:val="both"/>
        <w:rPr/>
      </w:pPr>
      <w:r>
        <w:rPr>
          <w:b w:val="false"/>
          <w:sz w:val="28"/>
          <w:lang w:val="zxx"/>
        </w:rPr>
        <w:t>19.63</w:t>
      </w:r>
      <w:r>
        <w:rPr>
          <w:b w:val="false"/>
          <w:sz w:val="28"/>
        </w:rPr>
        <w:t xml:space="preserve"> Первая страница </w:t>
      </w:r>
      <w:r>
        <w:rPr>
          <w:b w:val="false"/>
          <w:sz w:val="28"/>
          <w:lang w:val="zxx"/>
        </w:rPr>
        <w:t>state</w:t>
      </w:r>
      <w:r>
        <w:rPr>
          <w:b w:val="false"/>
          <w:sz w:val="28"/>
        </w:rPr>
        <w:t xml:space="preserve"> обязательно содержит </w:t>
      </w:r>
      <w:r>
        <w:rPr>
          <w:b w:val="false"/>
          <w:sz w:val="28"/>
          <w:lang w:val="zxx"/>
        </w:rPr>
        <w:t>configuration</w:t>
      </w:r>
      <w:r>
        <w:rPr>
          <w:b w:val="false"/>
          <w:sz w:val="28"/>
        </w:rPr>
        <w:t xml:space="preserve">, </w:t>
      </w:r>
      <w:r>
        <w:rPr>
          <w:b w:val="false"/>
          <w:sz w:val="28"/>
          <w:lang w:val="zxx"/>
        </w:rPr>
        <w:t>ownership</w:t>
      </w:r>
      <w:r>
        <w:rPr>
          <w:b w:val="false"/>
          <w:sz w:val="28"/>
        </w:rPr>
        <w:t xml:space="preserve">, </w:t>
      </w:r>
      <w:r>
        <w:rPr>
          <w:b w:val="false"/>
          <w:sz w:val="28"/>
          <w:lang w:val="zxx"/>
        </w:rPr>
        <w:t>recovery</w:t>
      </w:r>
      <w:r>
        <w:rPr>
          <w:b w:val="false"/>
          <w:sz w:val="28"/>
        </w:rPr>
        <w:t xml:space="preserve"> в этом порядке; первая страница </w:t>
      </w:r>
      <w:r>
        <w:rPr>
          <w:b w:val="false"/>
          <w:sz w:val="28"/>
          <w:lang w:val="zxx"/>
        </w:rPr>
        <w:t>result</w:t>
      </w:r>
      <w:r>
        <w:rPr>
          <w:b w:val="false"/>
          <w:sz w:val="28"/>
        </w:rPr>
        <w:t xml:space="preserve"> обязательно содержит </w:t>
      </w:r>
      <w:r>
        <w:rPr>
          <w:b w:val="false"/>
          <w:sz w:val="28"/>
          <w:lang w:val="zxx"/>
        </w:rPr>
        <w:t>session.</w:t>
      </w:r>
      <w:r>
        <w:rPr>
          <w:b w:val="false"/>
          <w:sz w:val="28"/>
        </w:rPr>
        <w:t xml:space="preserve"> Если предметные записи не помещаются, допускаются только этот обязательный набор и метаданные контейнера при </w:t>
      </w:r>
      <w:r>
        <w:rPr>
          <w:b w:val="false"/>
          <w:sz w:val="28"/>
          <w:lang w:val="zxx"/>
        </w:rPr>
        <w:t>more=true.</w:t>
      </w:r>
      <w:r>
        <w:rPr>
          <w:b w:val="false"/>
          <w:sz w:val="28"/>
        </w:rPr>
        <w:t xml:space="preserve"> Пустой контейнер вместо обязательного набора запрещен. Каждая следующая непоследняя страница </w:t>
      </w:r>
      <w:r>
        <w:rPr>
          <w:b w:val="false"/>
          <w:sz w:val="28"/>
          <w:lang w:val="zxx"/>
        </w:rPr>
        <w:t>ДОЛЖНА</w:t>
      </w:r>
      <w:r>
        <w:rPr>
          <w:b w:val="false"/>
          <w:sz w:val="28"/>
        </w:rPr>
        <w:t xml:space="preserve"> содержать полезную запись; сводка в продолжениях запрещена. УУ </w:t>
      </w:r>
      <w:r>
        <w:rPr>
          <w:b w:val="false"/>
          <w:sz w:val="28"/>
          <w:lang w:val="zxx"/>
        </w:rPr>
        <w:t>ДОЛЖЕН</w:t>
      </w:r>
      <w:r>
        <w:rPr>
          <w:b w:val="false"/>
          <w:sz w:val="28"/>
        </w:rPr>
        <w:t xml:space="preserve"> проверять кодируемость всех объявленных записей с оболочкой и </w:t>
      </w:r>
      <w:r>
        <w:rPr>
          <w:b w:val="false"/>
          <w:sz w:val="28"/>
          <w:lang w:val="zxx"/>
        </w:rPr>
        <w:t>cursor</w:t>
      </w:r>
      <w:r>
        <w:rPr>
          <w:b w:val="false"/>
          <w:sz w:val="28"/>
        </w:rPr>
        <w:t xml:space="preserve"> до объявления возможностей. Запись не дробится на произвольные фрагменты </w:t>
      </w:r>
      <w:r>
        <w:rPr>
          <w:b w:val="false"/>
          <w:sz w:val="28"/>
          <w:lang w:val="zxx"/>
        </w:rPr>
        <w:t>XML.</w:t>
      </w:r>
      <w:r>
        <w:rPr>
          <w:b w:val="false"/>
          <w:sz w:val="28"/>
        </w:rPr>
        <w:t xml:space="preserve"> Максимальные длины полей и расширение </w:t>
      </w:r>
      <w:r>
        <w:rPr>
          <w:b w:val="false"/>
          <w:sz w:val="28"/>
          <w:lang w:val="zxx"/>
        </w:rPr>
        <w:t>XML-</w:t>
      </w:r>
      <w:r>
        <w:rPr>
          <w:b w:val="false"/>
          <w:sz w:val="28"/>
        </w:rPr>
        <w:t xml:space="preserve">сущностей учитываются при кодировании; </w:t>
      </w:r>
      <w:r>
        <w:rPr>
          <w:b w:val="false"/>
          <w:sz w:val="28"/>
          <w:lang w:val="zxx"/>
        </w:rPr>
        <w:t>session.start</w:t>
      </w:r>
      <w:r>
        <w:rPr>
          <w:b w:val="false"/>
          <w:sz w:val="28"/>
        </w:rPr>
        <w:t xml:space="preserve"> поддерживает четыре ресурса при лимите </w:t>
      </w:r>
      <w:r>
        <w:rPr>
          <w:b w:val="false"/>
          <w:sz w:val="28"/>
          <w:lang w:val="zxx"/>
        </w:rPr>
        <w:t>1024</w:t>
      </w:r>
      <w:r>
        <w:rPr>
          <w:b w:val="false"/>
          <w:sz w:val="28"/>
        </w:rPr>
        <w:t xml:space="preserve"> байта.</w:t>
      </w:r>
    </w:p>
    <w:p>
      <w:pPr>
        <w:pStyle w:val="2"/>
        <w:rPr/>
      </w:pPr>
      <w:r>
        <w:rPr/>
        <w:t>Типы показаний</w:t>
      </w:r>
    </w:p>
    <w:p>
      <w:pPr>
        <w:pStyle w:val="Normal"/>
        <w:keepNext w:val="true"/>
        <w:jc w:val="start"/>
        <w:rPr/>
      </w:pPr>
      <w:r>
        <w:rPr>
          <w:b/>
          <w:sz w:val="28"/>
          <w:lang w:val="zxx"/>
        </w:rPr>
        <w:t>19.64</w:t>
      </w:r>
      <w:r>
        <w:rPr>
          <w:b/>
          <w:sz w:val="28"/>
        </w:rPr>
        <w:t xml:space="preserve"> </w:t>
      </w:r>
      <w:r>
        <w:rPr>
          <w:b/>
          <w:sz w:val="28"/>
          <w:lang w:val="zxx"/>
        </w:rPr>
        <w:t>bool</w:t>
      </w:r>
    </w:p>
    <w:p>
      <w:pPr>
        <w:pStyle w:val="Normal"/>
        <w:jc w:val="start"/>
        <w:rPr/>
      </w:pPr>
      <w:r>
        <w:rPr>
          <w:b w:val="false"/>
          <w:sz w:val="28"/>
        </w:rPr>
        <w:t xml:space="preserve">Только </w:t>
      </w:r>
      <w:r>
        <w:rPr>
          <w:b w:val="false"/>
          <w:sz w:val="28"/>
          <w:lang w:val="zxx"/>
        </w:rPr>
        <w:t>true</w:t>
      </w:r>
      <w:r>
        <w:rPr>
          <w:b w:val="false"/>
          <w:sz w:val="28"/>
        </w:rPr>
        <w:t xml:space="preserve"> или </w:t>
      </w:r>
      <w:r>
        <w:rPr>
          <w:b w:val="false"/>
          <w:sz w:val="28"/>
          <w:lang w:val="zxx"/>
        </w:rPr>
        <w:t>false.</w:t>
      </w:r>
    </w:p>
    <w:p>
      <w:pPr>
        <w:pStyle w:val="Normal"/>
        <w:keepNext w:val="true"/>
        <w:jc w:val="start"/>
        <w:rPr/>
      </w:pPr>
      <w:r>
        <w:rPr>
          <w:b/>
          <w:sz w:val="28"/>
          <w:lang w:val="zxx"/>
        </w:rPr>
        <w:t>19.65</w:t>
      </w:r>
      <w:r>
        <w:rPr>
          <w:b/>
          <w:sz w:val="28"/>
        </w:rPr>
        <w:t xml:space="preserve"> </w:t>
      </w:r>
      <w:r>
        <w:rPr>
          <w:b/>
          <w:sz w:val="28"/>
          <w:lang w:val="zxx"/>
        </w:rPr>
        <w:t>int</w:t>
      </w:r>
    </w:p>
    <w:p>
      <w:pPr>
        <w:pStyle w:val="Normal"/>
        <w:jc w:val="start"/>
        <w:rPr/>
      </w:pPr>
      <w:r>
        <w:rPr>
          <w:b w:val="false"/>
          <w:sz w:val="28"/>
        </w:rPr>
        <w:t xml:space="preserve">Каноническое десятичное </w:t>
      </w:r>
      <w:r>
        <w:rPr>
          <w:b w:val="false"/>
          <w:sz w:val="28"/>
          <w:lang w:val="zxx"/>
        </w:rPr>
        <w:t>int64:</w:t>
      </w:r>
      <w:r>
        <w:rPr>
          <w:b w:val="false"/>
          <w:sz w:val="28"/>
        </w:rPr>
        <w:t xml:space="preserve"> -</w:t>
      </w:r>
      <w:r>
        <w:rPr>
          <w:b w:val="false"/>
          <w:sz w:val="28"/>
          <w:lang w:val="zxx"/>
        </w:rPr>
        <w:t>9223372036854775808..9223372036854775807</w:t>
      </w:r>
      <w:r>
        <w:rPr>
          <w:b w:val="false"/>
          <w:sz w:val="28"/>
        </w:rPr>
        <w:t>; без плюса, ведущих нулей, -</w:t>
      </w:r>
      <w:r>
        <w:rPr>
          <w:b w:val="false"/>
          <w:sz w:val="28"/>
          <w:lang w:val="zxx"/>
        </w:rPr>
        <w:t>0</w:t>
      </w:r>
      <w:r>
        <w:rPr>
          <w:b w:val="false"/>
          <w:sz w:val="28"/>
        </w:rPr>
        <w:t xml:space="preserve"> и экспоненты.</w:t>
      </w:r>
    </w:p>
    <w:p>
      <w:pPr>
        <w:pStyle w:val="Normal"/>
        <w:keepNext w:val="true"/>
        <w:jc w:val="start"/>
        <w:rPr/>
      </w:pPr>
      <w:r>
        <w:rPr>
          <w:b/>
          <w:sz w:val="28"/>
          <w:lang w:val="zxx"/>
        </w:rPr>
        <w:t>19.66</w:t>
      </w:r>
      <w:r>
        <w:rPr>
          <w:b/>
          <w:sz w:val="28"/>
        </w:rPr>
        <w:t xml:space="preserve"> </w:t>
      </w:r>
      <w:r>
        <w:rPr>
          <w:b/>
          <w:sz w:val="28"/>
          <w:lang w:val="zxx"/>
        </w:rPr>
        <w:t>counter</w:t>
      </w:r>
    </w:p>
    <w:p>
      <w:pPr>
        <w:pStyle w:val="Normal"/>
        <w:jc w:val="start"/>
        <w:rPr/>
      </w:pPr>
      <w:r>
        <w:rPr>
          <w:b w:val="false"/>
          <w:sz w:val="28"/>
        </w:rPr>
        <w:t xml:space="preserve">Каноническое десятичное </w:t>
      </w:r>
      <w:r>
        <w:rPr>
          <w:b w:val="false"/>
          <w:sz w:val="28"/>
          <w:lang w:val="zxx"/>
        </w:rPr>
        <w:t>uint64:</w:t>
      </w:r>
      <w:r>
        <w:rPr>
          <w:b w:val="false"/>
          <w:sz w:val="28"/>
        </w:rPr>
        <w:t xml:space="preserve"> </w:t>
      </w:r>
      <w:r>
        <w:rPr>
          <w:b w:val="false"/>
          <w:sz w:val="28"/>
          <w:lang w:val="zxx"/>
        </w:rPr>
        <w:t>0..18446744073709551615.</w:t>
      </w:r>
    </w:p>
    <w:p>
      <w:pPr>
        <w:pStyle w:val="Normal"/>
        <w:keepNext w:val="true"/>
        <w:jc w:val="start"/>
        <w:rPr/>
      </w:pPr>
      <w:r>
        <w:rPr>
          <w:b/>
          <w:sz w:val="28"/>
          <w:lang w:val="zxx"/>
        </w:rPr>
        <w:t>19.67</w:t>
      </w:r>
      <w:r>
        <w:rPr>
          <w:b/>
          <w:sz w:val="28"/>
        </w:rPr>
        <w:t xml:space="preserve"> </w:t>
      </w:r>
      <w:r>
        <w:rPr>
          <w:b/>
          <w:sz w:val="28"/>
          <w:lang w:val="zxx"/>
        </w:rPr>
        <w:t>enum</w:t>
      </w:r>
    </w:p>
    <w:p>
      <w:pPr>
        <w:pStyle w:val="Normal"/>
        <w:jc w:val="start"/>
        <w:rPr/>
      </w:pPr>
      <w:r>
        <w:rPr>
          <w:b w:val="false"/>
          <w:sz w:val="28"/>
        </w:rPr>
        <w:t xml:space="preserve">Код </w:t>
      </w:r>
      <w:r>
        <w:rPr>
          <w:b w:val="false"/>
          <w:sz w:val="28"/>
          <w:lang w:val="zxx"/>
        </w:rPr>
        <w:t>token</w:t>
      </w:r>
      <w:r>
        <w:rPr>
          <w:b w:val="false"/>
          <w:sz w:val="28"/>
        </w:rPr>
        <w:t xml:space="preserve"> </w:t>
      </w:r>
      <w:r>
        <w:rPr>
          <w:b w:val="false"/>
          <w:sz w:val="28"/>
          <w:lang w:val="zxx"/>
        </w:rPr>
        <w:t>1-</w:t>
      </w:r>
      <w:r>
        <w:rPr>
          <w:b w:val="false"/>
          <w:sz w:val="28"/>
        </w:rPr>
        <w:t>⁠</w:t>
      </w:r>
      <w:r>
        <w:rPr>
          <w:b w:val="false"/>
          <w:sz w:val="28"/>
          <w:lang w:val="zxx"/>
        </w:rPr>
        <w:t>32</w:t>
      </w:r>
      <w:r>
        <w:rPr>
          <w:b w:val="false"/>
          <w:sz w:val="28"/>
        </w:rPr>
        <w:t xml:space="preserve"> из </w:t>
      </w:r>
      <w:r>
        <w:rPr>
          <w:b w:val="false"/>
          <w:sz w:val="28"/>
          <w:lang w:val="zxx"/>
        </w:rPr>
        <w:t>enum</w:t>
      </w:r>
      <w:r>
        <w:rPr>
          <w:b w:val="false"/>
          <w:sz w:val="28"/>
        </w:rPr>
        <w:t xml:space="preserve"> данного </w:t>
      </w:r>
      <w:r>
        <w:rPr>
          <w:b w:val="false"/>
          <w:sz w:val="28"/>
          <w:lang w:val="zxx"/>
        </w:rPr>
        <w:t>pointId</w:t>
      </w:r>
      <w:r>
        <w:rPr>
          <w:b w:val="false"/>
          <w:sz w:val="28"/>
        </w:rPr>
        <w:t xml:space="preserve"> в согласованном каталоге.</w:t>
      </w:r>
    </w:p>
    <w:p>
      <w:pPr>
        <w:pStyle w:val="Normal"/>
        <w:keepNext w:val="true"/>
        <w:jc w:val="start"/>
        <w:rPr/>
      </w:pPr>
      <w:r>
        <w:rPr>
          <w:b/>
          <w:sz w:val="28"/>
          <w:lang w:val="zxx"/>
        </w:rPr>
        <w:t>19.68</w:t>
      </w:r>
      <w:r>
        <w:rPr>
          <w:b/>
          <w:sz w:val="28"/>
        </w:rPr>
        <w:t xml:space="preserve"> </w:t>
      </w:r>
      <w:r>
        <w:rPr>
          <w:b/>
          <w:sz w:val="28"/>
          <w:lang w:val="zxx"/>
        </w:rPr>
        <w:t>type</w:t>
      </w:r>
      <w:r>
        <w:rPr>
          <w:b/>
          <w:sz w:val="28"/>
        </w:rPr>
        <w:t xml:space="preserve"> / </w:t>
      </w:r>
      <w:r>
        <w:rPr>
          <w:b/>
          <w:sz w:val="28"/>
          <w:lang w:val="zxx"/>
        </w:rPr>
        <w:t>scale</w:t>
      </w:r>
    </w:p>
    <w:p>
      <w:pPr>
        <w:pStyle w:val="Normal"/>
        <w:jc w:val="both"/>
        <w:rPr/>
      </w:pPr>
      <w:r>
        <w:rPr>
          <w:b w:val="false"/>
          <w:sz w:val="28"/>
        </w:rPr>
        <w:t xml:space="preserve">Каждое показание содержит </w:t>
      </w:r>
      <w:r>
        <w:rPr>
          <w:b w:val="false"/>
          <w:sz w:val="28"/>
          <w:lang w:val="zxx"/>
        </w:rPr>
        <w:t>type</w:t>
      </w:r>
      <w:r>
        <w:rPr>
          <w:b w:val="false"/>
          <w:sz w:val="28"/>
        </w:rPr>
        <w:t xml:space="preserve">, совпадающий с каталогом. </w:t>
      </w:r>
      <w:r>
        <w:rPr>
          <w:b w:val="false"/>
          <w:sz w:val="28"/>
          <w:lang w:val="zxx"/>
        </w:rPr>
        <w:t>scale</w:t>
      </w:r>
      <w:r>
        <w:rPr>
          <w:b w:val="false"/>
          <w:sz w:val="28"/>
        </w:rPr>
        <w:t xml:space="preserve"> - положительный десятичный множитель без экспоненты, до </w:t>
      </w:r>
      <w:r>
        <w:rPr>
          <w:b w:val="false"/>
          <w:sz w:val="28"/>
          <w:lang w:val="zxx"/>
        </w:rPr>
        <w:t>32</w:t>
      </w:r>
      <w:r>
        <w:rPr>
          <w:b w:val="false"/>
          <w:sz w:val="28"/>
        </w:rPr>
        <w:t xml:space="preserve"> </w:t>
      </w:r>
      <w:r>
        <w:rPr>
          <w:b w:val="false"/>
          <w:sz w:val="28"/>
          <w:lang w:val="zxx"/>
        </w:rPr>
        <w:t>ASCII-</w:t>
      </w:r>
      <w:r>
        <w:rPr>
          <w:b w:val="false"/>
          <w:sz w:val="28"/>
        </w:rPr>
        <w:t xml:space="preserve">символов, при отсутствии </w:t>
      </w:r>
      <w:r>
        <w:rPr>
          <w:b w:val="false"/>
          <w:sz w:val="28"/>
          <w:lang w:val="zxx"/>
        </w:rPr>
        <w:t>1.</w:t>
      </w:r>
      <w:r>
        <w:rPr>
          <w:b w:val="false"/>
          <w:sz w:val="28"/>
        </w:rPr>
        <w:t xml:space="preserve"> Отображаемое значение равно </w:t>
      </w:r>
      <w:r>
        <w:rPr>
          <w:b w:val="false"/>
          <w:sz w:val="28"/>
          <w:lang w:val="zxx"/>
        </w:rPr>
        <w:t>value</w:t>
      </w:r>
      <w:r>
        <w:rPr>
          <w:b w:val="false"/>
          <w:sz w:val="28"/>
        </w:rPr>
        <w:t xml:space="preserve"> * </w:t>
      </w:r>
      <w:r>
        <w:rPr>
          <w:b w:val="false"/>
          <w:sz w:val="28"/>
          <w:lang w:val="zxx"/>
        </w:rPr>
        <w:t>scale</w:t>
      </w:r>
      <w:r>
        <w:rPr>
          <w:b w:val="false"/>
          <w:sz w:val="28"/>
        </w:rPr>
        <w:t xml:space="preserve">; пороги сравнивают исходное </w:t>
      </w:r>
      <w:r>
        <w:rPr>
          <w:b w:val="false"/>
          <w:sz w:val="28"/>
          <w:lang w:val="zxx"/>
        </w:rPr>
        <w:t>value.</w:t>
      </w:r>
    </w:p>
    <w:p>
      <w:pPr>
        <w:pStyle w:val="Normal"/>
        <w:jc w:val="start"/>
        <w:rPr/>
      </w:pPr>
      <w:r>
        <w:rPr>
          <w:b w:val="false"/>
          <w:sz w:val="28"/>
          <w:lang w:val="zxx"/>
        </w:rPr>
        <w:t>19.69</w:t>
      </w:r>
      <w:r>
        <w:rPr>
          <w:b w:val="false"/>
          <w:sz w:val="28"/>
        </w:rPr>
        <w:t xml:space="preserve"> </w:t>
      </w:r>
      <w:r>
        <w:rPr>
          <w:b w:val="false"/>
          <w:sz w:val="28"/>
          <w:lang w:val="zxx"/>
        </w:rPr>
        <w:t>freshness=never</w:t>
      </w:r>
      <w:r>
        <w:rPr>
          <w:b w:val="false"/>
          <w:sz w:val="28"/>
        </w:rPr>
        <w:t xml:space="preserve"> означает отсутствие полученного измерения: </w:t>
      </w:r>
      <w:r>
        <w:rPr>
          <w:b w:val="false"/>
          <w:sz w:val="28"/>
          <w:lang w:val="zxx"/>
        </w:rPr>
        <w:t>value</w:t>
      </w:r>
      <w:r>
        <w:rPr>
          <w:b w:val="false"/>
          <w:sz w:val="28"/>
        </w:rPr>
        <w:t xml:space="preserve"> отсутствует, </w:t>
      </w:r>
      <w:r>
        <w:rPr>
          <w:b w:val="false"/>
          <w:sz w:val="28"/>
          <w:lang w:val="zxx"/>
        </w:rPr>
        <w:t>observedAtMs=0</w:t>
      </w:r>
      <w:r>
        <w:rPr>
          <w:b w:val="false"/>
          <w:sz w:val="28"/>
        </w:rPr>
        <w:t xml:space="preserve">, </w:t>
      </w:r>
      <w:r>
        <w:rPr>
          <w:b w:val="false"/>
          <w:sz w:val="28"/>
          <w:lang w:val="zxx"/>
        </w:rPr>
        <w:t>reason</w:t>
      </w:r>
      <w:r>
        <w:rPr>
          <w:b w:val="false"/>
          <w:sz w:val="28"/>
        </w:rPr>
        <w:t xml:space="preserve"> обязателен. </w:t>
      </w:r>
      <w:r>
        <w:rPr>
          <w:b w:val="false"/>
          <w:sz w:val="28"/>
          <w:lang w:val="zxx"/>
        </w:rPr>
        <w:t>type</w:t>
      </w:r>
      <w:r>
        <w:rPr>
          <w:b w:val="false"/>
          <w:sz w:val="28"/>
        </w:rPr>
        <w:t xml:space="preserve"> обязателен и для </w:t>
      </w:r>
      <w:r>
        <w:rPr>
          <w:b w:val="false"/>
          <w:sz w:val="28"/>
          <w:lang w:val="zxx"/>
        </w:rPr>
        <w:t>sensor.qualityChanged.</w:t>
      </w:r>
      <w:r>
        <w:rPr>
          <w:b w:val="false"/>
          <w:sz w:val="28"/>
        </w:rPr>
        <w:t xml:space="preserve"> Получатель проверяет лексическую форму и диапазон, связывает полный каталог и </w:t>
      </w:r>
      <w:r>
        <w:rPr>
          <w:b w:val="false"/>
          <w:sz w:val="28"/>
          <w:lang w:val="zxx"/>
        </w:rPr>
        <w:t>readings</w:t>
      </w:r>
      <w:r>
        <w:rPr>
          <w:b w:val="false"/>
          <w:sz w:val="28"/>
        </w:rPr>
        <w:t xml:space="preserve"> по </w:t>
      </w:r>
      <w:r>
        <w:rPr>
          <w:b w:val="false"/>
          <w:sz w:val="28"/>
          <w:lang w:val="zxx"/>
        </w:rPr>
        <w:t>bootId/</w:t>
      </w:r>
      <w:r>
        <w:rPr>
          <w:b w:val="false"/>
          <w:sz w:val="28"/>
        </w:rPr>
        <w:t>​</w:t>
      </w:r>
      <w:r>
        <w:rPr>
          <w:b w:val="false"/>
          <w:sz w:val="28"/>
          <w:lang w:val="zxx"/>
        </w:rPr>
        <w:t>capabilityRevision/</w:t>
      </w:r>
      <w:r>
        <w:rPr>
          <w:b w:val="false"/>
          <w:sz w:val="28"/>
        </w:rPr>
        <w:t>​</w:t>
      </w:r>
      <w:r>
        <w:rPr>
          <w:b w:val="false"/>
          <w:sz w:val="28"/>
          <w:lang w:val="zxx"/>
        </w:rPr>
        <w:t>bindingGeneration</w:t>
      </w:r>
      <w:r>
        <w:rPr>
          <w:b w:val="false"/>
          <w:sz w:val="28"/>
        </w:rPr>
        <w:t xml:space="preserve">, проверяет тип и принадлежность </w:t>
      </w:r>
      <w:r>
        <w:rPr>
          <w:b w:val="false"/>
          <w:sz w:val="28"/>
          <w:lang w:val="zxx"/>
        </w:rPr>
        <w:t>enum.</w:t>
      </w:r>
      <w:r>
        <w:rPr>
          <w:b w:val="false"/>
          <w:sz w:val="28"/>
        </w:rPr>
        <w:t xml:space="preserve"> Нельзя принять новый тип из показания как неявное изменение каталога. </w:t>
      </w:r>
      <w:r>
        <w:rPr>
          <w:b w:val="false"/>
          <w:sz w:val="28"/>
          <w:lang w:val="zxx"/>
        </w:rPr>
        <w:t>evidence</w:t>
      </w:r>
      <w:r>
        <w:rPr>
          <w:b w:val="false"/>
          <w:sz w:val="28"/>
        </w:rPr>
        <w:t xml:space="preserve"> имеет закрытый словарь: </w:t>
      </w:r>
      <w:r>
        <w:rPr>
          <w:b w:val="false"/>
          <w:sz w:val="28"/>
          <w:lang w:val="zxx"/>
        </w:rPr>
        <w:t>none</w:t>
      </w:r>
      <w:r>
        <w:rPr>
          <w:b w:val="false"/>
          <w:sz w:val="28"/>
        </w:rPr>
        <w:t xml:space="preserve">, </w:t>
      </w:r>
      <w:r>
        <w:rPr>
          <w:b w:val="false"/>
          <w:sz w:val="28"/>
          <w:lang w:val="zxx"/>
        </w:rPr>
        <w:t>commandSent</w:t>
      </w:r>
      <w:r>
        <w:rPr>
          <w:b w:val="false"/>
          <w:sz w:val="28"/>
        </w:rPr>
        <w:t xml:space="preserve">, </w:t>
      </w:r>
      <w:r>
        <w:rPr>
          <w:b w:val="false"/>
          <w:sz w:val="28"/>
          <w:lang w:val="zxx"/>
        </w:rPr>
        <w:t>reportedMode</w:t>
      </w:r>
      <w:r>
        <w:rPr>
          <w:b w:val="false"/>
          <w:sz w:val="28"/>
        </w:rPr>
        <w:t xml:space="preserve">, </w:t>
      </w:r>
      <w:r>
        <w:rPr>
          <w:b w:val="false"/>
          <w:sz w:val="28"/>
          <w:lang w:val="zxx"/>
        </w:rPr>
        <w:t>electrical</w:t>
      </w:r>
      <w:r>
        <w:rPr>
          <w:b w:val="false"/>
          <w:sz w:val="28"/>
        </w:rPr>
        <w:t xml:space="preserve">, </w:t>
      </w:r>
      <w:r>
        <w:rPr>
          <w:b w:val="false"/>
          <w:sz w:val="28"/>
          <w:lang w:val="zxx"/>
        </w:rPr>
        <w:t>acoustic</w:t>
      </w:r>
      <w:r>
        <w:rPr>
          <w:b w:val="false"/>
          <w:sz w:val="28"/>
        </w:rPr>
        <w:t xml:space="preserve">, </w:t>
      </w:r>
      <w:r>
        <w:rPr>
          <w:b w:val="false"/>
          <w:sz w:val="28"/>
          <w:lang w:val="zxx"/>
        </w:rPr>
        <w:t>localConfirmation.</w:t>
      </w:r>
      <w:r>
        <w:rPr>
          <w:b w:val="false"/>
          <w:sz w:val="28"/>
        </w:rPr>
        <w:t xml:space="preserve"> </w:t>
      </w:r>
      <w:r>
        <w:rPr>
          <w:b w:val="false"/>
          <w:sz w:val="28"/>
          <w:lang w:val="zxx"/>
        </w:rPr>
        <w:t>none/</w:t>
      </w:r>
      <w:r>
        <w:rPr>
          <w:b w:val="false"/>
          <w:sz w:val="28"/>
        </w:rPr>
        <w:t>​</w:t>
      </w:r>
      <w:r>
        <w:rPr>
          <w:b w:val="false"/>
          <w:sz w:val="28"/>
          <w:lang w:val="zxx"/>
        </w:rPr>
        <w:t>commandSent</w:t>
      </w:r>
      <w:r>
        <w:rPr>
          <w:b w:val="false"/>
          <w:sz w:val="28"/>
        </w:rPr>
        <w:t xml:space="preserve"> не разрешают </w:t>
      </w:r>
      <w:r>
        <w:rPr>
          <w:b w:val="false"/>
          <w:sz w:val="28"/>
          <w:lang w:val="zxx"/>
        </w:rPr>
        <w:t>off.</w:t>
      </w:r>
      <w:r>
        <w:rPr>
          <w:b w:val="false"/>
          <w:sz w:val="28"/>
        </w:rPr>
        <w:t xml:space="preserve"> Допустимость остальных доказательств, их источник и свежесть определяются аппаратным профилем и не выводятся из одного имени.</w:t>
      </w:r>
    </w:p>
    <w:p>
      <w:pPr>
        <w:pStyle w:val="Normal"/>
        <w:jc w:val="start"/>
        <w:rPr/>
      </w:pPr>
      <w:r>
        <w:rPr>
          <w:b w:val="false"/>
          <w:sz w:val="28"/>
          <w:lang w:val="zxx"/>
        </w:rPr>
        <w:t>19.70</w:t>
      </w:r>
      <w:r>
        <w:rPr>
          <w:b w:val="false"/>
          <w:sz w:val="28"/>
        </w:rPr>
        <w:t xml:space="preserve"> В снимке показаний </w:t>
      </w:r>
      <w:r>
        <w:rPr>
          <w:b w:val="false"/>
          <w:sz w:val="28"/>
          <w:lang w:val="zxx"/>
        </w:rPr>
        <w:t>observedAtMs</w:t>
      </w:r>
      <w:r>
        <w:rPr>
          <w:b w:val="false"/>
          <w:sz w:val="28"/>
        </w:rPr>
        <w:t xml:space="preserve"> </w:t>
      </w:r>
      <w:r>
        <w:rPr>
          <w:b w:val="false"/>
          <w:sz w:val="28"/>
          <w:lang w:val="zxx"/>
        </w:rPr>
        <w:t>ДОЛЖНО</w:t>
      </w:r>
      <w:r>
        <w:rPr>
          <w:b w:val="false"/>
          <w:sz w:val="28"/>
        </w:rPr>
        <w:t xml:space="preserve"> быть не больше </w:t>
      </w:r>
      <w:r>
        <w:rPr>
          <w:b w:val="false"/>
          <w:sz w:val="28"/>
          <w:lang w:val="zxx"/>
        </w:rPr>
        <w:t>evaluatedAtMs</w:t>
      </w:r>
      <w:r>
        <w:rPr>
          <w:b w:val="false"/>
          <w:sz w:val="28"/>
        </w:rPr>
        <w:t xml:space="preserve">; </w:t>
      </w:r>
      <w:r>
        <w:rPr>
          <w:b w:val="false"/>
          <w:sz w:val="28"/>
          <w:lang w:val="zxx"/>
        </w:rPr>
        <w:t>changedAtMs</w:t>
      </w:r>
      <w:r>
        <w:rPr>
          <w:b w:val="false"/>
          <w:sz w:val="28"/>
        </w:rPr>
        <w:t xml:space="preserve">, если присутствует, не больше </w:t>
      </w:r>
      <w:r>
        <w:rPr>
          <w:b w:val="false"/>
          <w:sz w:val="28"/>
          <w:lang w:val="zxx"/>
        </w:rPr>
        <w:t>observedAtMs.</w:t>
      </w:r>
      <w:r>
        <w:rPr>
          <w:b w:val="false"/>
          <w:sz w:val="28"/>
        </w:rPr>
        <w:t xml:space="preserve"> Для </w:t>
      </w:r>
      <w:r>
        <w:rPr>
          <w:b w:val="false"/>
          <w:sz w:val="28"/>
          <w:lang w:val="zxx"/>
        </w:rPr>
        <w:t>freshness=fresh</w:t>
      </w:r>
      <w:r>
        <w:rPr>
          <w:b w:val="false"/>
          <w:sz w:val="28"/>
        </w:rPr>
        <w:t xml:space="preserve"> возраст </w:t>
      </w:r>
      <w:r>
        <w:rPr>
          <w:b w:val="false"/>
          <w:sz w:val="28"/>
          <w:lang w:val="zxx"/>
        </w:rPr>
        <w:t>evaluatedAtMs</w:t>
      </w:r>
      <w:r>
        <w:rPr>
          <w:b w:val="false"/>
          <w:sz w:val="28"/>
        </w:rPr>
        <w:t xml:space="preserve"> - </w:t>
      </w:r>
      <w:r>
        <w:rPr>
          <w:b w:val="false"/>
          <w:sz w:val="28"/>
          <w:lang w:val="zxx"/>
        </w:rPr>
        <w:t>observedAtMs</w:t>
      </w:r>
      <w:r>
        <w:rPr>
          <w:b w:val="false"/>
          <w:sz w:val="28"/>
        </w:rPr>
        <w:t xml:space="preserve"> </w:t>
      </w:r>
      <w:r>
        <w:rPr>
          <w:b w:val="false"/>
          <w:sz w:val="28"/>
          <w:lang w:val="zxx"/>
        </w:rPr>
        <w:t>ДОЛЖЕН</w:t>
      </w:r>
      <w:r>
        <w:rPr>
          <w:b w:val="false"/>
          <w:sz w:val="28"/>
        </w:rPr>
        <w:t xml:space="preserve"> быть не больше </w:t>
      </w:r>
      <w:r>
        <w:rPr>
          <w:b w:val="false"/>
          <w:sz w:val="28"/>
          <w:lang w:val="zxx"/>
        </w:rPr>
        <w:t>maxAgeMs</w:t>
      </w:r>
      <w:r>
        <w:rPr>
          <w:b w:val="false"/>
          <w:sz w:val="28"/>
        </w:rPr>
        <w:t xml:space="preserve"> из </w:t>
      </w:r>
      <w:r>
        <w:rPr>
          <w:b w:val="false"/>
          <w:sz w:val="28"/>
          <w:lang w:val="zxx"/>
        </w:rPr>
        <w:t>acquisition</w:t>
      </w:r>
      <w:r>
        <w:rPr>
          <w:b w:val="false"/>
          <w:sz w:val="28"/>
        </w:rPr>
        <w:t xml:space="preserve"> каталога. Если показание повторяет </w:t>
      </w:r>
      <w:r>
        <w:rPr>
          <w:b w:val="false"/>
          <w:sz w:val="28"/>
          <w:lang w:val="zxx"/>
        </w:rPr>
        <w:t>maxAgeMs</w:t>
      </w:r>
      <w:r>
        <w:rPr>
          <w:b w:val="false"/>
          <w:sz w:val="28"/>
        </w:rPr>
        <w:t xml:space="preserve">, значение </w:t>
      </w:r>
      <w:r>
        <w:rPr>
          <w:b w:val="false"/>
          <w:sz w:val="28"/>
          <w:lang w:val="zxx"/>
        </w:rPr>
        <w:t>ДОЛЖНО</w:t>
      </w:r>
      <w:r>
        <w:rPr>
          <w:b w:val="false"/>
          <w:sz w:val="28"/>
        </w:rPr>
        <w:t xml:space="preserve"> совпадать с каталогом. Получатель применяет </w:t>
      </w:r>
      <w:r>
        <w:rPr>
          <w:b w:val="false"/>
          <w:sz w:val="28"/>
          <w:lang w:val="zxx"/>
        </w:rPr>
        <w:t>maxAgeMs</w:t>
      </w:r>
      <w:r>
        <w:rPr>
          <w:b w:val="false"/>
          <w:sz w:val="28"/>
        </w:rPr>
        <w:t xml:space="preserve"> из каталога независимо от наличия этого атрибута в показании. Исторические </w:t>
      </w:r>
      <w:r>
        <w:rPr>
          <w:b w:val="false"/>
          <w:sz w:val="28"/>
          <w:lang w:val="zxx"/>
        </w:rPr>
        <w:t>observations</w:t>
      </w:r>
      <w:r>
        <w:rPr>
          <w:b w:val="false"/>
          <w:sz w:val="28"/>
        </w:rPr>
        <w:t xml:space="preserve"> результата проверяются относительно своей фазы, а не времени чтения результата.</w:t>
      </w:r>
    </w:p>
    <w:p>
      <w:pPr>
        <w:pStyle w:val="Normal"/>
        <w:jc w:val="start"/>
        <w:rPr/>
      </w:pPr>
      <w:r>
        <w:rPr>
          <w:b w:val="false"/>
          <w:sz w:val="28"/>
          <w:lang w:val="zxx"/>
        </w:rPr>
        <w:t>19.71</w:t>
      </w:r>
      <w:r>
        <w:rPr>
          <w:b w:val="false"/>
          <w:sz w:val="28"/>
        </w:rPr>
        <w:t xml:space="preserve"> Для аварии </w:t>
      </w:r>
      <w:r>
        <w:rPr>
          <w:b w:val="false"/>
          <w:sz w:val="28"/>
          <w:lang w:val="zxx"/>
        </w:rPr>
        <w:t>observedAtMs</w:t>
      </w:r>
      <w:r>
        <w:rPr>
          <w:b w:val="false"/>
          <w:sz w:val="28"/>
        </w:rPr>
        <w:t xml:space="preserve"> относится к последнему полученному наблюдению источника. </w:t>
      </w:r>
      <w:r>
        <w:rPr>
          <w:b w:val="false"/>
          <w:sz w:val="28"/>
          <w:lang w:val="zxx"/>
        </w:rPr>
        <w:t>changedAtMs</w:t>
      </w:r>
      <w:r>
        <w:rPr>
          <w:b w:val="false"/>
          <w:sz w:val="28"/>
        </w:rPr>
        <w:t xml:space="preserve"> фиксирует последний подтвержденный источником переход состояния условия. Переход качества в </w:t>
      </w:r>
      <w:r>
        <w:rPr>
          <w:b w:val="false"/>
          <w:sz w:val="28"/>
          <w:lang w:val="zxx"/>
        </w:rPr>
        <w:t>unknown</w:t>
      </w:r>
      <w:r>
        <w:rPr>
          <w:b w:val="false"/>
          <w:sz w:val="28"/>
        </w:rPr>
        <w:t xml:space="preserve"> при потере источника не обновляет эти времена; его порядок задается </w:t>
      </w:r>
      <w:r>
        <w:rPr>
          <w:b w:val="false"/>
          <w:sz w:val="28"/>
          <w:lang w:val="zxx"/>
        </w:rPr>
        <w:t>eventSeq.</w:t>
      </w:r>
      <w:r>
        <w:rPr>
          <w:b w:val="false"/>
          <w:sz w:val="28"/>
        </w:rPr>
        <w:t xml:space="preserve"> Если наблюдений еще не было, оба времени равны </w:t>
      </w:r>
      <w:r>
        <w:rPr>
          <w:b w:val="false"/>
          <w:sz w:val="28"/>
          <w:lang w:val="zxx"/>
        </w:rPr>
        <w:t>0</w:t>
      </w:r>
      <w:r>
        <w:rPr>
          <w:b w:val="false"/>
          <w:sz w:val="28"/>
        </w:rPr>
        <w:t xml:space="preserve"> и </w:t>
      </w:r>
      <w:r>
        <w:rPr>
          <w:b w:val="false"/>
          <w:sz w:val="28"/>
          <w:lang w:val="zxx"/>
        </w:rPr>
        <w:t>freshness=never.</w:t>
      </w:r>
      <w:r>
        <w:rPr>
          <w:b w:val="false"/>
          <w:sz w:val="28"/>
        </w:rPr>
        <w:t xml:space="preserve"> Чтение кеша и пересчет качества не создают наблюдения. Подтверждение </w:t>
      </w:r>
      <w:r>
        <w:rPr>
          <w:b w:val="false"/>
          <w:sz w:val="28"/>
          <w:lang w:val="zxx"/>
        </w:rPr>
        <w:t>control.release</w:t>
      </w:r>
      <w:r>
        <w:rPr>
          <w:b w:val="false"/>
          <w:sz w:val="28"/>
        </w:rPr>
        <w:t xml:space="preserve"> </w:t>
      </w:r>
      <w:r>
        <w:rPr>
          <w:b w:val="false"/>
          <w:sz w:val="28"/>
          <w:lang w:val="zxx"/>
        </w:rPr>
        <w:t>ДОЛЖНО</w:t>
      </w:r>
      <w:r>
        <w:rPr>
          <w:b w:val="false"/>
          <w:sz w:val="28"/>
        </w:rPr>
        <w:t xml:space="preserve"> содержать исходный </w:t>
      </w:r>
      <w:r>
        <w:rPr>
          <w:b w:val="false"/>
          <w:sz w:val="28"/>
          <w:lang w:val="zxx"/>
        </w:rPr>
        <w:t>controlEpoch</w:t>
      </w:r>
      <w:r>
        <w:rPr>
          <w:b w:val="false"/>
          <w:sz w:val="28"/>
        </w:rPr>
        <w:t xml:space="preserve">; </w:t>
      </w:r>
      <w:r>
        <w:rPr>
          <w:b w:val="false"/>
          <w:sz w:val="28"/>
          <w:lang w:val="zxx"/>
        </w:rPr>
        <w:t>leaseRemainingMs</w:t>
      </w:r>
      <w:r>
        <w:rPr>
          <w:b w:val="false"/>
          <w:sz w:val="28"/>
        </w:rPr>
        <w:t xml:space="preserve"> в </w:t>
      </w:r>
      <w:r>
        <w:rPr>
          <w:b w:val="false"/>
          <w:sz w:val="28"/>
          <w:lang w:val="zxx"/>
        </w:rPr>
        <w:t>channel.ping</w:t>
      </w:r>
      <w:r>
        <w:rPr>
          <w:b w:val="false"/>
          <w:sz w:val="28"/>
        </w:rPr>
        <w:t xml:space="preserve">, </w:t>
      </w:r>
      <w:r>
        <w:rPr>
          <w:b w:val="false"/>
          <w:sz w:val="28"/>
          <w:lang w:val="zxx"/>
        </w:rPr>
        <w:t>acquire</w:t>
      </w:r>
      <w:r>
        <w:rPr>
          <w:b w:val="false"/>
          <w:sz w:val="28"/>
        </w:rPr>
        <w:t xml:space="preserve"> и </w:t>
      </w:r>
      <w:r>
        <w:rPr>
          <w:b w:val="false"/>
          <w:sz w:val="28"/>
          <w:lang w:val="zxx"/>
        </w:rPr>
        <w:t>resume</w:t>
      </w:r>
      <w:r>
        <w:rPr>
          <w:b w:val="false"/>
          <w:sz w:val="28"/>
        </w:rPr>
        <w:t xml:space="preserve"> </w:t>
      </w:r>
      <w:r>
        <w:rPr>
          <w:b w:val="false"/>
          <w:sz w:val="28"/>
          <w:lang w:val="zxx"/>
        </w:rPr>
        <w:t>ДОЛЖНО</w:t>
      </w:r>
      <w:r>
        <w:rPr>
          <w:b w:val="false"/>
          <w:sz w:val="28"/>
        </w:rPr>
        <w:t xml:space="preserve"> быть не больше </w:t>
      </w:r>
      <w:r>
        <w:rPr>
          <w:b w:val="false"/>
          <w:sz w:val="28"/>
          <w:lang w:val="zxx"/>
        </w:rPr>
        <w:t>30000.</w:t>
      </w:r>
    </w:p>
    <w:p>
      <w:pPr>
        <w:pStyle w:val="2"/>
        <w:rPr/>
      </w:pPr>
      <w:r>
        <w:rPr/>
        <w:t>События</w:t>
      </w:r>
    </w:p>
    <w:p>
      <w:pPr>
        <w:pStyle w:val="Normal"/>
        <w:keepNext w:val="true"/>
        <w:ind w:hanging="0"/>
        <w:jc w:val="start"/>
        <w:rPr/>
      </w:pPr>
      <w:r>
        <w:rPr>
          <w:b w:val="false"/>
          <w:sz w:val="24"/>
        </w:rPr>
        <w:t xml:space="preserve">Таблица </w:t>
      </w:r>
      <w:r>
        <w:rPr>
          <w:b w:val="false"/>
          <w:sz w:val="24"/>
          <w:lang w:val="zxx"/>
        </w:rPr>
        <w:t>22</w:t>
      </w:r>
      <w:r>
        <w:rPr>
          <w:b w:val="false"/>
          <w:sz w:val="24"/>
        </w:rPr>
        <w:t xml:space="preserve"> - События</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774"/>
        <w:gridCol w:w="4863"/>
      </w:tblGrid>
      <w:tr>
        <w:trPr>
          <w:cantSplit w:val="true"/>
        </w:trPr>
        <w:tc>
          <w:tcPr>
            <w:tcW w:w="4774"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Событие ядра</w:t>
            </w:r>
          </w:p>
        </w:tc>
        <w:tc>
          <w:tcPr>
            <w:tcW w:w="4863"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Ровно одно обязательное тело</w:t>
            </w:r>
          </w:p>
        </w:tc>
      </w:tr>
      <w:tr>
        <w:trPr>
          <w:cantSplit w:val="true"/>
        </w:trPr>
        <w:tc>
          <w:tcPr>
            <w:tcW w:w="477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session.started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session.finished</w:t>
            </w:r>
          </w:p>
        </w:tc>
        <w:tc>
          <w:tcPr>
            <w:tcW w:w="486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session</w:t>
            </w:r>
            <w:r>
              <w:rPr>
                <w:rFonts w:eastAsia="ＭＳ 明朝" w:cs=""/>
                <w:b w:val="false"/>
                <w:kern w:val="0"/>
                <w:sz w:val="28"/>
                <w:szCs w:val="22"/>
                <w:lang w:eastAsia="en-US" w:bidi="ar-SA"/>
              </w:rPr>
              <w:t xml:space="preserve"> со </w:t>
            </w:r>
            <w:r>
              <w:rPr>
                <w:rFonts w:eastAsia="ＭＳ 明朝" w:cs=""/>
                <w:b w:val="false"/>
                <w:kern w:val="0"/>
                <w:sz w:val="28"/>
                <w:szCs w:val="22"/>
                <w:lang w:val="zxx" w:eastAsia="en-US" w:bidi="ar-SA"/>
              </w:rPr>
              <w:t>state=running</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finished</w:t>
            </w:r>
            <w:r>
              <w:rPr>
                <w:rFonts w:eastAsia="ＭＳ 明朝" w:cs=""/>
                <w:b w:val="false"/>
                <w:kern w:val="0"/>
                <w:sz w:val="28"/>
                <w:szCs w:val="22"/>
                <w:lang w:eastAsia="en-US" w:bidi="ar-SA"/>
              </w:rPr>
              <w:t xml:space="preserve"> соответственно; завершение требует </w:t>
            </w:r>
            <w:r>
              <w:rPr>
                <w:rFonts w:eastAsia="ＭＳ 明朝" w:cs=""/>
                <w:b w:val="false"/>
                <w:kern w:val="0"/>
                <w:sz w:val="28"/>
                <w:szCs w:val="22"/>
                <w:lang w:val="zxx" w:eastAsia="en-US" w:bidi="ar-SA"/>
              </w:rPr>
              <w:t>result/</w:t>
            </w:r>
            <w:r>
              <w:rPr>
                <w:rFonts w:eastAsia="ＭＳ 明朝" w:cs=""/>
                <w:b w:val="false"/>
                <w:kern w:val="0"/>
                <w:sz w:val="28"/>
                <w:szCs w:val="22"/>
                <w:lang w:eastAsia="en-US" w:bidi="ar-SA"/>
              </w:rPr>
              <w:t>​</w:t>
            </w:r>
            <w:r>
              <w:rPr>
                <w:rFonts w:eastAsia="ＭＳ 明朝" w:cs=""/>
                <w:b w:val="false"/>
                <w:kern w:val="0"/>
                <w:sz w:val="28"/>
                <w:szCs w:val="22"/>
                <w:lang w:val="zxx" w:eastAsia="en-US" w:bidi="ar-SA"/>
              </w:rPr>
              <w:t>reason.</w:t>
            </w:r>
            <w:r>
              <w:rPr>
                <w:rFonts w:eastAsia="ＭＳ 明朝" w:cs=""/>
                <w:b w:val="false"/>
                <w:kern w:val="0"/>
                <w:sz w:val="28"/>
                <w:szCs w:val="22"/>
                <w:lang w:eastAsia="en-US" w:bidi="ar-SA"/>
              </w:rPr>
              <w:t xml:space="preserve"> Событие сообщает сводку, полный результат читается через </w:t>
            </w:r>
            <w:r>
              <w:rPr>
                <w:rFonts w:eastAsia="ＭＳ 明朝" w:cs=""/>
                <w:b w:val="false"/>
                <w:kern w:val="0"/>
                <w:sz w:val="28"/>
                <w:szCs w:val="22"/>
                <w:lang w:val="zxx" w:eastAsia="en-US" w:bidi="ar-SA"/>
              </w:rPr>
              <w:t>session.get.</w:t>
            </w:r>
          </w:p>
        </w:tc>
      </w:tr>
      <w:tr>
        <w:trPr>
          <w:cantSplit w:val="true"/>
        </w:trPr>
        <w:tc>
          <w:tcPr>
            <w:tcW w:w="477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sensor.qualityChanged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resource.changed</w:t>
            </w:r>
          </w:p>
        </w:tc>
        <w:tc>
          <w:tcPr>
            <w:tcW w:w="486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point</w:t>
            </w:r>
            <w:r>
              <w:rPr>
                <w:rFonts w:eastAsia="ＭＳ 明朝" w:cs=""/>
                <w:b w:val="false"/>
                <w:kern w:val="0"/>
                <w:sz w:val="28"/>
                <w:szCs w:val="22"/>
                <w:lang w:eastAsia="en-US" w:bidi="ar-SA"/>
              </w:rPr>
              <w:t xml:space="preserve"> с обязательными типом и качеством / </w:t>
            </w:r>
            <w:r>
              <w:rPr>
                <w:rFonts w:eastAsia="ＭＳ 明朝" w:cs=""/>
                <w:b w:val="false"/>
                <w:kern w:val="0"/>
                <w:sz w:val="28"/>
                <w:szCs w:val="22"/>
                <w:lang w:val="zxx" w:eastAsia="en-US" w:bidi="ar-SA"/>
              </w:rPr>
              <w:t>resource</w:t>
            </w:r>
            <w:r>
              <w:rPr>
                <w:rFonts w:eastAsia="ＭＳ 明朝" w:cs=""/>
                <w:b w:val="false"/>
                <w:kern w:val="0"/>
                <w:sz w:val="28"/>
                <w:szCs w:val="22"/>
                <w:lang w:eastAsia="en-US" w:bidi="ar-SA"/>
              </w:rPr>
              <w:t xml:space="preserve"> с </w:t>
            </w:r>
            <w:r>
              <w:rPr>
                <w:rFonts w:eastAsia="ＭＳ 明朝" w:cs=""/>
                <w:b w:val="false"/>
                <w:kern w:val="0"/>
                <w:sz w:val="28"/>
                <w:szCs w:val="22"/>
                <w:lang w:val="zxx" w:eastAsia="en-US" w:bidi="ar-SA"/>
              </w:rPr>
              <w:t>output</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evidence</w:t>
            </w:r>
            <w:r>
              <w:rPr>
                <w:rFonts w:eastAsia="ＭＳ 明朝" w:cs=""/>
                <w:b w:val="false"/>
                <w:kern w:val="0"/>
                <w:sz w:val="28"/>
                <w:szCs w:val="22"/>
                <w:lang w:eastAsia="en-US" w:bidi="ar-SA"/>
              </w:rPr>
              <w:t xml:space="preserve"> и </w:t>
            </w:r>
            <w:r>
              <w:rPr>
                <w:rFonts w:eastAsia="ＭＳ 明朝" w:cs=""/>
                <w:b w:val="false"/>
                <w:kern w:val="0"/>
                <w:sz w:val="28"/>
                <w:szCs w:val="22"/>
                <w:lang w:val="zxx" w:eastAsia="en-US" w:bidi="ar-SA"/>
              </w:rPr>
              <w:t>observedAtMs.</w:t>
            </w:r>
          </w:p>
        </w:tc>
      </w:tr>
      <w:tr>
        <w:trPr>
          <w:cantSplit w:val="true"/>
        </w:trPr>
        <w:tc>
          <w:tcPr>
            <w:tcW w:w="477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alarm.raised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alarm.cleared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alarm.qualityChanged</w:t>
            </w:r>
          </w:p>
        </w:tc>
        <w:tc>
          <w:tcPr>
            <w:tcW w:w="486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alarm</w:t>
            </w:r>
            <w:r>
              <w:rPr>
                <w:rFonts w:eastAsia="ＭＳ 明朝" w:cs=""/>
                <w:b w:val="false"/>
                <w:kern w:val="0"/>
                <w:sz w:val="28"/>
                <w:szCs w:val="22"/>
                <w:lang w:eastAsia="en-US" w:bidi="ar-SA"/>
              </w:rPr>
              <w:t xml:space="preserve"> по правилам эпизода выше.</w:t>
            </w:r>
          </w:p>
        </w:tc>
      </w:tr>
      <w:tr>
        <w:trPr>
          <w:cantSplit w:val="true"/>
        </w:trPr>
        <w:tc>
          <w:tcPr>
            <w:tcW w:w="4774"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inventory.changed</w:t>
            </w:r>
          </w:p>
        </w:tc>
        <w:tc>
          <w:tcPr>
            <w:tcW w:w="4863"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Без дочерних записей; новая </w:t>
            </w:r>
            <w:r>
              <w:rPr>
                <w:rFonts w:eastAsia="ＭＳ 明朝" w:cs=""/>
                <w:b w:val="false"/>
                <w:kern w:val="0"/>
                <w:sz w:val="28"/>
                <w:szCs w:val="22"/>
                <w:lang w:val="zxx" w:eastAsia="en-US" w:bidi="ar-SA"/>
              </w:rPr>
              <w:t>capabilityRevision</w:t>
            </w:r>
            <w:r>
              <w:rPr>
                <w:rFonts w:eastAsia="ＭＳ 明朝" w:cs=""/>
                <w:b w:val="false"/>
                <w:kern w:val="0"/>
                <w:sz w:val="28"/>
                <w:szCs w:val="22"/>
                <w:lang w:eastAsia="en-US" w:bidi="ar-SA"/>
              </w:rPr>
              <w:t xml:space="preserve"> в </w:t>
            </w:r>
            <w:r>
              <w:rPr>
                <w:rFonts w:eastAsia="ＭＳ 明朝" w:cs=""/>
                <w:b w:val="false"/>
                <w:kern w:val="0"/>
                <w:sz w:val="28"/>
                <w:szCs w:val="22"/>
                <w:lang w:val="zxx" w:eastAsia="en-US" w:bidi="ar-SA"/>
              </w:rPr>
              <w:t>event</w:t>
            </w:r>
            <w:r>
              <w:rPr>
                <w:rFonts w:eastAsia="ＭＳ 明朝" w:cs=""/>
                <w:b w:val="false"/>
                <w:kern w:val="0"/>
                <w:sz w:val="28"/>
                <w:szCs w:val="22"/>
                <w:lang w:eastAsia="en-US" w:bidi="ar-SA"/>
              </w:rPr>
              <w:t xml:space="preserve"> требует перечитать каталог.</w:t>
            </w:r>
          </w:p>
        </w:tc>
      </w:tr>
    </w:tbl>
    <w:p>
      <w:pPr>
        <w:pStyle w:val="Normal"/>
        <w:spacing w:before="0" w:after="0"/>
        <w:rPr/>
      </w:pPr>
      <w:r>
        <w:rPr/>
      </w:r>
    </w:p>
    <w:p>
      <w:pPr>
        <w:pStyle w:val="Normal"/>
        <w:jc w:val="start"/>
        <w:rPr/>
      </w:pPr>
      <w:r>
        <w:rPr>
          <w:b w:val="false"/>
          <w:sz w:val="28"/>
          <w:lang w:val="zxx"/>
        </w:rPr>
        <w:t>19.72</w:t>
      </w:r>
      <w:r>
        <w:rPr>
          <w:b w:val="false"/>
          <w:sz w:val="28"/>
        </w:rPr>
        <w:t xml:space="preserve"> </w:t>
      </w:r>
      <w:r>
        <w:rPr>
          <w:b w:val="false"/>
          <w:sz w:val="28"/>
          <w:lang w:val="zxx"/>
        </w:rPr>
        <w:t>session.execution</w:t>
      </w:r>
      <w:r>
        <w:rPr>
          <w:b w:val="false"/>
          <w:sz w:val="28"/>
        </w:rPr>
        <w:t xml:space="preserve"> и </w:t>
      </w:r>
      <w:r>
        <w:rPr>
          <w:b w:val="false"/>
          <w:sz w:val="28"/>
          <w:lang w:val="zxx"/>
        </w:rPr>
        <w:t>session.fault</w:t>
      </w:r>
      <w:r>
        <w:rPr>
          <w:b w:val="false"/>
          <w:sz w:val="28"/>
        </w:rPr>
        <w:t xml:space="preserve"> содержат </w:t>
      </w:r>
      <w:r>
        <w:rPr>
          <w:b w:val="false"/>
          <w:sz w:val="28"/>
          <w:lang w:val="zxx"/>
        </w:rPr>
        <w:t>execution</w:t>
      </w:r>
      <w:r>
        <w:rPr>
          <w:b w:val="false"/>
          <w:sz w:val="28"/>
        </w:rPr>
        <w:t xml:space="preserve"> и </w:t>
      </w:r>
      <w:r>
        <w:rPr>
          <w:b w:val="false"/>
          <w:sz w:val="28"/>
          <w:lang w:val="zxx"/>
        </w:rPr>
        <w:t>fault</w:t>
      </w:r>
      <w:r>
        <w:rPr>
          <w:b w:val="false"/>
          <w:sz w:val="28"/>
        </w:rPr>
        <w:t xml:space="preserve"> соответственно по разделу </w:t>
      </w:r>
      <w:r>
        <w:rPr>
          <w:b w:val="false"/>
          <w:sz w:val="28"/>
          <w:lang w:val="zxx"/>
        </w:rPr>
        <w:t>19.</w:t>
      </w:r>
      <w:r>
        <w:rPr>
          <w:b w:val="false"/>
          <w:sz w:val="28"/>
        </w:rPr>
        <w:t xml:space="preserve"> Неизвестный тип события в ядре запрещен; </w:t>
      </w:r>
      <w:r>
        <w:rPr>
          <w:b w:val="false"/>
          <w:sz w:val="28"/>
          <w:lang w:val="zxx"/>
        </w:rPr>
        <w:t>poll.finished</w:t>
      </w:r>
      <w:r>
        <w:rPr>
          <w:b w:val="false"/>
          <w:sz w:val="28"/>
        </w:rPr>
        <w:t xml:space="preserve"> и прочие расширения требуют другого согласованного профиля. Курсор сдвигается только после проверки тела. Пустое </w:t>
      </w:r>
      <w:r>
        <w:rPr>
          <w:b w:val="false"/>
          <w:sz w:val="28"/>
          <w:lang w:val="zxx"/>
        </w:rPr>
        <w:t>session.finished</w:t>
      </w:r>
      <w:r>
        <w:rPr>
          <w:b w:val="false"/>
          <w:sz w:val="28"/>
        </w:rPr>
        <w:t xml:space="preserve"> не является допустимой квитанцией о завершении.</w:t>
      </w:r>
    </w:p>
    <w:p>
      <w:pPr>
        <w:pStyle w:val="Normal"/>
        <w:jc w:val="start"/>
        <w:rPr/>
      </w:pPr>
      <w:r>
        <w:rPr>
          <w:b w:val="false"/>
          <w:sz w:val="28"/>
          <w:lang w:val="zxx"/>
        </w:rPr>
        <w:t>19.73</w:t>
      </w:r>
      <w:r>
        <w:rPr>
          <w:b w:val="false"/>
          <w:sz w:val="28"/>
        </w:rPr>
        <w:t xml:space="preserve"> При поддержке речи </w:t>
      </w:r>
      <w:r>
        <w:rPr>
          <w:b w:val="false"/>
          <w:sz w:val="28"/>
          <w:lang w:val="zxx"/>
        </w:rPr>
        <w:t>device.capabilities</w:t>
      </w:r>
      <w:r>
        <w:rPr>
          <w:b w:val="false"/>
          <w:sz w:val="28"/>
        </w:rPr>
        <w:t xml:space="preserve"> передает записи </w:t>
      </w:r>
      <w:r>
        <w:rPr>
          <w:b w:val="false"/>
          <w:sz w:val="28"/>
          <w:lang w:val="zxx"/>
        </w:rPr>
        <w:t>mediaProfile</w:t>
      </w:r>
      <w:r>
        <w:rPr>
          <w:b w:val="false"/>
          <w:sz w:val="28"/>
        </w:rPr>
        <w:t xml:space="preserve"> с </w:t>
      </w:r>
      <w:r>
        <w:rPr>
          <w:b w:val="false"/>
          <w:sz w:val="28"/>
          <w:lang w:val="zxx"/>
        </w:rPr>
        <w:t>id</w:t>
      </w:r>
      <w:r>
        <w:rPr>
          <w:b w:val="false"/>
          <w:sz w:val="28"/>
        </w:rPr>
        <w:t xml:space="preserve">, </w:t>
      </w:r>
      <w:r>
        <w:rPr>
          <w:b w:val="false"/>
          <w:sz w:val="28"/>
          <w:lang w:val="zxx"/>
        </w:rPr>
        <w:t>security=tls|</w:t>
      </w:r>
      <w:r>
        <w:rPr>
          <w:b w:val="false"/>
          <w:sz w:val="28"/>
        </w:rPr>
        <w:t>​</w:t>
      </w:r>
      <w:r>
        <w:rPr>
          <w:b w:val="false"/>
          <w:sz w:val="28"/>
          <w:lang w:val="zxx"/>
        </w:rPr>
        <w:t>plain</w:t>
      </w:r>
      <w:r>
        <w:rPr>
          <w:b w:val="false"/>
          <w:sz w:val="28"/>
        </w:rPr>
        <w:t xml:space="preserve">, </w:t>
      </w:r>
      <w:r>
        <w:rPr>
          <w:b w:val="false"/>
          <w:sz w:val="28"/>
          <w:lang w:val="zxx"/>
        </w:rPr>
        <w:t>codec=PCMA|</w:t>
      </w:r>
      <w:r>
        <w:rPr>
          <w:b w:val="false"/>
          <w:sz w:val="28"/>
        </w:rPr>
        <w:t>​</w:t>
      </w:r>
      <w:r>
        <w:rPr>
          <w:b w:val="false"/>
          <w:sz w:val="28"/>
          <w:lang w:val="zxx"/>
        </w:rPr>
        <w:t>GSM</w:t>
      </w:r>
      <w:r>
        <w:rPr>
          <w:b w:val="false"/>
          <w:sz w:val="28"/>
        </w:rPr>
        <w:t xml:space="preserve"> и </w:t>
      </w:r>
      <w:r>
        <w:rPr>
          <w:b w:val="false"/>
          <w:sz w:val="28"/>
          <w:lang w:val="zxx"/>
        </w:rPr>
        <w:t>packetMs.</w:t>
      </w:r>
      <w:r>
        <w:rPr>
          <w:b w:val="false"/>
          <w:sz w:val="28"/>
        </w:rPr>
        <w:t xml:space="preserve"> Одна запись задает один поддержанный вариант; ключ уникальности — все четыре поля. Для </w:t>
      </w:r>
      <w:r>
        <w:rPr>
          <w:b w:val="false"/>
          <w:sz w:val="28"/>
          <w:lang w:val="zxx"/>
        </w:rPr>
        <w:t>rtp-</w:t>
      </w:r>
      <w:r>
        <w:rPr>
          <w:b w:val="false"/>
          <w:sz w:val="28"/>
        </w:rPr>
        <w:t>⁠</w:t>
      </w:r>
      <w:r>
        <w:rPr>
          <w:b w:val="false"/>
          <w:sz w:val="28"/>
          <w:lang w:val="zxx"/>
        </w:rPr>
        <w:t>alert/</w:t>
      </w:r>
      <w:r>
        <w:rPr>
          <w:b w:val="false"/>
          <w:sz w:val="28"/>
        </w:rPr>
        <w:t>⁠</w:t>
      </w:r>
      <w:r>
        <w:rPr>
          <w:b w:val="false"/>
          <w:sz w:val="28"/>
          <w:lang w:val="zxx"/>
        </w:rPr>
        <w:t>5</w:t>
      </w:r>
      <w:r>
        <w:rPr>
          <w:b w:val="false"/>
          <w:sz w:val="28"/>
        </w:rPr>
        <w:t xml:space="preserve"> </w:t>
      </w:r>
      <w:r>
        <w:rPr>
          <w:b w:val="false"/>
          <w:sz w:val="28"/>
          <w:lang w:val="zxx"/>
        </w:rPr>
        <w:t>PCMA</w:t>
      </w:r>
      <w:r>
        <w:rPr>
          <w:b w:val="false"/>
          <w:sz w:val="28"/>
        </w:rPr>
        <w:t xml:space="preserve"> требует </w:t>
      </w:r>
      <w:r>
        <w:rPr>
          <w:b w:val="false"/>
          <w:sz w:val="28"/>
          <w:lang w:val="zxx"/>
        </w:rPr>
        <w:t>20</w:t>
      </w:r>
      <w:r>
        <w:rPr>
          <w:b w:val="false"/>
          <w:sz w:val="28"/>
        </w:rPr>
        <w:t xml:space="preserve"> мс, </w:t>
      </w:r>
      <w:r>
        <w:rPr>
          <w:b w:val="false"/>
          <w:sz w:val="28"/>
          <w:lang w:val="zxx"/>
        </w:rPr>
        <w:t>GSM</w:t>
      </w:r>
      <w:r>
        <w:rPr>
          <w:b w:val="false"/>
          <w:sz w:val="28"/>
        </w:rPr>
        <w:t xml:space="preserve"> допускает </w:t>
      </w:r>
      <w:r>
        <w:rPr>
          <w:b w:val="false"/>
          <w:sz w:val="28"/>
          <w:lang w:val="zxx"/>
        </w:rPr>
        <w:t>20/</w:t>
      </w:r>
      <w:r>
        <w:rPr>
          <w:b w:val="false"/>
          <w:sz w:val="28"/>
        </w:rPr>
        <w:t>⁠</w:t>
      </w:r>
      <w:r>
        <w:rPr>
          <w:b w:val="false"/>
          <w:sz w:val="28"/>
          <w:lang w:val="zxx"/>
        </w:rPr>
        <w:t>40/</w:t>
      </w:r>
      <w:r>
        <w:rPr>
          <w:b w:val="false"/>
          <w:sz w:val="28"/>
        </w:rPr>
        <w:t>⁠</w:t>
      </w:r>
      <w:r>
        <w:rPr>
          <w:b w:val="false"/>
          <w:sz w:val="28"/>
          <w:lang w:val="zxx"/>
        </w:rPr>
        <w:t>80</w:t>
      </w:r>
      <w:r>
        <w:rPr>
          <w:b w:val="false"/>
          <w:sz w:val="28"/>
        </w:rPr>
        <w:t xml:space="preserve">; для </w:t>
      </w:r>
      <w:r>
        <w:rPr>
          <w:b w:val="false"/>
          <w:sz w:val="28"/>
          <w:lang w:val="zxx"/>
        </w:rPr>
        <w:t>group-</w:t>
      </w:r>
      <w:r>
        <w:rPr>
          <w:b w:val="false"/>
          <w:sz w:val="28"/>
        </w:rPr>
        <w:t>⁠</w:t>
      </w:r>
      <w:r>
        <w:rPr>
          <w:b w:val="false"/>
          <w:sz w:val="28"/>
          <w:lang w:val="zxx"/>
        </w:rPr>
        <w:t>audio/</w:t>
      </w:r>
      <w:r>
        <w:rPr>
          <w:b w:val="false"/>
          <w:sz w:val="28"/>
        </w:rPr>
        <w:t>⁠</w:t>
      </w:r>
      <w:r>
        <w:rPr>
          <w:b w:val="false"/>
          <w:sz w:val="28"/>
          <w:lang w:val="zxx"/>
        </w:rPr>
        <w:t>2</w:t>
      </w:r>
      <w:r>
        <w:rPr>
          <w:b w:val="false"/>
          <w:sz w:val="28"/>
        </w:rPr>
        <w:t xml:space="preserve"> и </w:t>
      </w:r>
      <w:r>
        <w:rPr>
          <w:b w:val="false"/>
          <w:sz w:val="28"/>
          <w:lang w:val="zxx"/>
        </w:rPr>
        <w:t>group-</w:t>
      </w:r>
      <w:r>
        <w:rPr>
          <w:b w:val="false"/>
          <w:sz w:val="28"/>
        </w:rPr>
        <w:t>⁠</w:t>
      </w:r>
      <w:r>
        <w:rPr>
          <w:b w:val="false"/>
          <w:sz w:val="28"/>
          <w:lang w:val="zxx"/>
        </w:rPr>
        <w:t>audio-</w:t>
      </w:r>
      <w:r>
        <w:rPr>
          <w:b w:val="false"/>
          <w:sz w:val="28"/>
        </w:rPr>
        <w:t>⁠</w:t>
      </w:r>
      <w:r>
        <w:rPr>
          <w:b w:val="false"/>
          <w:sz w:val="28"/>
          <w:lang w:val="zxx"/>
        </w:rPr>
        <w:t>open/</w:t>
      </w:r>
      <w:r>
        <w:rPr>
          <w:b w:val="false"/>
          <w:sz w:val="28"/>
        </w:rPr>
        <w:t>⁠</w:t>
      </w:r>
      <w:r>
        <w:rPr>
          <w:b w:val="false"/>
          <w:sz w:val="28"/>
          <w:lang w:val="zxx"/>
        </w:rPr>
        <w:t>1</w:t>
      </w:r>
      <w:r>
        <w:rPr>
          <w:b w:val="false"/>
          <w:sz w:val="28"/>
        </w:rPr>
        <w:t xml:space="preserve"> фиксированы </w:t>
      </w:r>
      <w:r>
        <w:rPr>
          <w:b w:val="false"/>
          <w:sz w:val="28"/>
          <w:lang w:val="zxx"/>
        </w:rPr>
        <w:t>GSM</w:t>
      </w:r>
      <w:r>
        <w:rPr>
          <w:b w:val="false"/>
          <w:sz w:val="28"/>
        </w:rPr>
        <w:t xml:space="preserve"> и </w:t>
      </w:r>
      <w:r>
        <w:rPr>
          <w:b w:val="false"/>
          <w:sz w:val="28"/>
          <w:lang w:val="zxx"/>
        </w:rPr>
        <w:t>100</w:t>
      </w:r>
      <w:r>
        <w:rPr>
          <w:b w:val="false"/>
          <w:sz w:val="28"/>
        </w:rPr>
        <w:t xml:space="preserve"> мс звука на часть, </w:t>
      </w:r>
      <w:r>
        <w:rPr>
          <w:b w:val="false"/>
          <w:sz w:val="28"/>
          <w:lang w:val="zxx"/>
        </w:rPr>
        <w:t>security</w:t>
      </w:r>
      <w:r>
        <w:rPr>
          <w:b w:val="false"/>
          <w:sz w:val="28"/>
        </w:rPr>
        <w:t xml:space="preserve"> соответственно </w:t>
      </w:r>
      <w:r>
        <w:rPr>
          <w:b w:val="false"/>
          <w:sz w:val="28"/>
          <w:lang w:val="zxx"/>
        </w:rPr>
        <w:t>tls</w:t>
      </w:r>
      <w:r>
        <w:rPr>
          <w:b w:val="false"/>
          <w:sz w:val="28"/>
        </w:rPr>
        <w:t xml:space="preserve"> и </w:t>
      </w:r>
      <w:r>
        <w:rPr>
          <w:b w:val="false"/>
          <w:sz w:val="28"/>
          <w:lang w:val="zxx"/>
        </w:rPr>
        <w:t>plain.</w:t>
      </w:r>
      <w:r>
        <w:rPr>
          <w:b w:val="false"/>
          <w:sz w:val="28"/>
        </w:rPr>
        <w:t xml:space="preserve"> Объявление </w:t>
      </w:r>
      <w:r>
        <w:rPr>
          <w:b w:val="false"/>
          <w:sz w:val="28"/>
          <w:lang w:val="zxx"/>
        </w:rPr>
        <w:t>command</w:t>
      </w:r>
      <w:r>
        <w:rPr>
          <w:b w:val="false"/>
          <w:sz w:val="28"/>
        </w:rPr>
        <w:t xml:space="preserve"> </w:t>
      </w:r>
      <w:r>
        <w:rPr>
          <w:b w:val="false"/>
          <w:sz w:val="28"/>
          <w:lang w:val="zxx"/>
        </w:rPr>
        <w:t>audio.group.prepare</w:t>
      </w:r>
      <w:r>
        <w:rPr>
          <w:b w:val="false"/>
          <w:sz w:val="28"/>
        </w:rPr>
        <w:t xml:space="preserve"> не заменяет объявления точного медиапрофиля. Необъявленное сочетание получает </w:t>
      </w:r>
      <w:r>
        <w:rPr>
          <w:b w:val="false"/>
          <w:sz w:val="28"/>
          <w:lang w:val="zxx"/>
        </w:rPr>
        <w:t>unsupported</w:t>
      </w:r>
      <w:r>
        <w:rPr>
          <w:b w:val="false"/>
          <w:sz w:val="28"/>
        </w:rPr>
        <w:t xml:space="preserve"> до выделения подготовки.</w:t>
      </w:r>
    </w:p>
    <w:p>
      <w:pPr>
        <w:pStyle w:val="2"/>
        <w:rPr/>
      </w:pPr>
      <w:r>
        <w:rPr/>
        <w:t>Лимиты реализации</w:t>
      </w:r>
    </w:p>
    <w:p>
      <w:pPr>
        <w:pStyle w:val="Normal"/>
        <w:jc w:val="both"/>
        <w:rPr/>
      </w:pPr>
      <w:r>
        <w:rPr>
          <w:b w:val="false"/>
          <w:sz w:val="28"/>
          <w:lang w:val="zxx"/>
        </w:rPr>
        <w:t>19.74</w:t>
      </w:r>
      <w:r>
        <w:rPr>
          <w:b w:val="false"/>
          <w:sz w:val="28"/>
        </w:rPr>
        <w:t xml:space="preserve"> Начальный обмен выбирает точный профиль с фиксированными транспортными пределами; встречного предложения меньших лимитов в </w:t>
      </w:r>
      <w:r>
        <w:rPr>
          <w:b w:val="false"/>
          <w:sz w:val="28"/>
          <w:lang w:val="zxx"/>
        </w:rPr>
        <w:t>hello</w:t>
      </w:r>
      <w:r>
        <w:rPr>
          <w:b w:val="false"/>
          <w:sz w:val="28"/>
        </w:rPr>
        <w:t xml:space="preserve"> </w:t>
      </w:r>
      <w:r>
        <w:rPr>
          <w:b w:val="false"/>
          <w:sz w:val="28"/>
          <w:lang w:val="zxx"/>
        </w:rPr>
        <w:t>0.21</w:t>
      </w:r>
      <w:r>
        <w:rPr>
          <w:b w:val="false"/>
          <w:sz w:val="28"/>
        </w:rPr>
        <w:t xml:space="preserve"> нет. Ответ </w:t>
      </w:r>
      <w:r>
        <w:rPr>
          <w:b w:val="false"/>
          <w:sz w:val="28"/>
          <w:lang w:val="zxx"/>
        </w:rPr>
        <w:t>device.capabilities</w:t>
      </w:r>
      <w:r>
        <w:rPr>
          <w:b w:val="false"/>
          <w:sz w:val="28"/>
        </w:rPr>
        <w:t xml:space="preserve"> </w:t>
      </w:r>
      <w:r>
        <w:rPr>
          <w:b w:val="false"/>
          <w:sz w:val="28"/>
          <w:lang w:val="zxx"/>
        </w:rPr>
        <w:t>ДОЛЖЕН</w:t>
      </w:r>
      <w:r>
        <w:rPr>
          <w:b w:val="false"/>
          <w:sz w:val="28"/>
        </w:rPr>
        <w:t xml:space="preserve"> содержать все обязательные команды и каждое обязательное имя </w:t>
      </w:r>
      <w:r>
        <w:rPr>
          <w:b w:val="false"/>
          <w:sz w:val="28"/>
          <w:lang w:val="zxx"/>
        </w:rPr>
        <w:t>limit</w:t>
      </w:r>
      <w:r>
        <w:rPr>
          <w:b w:val="false"/>
          <w:sz w:val="28"/>
        </w:rPr>
        <w:t xml:space="preserve"> из таблицы ниже ровно один раз за полный каталог. Для постоянных значений </w:t>
      </w:r>
      <w:r>
        <w:rPr>
          <w:b w:val="false"/>
          <w:sz w:val="28"/>
          <w:lang w:val="zxx"/>
        </w:rPr>
        <w:t>ТРЕБУЕТСЯ</w:t>
      </w:r>
      <w:r>
        <w:rPr>
          <w:b w:val="false"/>
          <w:sz w:val="28"/>
        </w:rPr>
        <w:t xml:space="preserve"> точное совпадение. Прочие значения задают паспорт изделия и применимость развертывания, а не обещание универсальной емкости.</w:t>
      </w:r>
    </w:p>
    <w:p>
      <w:pPr>
        <w:pStyle w:val="Normal"/>
        <w:keepNext w:val="true"/>
        <w:ind w:hanging="0"/>
        <w:jc w:val="start"/>
        <w:rPr/>
      </w:pPr>
      <w:r>
        <w:rPr>
          <w:b w:val="false"/>
          <w:sz w:val="24"/>
        </w:rPr>
        <w:t xml:space="preserve">Таблица </w:t>
      </w:r>
      <w:r>
        <w:rPr>
          <w:b w:val="false"/>
          <w:sz w:val="24"/>
          <w:lang w:val="zxx"/>
        </w:rPr>
        <w:t>23</w:t>
      </w:r>
      <w:r>
        <w:rPr>
          <w:b w:val="false"/>
          <w:sz w:val="24"/>
        </w:rPr>
        <w:t xml:space="preserve"> - Транспортные лимиты и бюджеты реализации</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796"/>
        <w:gridCol w:w="1476"/>
        <w:gridCol w:w="4365"/>
      </w:tblGrid>
      <w:tr>
        <w:trPr>
          <w:cantSplit w:val="true"/>
        </w:trPr>
        <w:tc>
          <w:tcPr>
            <w:tcW w:w="379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val="zxx" w:eastAsia="en-US" w:bidi="ar-SA"/>
              </w:rPr>
              <w:t>limit</w:t>
            </w:r>
            <w:r>
              <w:rPr>
                <w:rFonts w:eastAsia="ＭＳ 明朝" w:cs=""/>
                <w:b/>
                <w:kern w:val="0"/>
                <w:sz w:val="28"/>
                <w:szCs w:val="22"/>
                <w:lang w:eastAsia="en-US" w:bidi="ar-SA"/>
              </w:rPr>
              <w:t xml:space="preserve"> </w:t>
            </w:r>
            <w:r>
              <w:rPr>
                <w:rFonts w:eastAsia="ＭＳ 明朝" w:cs=""/>
                <w:b/>
                <w:kern w:val="0"/>
                <w:sz w:val="28"/>
                <w:szCs w:val="22"/>
                <w:lang w:val="zxx" w:eastAsia="en-US" w:bidi="ar-SA"/>
              </w:rPr>
              <w:t>name</w:t>
            </w:r>
          </w:p>
        </w:tc>
        <w:tc>
          <w:tcPr>
            <w:tcW w:w="147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Единица</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Значение</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maxXmlBytes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bytes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1024</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heartbeatIntervalMs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5000</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controlLeaseMs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30000</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frameAssemblyMs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10000</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writeProgressMs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10000</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ordinaryResponseMs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500</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cancelAdmissionMs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100</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snapshotLifetimeMs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30000</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maxSnapshots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count</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1..18446744073709551615</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maxSnapshotsPerPrincipal</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count</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1..18446744073709551615</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snapshotMaxPages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count</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1..18446744073709551615</w:t>
            </w:r>
          </w:p>
        </w:tc>
      </w:tr>
      <w:tr>
        <w:trPr>
          <w:cantSplit w:val="true"/>
        </w:trPr>
        <w:tc>
          <w:tcPr>
            <w:tcW w:w="3796"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snapshotReadMaxMs</w:t>
            </w:r>
          </w:p>
        </w:tc>
        <w:tc>
          <w:tcPr>
            <w:tcW w:w="1476"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1..27000</w:t>
            </w:r>
          </w:p>
        </w:tc>
      </w:tr>
    </w:tbl>
    <w:p>
      <w:pPr>
        <w:pStyle w:val="Normal"/>
        <w:keepNext w:val="true"/>
        <w:ind w:hanging="0"/>
        <w:jc w:val="start"/>
        <w:rPr/>
      </w:pPr>
      <w:r>
        <w:br w:type="page"/>
      </w:r>
      <w:r>
        <w:rPr>
          <w:b w:val="false"/>
          <w:i/>
          <w:sz w:val="24"/>
        </w:rPr>
        <w:t xml:space="preserve">Окончание таблицы </w:t>
      </w:r>
      <w:r>
        <w:rPr>
          <w:b w:val="false"/>
          <w:i/>
          <w:sz w:val="24"/>
          <w:lang w:val="zxx"/>
        </w:rPr>
        <w:t>23</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796"/>
        <w:gridCol w:w="1476"/>
        <w:gridCol w:w="4365"/>
      </w:tblGrid>
      <w:tr>
        <w:trPr>
          <w:cantSplit w:val="true"/>
        </w:trPr>
        <w:tc>
          <w:tcPr>
            <w:tcW w:w="379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val="zxx" w:eastAsia="en-US" w:bidi="ar-SA"/>
              </w:rPr>
              <w:t>limit</w:t>
            </w:r>
            <w:r>
              <w:rPr>
                <w:rFonts w:eastAsia="ＭＳ 明朝" w:cs=""/>
                <w:b/>
                <w:kern w:val="0"/>
                <w:sz w:val="28"/>
                <w:szCs w:val="22"/>
                <w:lang w:eastAsia="en-US" w:bidi="ar-SA"/>
              </w:rPr>
              <w:t xml:space="preserve"> </w:t>
            </w:r>
            <w:r>
              <w:rPr>
                <w:rFonts w:eastAsia="ＭＳ 明朝" w:cs=""/>
                <w:b/>
                <w:kern w:val="0"/>
                <w:sz w:val="28"/>
                <w:szCs w:val="22"/>
                <w:lang w:val="zxx" w:eastAsia="en-US" w:bidi="ar-SA"/>
              </w:rPr>
              <w:t>name</w:t>
            </w:r>
          </w:p>
        </w:tc>
        <w:tc>
          <w:tcPr>
            <w:tcW w:w="147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Единица</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Значение</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eventCapacity</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count</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1..18446744073709551615</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eventRateMax</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events/</w:t>
            </w:r>
            <w:r>
              <w:rPr>
                <w:rFonts w:eastAsia="ＭＳ 明朝" w:cs=""/>
                <w:b w:val="false"/>
                <w:kern w:val="0"/>
                <w:sz w:val="28"/>
                <w:szCs w:val="22"/>
                <w:lang w:eastAsia="en-US" w:bidi="ar-SA"/>
              </w:rPr>
              <w:t>​</w:t>
            </w:r>
            <w:r>
              <w:rPr>
                <w:rFonts w:eastAsia="ＭＳ 明朝" w:cs=""/>
                <w:b w:val="false"/>
                <w:kern w:val="0"/>
                <w:sz w:val="28"/>
                <w:szCs w:val="22"/>
                <w:lang w:val="zxx" w:eastAsia="en-US" w:bidi="ar-SA"/>
              </w:rPr>
              <w:t>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1..18446744073709551615</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eventBurstMax</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count</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0..18446744073709551615</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eventDrainMinPerSec</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events/</w:t>
            </w:r>
            <w:r>
              <w:rPr>
                <w:rFonts w:eastAsia="ＭＳ 明朝" w:cs=""/>
                <w:b w:val="false"/>
                <w:kern w:val="0"/>
                <w:sz w:val="28"/>
                <w:szCs w:val="22"/>
                <w:lang w:eastAsia="en-US" w:bidi="ar-SA"/>
              </w:rPr>
              <w:t>​</w:t>
            </w:r>
            <w:r>
              <w:rPr>
                <w:rFonts w:eastAsia="ＭＳ 明朝" w:cs=""/>
                <w:b w:val="false"/>
                <w:kern w:val="0"/>
                <w:sz w:val="28"/>
                <w:szCs w:val="22"/>
                <w:lang w:val="zxx" w:eastAsia="en-US" w:bidi="ar-SA"/>
              </w:rPr>
              <w:t>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1..18446744073709551615</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stopBeginMs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1..1000</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stopConfirmMs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1..10000</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prepareTimeoutMs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1..18446744073709551615</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recoveryTimeoutMs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1..18446744073709551615</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resultRetentionMs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30000..18446744073709551615</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cmdSeqWindow</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count</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4096</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technicalDurationMaxMs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30000</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exerciseDurationMaxMs</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ms</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1080000</w:t>
            </w:r>
          </w:p>
        </w:tc>
      </w:tr>
      <w:tr>
        <w:trPr>
          <w:cantSplit w:val="true"/>
        </w:trPr>
        <w:tc>
          <w:tcPr>
            <w:tcW w:w="379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snapshotReplace</w:t>
            </w:r>
          </w:p>
        </w:tc>
        <w:tc>
          <w:tcPr>
            <w:tcW w:w="14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bool</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0..1</w:t>
            </w:r>
          </w:p>
        </w:tc>
      </w:tr>
      <w:tr>
        <w:trPr>
          <w:cantSplit w:val="true"/>
        </w:trPr>
        <w:tc>
          <w:tcPr>
            <w:tcW w:w="379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eventsPush</w:t>
            </w:r>
          </w:p>
        </w:tc>
        <w:tc>
          <w:tcPr>
            <w:tcW w:w="147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bool</w:t>
            </w:r>
          </w:p>
        </w:tc>
        <w:tc>
          <w:tcPr>
            <w:tcW w:w="436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0..1</w:t>
            </w:r>
          </w:p>
        </w:tc>
      </w:tr>
    </w:tbl>
    <w:p>
      <w:pPr>
        <w:pStyle w:val="Normal"/>
        <w:spacing w:before="0" w:after="0"/>
        <w:rPr/>
      </w:pPr>
      <w:r>
        <w:rPr/>
      </w:r>
    </w:p>
    <w:p>
      <w:pPr>
        <w:pStyle w:val="Normal"/>
        <w:jc w:val="both"/>
        <w:rPr/>
      </w:pPr>
      <w:r>
        <w:rPr>
          <w:b w:val="false"/>
          <w:sz w:val="28"/>
          <w:lang w:val="zxx"/>
        </w:rPr>
        <w:t>19.75</w:t>
      </w:r>
      <w:r>
        <w:rPr>
          <w:b w:val="false"/>
          <w:sz w:val="28"/>
        </w:rPr>
        <w:t xml:space="preserve"> </w:t>
      </w:r>
      <w:r>
        <w:rPr>
          <w:b w:val="false"/>
          <w:sz w:val="28"/>
          <w:lang w:val="zxx"/>
        </w:rPr>
        <w:t>stopBeginMs</w:t>
      </w:r>
      <w:r>
        <w:rPr>
          <w:b w:val="false"/>
          <w:sz w:val="28"/>
        </w:rPr>
        <w:t xml:space="preserve"> &lt;= </w:t>
      </w:r>
      <w:r>
        <w:rPr>
          <w:b w:val="false"/>
          <w:sz w:val="28"/>
          <w:lang w:val="zxx"/>
        </w:rPr>
        <w:t>stopConfirmMs</w:t>
      </w:r>
      <w:r>
        <w:rPr>
          <w:b w:val="false"/>
          <w:sz w:val="28"/>
        </w:rPr>
        <w:t xml:space="preserve">; </w:t>
      </w:r>
      <w:r>
        <w:rPr>
          <w:b w:val="false"/>
          <w:sz w:val="28"/>
          <w:lang w:val="zxx"/>
        </w:rPr>
        <w:t>maxSnapshotsPerPrincipal</w:t>
      </w:r>
      <w:r>
        <w:rPr>
          <w:b w:val="false"/>
          <w:sz w:val="28"/>
        </w:rPr>
        <w:t xml:space="preserve"> &lt;= </w:t>
      </w:r>
      <w:r>
        <w:rPr>
          <w:b w:val="false"/>
          <w:sz w:val="28"/>
          <w:lang w:val="zxx"/>
        </w:rPr>
        <w:t>maxSnapshots.</w:t>
      </w:r>
      <w:r>
        <w:rPr>
          <w:b w:val="false"/>
          <w:sz w:val="28"/>
        </w:rPr>
        <w:t xml:space="preserve"> Квота учитывает все незавершенные снимки аутентифицированного участника, а не только одно соединение. При исчерпании квоты новый снимок получает </w:t>
      </w:r>
      <w:r>
        <w:rPr>
          <w:b w:val="false"/>
          <w:sz w:val="28"/>
          <w:lang w:val="zxx"/>
        </w:rPr>
        <w:t>busy</w:t>
      </w:r>
      <w:r>
        <w:rPr>
          <w:b w:val="false"/>
          <w:sz w:val="28"/>
        </w:rPr>
        <w:t xml:space="preserve">; уже выданный живет </w:t>
      </w:r>
      <w:r>
        <w:rPr>
          <w:b w:val="false"/>
          <w:sz w:val="28"/>
          <w:lang w:val="zxx"/>
        </w:rPr>
        <w:t>30000</w:t>
      </w:r>
      <w:r>
        <w:rPr>
          <w:b w:val="false"/>
          <w:sz w:val="28"/>
        </w:rPr>
        <w:t xml:space="preserve"> мс от фиксации первой страницы без продления чтением. В пределах одной загрузки результат сеанса доступен не менее </w:t>
      </w:r>
      <w:r>
        <w:rPr>
          <w:b w:val="false"/>
          <w:sz w:val="28"/>
          <w:lang w:val="zxx"/>
        </w:rPr>
        <w:t>resultRetentionMs</w:t>
      </w:r>
      <w:r>
        <w:rPr>
          <w:b w:val="false"/>
          <w:sz w:val="28"/>
        </w:rPr>
        <w:t xml:space="preserve"> от </w:t>
      </w:r>
      <w:r>
        <w:rPr>
          <w:b w:val="false"/>
          <w:sz w:val="28"/>
          <w:lang w:val="zxx"/>
        </w:rPr>
        <w:t>finished</w:t>
      </w:r>
      <w:r>
        <w:rPr>
          <w:b w:val="false"/>
          <w:sz w:val="28"/>
        </w:rPr>
        <w:t xml:space="preserve"> независимо от срока конкретного снимка; активный сеанс не вытесняется. Новый </w:t>
      </w:r>
      <w:r>
        <w:rPr>
          <w:b w:val="false"/>
          <w:sz w:val="28"/>
          <w:lang w:val="zxx"/>
        </w:rPr>
        <w:t>session.start</w:t>
      </w:r>
      <w:r>
        <w:rPr>
          <w:b w:val="false"/>
          <w:sz w:val="28"/>
        </w:rPr>
        <w:t xml:space="preserve"> не сокращает эту гарантию и </w:t>
      </w:r>
      <w:r>
        <w:rPr>
          <w:b w:val="false"/>
          <w:sz w:val="28"/>
          <w:lang w:val="zxx"/>
        </w:rPr>
        <w:t>НЕ ДОЛЖЕН</w:t>
      </w:r>
      <w:r>
        <w:rPr>
          <w:b w:val="false"/>
          <w:sz w:val="28"/>
        </w:rPr>
        <w:t xml:space="preserve"> ожидать освобождения истории в пределах заявленной нагрузки. Емкость истории и последовательные переходы нормируются отдельно ниже. Гарантии постоянного журнала и чтения после </w:t>
      </w:r>
      <w:r>
        <w:rPr>
          <w:b w:val="false"/>
          <w:sz w:val="28"/>
          <w:lang w:val="zxx"/>
        </w:rPr>
        <w:t>reboot</w:t>
      </w:r>
      <w:r>
        <w:rPr>
          <w:b w:val="false"/>
          <w:sz w:val="28"/>
        </w:rPr>
        <w:t xml:space="preserve"> различаются по разделу </w:t>
      </w:r>
      <w:r>
        <w:rPr>
          <w:b w:val="false"/>
          <w:sz w:val="28"/>
          <w:lang w:val="zxx"/>
        </w:rPr>
        <w:t>8.</w:t>
      </w:r>
      <w:r>
        <w:rPr>
          <w:b w:val="false"/>
          <w:sz w:val="28"/>
        </w:rPr>
        <w:t xml:space="preserve"> Кеш решений </w:t>
      </w:r>
      <w:r>
        <w:rPr>
          <w:b w:val="false"/>
          <w:sz w:val="28"/>
          <w:lang w:val="zxx"/>
        </w:rPr>
        <w:t>cmdSeq</w:t>
      </w:r>
      <w:r>
        <w:rPr>
          <w:b w:val="false"/>
          <w:sz w:val="28"/>
        </w:rPr>
        <w:t xml:space="preserve"> - отдельное хранилище.</w:t>
      </w:r>
    </w:p>
    <w:p>
      <w:pPr>
        <w:pStyle w:val="Normal"/>
        <w:jc w:val="both"/>
        <w:rPr/>
      </w:pPr>
      <w:r>
        <w:rPr>
          <w:b w:val="false"/>
          <w:sz w:val="28"/>
          <w:lang w:val="zxx"/>
        </w:rPr>
        <w:t>19.76</w:t>
      </w:r>
      <w:r>
        <w:rPr>
          <w:b w:val="false"/>
          <w:sz w:val="28"/>
        </w:rPr>
        <w:t xml:space="preserve"> Дополнительная возможность </w:t>
      </w:r>
      <w:r>
        <w:rPr>
          <w:b w:val="false"/>
          <w:sz w:val="28"/>
          <w:lang w:val="zxx"/>
        </w:rPr>
        <w:t>snapshotReplace</w:t>
      </w:r>
      <w:r>
        <w:rPr>
          <w:b w:val="false"/>
          <w:sz w:val="28"/>
        </w:rPr>
        <w:t xml:space="preserve"> объявляется как </w:t>
      </w:r>
      <w:r>
        <w:rPr>
          <w:b w:val="false"/>
          <w:sz w:val="28"/>
          <w:lang w:val="zxx"/>
        </w:rPr>
        <w:t>limit</w:t>
      </w:r>
      <w:r>
        <w:rPr>
          <w:b w:val="false"/>
          <w:sz w:val="28"/>
        </w:rPr>
        <w:t xml:space="preserve"> </w:t>
      </w:r>
      <w:r>
        <w:rPr>
          <w:b w:val="false"/>
          <w:sz w:val="28"/>
          <w:lang w:val="zxx"/>
        </w:rPr>
        <w:t>name=snapshotReplace</w:t>
      </w:r>
      <w:r>
        <w:rPr>
          <w:b w:val="false"/>
          <w:sz w:val="28"/>
        </w:rPr>
        <w:t xml:space="preserve"> </w:t>
      </w:r>
      <w:r>
        <w:rPr>
          <w:b w:val="false"/>
          <w:sz w:val="28"/>
          <w:lang w:val="zxx"/>
        </w:rPr>
        <w:t>value=1.</w:t>
      </w:r>
      <w:r>
        <w:rPr>
          <w:b w:val="false"/>
          <w:sz w:val="28"/>
        </w:rPr>
        <w:t xml:space="preserve"> Только при ее наличии АРМ МОЖЕТ передать </w:t>
      </w:r>
      <w:r>
        <w:rPr>
          <w:b w:val="false"/>
          <w:sz w:val="28"/>
          <w:lang w:val="zxx"/>
        </w:rPr>
        <w:t>selection</w:t>
      </w:r>
      <w:r>
        <w:rPr>
          <w:b w:val="false"/>
          <w:sz w:val="28"/>
        </w:rPr>
        <w:t xml:space="preserve"> </w:t>
      </w:r>
      <w:r>
        <w:rPr>
          <w:b w:val="false"/>
          <w:sz w:val="28"/>
          <w:lang w:val="zxx"/>
        </w:rPr>
        <w:t>replaces=</w:t>
      </w:r>
      <w:r>
        <w:rPr>
          <w:b w:val="false"/>
          <w:sz w:val="28"/>
        </w:rPr>
        <w:t>&lt;</w:t>
      </w:r>
      <w:r>
        <w:rPr>
          <w:b w:val="false"/>
          <w:sz w:val="28"/>
          <w:lang w:val="zxx"/>
        </w:rPr>
        <w:t>snapshotId</w:t>
      </w:r>
      <w:r>
        <w:rPr>
          <w:b w:val="false"/>
          <w:sz w:val="28"/>
        </w:rPr>
        <w:t xml:space="preserve">&gt; в первом запросе нового </w:t>
      </w:r>
      <w:r>
        <w:rPr>
          <w:b w:val="false"/>
          <w:sz w:val="28"/>
          <w:lang w:val="zxx"/>
        </w:rPr>
        <w:t>device.state</w:t>
      </w:r>
      <w:r>
        <w:rPr>
          <w:b w:val="false"/>
          <w:sz w:val="28"/>
        </w:rPr>
        <w:t xml:space="preserve">, </w:t>
      </w:r>
      <w:r>
        <w:rPr>
          <w:b w:val="false"/>
          <w:sz w:val="28"/>
          <w:lang w:val="zxx"/>
        </w:rPr>
        <w:t>sensors.read</w:t>
      </w:r>
      <w:r>
        <w:rPr>
          <w:b w:val="false"/>
          <w:sz w:val="28"/>
        </w:rPr>
        <w:t xml:space="preserve"> или </w:t>
      </w:r>
      <w:r>
        <w:rPr>
          <w:b w:val="false"/>
          <w:sz w:val="28"/>
          <w:lang w:val="zxx"/>
        </w:rPr>
        <w:t>session.get.</w:t>
      </w:r>
      <w:r>
        <w:rPr>
          <w:b w:val="false"/>
          <w:sz w:val="28"/>
        </w:rPr>
        <w:t xml:space="preserve"> Это явное подтверждение, что прежний снимок больше не нужен читателю. </w:t>
      </w:r>
      <w:r>
        <w:rPr>
          <w:b w:val="false"/>
          <w:sz w:val="28"/>
          <w:lang w:val="zxx"/>
        </w:rPr>
        <w:t>replaces</w:t>
      </w:r>
      <w:r>
        <w:rPr>
          <w:b w:val="false"/>
          <w:sz w:val="28"/>
        </w:rPr>
        <w:t xml:space="preserve"> НЕ совмещается с </w:t>
      </w:r>
      <w:r>
        <w:rPr>
          <w:b w:val="false"/>
          <w:sz w:val="28"/>
          <w:lang w:val="zxx"/>
        </w:rPr>
        <w:t>snapshotId/</w:t>
      </w:r>
      <w:r>
        <w:rPr>
          <w:b w:val="false"/>
          <w:sz w:val="28"/>
        </w:rPr>
        <w:t>​</w:t>
      </w:r>
      <w:r>
        <w:rPr>
          <w:b w:val="false"/>
          <w:sz w:val="28"/>
          <w:lang w:val="zxx"/>
        </w:rPr>
        <w:t>cursor</w:t>
      </w:r>
      <w:r>
        <w:rPr>
          <w:b w:val="false"/>
          <w:sz w:val="28"/>
        </w:rPr>
        <w:t xml:space="preserve"> и не повторяется в продолжениях. Прежний снимок </w:t>
      </w:r>
      <w:r>
        <w:rPr>
          <w:b w:val="false"/>
          <w:sz w:val="28"/>
          <w:lang w:val="zxx"/>
        </w:rPr>
        <w:t>ДОЛЖЕН</w:t>
      </w:r>
      <w:r>
        <w:rPr>
          <w:b w:val="false"/>
          <w:sz w:val="28"/>
        </w:rPr>
        <w:t xml:space="preserve"> принадлежать тому же аутентифицированному участнику, режиму защиты, команде и нормализованной выборке, включая </w:t>
      </w:r>
      <w:r>
        <w:rPr>
          <w:b w:val="false"/>
          <w:sz w:val="28"/>
          <w:lang w:val="zxx"/>
        </w:rPr>
        <w:t>controlEpoch</w:t>
      </w:r>
      <w:r>
        <w:rPr>
          <w:b w:val="false"/>
          <w:sz w:val="28"/>
        </w:rPr>
        <w:t xml:space="preserve">; несовпадение возвращает </w:t>
      </w:r>
      <w:r>
        <w:rPr>
          <w:b w:val="false"/>
          <w:sz w:val="28"/>
          <w:lang w:val="zxx"/>
        </w:rPr>
        <w:t>invalidArgument</w:t>
      </w:r>
      <w:r>
        <w:rPr>
          <w:b w:val="false"/>
          <w:sz w:val="28"/>
        </w:rPr>
        <w:t xml:space="preserve"> без освобождения снимка. После проверки УУ освобождает указанное место перед выделением нового, в том числе при полной квоте. Неизвестный или уже истекший идентификатор не освобождает чужих мест и обрабатывается как новое чтение. УУ сохраняет связь </w:t>
      </w:r>
      <w:r>
        <w:rPr>
          <w:b w:val="false"/>
          <w:sz w:val="28"/>
          <w:lang w:val="zxx"/>
        </w:rPr>
        <w:t>request</w:t>
      </w:r>
      <w:r>
        <w:rPr>
          <w:b w:val="false"/>
          <w:sz w:val="28"/>
        </w:rPr>
        <w:t xml:space="preserve"> </w:t>
      </w:r>
      <w:r>
        <w:rPr>
          <w:b w:val="false"/>
          <w:sz w:val="28"/>
          <w:lang w:val="zxx"/>
        </w:rPr>
        <w:t>id</w:t>
      </w:r>
      <w:r>
        <w:rPr>
          <w:b w:val="false"/>
          <w:sz w:val="28"/>
        </w:rPr>
        <w:t xml:space="preserve"> замены с ее результатом на срок жизни нового снимка. Точный повтор того же </w:t>
      </w:r>
      <w:r>
        <w:rPr>
          <w:b w:val="false"/>
          <w:sz w:val="28"/>
          <w:lang w:val="zxx"/>
        </w:rPr>
        <w:t>request</w:t>
      </w:r>
      <w:r>
        <w:rPr>
          <w:b w:val="false"/>
          <w:sz w:val="28"/>
        </w:rPr>
        <w:t xml:space="preserve"> </w:t>
      </w:r>
      <w:r>
        <w:rPr>
          <w:b w:val="false"/>
          <w:sz w:val="28"/>
          <w:lang w:val="zxx"/>
        </w:rPr>
        <w:t>id</w:t>
      </w:r>
      <w:r>
        <w:rPr>
          <w:b w:val="false"/>
          <w:sz w:val="28"/>
        </w:rPr>
        <w:t xml:space="preserve">, выборки и </w:t>
      </w:r>
      <w:r>
        <w:rPr>
          <w:b w:val="false"/>
          <w:sz w:val="28"/>
          <w:lang w:val="zxx"/>
        </w:rPr>
        <w:t>replaces</w:t>
      </w:r>
      <w:r>
        <w:rPr>
          <w:b w:val="false"/>
          <w:sz w:val="28"/>
        </w:rPr>
        <w:t xml:space="preserve"> возвращает первоначальный новый </w:t>
      </w:r>
      <w:r>
        <w:rPr>
          <w:b w:val="false"/>
          <w:sz w:val="28"/>
          <w:lang w:val="zxx"/>
        </w:rPr>
        <w:t>snapshotId</w:t>
      </w:r>
      <w:r>
        <w:rPr>
          <w:b w:val="false"/>
          <w:sz w:val="28"/>
        </w:rPr>
        <w:t xml:space="preserve"> без еще одного освобождения или выделения; изменение содержимого при том же </w:t>
      </w:r>
      <w:r>
        <w:rPr>
          <w:b w:val="false"/>
          <w:sz w:val="28"/>
          <w:lang w:val="zxx"/>
        </w:rPr>
        <w:t>request</w:t>
      </w:r>
      <w:r>
        <w:rPr>
          <w:b w:val="false"/>
          <w:sz w:val="28"/>
        </w:rPr>
        <w:t xml:space="preserve"> </w:t>
      </w:r>
      <w:r>
        <w:rPr>
          <w:b w:val="false"/>
          <w:sz w:val="28"/>
          <w:lang w:val="zxx"/>
        </w:rPr>
        <w:t>id</w:t>
      </w:r>
      <w:r>
        <w:rPr>
          <w:b w:val="false"/>
          <w:sz w:val="28"/>
        </w:rPr>
        <w:t xml:space="preserve"> дает </w:t>
      </w:r>
      <w:r>
        <w:rPr>
          <w:b w:val="false"/>
          <w:sz w:val="28"/>
          <w:lang w:val="zxx"/>
        </w:rPr>
        <w:t>conflict.</w:t>
      </w:r>
      <w:r>
        <w:rPr>
          <w:b w:val="false"/>
          <w:sz w:val="28"/>
        </w:rPr>
        <w:t xml:space="preserve"> Поэтому потеря ответа не приводит к </w:t>
      </w:r>
      <w:r>
        <w:rPr>
          <w:b w:val="false"/>
          <w:sz w:val="28"/>
          <w:lang w:val="zxx"/>
        </w:rPr>
        <w:t>busy</w:t>
      </w:r>
      <w:r>
        <w:rPr>
          <w:b w:val="false"/>
          <w:sz w:val="28"/>
        </w:rPr>
        <w:t xml:space="preserve"> и не требует использовать освобожденный курсор. Без </w:t>
      </w:r>
      <w:r>
        <w:rPr>
          <w:b w:val="false"/>
          <w:sz w:val="28"/>
          <w:lang w:val="zxx"/>
        </w:rPr>
        <w:t>replaces</w:t>
      </w:r>
      <w:r>
        <w:rPr>
          <w:b w:val="false"/>
          <w:sz w:val="28"/>
        </w:rPr>
        <w:t xml:space="preserve"> каждый снимок сохраняет гарантированные </w:t>
      </w:r>
      <w:r>
        <w:rPr>
          <w:b w:val="false"/>
          <w:sz w:val="28"/>
          <w:lang w:val="zxx"/>
        </w:rPr>
        <w:t>30000</w:t>
      </w:r>
      <w:r>
        <w:rPr>
          <w:b w:val="false"/>
          <w:sz w:val="28"/>
        </w:rPr>
        <w:t xml:space="preserve"> мс; незавершенные чтения других наблюдателей не вытесняются. Результат исполнения и журнал событий этим подтверждением не удаляются.</w:t>
      </w:r>
    </w:p>
    <w:p>
      <w:pPr>
        <w:pStyle w:val="Normal"/>
        <w:jc w:val="both"/>
        <w:rPr/>
      </w:pPr>
      <w:r>
        <w:rPr>
          <w:b w:val="false"/>
          <w:sz w:val="28"/>
          <w:lang w:val="zxx"/>
        </w:rPr>
        <w:t>19.77</w:t>
      </w:r>
      <w:r>
        <w:rPr>
          <w:b w:val="false"/>
          <w:sz w:val="28"/>
        </w:rPr>
        <w:t xml:space="preserve"> Фоновое наблюдение датчиков использует начальный снимок с границей </w:t>
      </w:r>
      <w:r>
        <w:rPr>
          <w:b w:val="false"/>
          <w:sz w:val="28"/>
          <w:lang w:val="zxx"/>
        </w:rPr>
        <w:t>eventSeq.</w:t>
      </w:r>
      <w:r>
        <w:rPr>
          <w:b w:val="false"/>
          <w:sz w:val="28"/>
        </w:rPr>
        <w:t xml:space="preserve"> При объявленном </w:t>
      </w:r>
      <w:r>
        <w:rPr>
          <w:b w:val="false"/>
          <w:sz w:val="28"/>
          <w:lang w:val="zxx"/>
        </w:rPr>
        <w:t>eventsPush=1</w:t>
      </w:r>
      <w:r>
        <w:rPr>
          <w:b w:val="false"/>
          <w:sz w:val="28"/>
        </w:rPr>
        <w:t xml:space="preserve"> АРМ включает инициативную доставку </w:t>
      </w:r>
      <w:r>
        <w:rPr>
          <w:b w:val="false"/>
          <w:sz w:val="28"/>
          <w:lang w:val="zxx"/>
        </w:rPr>
        <w:t>events.subscribe</w:t>
      </w:r>
      <w:r>
        <w:rPr>
          <w:b w:val="false"/>
          <w:sz w:val="28"/>
        </w:rPr>
        <w:t xml:space="preserve">; без нее сохраняется </w:t>
      </w:r>
      <w:r>
        <w:rPr>
          <w:b w:val="false"/>
          <w:sz w:val="28"/>
          <w:lang w:val="zxx"/>
        </w:rPr>
        <w:t>events.read.</w:t>
      </w:r>
      <w:r>
        <w:rPr>
          <w:b w:val="false"/>
          <w:sz w:val="28"/>
        </w:rPr>
        <w:t xml:space="preserve"> Частое пустое чтение журнала при работающей подписке не требуется. Изменение </w:t>
      </w:r>
      <w:r>
        <w:rPr>
          <w:b w:val="false"/>
          <w:sz w:val="28"/>
          <w:lang w:val="zxx"/>
        </w:rPr>
        <w:t>resource.changed</w:t>
      </w:r>
      <w:r>
        <w:rPr>
          <w:b w:val="false"/>
          <w:sz w:val="28"/>
        </w:rPr>
        <w:t xml:space="preserve"> или качества требует чтения актуальных точек, если событие не содержит достаточных показаний. Начальная синхронизация и восстановление после </w:t>
      </w:r>
      <w:r>
        <w:rPr>
          <w:b w:val="false"/>
          <w:sz w:val="28"/>
          <w:lang w:val="zxx"/>
        </w:rPr>
        <w:t>gap</w:t>
      </w:r>
      <w:r>
        <w:rPr>
          <w:b w:val="false"/>
          <w:sz w:val="28"/>
        </w:rPr>
        <w:t xml:space="preserve"> обновляют индикацию, но не создают новый физический фронт для автоматического запуска сценария. Фоновые чтения </w:t>
      </w:r>
      <w:r>
        <w:rPr>
          <w:b w:val="false"/>
          <w:sz w:val="28"/>
          <w:lang w:val="zxx"/>
        </w:rPr>
        <w:t>ДОЛЖНЫ</w:t>
      </w:r>
      <w:r>
        <w:rPr>
          <w:b w:val="false"/>
          <w:sz w:val="28"/>
        </w:rPr>
        <w:t xml:space="preserve"> уступать командам управления между ответами; </w:t>
      </w:r>
      <w:r>
        <w:rPr>
          <w:b w:val="false"/>
          <w:sz w:val="28"/>
          <w:lang w:val="zxx"/>
        </w:rPr>
        <w:t>session.stop</w:t>
      </w:r>
      <w:r>
        <w:rPr>
          <w:b w:val="false"/>
          <w:sz w:val="28"/>
        </w:rPr>
        <w:t xml:space="preserve"> и </w:t>
      </w:r>
      <w:r>
        <w:rPr>
          <w:b w:val="false"/>
          <w:sz w:val="28"/>
          <w:lang w:val="zxx"/>
        </w:rPr>
        <w:t>session.cancel</w:t>
      </w:r>
      <w:r>
        <w:rPr>
          <w:b w:val="false"/>
          <w:sz w:val="28"/>
        </w:rPr>
        <w:t xml:space="preserve"> сохраняют отдельный слот. Частота наблюдения и выделения снимков </w:t>
      </w:r>
      <w:r>
        <w:rPr>
          <w:b w:val="false"/>
          <w:sz w:val="28"/>
          <w:lang w:val="zxx"/>
        </w:rPr>
        <w:t>ДОЛЖНА</w:t>
      </w:r>
      <w:r>
        <w:rPr>
          <w:b w:val="false"/>
          <w:sz w:val="28"/>
        </w:rPr>
        <w:t xml:space="preserve"> укладываться в объявленные квоты, включая одновременное чтение результата речи. При отсутствии </w:t>
      </w:r>
      <w:r>
        <w:rPr>
          <w:b w:val="false"/>
          <w:sz w:val="28"/>
          <w:lang w:val="zxx"/>
        </w:rPr>
        <w:t>snapshotReplace</w:t>
      </w:r>
      <w:r>
        <w:rPr>
          <w:b w:val="false"/>
          <w:sz w:val="28"/>
        </w:rPr>
        <w:t xml:space="preserve"> клиент ограничивает фоновые чтения, не расходуя резерв управления.</w:t>
      </w:r>
    </w:p>
    <w:p>
      <w:pPr>
        <w:pStyle w:val="2"/>
        <w:rPr/>
      </w:pPr>
      <w:r>
        <w:rPr/>
        <w:t>История результатов и последовательные этапы</w:t>
      </w:r>
    </w:p>
    <w:p>
      <w:pPr>
        <w:pStyle w:val="Normal"/>
        <w:keepNext w:val="true"/>
        <w:jc w:val="start"/>
        <w:rPr/>
      </w:pPr>
      <w:r>
        <w:rPr>
          <w:b/>
          <w:sz w:val="28"/>
          <w:lang w:val="zxx"/>
        </w:rPr>
        <w:t>19.78</w:t>
      </w:r>
      <w:r>
        <w:rPr>
          <w:b/>
          <w:sz w:val="28"/>
        </w:rPr>
        <w:t xml:space="preserve"> Емкость истории</w:t>
      </w:r>
    </w:p>
    <w:p>
      <w:pPr>
        <w:pStyle w:val="Normal"/>
        <w:jc w:val="both"/>
        <w:rPr/>
      </w:pPr>
      <w:r>
        <w:rPr>
          <w:b w:val="false"/>
          <w:sz w:val="28"/>
        </w:rPr>
        <w:t xml:space="preserve">УУ </w:t>
      </w:r>
      <w:r>
        <w:rPr>
          <w:b w:val="false"/>
          <w:sz w:val="28"/>
          <w:lang w:val="zxx"/>
        </w:rPr>
        <w:t>ДОЛЖЕН</w:t>
      </w:r>
      <w:r>
        <w:rPr>
          <w:b w:val="false"/>
          <w:sz w:val="28"/>
        </w:rPr>
        <w:t xml:space="preserve"> указать число одновременно сохраняемых полных результатов и срок хранения </w:t>
      </w:r>
      <w:r>
        <w:rPr>
          <w:b w:val="false"/>
          <w:sz w:val="28"/>
          <w:lang w:val="zxx"/>
        </w:rPr>
        <w:t>resultRetentionMs.</w:t>
      </w:r>
      <w:r>
        <w:rPr>
          <w:b w:val="false"/>
          <w:sz w:val="28"/>
        </w:rPr>
        <w:t xml:space="preserve"> До принятия </w:t>
      </w:r>
      <w:r>
        <w:rPr>
          <w:b w:val="false"/>
          <w:sz w:val="28"/>
          <w:lang w:val="zxx"/>
        </w:rPr>
        <w:t>session.start</w:t>
      </w:r>
      <w:r>
        <w:rPr>
          <w:b w:val="false"/>
          <w:sz w:val="28"/>
        </w:rPr>
        <w:t xml:space="preserve"> резервируется место его будущего результата. Снимки, кеш </w:t>
      </w:r>
      <w:r>
        <w:rPr>
          <w:b w:val="false"/>
          <w:sz w:val="28"/>
          <w:lang w:val="zxx"/>
        </w:rPr>
        <w:t>cmdSeq</w:t>
      </w:r>
      <w:r>
        <w:rPr>
          <w:b w:val="false"/>
          <w:sz w:val="28"/>
        </w:rPr>
        <w:t xml:space="preserve"> и постоянный журнал не заменяют эту емкость.</w:t>
      </w:r>
    </w:p>
    <w:p>
      <w:pPr>
        <w:pStyle w:val="Normal"/>
        <w:keepNext w:val="true"/>
        <w:jc w:val="start"/>
        <w:rPr/>
      </w:pPr>
      <w:r>
        <w:rPr>
          <w:b/>
          <w:sz w:val="28"/>
          <w:lang w:val="zxx"/>
        </w:rPr>
        <w:t>19.79</w:t>
      </w:r>
      <w:r>
        <w:rPr>
          <w:b/>
          <w:sz w:val="28"/>
        </w:rPr>
        <w:t xml:space="preserve"> Нагрузка последовательных сеансов</w:t>
      </w:r>
    </w:p>
    <w:p>
      <w:pPr>
        <w:pStyle w:val="Normal"/>
        <w:jc w:val="both"/>
        <w:rPr/>
      </w:pPr>
      <w:r>
        <w:rPr>
          <w:b w:val="false"/>
          <w:sz w:val="28"/>
        </w:rPr>
        <w:t xml:space="preserve">Паспорт </w:t>
      </w:r>
      <w:r>
        <w:rPr>
          <w:b w:val="false"/>
          <w:sz w:val="28"/>
          <w:lang w:val="zxx"/>
        </w:rPr>
        <w:t>ДОЛЖЕН</w:t>
      </w:r>
      <w:r>
        <w:rPr>
          <w:b w:val="false"/>
          <w:sz w:val="28"/>
        </w:rPr>
        <w:t xml:space="preserve"> задать верхнюю границу числа завершений в любом скользящем окне длиной </w:t>
      </w:r>
      <w:r>
        <w:rPr>
          <w:b w:val="false"/>
          <w:sz w:val="28"/>
          <w:lang w:val="zxx"/>
        </w:rPr>
        <w:t>resultRetentionMs</w:t>
      </w:r>
      <w:r>
        <w:rPr>
          <w:b w:val="false"/>
          <w:sz w:val="28"/>
        </w:rPr>
        <w:t xml:space="preserve">, с учетом всплесков, всех режимов, владельцев и смен эпох. Средней частоты без ограничения всплеска недостаточно. Емкость </w:t>
      </w:r>
      <w:r>
        <w:rPr>
          <w:b w:val="false"/>
          <w:sz w:val="28"/>
          <w:lang w:val="zxx"/>
        </w:rPr>
        <w:t>ДОЛЖНА</w:t>
      </w:r>
      <w:r>
        <w:rPr>
          <w:b w:val="false"/>
          <w:sz w:val="28"/>
        </w:rPr>
        <w:t xml:space="preserve"> покрывать эту границу и отдельно результат каждого одновременно принимаемого исполнения; в ядре такое исполнение одно. Если фактическое хранение дольше </w:t>
      </w:r>
      <w:r>
        <w:rPr>
          <w:b w:val="false"/>
          <w:sz w:val="28"/>
          <w:lang w:val="zxx"/>
        </w:rPr>
        <w:t>resultRetentionMs</w:t>
      </w:r>
      <w:r>
        <w:rPr>
          <w:b w:val="false"/>
          <w:sz w:val="28"/>
        </w:rPr>
        <w:t>, невытесняемая часть истории также включается в расчет.</w:t>
      </w:r>
    </w:p>
    <w:p>
      <w:pPr>
        <w:pStyle w:val="Normal"/>
        <w:keepNext w:val="true"/>
        <w:jc w:val="start"/>
        <w:rPr/>
      </w:pPr>
      <w:r>
        <w:rPr>
          <w:b/>
          <w:sz w:val="28"/>
          <w:lang w:val="zxx"/>
        </w:rPr>
        <w:t>19.80</w:t>
      </w:r>
      <w:r>
        <w:rPr>
          <w:b/>
          <w:sz w:val="28"/>
        </w:rPr>
        <w:t xml:space="preserve"> Решение по следующему </w:t>
      </w:r>
      <w:r>
        <w:rPr>
          <w:b/>
          <w:sz w:val="28"/>
          <w:lang w:val="zxx"/>
        </w:rPr>
        <w:t>session.start</w:t>
      </w:r>
    </w:p>
    <w:p>
      <w:pPr>
        <w:pStyle w:val="Normal"/>
        <w:jc w:val="both"/>
        <w:rPr/>
      </w:pPr>
      <w:r>
        <w:rPr>
          <w:b w:val="false"/>
          <w:sz w:val="28"/>
        </w:rPr>
        <w:t xml:space="preserve">Когда полномочия действуют, </w:t>
      </w:r>
      <w:r>
        <w:rPr>
          <w:b w:val="false"/>
          <w:sz w:val="28"/>
          <w:lang w:val="zxx"/>
        </w:rPr>
        <w:t>off</w:t>
      </w:r>
      <w:r>
        <w:rPr>
          <w:b w:val="false"/>
          <w:sz w:val="28"/>
        </w:rPr>
        <w:t xml:space="preserve"> подтвержден, обязательные проверки пройдены и нагрузка не превышена, занятая история сама по себе не допускает </w:t>
      </w:r>
      <w:r>
        <w:rPr>
          <w:b w:val="false"/>
          <w:sz w:val="28"/>
          <w:lang w:val="zxx"/>
        </w:rPr>
        <w:t>busy</w:t>
      </w:r>
      <w:r>
        <w:rPr>
          <w:b w:val="false"/>
          <w:sz w:val="28"/>
        </w:rPr>
        <w:t xml:space="preserve"> или ожидание истечения </w:t>
      </w:r>
      <w:r>
        <w:rPr>
          <w:b w:val="false"/>
          <w:sz w:val="28"/>
          <w:lang w:val="zxx"/>
        </w:rPr>
        <w:t>resultRetentionMs.</w:t>
      </w:r>
      <w:r>
        <w:rPr>
          <w:b w:val="false"/>
          <w:sz w:val="28"/>
        </w:rPr>
        <w:t xml:space="preserve"> Решение и постановка ответа на отправку укладываются в </w:t>
      </w:r>
      <w:r>
        <w:rPr>
          <w:b w:val="false"/>
          <w:sz w:val="28"/>
          <w:lang w:val="zxx"/>
        </w:rPr>
        <w:t>ordinaryResponseMs.</w:t>
      </w:r>
      <w:r>
        <w:rPr>
          <w:b w:val="false"/>
          <w:sz w:val="28"/>
        </w:rPr>
        <w:t xml:space="preserve"> Это еще не подтверждение начала звука.</w:t>
      </w:r>
    </w:p>
    <w:p>
      <w:pPr>
        <w:pStyle w:val="Normal"/>
        <w:keepNext w:val="true"/>
        <w:jc w:val="start"/>
        <w:rPr/>
      </w:pPr>
      <w:r>
        <w:rPr>
          <w:b/>
          <w:sz w:val="28"/>
          <w:lang w:val="zxx"/>
        </w:rPr>
        <w:t>19.81</w:t>
      </w:r>
      <w:r>
        <w:rPr>
          <w:b/>
          <w:sz w:val="28"/>
        </w:rPr>
        <w:t xml:space="preserve"> Время перехода между этапами</w:t>
      </w:r>
    </w:p>
    <w:p>
      <w:pPr>
        <w:pStyle w:val="Normal"/>
        <w:jc w:val="both"/>
        <w:rPr/>
      </w:pPr>
      <w:r>
        <w:rPr>
          <w:b w:val="false"/>
          <w:sz w:val="28"/>
        </w:rPr>
        <w:t xml:space="preserve">Паспорт развертывания </w:t>
      </w:r>
      <w:r>
        <w:rPr>
          <w:b w:val="false"/>
          <w:sz w:val="28"/>
          <w:lang w:val="zxx"/>
        </w:rPr>
        <w:t>ДОЛЖЕН</w:t>
      </w:r>
      <w:r>
        <w:rPr>
          <w:b w:val="false"/>
          <w:sz w:val="28"/>
        </w:rPr>
        <w:t xml:space="preserve"> задать конечный допустимый интервал от подтверждения </w:t>
      </w:r>
      <w:r>
        <w:rPr>
          <w:b w:val="false"/>
          <w:sz w:val="28"/>
          <w:lang w:val="zxx"/>
        </w:rPr>
        <w:t>off</w:t>
      </w:r>
      <w:r>
        <w:rPr>
          <w:b w:val="false"/>
          <w:sz w:val="28"/>
        </w:rPr>
        <w:t xml:space="preserve"> предыдущего этапа до </w:t>
      </w:r>
      <w:r>
        <w:rPr>
          <w:b w:val="false"/>
          <w:sz w:val="28"/>
          <w:lang w:val="zxx"/>
        </w:rPr>
        <w:t>running</w:t>
      </w:r>
      <w:r>
        <w:rPr>
          <w:b w:val="false"/>
          <w:sz w:val="28"/>
        </w:rPr>
        <w:t xml:space="preserve"> следующего для каждого поддержанного перехода. Он включает получение результата и решение АРМ, разрешенную паузу программы, доставку следующего </w:t>
      </w:r>
      <w:r>
        <w:rPr>
          <w:b w:val="false"/>
          <w:sz w:val="28"/>
          <w:lang w:val="zxx"/>
        </w:rPr>
        <w:t>session.start</w:t>
      </w:r>
      <w:r>
        <w:rPr>
          <w:b w:val="false"/>
          <w:sz w:val="28"/>
        </w:rPr>
        <w:t xml:space="preserve">, </w:t>
      </w:r>
      <w:r>
        <w:rPr>
          <w:b w:val="false"/>
          <w:sz w:val="28"/>
          <w:lang w:val="zxx"/>
        </w:rPr>
        <w:t>ordinaryResponseMs</w:t>
      </w:r>
      <w:r>
        <w:rPr>
          <w:b w:val="false"/>
          <w:sz w:val="28"/>
        </w:rPr>
        <w:t xml:space="preserve"> и подготовку до </w:t>
      </w:r>
      <w:r>
        <w:rPr>
          <w:b w:val="false"/>
          <w:sz w:val="28"/>
          <w:lang w:val="zxx"/>
        </w:rPr>
        <w:t>prepareTimeoutMs.</w:t>
      </w:r>
      <w:r>
        <w:rPr>
          <w:b w:val="false"/>
          <w:sz w:val="28"/>
        </w:rPr>
        <w:t xml:space="preserve"> Предел выбирается по требованиям сценария и подтверждается испытанием при заявленных канале и нагрузке; срок хранения истории не является допустимой добавочной паузой.</w:t>
      </w:r>
    </w:p>
    <w:p>
      <w:pPr>
        <w:pStyle w:val="Normal"/>
        <w:keepNext w:val="true"/>
        <w:jc w:val="start"/>
        <w:rPr/>
      </w:pPr>
      <w:r>
        <w:rPr>
          <w:b/>
          <w:sz w:val="28"/>
          <w:lang w:val="zxx"/>
        </w:rPr>
        <w:t>19.82</w:t>
      </w:r>
      <w:r>
        <w:rPr>
          <w:b/>
          <w:sz w:val="28"/>
        </w:rPr>
        <w:t xml:space="preserve"> Превышение заявленной нагрузки</w:t>
      </w:r>
    </w:p>
    <w:p>
      <w:pPr>
        <w:pStyle w:val="Normal"/>
        <w:jc w:val="both"/>
        <w:rPr/>
      </w:pPr>
      <w:r>
        <w:rPr>
          <w:b w:val="false"/>
          <w:sz w:val="28"/>
        </w:rPr>
        <w:t xml:space="preserve">Если безопасно зарезервировать результат нельзя, </w:t>
      </w:r>
      <w:r>
        <w:rPr>
          <w:b w:val="false"/>
          <w:sz w:val="28"/>
          <w:lang w:val="zxx"/>
        </w:rPr>
        <w:t>session.start</w:t>
      </w:r>
      <w:r>
        <w:rPr>
          <w:b w:val="false"/>
          <w:sz w:val="28"/>
        </w:rPr>
        <w:t xml:space="preserve"> получает </w:t>
      </w:r>
      <w:r>
        <w:rPr>
          <w:b w:val="false"/>
          <w:sz w:val="28"/>
          <w:lang w:val="zxx"/>
        </w:rPr>
        <w:t>busy</w:t>
      </w:r>
      <w:r>
        <w:rPr>
          <w:b w:val="false"/>
          <w:sz w:val="28"/>
        </w:rPr>
        <w:t xml:space="preserve"> до принятия намерения и воздействия. УУ не сокращает гарантированное хранение и не вытесняет активный результат. Повтор того же </w:t>
      </w:r>
      <w:r>
        <w:rPr>
          <w:b w:val="false"/>
          <w:sz w:val="28"/>
          <w:lang w:val="zxx"/>
        </w:rPr>
        <w:t>cmdSeq</w:t>
      </w:r>
      <w:r>
        <w:rPr>
          <w:b w:val="false"/>
          <w:sz w:val="28"/>
        </w:rPr>
        <w:t xml:space="preserve"> возвращает прежнее решение; новая попытка требует нового номера и проверки состояния. АРМ учитывает отказ как нарушение сроков сценария, а не скрывает его неограниченным ожиданием.</w:t>
      </w:r>
    </w:p>
    <w:p>
      <w:pPr>
        <w:pStyle w:val="Normal"/>
        <w:jc w:val="both"/>
        <w:rPr/>
      </w:pPr>
      <w:r>
        <w:rPr>
          <w:b w:val="false"/>
          <w:sz w:val="28"/>
          <w:lang w:val="zxx"/>
        </w:rPr>
        <w:t>19.83</w:t>
      </w:r>
      <w:r>
        <w:rPr>
          <w:b w:val="false"/>
          <w:sz w:val="28"/>
        </w:rPr>
        <w:t xml:space="preserve"> Пример расчета емкости: при гарантированном пределе </w:t>
      </w:r>
      <w:r>
        <w:rPr>
          <w:b w:val="false"/>
          <w:sz w:val="28"/>
          <w:lang w:val="zxx"/>
        </w:rPr>
        <w:t>60</w:t>
      </w:r>
      <w:r>
        <w:rPr>
          <w:b w:val="false"/>
          <w:sz w:val="28"/>
        </w:rPr>
        <w:t xml:space="preserve"> завершений в любом окне </w:t>
      </w:r>
      <w:r>
        <w:rPr>
          <w:b w:val="false"/>
          <w:sz w:val="28"/>
          <w:lang w:val="zxx"/>
        </w:rPr>
        <w:t>30000</w:t>
      </w:r>
      <w:r>
        <w:rPr>
          <w:b w:val="false"/>
          <w:sz w:val="28"/>
        </w:rPr>
        <w:t xml:space="preserve"> мс, </w:t>
      </w:r>
      <w:r>
        <w:rPr>
          <w:b w:val="false"/>
          <w:sz w:val="28"/>
          <w:lang w:val="zxx"/>
        </w:rPr>
        <w:t>resultRetentionMs=30000</w:t>
      </w:r>
      <w:r>
        <w:rPr>
          <w:b w:val="false"/>
          <w:sz w:val="28"/>
        </w:rPr>
        <w:t xml:space="preserve"> и одном принимаемом исполнении </w:t>
      </w:r>
      <w:r>
        <w:rPr>
          <w:b w:val="false"/>
          <w:sz w:val="28"/>
          <w:lang w:val="zxx"/>
        </w:rPr>
        <w:t>ТРЕБУЕТСЯ</w:t>
      </w:r>
      <w:r>
        <w:rPr>
          <w:b w:val="false"/>
          <w:sz w:val="28"/>
        </w:rPr>
        <w:t xml:space="preserve"> не менее </w:t>
      </w:r>
      <w:r>
        <w:rPr>
          <w:b w:val="false"/>
          <w:sz w:val="28"/>
          <w:lang w:val="zxx"/>
        </w:rPr>
        <w:t>61</w:t>
      </w:r>
      <w:r>
        <w:rPr>
          <w:b w:val="false"/>
          <w:sz w:val="28"/>
        </w:rPr>
        <w:t xml:space="preserve"> места. Число включает резерв результата уже принятого сеанса; это расчетный пример, а не обязательный размер для всех изделий. Параметры этой таблицы входят в опубликованный паспорт изделия и развертывания; новые </w:t>
      </w:r>
      <w:r>
        <w:rPr>
          <w:b w:val="false"/>
          <w:sz w:val="28"/>
          <w:lang w:val="zxx"/>
        </w:rPr>
        <w:t>XML-</w:t>
      </w:r>
      <w:r>
        <w:rPr>
          <w:b w:val="false"/>
          <w:sz w:val="28"/>
        </w:rPr>
        <w:t xml:space="preserve">атрибуты </w:t>
      </w:r>
      <w:r>
        <w:rPr>
          <w:b w:val="false"/>
          <w:sz w:val="28"/>
          <w:lang w:val="zxx"/>
        </w:rPr>
        <w:t>limits</w:t>
      </w:r>
      <w:r>
        <w:rPr>
          <w:b w:val="false"/>
          <w:sz w:val="28"/>
        </w:rPr>
        <w:t xml:space="preserve"> редакцией документа не вводятся.</w:t>
      </w:r>
    </w:p>
    <w:p>
      <w:pPr>
        <w:pStyle w:val="2"/>
        <w:rPr/>
      </w:pPr>
      <w:r>
        <w:rPr/>
        <w:t>Машинный словарь</w:t>
      </w:r>
    </w:p>
    <w:p>
      <w:pPr>
        <w:pStyle w:val="Normal"/>
        <w:keepNext w:val="true"/>
        <w:jc w:val="start"/>
        <w:rPr/>
      </w:pPr>
      <w:r>
        <w:rPr>
          <w:b/>
          <w:sz w:val="28"/>
          <w:lang w:val="zxx"/>
        </w:rPr>
        <w:t>19.84</w:t>
      </w:r>
      <w:r>
        <w:rPr>
          <w:b/>
          <w:sz w:val="28"/>
        </w:rPr>
        <w:t xml:space="preserve"> </w:t>
      </w:r>
      <w:r>
        <w:rPr>
          <w:b/>
          <w:sz w:val="28"/>
          <w:lang w:val="zxx"/>
        </w:rPr>
        <w:t>profile</w:t>
      </w:r>
    </w:p>
    <w:p>
      <w:pPr>
        <w:pStyle w:val="Normal"/>
        <w:jc w:val="start"/>
        <w:rPr/>
      </w:pPr>
      <w:r>
        <w:rPr>
          <w:b w:val="false"/>
          <w:sz w:val="28"/>
        </w:rPr>
        <w:t xml:space="preserve">Значения: </w:t>
      </w:r>
      <w:r>
        <w:rPr>
          <w:b w:val="false"/>
          <w:sz w:val="28"/>
          <w:lang w:val="zxx"/>
        </w:rPr>
        <w:t>bootstrap/</w:t>
      </w:r>
      <w:r>
        <w:rPr>
          <w:b w:val="false"/>
          <w:sz w:val="28"/>
        </w:rPr>
        <w:t>⁠</w:t>
      </w:r>
      <w:r>
        <w:rPr>
          <w:b w:val="false"/>
          <w:sz w:val="28"/>
          <w:lang w:val="zxx"/>
        </w:rPr>
        <w:t>1</w:t>
      </w:r>
      <w:r>
        <w:rPr>
          <w:b w:val="false"/>
          <w:sz w:val="28"/>
        </w:rPr>
        <w:t xml:space="preserve"> / </w:t>
      </w:r>
      <w:r>
        <w:rPr>
          <w:b w:val="false"/>
          <w:sz w:val="28"/>
          <w:lang w:val="zxx"/>
        </w:rPr>
        <w:t>open-</w:t>
      </w:r>
      <w:r>
        <w:rPr>
          <w:b w:val="false"/>
          <w:sz w:val="28"/>
        </w:rPr>
        <w:t>⁠</w:t>
      </w:r>
      <w:r>
        <w:rPr>
          <w:b w:val="false"/>
          <w:sz w:val="28"/>
          <w:lang w:val="zxx"/>
        </w:rPr>
        <w:t>alert-</w:t>
      </w:r>
      <w:r>
        <w:rPr>
          <w:b w:val="false"/>
          <w:sz w:val="28"/>
        </w:rPr>
        <w:t>⁠</w:t>
      </w:r>
      <w:r>
        <w:rPr>
          <w:b w:val="false"/>
          <w:sz w:val="28"/>
          <w:lang w:val="zxx"/>
        </w:rPr>
        <w:t>draft/</w:t>
      </w:r>
      <w:r>
        <w:rPr>
          <w:b w:val="false"/>
          <w:sz w:val="28"/>
        </w:rPr>
        <w:t>⁠</w:t>
      </w:r>
      <w:r>
        <w:rPr>
          <w:b w:val="false"/>
          <w:sz w:val="28"/>
          <w:lang w:val="zxx"/>
        </w:rPr>
        <w:t>0.21</w:t>
      </w:r>
    </w:p>
    <w:p>
      <w:pPr>
        <w:pStyle w:val="Normal"/>
        <w:jc w:val="start"/>
        <w:rPr/>
      </w:pPr>
      <w:r>
        <w:rPr>
          <w:b w:val="false"/>
          <w:sz w:val="28"/>
        </w:rPr>
        <w:t xml:space="preserve">Смысл: </w:t>
      </w:r>
      <w:r>
        <w:rPr>
          <w:b w:val="false"/>
          <w:sz w:val="28"/>
          <w:lang w:val="zxx"/>
        </w:rPr>
        <w:t>profile</w:t>
      </w:r>
    </w:p>
    <w:p>
      <w:pPr>
        <w:pStyle w:val="Normal"/>
        <w:keepNext w:val="true"/>
        <w:jc w:val="start"/>
        <w:rPr/>
      </w:pPr>
      <w:r>
        <w:rPr>
          <w:b/>
          <w:sz w:val="28"/>
          <w:lang w:val="zxx"/>
        </w:rPr>
        <w:t>19.85</w:t>
      </w:r>
      <w:r>
        <w:rPr>
          <w:b/>
          <w:sz w:val="28"/>
        </w:rPr>
        <w:t xml:space="preserve"> </w:t>
      </w:r>
      <w:r>
        <w:rPr>
          <w:b/>
          <w:sz w:val="28"/>
          <w:lang w:val="zxx"/>
        </w:rPr>
        <w:t>bool</w:t>
      </w:r>
    </w:p>
    <w:p>
      <w:pPr>
        <w:pStyle w:val="Normal"/>
        <w:jc w:val="start"/>
        <w:rPr/>
      </w:pPr>
      <w:r>
        <w:rPr>
          <w:b w:val="false"/>
          <w:sz w:val="28"/>
        </w:rPr>
        <w:t xml:space="preserve">Значения: </w:t>
      </w:r>
      <w:r>
        <w:rPr>
          <w:b w:val="false"/>
          <w:sz w:val="28"/>
          <w:lang w:val="zxx"/>
        </w:rPr>
        <w:t>true</w:t>
      </w:r>
      <w:r>
        <w:rPr>
          <w:b w:val="false"/>
          <w:sz w:val="28"/>
        </w:rPr>
        <w:t xml:space="preserve"> / </w:t>
      </w:r>
      <w:r>
        <w:rPr>
          <w:b w:val="false"/>
          <w:sz w:val="28"/>
          <w:lang w:val="zxx"/>
        </w:rPr>
        <w:t>false</w:t>
      </w:r>
    </w:p>
    <w:p>
      <w:pPr>
        <w:pStyle w:val="Normal"/>
        <w:jc w:val="start"/>
        <w:rPr/>
      </w:pPr>
      <w:r>
        <w:rPr>
          <w:b w:val="false"/>
          <w:sz w:val="28"/>
        </w:rPr>
        <w:t xml:space="preserve">Смысл: </w:t>
      </w:r>
      <w:r>
        <w:rPr>
          <w:b w:val="false"/>
          <w:sz w:val="28"/>
          <w:lang w:val="zxx"/>
        </w:rPr>
        <w:t>bool</w:t>
      </w:r>
    </w:p>
    <w:p>
      <w:pPr>
        <w:pStyle w:val="Normal"/>
        <w:keepNext w:val="true"/>
        <w:jc w:val="start"/>
        <w:rPr/>
      </w:pPr>
      <w:r>
        <w:rPr>
          <w:b/>
          <w:sz w:val="28"/>
          <w:lang w:val="zxx"/>
        </w:rPr>
        <w:t>19.86</w:t>
      </w:r>
      <w:r>
        <w:rPr>
          <w:b/>
          <w:sz w:val="28"/>
        </w:rPr>
        <w:t xml:space="preserve"> </w:t>
      </w:r>
      <w:r>
        <w:rPr>
          <w:b/>
          <w:sz w:val="28"/>
          <w:lang w:val="zxx"/>
        </w:rPr>
        <w:t>mode</w:t>
      </w:r>
    </w:p>
    <w:p>
      <w:pPr>
        <w:pStyle w:val="Normal"/>
        <w:jc w:val="start"/>
        <w:rPr/>
      </w:pPr>
      <w:r>
        <w:rPr>
          <w:b w:val="false"/>
          <w:sz w:val="28"/>
        </w:rPr>
        <w:t xml:space="preserve">Значения: </w:t>
      </w:r>
      <w:r>
        <w:rPr>
          <w:b w:val="false"/>
          <w:sz w:val="28"/>
          <w:lang w:val="zxx"/>
        </w:rPr>
        <w:t>siren</w:t>
      </w:r>
      <w:r>
        <w:rPr>
          <w:b w:val="false"/>
          <w:sz w:val="28"/>
        </w:rPr>
        <w:t xml:space="preserve"> / </w:t>
      </w:r>
      <w:r>
        <w:rPr>
          <w:b w:val="false"/>
          <w:sz w:val="28"/>
          <w:lang w:val="zxx"/>
        </w:rPr>
        <w:t>recording</w:t>
      </w:r>
      <w:r>
        <w:rPr>
          <w:b w:val="false"/>
          <w:sz w:val="28"/>
        </w:rPr>
        <w:t xml:space="preserve"> / </w:t>
      </w:r>
      <w:r>
        <w:rPr>
          <w:b w:val="false"/>
          <w:sz w:val="28"/>
          <w:lang w:val="zxx"/>
        </w:rPr>
        <w:t>test</w:t>
      </w:r>
      <w:r>
        <w:rPr>
          <w:b w:val="false"/>
          <w:sz w:val="28"/>
        </w:rPr>
        <w:t xml:space="preserve"> / </w:t>
      </w:r>
      <w:r>
        <w:rPr>
          <w:b w:val="false"/>
          <w:sz w:val="28"/>
          <w:lang w:val="zxx"/>
        </w:rPr>
        <w:t>program</w:t>
      </w:r>
      <w:r>
        <w:rPr>
          <w:b w:val="false"/>
          <w:sz w:val="28"/>
        </w:rPr>
        <w:t xml:space="preserve"> / </w:t>
      </w:r>
      <w:r>
        <w:rPr>
          <w:b w:val="false"/>
          <w:sz w:val="28"/>
          <w:lang w:val="zxx"/>
        </w:rPr>
        <w:t>stream</w:t>
      </w:r>
    </w:p>
    <w:p>
      <w:pPr>
        <w:pStyle w:val="Normal"/>
        <w:jc w:val="start"/>
        <w:rPr/>
      </w:pPr>
      <w:r>
        <w:rPr>
          <w:b w:val="false"/>
          <w:sz w:val="28"/>
        </w:rPr>
        <w:t xml:space="preserve">Смысл: </w:t>
      </w:r>
      <w:r>
        <w:rPr>
          <w:b w:val="false"/>
          <w:sz w:val="28"/>
          <w:lang w:val="zxx"/>
        </w:rPr>
        <w:t>mode</w:t>
      </w:r>
    </w:p>
    <w:p>
      <w:pPr>
        <w:pStyle w:val="Normal"/>
        <w:keepNext w:val="true"/>
        <w:jc w:val="start"/>
        <w:rPr/>
      </w:pPr>
      <w:r>
        <w:rPr>
          <w:b/>
          <w:sz w:val="28"/>
          <w:lang w:val="zxx"/>
        </w:rPr>
        <w:t>19.87</w:t>
      </w:r>
      <w:r>
        <w:rPr>
          <w:b/>
          <w:sz w:val="28"/>
        </w:rPr>
        <w:t xml:space="preserve"> </w:t>
      </w:r>
      <w:r>
        <w:rPr>
          <w:b/>
          <w:sz w:val="28"/>
          <w:lang w:val="zxx"/>
        </w:rPr>
        <w:t>purpose</w:t>
      </w:r>
    </w:p>
    <w:p>
      <w:pPr>
        <w:pStyle w:val="Normal"/>
        <w:jc w:val="start"/>
        <w:rPr/>
      </w:pPr>
      <w:r>
        <w:rPr>
          <w:b w:val="false"/>
          <w:sz w:val="28"/>
        </w:rPr>
        <w:t xml:space="preserve">Значения: </w:t>
      </w:r>
      <w:r>
        <w:rPr>
          <w:b w:val="false"/>
          <w:sz w:val="28"/>
          <w:lang w:val="zxx"/>
        </w:rPr>
        <w:t>real</w:t>
      </w:r>
      <w:r>
        <w:rPr>
          <w:b w:val="false"/>
          <w:sz w:val="28"/>
        </w:rPr>
        <w:t xml:space="preserve"> / </w:t>
      </w:r>
      <w:r>
        <w:rPr>
          <w:b w:val="false"/>
          <w:sz w:val="28"/>
          <w:lang w:val="zxx"/>
        </w:rPr>
        <w:t>exercise</w:t>
      </w:r>
      <w:r>
        <w:rPr>
          <w:b w:val="false"/>
          <w:sz w:val="28"/>
        </w:rPr>
        <w:t xml:space="preserve"> / </w:t>
      </w:r>
      <w:r>
        <w:rPr>
          <w:b w:val="false"/>
          <w:sz w:val="28"/>
          <w:lang w:val="zxx"/>
        </w:rPr>
        <w:t>technical</w:t>
      </w:r>
    </w:p>
    <w:p>
      <w:pPr>
        <w:pStyle w:val="Normal"/>
        <w:jc w:val="start"/>
        <w:rPr/>
      </w:pPr>
      <w:r>
        <w:rPr>
          <w:b w:val="false"/>
          <w:sz w:val="28"/>
        </w:rPr>
        <w:t xml:space="preserve">Смысл: </w:t>
      </w:r>
      <w:r>
        <w:rPr>
          <w:b w:val="false"/>
          <w:sz w:val="28"/>
          <w:lang w:val="zxx"/>
        </w:rPr>
        <w:t>purpose</w:t>
      </w:r>
    </w:p>
    <w:p>
      <w:pPr>
        <w:pStyle w:val="Normal"/>
        <w:keepNext w:val="true"/>
        <w:jc w:val="start"/>
        <w:rPr/>
      </w:pPr>
      <w:r>
        <w:rPr>
          <w:b/>
          <w:sz w:val="28"/>
          <w:lang w:val="zxx"/>
        </w:rPr>
        <w:t>19.88</w:t>
      </w:r>
      <w:r>
        <w:rPr>
          <w:b/>
          <w:sz w:val="28"/>
        </w:rPr>
        <w:t xml:space="preserve"> </w:t>
      </w:r>
      <w:r>
        <w:rPr>
          <w:b/>
          <w:sz w:val="28"/>
          <w:lang w:val="zxx"/>
        </w:rPr>
        <w:t>policy</w:t>
      </w:r>
    </w:p>
    <w:p>
      <w:pPr>
        <w:pStyle w:val="Normal"/>
        <w:jc w:val="start"/>
        <w:rPr/>
      </w:pPr>
      <w:r>
        <w:rPr>
          <w:b w:val="false"/>
          <w:sz w:val="28"/>
        </w:rPr>
        <w:t xml:space="preserve">Значения: </w:t>
      </w:r>
      <w:r>
        <w:rPr>
          <w:b w:val="false"/>
          <w:sz w:val="28"/>
          <w:lang w:val="zxx"/>
        </w:rPr>
        <w:t>stop</w:t>
      </w:r>
      <w:r>
        <w:rPr>
          <w:b w:val="false"/>
          <w:sz w:val="28"/>
        </w:rPr>
        <w:t xml:space="preserve"> / </w:t>
      </w:r>
      <w:r>
        <w:rPr>
          <w:b w:val="false"/>
          <w:sz w:val="28"/>
          <w:lang w:val="zxx"/>
        </w:rPr>
        <w:t>finish</w:t>
      </w:r>
    </w:p>
    <w:p>
      <w:pPr>
        <w:pStyle w:val="Normal"/>
        <w:jc w:val="start"/>
        <w:rPr/>
      </w:pPr>
      <w:r>
        <w:rPr>
          <w:b w:val="false"/>
          <w:sz w:val="28"/>
        </w:rPr>
        <w:t xml:space="preserve">Смысл: </w:t>
      </w:r>
      <w:r>
        <w:rPr>
          <w:b w:val="false"/>
          <w:sz w:val="28"/>
          <w:lang w:val="zxx"/>
        </w:rPr>
        <w:t>policy</w:t>
      </w:r>
    </w:p>
    <w:p>
      <w:pPr>
        <w:pStyle w:val="Normal"/>
        <w:keepNext w:val="true"/>
        <w:jc w:val="start"/>
        <w:rPr/>
      </w:pPr>
      <w:r>
        <w:rPr>
          <w:b/>
          <w:sz w:val="28"/>
          <w:lang w:val="zxx"/>
        </w:rPr>
        <w:t>19.89</w:t>
      </w:r>
      <w:r>
        <w:rPr>
          <w:b/>
          <w:sz w:val="28"/>
        </w:rPr>
        <w:t xml:space="preserve"> </w:t>
      </w:r>
      <w:r>
        <w:rPr>
          <w:b/>
          <w:sz w:val="28"/>
          <w:lang w:val="zxx"/>
        </w:rPr>
        <w:t>phase</w:t>
      </w:r>
    </w:p>
    <w:p>
      <w:pPr>
        <w:pStyle w:val="Normal"/>
        <w:jc w:val="start"/>
        <w:rPr/>
      </w:pPr>
      <w:r>
        <w:rPr>
          <w:b w:val="false"/>
          <w:sz w:val="28"/>
        </w:rPr>
        <w:t xml:space="preserve">Значения: </w:t>
      </w:r>
      <w:r>
        <w:rPr>
          <w:b w:val="false"/>
          <w:sz w:val="28"/>
          <w:lang w:val="zxx"/>
        </w:rPr>
        <w:t>starting</w:t>
      </w:r>
      <w:r>
        <w:rPr>
          <w:b w:val="false"/>
          <w:sz w:val="28"/>
        </w:rPr>
        <w:t xml:space="preserve"> / </w:t>
      </w:r>
      <w:r>
        <w:rPr>
          <w:b w:val="false"/>
          <w:sz w:val="28"/>
          <w:lang w:val="zxx"/>
        </w:rPr>
        <w:t>running</w:t>
      </w:r>
      <w:r>
        <w:rPr>
          <w:b w:val="false"/>
          <w:sz w:val="28"/>
        </w:rPr>
        <w:t xml:space="preserve"> / </w:t>
      </w:r>
      <w:r>
        <w:rPr>
          <w:b w:val="false"/>
          <w:sz w:val="28"/>
          <w:lang w:val="zxx"/>
        </w:rPr>
        <w:t>stopping</w:t>
      </w:r>
      <w:r>
        <w:rPr>
          <w:b w:val="false"/>
          <w:sz w:val="28"/>
        </w:rPr>
        <w:t xml:space="preserve"> / </w:t>
      </w:r>
      <w:r>
        <w:rPr>
          <w:b w:val="false"/>
          <w:sz w:val="28"/>
          <w:lang w:val="zxx"/>
        </w:rPr>
        <w:t>finished</w:t>
      </w:r>
    </w:p>
    <w:p>
      <w:pPr>
        <w:pStyle w:val="Normal"/>
        <w:jc w:val="start"/>
        <w:rPr/>
      </w:pPr>
      <w:r>
        <w:rPr>
          <w:b w:val="false"/>
          <w:sz w:val="28"/>
        </w:rPr>
        <w:t xml:space="preserve">Смысл: </w:t>
      </w:r>
      <w:r>
        <w:rPr>
          <w:b w:val="false"/>
          <w:sz w:val="28"/>
          <w:lang w:val="zxx"/>
        </w:rPr>
        <w:t>phase</w:t>
      </w:r>
    </w:p>
    <w:p>
      <w:pPr>
        <w:pStyle w:val="Normal"/>
        <w:keepNext w:val="true"/>
        <w:jc w:val="start"/>
        <w:rPr/>
      </w:pPr>
      <w:r>
        <w:rPr>
          <w:b/>
          <w:sz w:val="28"/>
          <w:lang w:val="zxx"/>
        </w:rPr>
        <w:t>19.90</w:t>
      </w:r>
      <w:r>
        <w:rPr>
          <w:b/>
          <w:sz w:val="28"/>
        </w:rPr>
        <w:t xml:space="preserve"> </w:t>
      </w:r>
      <w:r>
        <w:rPr>
          <w:b/>
          <w:sz w:val="28"/>
          <w:lang w:val="zxx"/>
        </w:rPr>
        <w:t>output</w:t>
      </w:r>
    </w:p>
    <w:p>
      <w:pPr>
        <w:pStyle w:val="Normal"/>
        <w:jc w:val="start"/>
        <w:rPr/>
      </w:pPr>
      <w:r>
        <w:rPr>
          <w:b w:val="false"/>
          <w:sz w:val="28"/>
        </w:rPr>
        <w:t xml:space="preserve">Значения: </w:t>
      </w:r>
      <w:r>
        <w:rPr>
          <w:b w:val="false"/>
          <w:sz w:val="28"/>
          <w:lang w:val="zxx"/>
        </w:rPr>
        <w:t>off</w:t>
      </w:r>
      <w:r>
        <w:rPr>
          <w:b w:val="false"/>
          <w:sz w:val="28"/>
        </w:rPr>
        <w:t xml:space="preserve"> / </w:t>
      </w:r>
      <w:r>
        <w:rPr>
          <w:b w:val="false"/>
          <w:sz w:val="28"/>
          <w:lang w:val="zxx"/>
        </w:rPr>
        <w:t>commandedOff</w:t>
      </w:r>
      <w:r>
        <w:rPr>
          <w:b w:val="false"/>
          <w:sz w:val="28"/>
        </w:rPr>
        <w:t xml:space="preserve"> / </w:t>
      </w:r>
      <w:r>
        <w:rPr>
          <w:b w:val="false"/>
          <w:sz w:val="28"/>
          <w:lang w:val="zxx"/>
        </w:rPr>
        <w:t>onObserved</w:t>
      </w:r>
      <w:r>
        <w:rPr>
          <w:b w:val="false"/>
          <w:sz w:val="28"/>
        </w:rPr>
        <w:t xml:space="preserve"> / </w:t>
      </w:r>
      <w:r>
        <w:rPr>
          <w:b w:val="false"/>
          <w:sz w:val="28"/>
          <w:lang w:val="zxx"/>
        </w:rPr>
        <w:t>unknown</w:t>
      </w:r>
      <w:r>
        <w:rPr>
          <w:b w:val="false"/>
          <w:sz w:val="28"/>
        </w:rPr>
        <w:t xml:space="preserve"> / </w:t>
      </w:r>
      <w:r>
        <w:rPr>
          <w:b w:val="false"/>
          <w:sz w:val="28"/>
          <w:lang w:val="zxx"/>
        </w:rPr>
        <w:t>fault</w:t>
      </w:r>
    </w:p>
    <w:p>
      <w:pPr>
        <w:pStyle w:val="Normal"/>
        <w:jc w:val="start"/>
        <w:rPr/>
      </w:pPr>
      <w:r>
        <w:rPr>
          <w:b w:val="false"/>
          <w:sz w:val="28"/>
        </w:rPr>
        <w:t xml:space="preserve">Смысл: </w:t>
      </w:r>
      <w:r>
        <w:rPr>
          <w:b w:val="false"/>
          <w:sz w:val="28"/>
          <w:lang w:val="zxx"/>
        </w:rPr>
        <w:t>output</w:t>
      </w:r>
    </w:p>
    <w:p>
      <w:pPr>
        <w:pStyle w:val="Normal"/>
        <w:keepNext w:val="true"/>
        <w:jc w:val="start"/>
        <w:rPr/>
      </w:pPr>
      <w:r>
        <w:rPr>
          <w:b/>
          <w:sz w:val="28"/>
          <w:lang w:val="zxx"/>
        </w:rPr>
        <w:t>19.91</w:t>
      </w:r>
      <w:r>
        <w:rPr>
          <w:b/>
          <w:sz w:val="28"/>
        </w:rPr>
        <w:t xml:space="preserve"> </w:t>
      </w:r>
      <w:r>
        <w:rPr>
          <w:b/>
          <w:sz w:val="28"/>
          <w:lang w:val="zxx"/>
        </w:rPr>
        <w:t>result</w:t>
      </w:r>
    </w:p>
    <w:p>
      <w:pPr>
        <w:pStyle w:val="Normal"/>
        <w:jc w:val="start"/>
        <w:rPr/>
      </w:pPr>
      <w:r>
        <w:rPr>
          <w:b w:val="false"/>
          <w:sz w:val="28"/>
        </w:rPr>
        <w:t xml:space="preserve">Значения: </w:t>
      </w:r>
      <w:r>
        <w:rPr>
          <w:b w:val="false"/>
          <w:sz w:val="28"/>
          <w:lang w:val="zxx"/>
        </w:rPr>
        <w:t>succeeded</w:t>
      </w:r>
      <w:r>
        <w:rPr>
          <w:b w:val="false"/>
          <w:sz w:val="28"/>
        </w:rPr>
        <w:t xml:space="preserve"> / </w:t>
      </w:r>
      <w:r>
        <w:rPr>
          <w:b w:val="false"/>
          <w:sz w:val="28"/>
          <w:lang w:val="zxx"/>
        </w:rPr>
        <w:t>failed</w:t>
      </w:r>
      <w:r>
        <w:rPr>
          <w:b w:val="false"/>
          <w:sz w:val="28"/>
        </w:rPr>
        <w:t xml:space="preserve"> / </w:t>
      </w:r>
      <w:r>
        <w:rPr>
          <w:b w:val="false"/>
          <w:sz w:val="28"/>
          <w:lang w:val="zxx"/>
        </w:rPr>
        <w:t>cancelled</w:t>
      </w:r>
      <w:r>
        <w:rPr>
          <w:b w:val="false"/>
          <w:sz w:val="28"/>
        </w:rPr>
        <w:t xml:space="preserve"> / </w:t>
      </w:r>
      <w:r>
        <w:rPr>
          <w:b w:val="false"/>
          <w:sz w:val="28"/>
          <w:lang w:val="zxx"/>
        </w:rPr>
        <w:t>unknown</w:t>
      </w:r>
    </w:p>
    <w:p>
      <w:pPr>
        <w:pStyle w:val="Normal"/>
        <w:jc w:val="start"/>
        <w:rPr/>
      </w:pPr>
      <w:r>
        <w:rPr>
          <w:b w:val="false"/>
          <w:sz w:val="28"/>
        </w:rPr>
        <w:t xml:space="preserve">Смысл: </w:t>
      </w:r>
      <w:r>
        <w:rPr>
          <w:b w:val="false"/>
          <w:sz w:val="28"/>
          <w:lang w:val="zxx"/>
        </w:rPr>
        <w:t>result</w:t>
      </w:r>
    </w:p>
    <w:p>
      <w:pPr>
        <w:pStyle w:val="Normal"/>
        <w:keepNext w:val="true"/>
        <w:jc w:val="start"/>
        <w:rPr/>
      </w:pPr>
      <w:r>
        <w:rPr>
          <w:b/>
          <w:sz w:val="28"/>
          <w:lang w:val="zxx"/>
        </w:rPr>
        <w:t>19.92</w:t>
      </w:r>
      <w:r>
        <w:rPr>
          <w:b/>
          <w:sz w:val="28"/>
        </w:rPr>
        <w:t xml:space="preserve"> </w:t>
      </w:r>
      <w:r>
        <w:rPr>
          <w:b/>
          <w:sz w:val="28"/>
          <w:lang w:val="zxx"/>
        </w:rPr>
        <w:t>ownershipState</w:t>
      </w:r>
    </w:p>
    <w:p>
      <w:pPr>
        <w:pStyle w:val="Normal"/>
        <w:jc w:val="start"/>
        <w:rPr/>
      </w:pPr>
      <w:r>
        <w:rPr>
          <w:b w:val="false"/>
          <w:sz w:val="28"/>
        </w:rPr>
        <w:t xml:space="preserve">Значения: </w:t>
      </w:r>
      <w:r>
        <w:rPr>
          <w:b w:val="false"/>
          <w:sz w:val="28"/>
          <w:lang w:val="zxx"/>
        </w:rPr>
        <w:t>free</w:t>
      </w:r>
      <w:r>
        <w:rPr>
          <w:b w:val="false"/>
          <w:sz w:val="28"/>
        </w:rPr>
        <w:t xml:space="preserve"> / </w:t>
      </w:r>
      <w:r>
        <w:rPr>
          <w:b w:val="false"/>
          <w:sz w:val="28"/>
          <w:lang w:val="zxx"/>
        </w:rPr>
        <w:t>held</w:t>
      </w:r>
      <w:r>
        <w:rPr>
          <w:b w:val="false"/>
          <w:sz w:val="28"/>
        </w:rPr>
        <w:t xml:space="preserve"> / </w:t>
      </w:r>
      <w:r>
        <w:rPr>
          <w:b w:val="false"/>
          <w:sz w:val="28"/>
          <w:lang w:val="zxx"/>
        </w:rPr>
        <w:t>detached</w:t>
      </w:r>
      <w:r>
        <w:rPr>
          <w:b w:val="false"/>
          <w:sz w:val="28"/>
        </w:rPr>
        <w:t xml:space="preserve"> / </w:t>
      </w:r>
      <w:r>
        <w:rPr>
          <w:b w:val="false"/>
          <w:sz w:val="28"/>
          <w:lang w:val="zxx"/>
        </w:rPr>
        <w:t>draining</w:t>
      </w:r>
      <w:r>
        <w:rPr>
          <w:b w:val="false"/>
          <w:sz w:val="28"/>
        </w:rPr>
        <w:t xml:space="preserve"> / </w:t>
      </w:r>
      <w:r>
        <w:rPr>
          <w:b w:val="false"/>
          <w:sz w:val="28"/>
          <w:lang w:val="zxx"/>
        </w:rPr>
        <w:t>blocked</w:t>
      </w:r>
      <w:r>
        <w:rPr>
          <w:b w:val="false"/>
          <w:sz w:val="28"/>
        </w:rPr>
        <w:t xml:space="preserve"> / </w:t>
      </w:r>
      <w:r>
        <w:rPr>
          <w:b w:val="false"/>
          <w:sz w:val="28"/>
          <w:lang w:val="zxx"/>
        </w:rPr>
        <w:t>released</w:t>
      </w:r>
    </w:p>
    <w:p>
      <w:pPr>
        <w:pStyle w:val="Normal"/>
        <w:jc w:val="both"/>
        <w:rPr/>
      </w:pPr>
      <w:r>
        <w:rPr>
          <w:b w:val="false"/>
          <w:sz w:val="28"/>
        </w:rPr>
        <w:t>Смысл: Состояние владения</w:t>
      </w:r>
    </w:p>
    <w:p>
      <w:pPr>
        <w:pStyle w:val="Normal"/>
        <w:keepNext w:val="true"/>
        <w:jc w:val="start"/>
        <w:rPr/>
      </w:pPr>
      <w:r>
        <w:rPr>
          <w:b/>
          <w:sz w:val="28"/>
          <w:lang w:val="zxx"/>
        </w:rPr>
        <w:t>19.93</w:t>
      </w:r>
      <w:r>
        <w:rPr>
          <w:b/>
          <w:sz w:val="28"/>
        </w:rPr>
        <w:t xml:space="preserve"> </w:t>
      </w:r>
      <w:r>
        <w:rPr>
          <w:b/>
          <w:sz w:val="28"/>
          <w:lang w:val="zxx"/>
        </w:rPr>
        <w:t>recoveryState</w:t>
      </w:r>
    </w:p>
    <w:p>
      <w:pPr>
        <w:pStyle w:val="Normal"/>
        <w:jc w:val="start"/>
        <w:rPr/>
      </w:pPr>
      <w:r>
        <w:rPr>
          <w:b w:val="false"/>
          <w:sz w:val="28"/>
        </w:rPr>
        <w:t xml:space="preserve">Значения: </w:t>
      </w:r>
      <w:r>
        <w:rPr>
          <w:b w:val="false"/>
          <w:sz w:val="28"/>
          <w:lang w:val="zxx"/>
        </w:rPr>
        <w:t>reconciling</w:t>
      </w:r>
      <w:r>
        <w:rPr>
          <w:b w:val="false"/>
          <w:sz w:val="28"/>
        </w:rPr>
        <w:t xml:space="preserve"> / </w:t>
      </w:r>
      <w:r>
        <w:rPr>
          <w:b w:val="false"/>
          <w:sz w:val="28"/>
          <w:lang w:val="zxx"/>
        </w:rPr>
        <w:t>ready</w:t>
      </w:r>
      <w:r>
        <w:rPr>
          <w:b w:val="false"/>
          <w:sz w:val="28"/>
        </w:rPr>
        <w:t xml:space="preserve"> / </w:t>
      </w:r>
      <w:r>
        <w:rPr>
          <w:b w:val="false"/>
          <w:sz w:val="28"/>
          <w:lang w:val="zxx"/>
        </w:rPr>
        <w:t>localInterventionRequired</w:t>
      </w:r>
    </w:p>
    <w:p>
      <w:pPr>
        <w:pStyle w:val="Normal"/>
        <w:jc w:val="both"/>
        <w:rPr/>
      </w:pPr>
      <w:r>
        <w:rPr>
          <w:b w:val="false"/>
          <w:sz w:val="28"/>
        </w:rPr>
        <w:t>Смысл: Восстановление после сбоя</w:t>
      </w:r>
    </w:p>
    <w:p>
      <w:pPr>
        <w:pStyle w:val="Normal"/>
        <w:keepNext w:val="true"/>
        <w:jc w:val="start"/>
        <w:rPr/>
      </w:pPr>
      <w:r>
        <w:rPr>
          <w:b/>
          <w:sz w:val="28"/>
          <w:lang w:val="zxx"/>
        </w:rPr>
        <w:t>19.94</w:t>
      </w:r>
      <w:r>
        <w:rPr>
          <w:b/>
          <w:sz w:val="28"/>
        </w:rPr>
        <w:t xml:space="preserve"> </w:t>
      </w:r>
      <w:r>
        <w:rPr>
          <w:b/>
          <w:sz w:val="28"/>
          <w:lang w:val="zxx"/>
        </w:rPr>
        <w:t>checkStatus</w:t>
      </w:r>
    </w:p>
    <w:p>
      <w:pPr>
        <w:pStyle w:val="Normal"/>
        <w:jc w:val="start"/>
        <w:rPr/>
      </w:pPr>
      <w:r>
        <w:rPr>
          <w:b w:val="false"/>
          <w:sz w:val="28"/>
        </w:rPr>
        <w:t xml:space="preserve">Значения: </w:t>
      </w:r>
      <w:r>
        <w:rPr>
          <w:b w:val="false"/>
          <w:sz w:val="28"/>
          <w:lang w:val="zxx"/>
        </w:rPr>
        <w:t>passed</w:t>
      </w:r>
      <w:r>
        <w:rPr>
          <w:b w:val="false"/>
          <w:sz w:val="28"/>
        </w:rPr>
        <w:t xml:space="preserve"> / </w:t>
      </w:r>
      <w:r>
        <w:rPr>
          <w:b w:val="false"/>
          <w:sz w:val="28"/>
          <w:lang w:val="zxx"/>
        </w:rPr>
        <w:t>failed</w:t>
      </w:r>
      <w:r>
        <w:rPr>
          <w:b w:val="false"/>
          <w:sz w:val="28"/>
        </w:rPr>
        <w:t xml:space="preserve"> / </w:t>
      </w:r>
      <w:r>
        <w:rPr>
          <w:b w:val="false"/>
          <w:sz w:val="28"/>
          <w:lang w:val="zxx"/>
        </w:rPr>
        <w:t>inconclusive</w:t>
      </w:r>
      <w:r>
        <w:rPr>
          <w:b w:val="false"/>
          <w:sz w:val="28"/>
        </w:rPr>
        <w:t xml:space="preserve"> / </w:t>
      </w:r>
      <w:r>
        <w:rPr>
          <w:b w:val="false"/>
          <w:sz w:val="28"/>
          <w:lang w:val="zxx"/>
        </w:rPr>
        <w:t>skipped</w:t>
      </w:r>
      <w:r>
        <w:rPr>
          <w:b w:val="false"/>
          <w:sz w:val="28"/>
        </w:rPr>
        <w:t xml:space="preserve"> / </w:t>
      </w:r>
      <w:r>
        <w:rPr>
          <w:b w:val="false"/>
          <w:sz w:val="28"/>
          <w:lang w:val="zxx"/>
        </w:rPr>
        <w:t>pending</w:t>
      </w:r>
    </w:p>
    <w:p>
      <w:pPr>
        <w:pStyle w:val="Normal"/>
        <w:jc w:val="both"/>
        <w:rPr/>
      </w:pPr>
      <w:r>
        <w:rPr>
          <w:b w:val="false"/>
          <w:sz w:val="28"/>
        </w:rPr>
        <w:t xml:space="preserve">Смысл: Итог проверки; </w:t>
      </w:r>
      <w:r>
        <w:rPr>
          <w:b w:val="false"/>
          <w:sz w:val="28"/>
          <w:lang w:val="zxx"/>
        </w:rPr>
        <w:t>pending</w:t>
      </w:r>
      <w:r>
        <w:rPr>
          <w:b w:val="false"/>
          <w:sz w:val="28"/>
        </w:rPr>
        <w:t xml:space="preserve"> только для незавершенного сеанса. Все статусы кроме </w:t>
      </w:r>
      <w:r>
        <w:rPr>
          <w:b w:val="false"/>
          <w:sz w:val="28"/>
          <w:lang w:val="zxx"/>
        </w:rPr>
        <w:t>passed</w:t>
      </w:r>
      <w:r>
        <w:rPr>
          <w:b w:val="false"/>
          <w:sz w:val="28"/>
        </w:rPr>
        <w:t xml:space="preserve"> требуют </w:t>
      </w:r>
      <w:r>
        <w:rPr>
          <w:b w:val="false"/>
          <w:sz w:val="28"/>
          <w:lang w:val="zxx"/>
        </w:rPr>
        <w:t>reason.</w:t>
      </w:r>
    </w:p>
    <w:p>
      <w:pPr>
        <w:pStyle w:val="Normal"/>
        <w:keepNext w:val="true"/>
        <w:jc w:val="start"/>
        <w:rPr/>
      </w:pPr>
      <w:r>
        <w:rPr>
          <w:b/>
          <w:sz w:val="28"/>
          <w:lang w:val="zxx"/>
        </w:rPr>
        <w:t>19.95</w:t>
      </w:r>
      <w:r>
        <w:rPr>
          <w:b/>
          <w:sz w:val="28"/>
        </w:rPr>
        <w:t xml:space="preserve"> </w:t>
      </w:r>
      <w:r>
        <w:rPr>
          <w:b/>
          <w:sz w:val="28"/>
          <w:lang w:val="zxx"/>
        </w:rPr>
        <w:t>presence</w:t>
      </w:r>
    </w:p>
    <w:p>
      <w:pPr>
        <w:pStyle w:val="Normal"/>
        <w:jc w:val="start"/>
        <w:rPr/>
      </w:pPr>
      <w:r>
        <w:rPr>
          <w:b w:val="false"/>
          <w:sz w:val="28"/>
        </w:rPr>
        <w:t xml:space="preserve">Значения: </w:t>
      </w:r>
      <w:r>
        <w:rPr>
          <w:b w:val="false"/>
          <w:sz w:val="28"/>
          <w:lang w:val="zxx"/>
        </w:rPr>
        <w:t>present</w:t>
      </w:r>
      <w:r>
        <w:rPr>
          <w:b w:val="false"/>
          <w:sz w:val="28"/>
        </w:rPr>
        <w:t xml:space="preserve"> / </w:t>
      </w:r>
      <w:r>
        <w:rPr>
          <w:b w:val="false"/>
          <w:sz w:val="28"/>
          <w:lang w:val="zxx"/>
        </w:rPr>
        <w:t>absent</w:t>
      </w:r>
      <w:r>
        <w:rPr>
          <w:b w:val="false"/>
          <w:sz w:val="28"/>
        </w:rPr>
        <w:t xml:space="preserve"> / </w:t>
      </w:r>
      <w:r>
        <w:rPr>
          <w:b w:val="false"/>
          <w:sz w:val="28"/>
          <w:lang w:val="zxx"/>
        </w:rPr>
        <w:t>expectedMissing</w:t>
      </w:r>
      <w:r>
        <w:rPr>
          <w:b w:val="false"/>
          <w:sz w:val="28"/>
        </w:rPr>
        <w:t xml:space="preserve"> / </w:t>
      </w:r>
      <w:r>
        <w:rPr>
          <w:b w:val="false"/>
          <w:sz w:val="28"/>
          <w:lang w:val="zxx"/>
        </w:rPr>
        <w:t>unknown</w:t>
      </w:r>
    </w:p>
    <w:p>
      <w:pPr>
        <w:pStyle w:val="Normal"/>
        <w:jc w:val="both"/>
        <w:rPr/>
      </w:pPr>
      <w:r>
        <w:rPr>
          <w:b w:val="false"/>
          <w:sz w:val="28"/>
        </w:rPr>
        <w:t>Смысл: Физическое наличие точки</w:t>
      </w:r>
    </w:p>
    <w:p>
      <w:pPr>
        <w:pStyle w:val="Normal"/>
        <w:keepNext w:val="true"/>
        <w:jc w:val="start"/>
        <w:rPr/>
      </w:pPr>
      <w:r>
        <w:rPr>
          <w:b/>
          <w:sz w:val="28"/>
          <w:lang w:val="zxx"/>
        </w:rPr>
        <w:t>19.96</w:t>
      </w:r>
      <w:r>
        <w:rPr>
          <w:b/>
          <w:sz w:val="28"/>
        </w:rPr>
        <w:t xml:space="preserve"> </w:t>
      </w:r>
      <w:r>
        <w:rPr>
          <w:b/>
          <w:sz w:val="28"/>
          <w:lang w:val="zxx"/>
        </w:rPr>
        <w:t>readMethod</w:t>
      </w:r>
    </w:p>
    <w:p>
      <w:pPr>
        <w:pStyle w:val="Normal"/>
        <w:jc w:val="start"/>
        <w:rPr/>
      </w:pPr>
      <w:r>
        <w:rPr>
          <w:b w:val="false"/>
          <w:sz w:val="28"/>
        </w:rPr>
        <w:t xml:space="preserve">Значения: </w:t>
      </w:r>
      <w:r>
        <w:rPr>
          <w:b w:val="false"/>
          <w:sz w:val="28"/>
          <w:lang w:val="zxx"/>
        </w:rPr>
        <w:t>cached</w:t>
      </w:r>
      <w:r>
        <w:rPr>
          <w:b w:val="false"/>
          <w:sz w:val="28"/>
        </w:rPr>
        <w:t xml:space="preserve"> / </w:t>
      </w:r>
      <w:r>
        <w:rPr>
          <w:b w:val="false"/>
          <w:sz w:val="28"/>
          <w:lang w:val="zxx"/>
        </w:rPr>
        <w:t>refreshable</w:t>
      </w:r>
      <w:r>
        <w:rPr>
          <w:b w:val="false"/>
          <w:sz w:val="28"/>
        </w:rPr>
        <w:t xml:space="preserve"> / </w:t>
      </w:r>
      <w:r>
        <w:rPr>
          <w:b w:val="false"/>
          <w:sz w:val="28"/>
          <w:lang w:val="zxx"/>
        </w:rPr>
        <w:t>checkOnly</w:t>
      </w:r>
    </w:p>
    <w:p>
      <w:pPr>
        <w:pStyle w:val="Normal"/>
        <w:jc w:val="both"/>
        <w:rPr/>
      </w:pPr>
      <w:r>
        <w:rPr>
          <w:b w:val="false"/>
          <w:sz w:val="28"/>
        </w:rPr>
        <w:t>Смысл: Способ получения показания</w:t>
      </w:r>
    </w:p>
    <w:p>
      <w:pPr>
        <w:pStyle w:val="Normal"/>
        <w:keepNext w:val="true"/>
        <w:jc w:val="start"/>
        <w:rPr/>
      </w:pPr>
      <w:r>
        <w:rPr>
          <w:b/>
          <w:sz w:val="28"/>
          <w:lang w:val="zxx"/>
        </w:rPr>
        <w:t>19.97</w:t>
      </w:r>
      <w:r>
        <w:rPr>
          <w:b/>
          <w:sz w:val="28"/>
        </w:rPr>
        <w:t xml:space="preserve"> </w:t>
      </w:r>
      <w:r>
        <w:rPr>
          <w:b/>
          <w:sz w:val="28"/>
          <w:lang w:val="zxx"/>
        </w:rPr>
        <w:t>sourceKind</w:t>
      </w:r>
    </w:p>
    <w:p>
      <w:pPr>
        <w:pStyle w:val="Normal"/>
        <w:jc w:val="start"/>
        <w:rPr/>
      </w:pPr>
      <w:r>
        <w:rPr>
          <w:b w:val="false"/>
          <w:sz w:val="28"/>
        </w:rPr>
        <w:t xml:space="preserve">Значения: </w:t>
      </w:r>
      <w:r>
        <w:rPr>
          <w:b w:val="false"/>
          <w:sz w:val="28"/>
          <w:lang w:val="zxx"/>
        </w:rPr>
        <w:t>localInput</w:t>
      </w:r>
      <w:r>
        <w:rPr>
          <w:b w:val="false"/>
          <w:sz w:val="28"/>
        </w:rPr>
        <w:t xml:space="preserve"> / </w:t>
      </w:r>
      <w:r>
        <w:rPr>
          <w:b w:val="false"/>
          <w:sz w:val="28"/>
          <w:lang w:val="zxx"/>
        </w:rPr>
        <w:t>ouReply</w:t>
      </w:r>
      <w:r>
        <w:rPr>
          <w:b w:val="false"/>
          <w:sz w:val="28"/>
        </w:rPr>
        <w:t xml:space="preserve"> / </w:t>
      </w:r>
      <w:r>
        <w:rPr>
          <w:b w:val="false"/>
          <w:sz w:val="28"/>
          <w:lang w:val="zxx"/>
        </w:rPr>
        <w:t>controllerMetric</w:t>
      </w:r>
      <w:r>
        <w:rPr>
          <w:b w:val="false"/>
          <w:sz w:val="28"/>
        </w:rPr>
        <w:t xml:space="preserve"> / </w:t>
      </w:r>
      <w:r>
        <w:rPr>
          <w:b w:val="false"/>
          <w:sz w:val="28"/>
          <w:lang w:val="zxx"/>
        </w:rPr>
        <w:t>derived</w:t>
      </w:r>
    </w:p>
    <w:p>
      <w:pPr>
        <w:pStyle w:val="Normal"/>
        <w:jc w:val="both"/>
        <w:rPr/>
      </w:pPr>
      <w:r>
        <w:rPr>
          <w:b w:val="false"/>
          <w:sz w:val="28"/>
        </w:rPr>
        <w:t>Смысл: Источник данных</w:t>
      </w:r>
    </w:p>
    <w:p>
      <w:pPr>
        <w:pStyle w:val="Normal"/>
        <w:keepNext w:val="true"/>
        <w:jc w:val="start"/>
        <w:rPr/>
      </w:pPr>
      <w:r>
        <w:rPr>
          <w:b/>
          <w:sz w:val="28"/>
          <w:lang w:val="zxx"/>
        </w:rPr>
        <w:t>19.98</w:t>
      </w:r>
      <w:r>
        <w:rPr>
          <w:b/>
          <w:sz w:val="28"/>
        </w:rPr>
        <w:t xml:space="preserve"> </w:t>
      </w:r>
      <w:r>
        <w:rPr>
          <w:b/>
          <w:sz w:val="28"/>
          <w:lang w:val="zxx"/>
        </w:rPr>
        <w:t>validity</w:t>
      </w:r>
    </w:p>
    <w:p>
      <w:pPr>
        <w:pStyle w:val="Normal"/>
        <w:jc w:val="start"/>
        <w:rPr/>
      </w:pPr>
      <w:r>
        <w:rPr>
          <w:b w:val="false"/>
          <w:sz w:val="28"/>
        </w:rPr>
        <w:t xml:space="preserve">Значения: </w:t>
      </w:r>
      <w:r>
        <w:rPr>
          <w:b w:val="false"/>
          <w:sz w:val="28"/>
          <w:lang w:val="zxx"/>
        </w:rPr>
        <w:t>valid</w:t>
      </w:r>
      <w:r>
        <w:rPr>
          <w:b w:val="false"/>
          <w:sz w:val="28"/>
        </w:rPr>
        <w:t xml:space="preserve"> / </w:t>
      </w:r>
      <w:r>
        <w:rPr>
          <w:b w:val="false"/>
          <w:sz w:val="28"/>
          <w:lang w:val="zxx"/>
        </w:rPr>
        <w:t>invalid</w:t>
      </w:r>
      <w:r>
        <w:rPr>
          <w:b w:val="false"/>
          <w:sz w:val="28"/>
        </w:rPr>
        <w:t xml:space="preserve"> / </w:t>
      </w:r>
      <w:r>
        <w:rPr>
          <w:b w:val="false"/>
          <w:sz w:val="28"/>
          <w:lang w:val="zxx"/>
        </w:rPr>
        <w:t>unavailable</w:t>
      </w:r>
    </w:p>
    <w:p>
      <w:pPr>
        <w:pStyle w:val="Normal"/>
        <w:jc w:val="both"/>
        <w:rPr/>
      </w:pPr>
      <w:r>
        <w:rPr>
          <w:b w:val="false"/>
          <w:sz w:val="28"/>
        </w:rPr>
        <w:t>Смысл: Достоверность значения</w:t>
      </w:r>
    </w:p>
    <w:p>
      <w:pPr>
        <w:pStyle w:val="Normal"/>
        <w:keepNext w:val="true"/>
        <w:jc w:val="start"/>
        <w:rPr/>
      </w:pPr>
      <w:r>
        <w:rPr>
          <w:b/>
          <w:sz w:val="28"/>
          <w:lang w:val="zxx"/>
        </w:rPr>
        <w:t>19.99</w:t>
      </w:r>
      <w:r>
        <w:rPr>
          <w:b/>
          <w:sz w:val="28"/>
        </w:rPr>
        <w:t xml:space="preserve"> </w:t>
      </w:r>
      <w:r>
        <w:rPr>
          <w:b/>
          <w:sz w:val="28"/>
          <w:lang w:val="zxx"/>
        </w:rPr>
        <w:t>freshness</w:t>
      </w:r>
    </w:p>
    <w:p>
      <w:pPr>
        <w:pStyle w:val="Normal"/>
        <w:jc w:val="start"/>
        <w:rPr/>
      </w:pPr>
      <w:r>
        <w:rPr>
          <w:b w:val="false"/>
          <w:sz w:val="28"/>
        </w:rPr>
        <w:t xml:space="preserve">Значения: </w:t>
      </w:r>
      <w:r>
        <w:rPr>
          <w:b w:val="false"/>
          <w:sz w:val="28"/>
          <w:lang w:val="zxx"/>
        </w:rPr>
        <w:t>fresh</w:t>
      </w:r>
      <w:r>
        <w:rPr>
          <w:b w:val="false"/>
          <w:sz w:val="28"/>
        </w:rPr>
        <w:t xml:space="preserve"> / </w:t>
      </w:r>
      <w:r>
        <w:rPr>
          <w:b w:val="false"/>
          <w:sz w:val="28"/>
          <w:lang w:val="zxx"/>
        </w:rPr>
        <w:t>stale</w:t>
      </w:r>
      <w:r>
        <w:rPr>
          <w:b w:val="false"/>
          <w:sz w:val="28"/>
        </w:rPr>
        <w:t xml:space="preserve"> / </w:t>
      </w:r>
      <w:r>
        <w:rPr>
          <w:b w:val="false"/>
          <w:sz w:val="28"/>
          <w:lang w:val="zxx"/>
        </w:rPr>
        <w:t>never</w:t>
      </w:r>
    </w:p>
    <w:p>
      <w:pPr>
        <w:pStyle w:val="Normal"/>
        <w:jc w:val="both"/>
        <w:rPr/>
      </w:pPr>
      <w:r>
        <w:rPr>
          <w:b w:val="false"/>
          <w:sz w:val="28"/>
        </w:rPr>
        <w:t>Смысл: Свежесть наблюдения</w:t>
      </w:r>
    </w:p>
    <w:p>
      <w:pPr>
        <w:pStyle w:val="Normal"/>
        <w:keepNext w:val="true"/>
        <w:jc w:val="start"/>
        <w:rPr/>
      </w:pPr>
      <w:r>
        <w:rPr>
          <w:b/>
          <w:sz w:val="28"/>
          <w:lang w:val="zxx"/>
        </w:rPr>
        <w:t>19.100</w:t>
      </w:r>
      <w:r>
        <w:rPr>
          <w:b/>
          <w:sz w:val="28"/>
        </w:rPr>
        <w:t xml:space="preserve"> </w:t>
      </w:r>
      <w:r>
        <w:rPr>
          <w:b/>
          <w:sz w:val="28"/>
          <w:lang w:val="zxx"/>
        </w:rPr>
        <w:t>facet</w:t>
      </w:r>
    </w:p>
    <w:p>
      <w:pPr>
        <w:pStyle w:val="Normal"/>
        <w:jc w:val="start"/>
        <w:rPr/>
      </w:pPr>
      <w:r>
        <w:rPr>
          <w:b w:val="false"/>
          <w:sz w:val="28"/>
        </w:rPr>
        <w:t xml:space="preserve">Значения: </w:t>
      </w:r>
      <w:r>
        <w:rPr>
          <w:b w:val="false"/>
          <w:sz w:val="28"/>
          <w:lang w:val="zxx"/>
        </w:rPr>
        <w:t>identity</w:t>
      </w:r>
      <w:r>
        <w:rPr>
          <w:b w:val="false"/>
          <w:sz w:val="28"/>
        </w:rPr>
        <w:t xml:space="preserve"> / </w:t>
      </w:r>
      <w:r>
        <w:rPr>
          <w:b w:val="false"/>
          <w:sz w:val="28"/>
          <w:lang w:val="zxx"/>
        </w:rPr>
        <w:t>meaning</w:t>
      </w:r>
      <w:r>
        <w:rPr>
          <w:b w:val="false"/>
          <w:sz w:val="28"/>
        </w:rPr>
        <w:t xml:space="preserve"> / </w:t>
      </w:r>
      <w:r>
        <w:rPr>
          <w:b w:val="false"/>
          <w:sz w:val="28"/>
          <w:lang w:val="zxx"/>
        </w:rPr>
        <w:t>source</w:t>
      </w:r>
      <w:r>
        <w:rPr>
          <w:b w:val="false"/>
          <w:sz w:val="28"/>
        </w:rPr>
        <w:t xml:space="preserve"> / </w:t>
      </w:r>
      <w:r>
        <w:rPr>
          <w:b w:val="false"/>
          <w:sz w:val="28"/>
          <w:lang w:val="zxx"/>
        </w:rPr>
        <w:t>acquisition</w:t>
      </w:r>
    </w:p>
    <w:p>
      <w:pPr>
        <w:pStyle w:val="Normal"/>
        <w:jc w:val="both"/>
        <w:rPr/>
      </w:pPr>
      <w:r>
        <w:rPr>
          <w:b w:val="false"/>
          <w:sz w:val="28"/>
        </w:rPr>
        <w:t>Смысл: Часть описания точки</w:t>
      </w:r>
    </w:p>
    <w:p>
      <w:pPr>
        <w:pStyle w:val="Normal"/>
        <w:keepNext w:val="true"/>
        <w:jc w:val="start"/>
        <w:rPr/>
      </w:pPr>
      <w:r>
        <w:rPr>
          <w:b/>
          <w:sz w:val="28"/>
          <w:lang w:val="zxx"/>
        </w:rPr>
        <w:t>19.101</w:t>
      </w:r>
      <w:r>
        <w:rPr>
          <w:b/>
          <w:sz w:val="28"/>
        </w:rPr>
        <w:t xml:space="preserve"> </w:t>
      </w:r>
      <w:r>
        <w:rPr>
          <w:b/>
          <w:sz w:val="28"/>
          <w:lang w:val="zxx"/>
        </w:rPr>
        <w:t>pointType</w:t>
      </w:r>
    </w:p>
    <w:p>
      <w:pPr>
        <w:pStyle w:val="Normal"/>
        <w:jc w:val="start"/>
        <w:rPr/>
      </w:pPr>
      <w:r>
        <w:rPr>
          <w:b w:val="false"/>
          <w:sz w:val="28"/>
        </w:rPr>
        <w:t xml:space="preserve">Значения: </w:t>
      </w:r>
      <w:r>
        <w:rPr>
          <w:b w:val="false"/>
          <w:sz w:val="28"/>
          <w:lang w:val="zxx"/>
        </w:rPr>
        <w:t>bool</w:t>
      </w:r>
      <w:r>
        <w:rPr>
          <w:b w:val="false"/>
          <w:sz w:val="28"/>
        </w:rPr>
        <w:t xml:space="preserve"> / </w:t>
      </w:r>
      <w:r>
        <w:rPr>
          <w:b w:val="false"/>
          <w:sz w:val="28"/>
          <w:lang w:val="zxx"/>
        </w:rPr>
        <w:t>enum</w:t>
      </w:r>
      <w:r>
        <w:rPr>
          <w:b w:val="false"/>
          <w:sz w:val="28"/>
        </w:rPr>
        <w:t xml:space="preserve"> / </w:t>
      </w:r>
      <w:r>
        <w:rPr>
          <w:b w:val="false"/>
          <w:sz w:val="28"/>
          <w:lang w:val="zxx"/>
        </w:rPr>
        <w:t>int</w:t>
      </w:r>
      <w:r>
        <w:rPr>
          <w:b w:val="false"/>
          <w:sz w:val="28"/>
        </w:rPr>
        <w:t xml:space="preserve"> / </w:t>
      </w:r>
      <w:r>
        <w:rPr>
          <w:b w:val="false"/>
          <w:sz w:val="28"/>
          <w:lang w:val="zxx"/>
        </w:rPr>
        <w:t>counter</w:t>
      </w:r>
    </w:p>
    <w:p>
      <w:pPr>
        <w:pStyle w:val="Normal"/>
        <w:jc w:val="both"/>
        <w:rPr/>
      </w:pPr>
      <w:r>
        <w:rPr>
          <w:b w:val="false"/>
          <w:sz w:val="28"/>
        </w:rPr>
        <w:t>Смысл: Тип значения точки</w:t>
      </w:r>
    </w:p>
    <w:p>
      <w:pPr>
        <w:pStyle w:val="Normal"/>
        <w:keepNext w:val="true"/>
        <w:jc w:val="start"/>
        <w:rPr/>
      </w:pPr>
      <w:r>
        <w:rPr>
          <w:b/>
          <w:sz w:val="28"/>
          <w:lang w:val="zxx"/>
        </w:rPr>
        <w:t>19.102</w:t>
      </w:r>
      <w:r>
        <w:rPr>
          <w:b/>
          <w:sz w:val="28"/>
        </w:rPr>
        <w:t xml:space="preserve"> </w:t>
      </w:r>
      <w:r>
        <w:rPr>
          <w:b/>
          <w:sz w:val="28"/>
          <w:lang w:val="zxx"/>
        </w:rPr>
        <w:t>support</w:t>
      </w:r>
    </w:p>
    <w:p>
      <w:pPr>
        <w:pStyle w:val="Normal"/>
        <w:jc w:val="start"/>
        <w:rPr/>
      </w:pPr>
      <w:r>
        <w:rPr>
          <w:b w:val="false"/>
          <w:sz w:val="28"/>
        </w:rPr>
        <w:t xml:space="preserve">Значения: </w:t>
      </w:r>
      <w:r>
        <w:rPr>
          <w:b w:val="false"/>
          <w:sz w:val="28"/>
          <w:lang w:val="zxx"/>
        </w:rPr>
        <w:t>supported</w:t>
      </w:r>
      <w:r>
        <w:rPr>
          <w:b w:val="false"/>
          <w:sz w:val="28"/>
        </w:rPr>
        <w:t xml:space="preserve"> / </w:t>
      </w:r>
      <w:r>
        <w:rPr>
          <w:b w:val="false"/>
          <w:sz w:val="28"/>
          <w:lang w:val="zxx"/>
        </w:rPr>
        <w:t>unsupported</w:t>
      </w:r>
    </w:p>
    <w:p>
      <w:pPr>
        <w:pStyle w:val="Normal"/>
        <w:jc w:val="both"/>
        <w:rPr/>
      </w:pPr>
      <w:r>
        <w:rPr>
          <w:b w:val="false"/>
          <w:sz w:val="28"/>
        </w:rPr>
        <w:t>Смысл: Поддержка точки, отдельно от ее наличия</w:t>
      </w:r>
    </w:p>
    <w:p>
      <w:pPr>
        <w:pStyle w:val="Normal"/>
        <w:keepNext w:val="true"/>
        <w:jc w:val="start"/>
        <w:rPr/>
      </w:pPr>
      <w:r>
        <w:rPr>
          <w:b/>
          <w:sz w:val="28"/>
          <w:lang w:val="zxx"/>
        </w:rPr>
        <w:t>19.103</w:t>
      </w:r>
      <w:r>
        <w:rPr>
          <w:b/>
          <w:sz w:val="28"/>
        </w:rPr>
        <w:t xml:space="preserve"> </w:t>
      </w:r>
      <w:r>
        <w:rPr>
          <w:b/>
          <w:sz w:val="28"/>
          <w:lang w:val="zxx"/>
        </w:rPr>
        <w:t>alarmState</w:t>
      </w:r>
    </w:p>
    <w:p>
      <w:pPr>
        <w:pStyle w:val="Normal"/>
        <w:jc w:val="start"/>
        <w:rPr/>
      </w:pPr>
      <w:r>
        <w:rPr>
          <w:b w:val="false"/>
          <w:sz w:val="28"/>
        </w:rPr>
        <w:t xml:space="preserve">Значения: </w:t>
      </w:r>
      <w:r>
        <w:rPr>
          <w:b w:val="false"/>
          <w:sz w:val="28"/>
          <w:lang w:val="zxx"/>
        </w:rPr>
        <w:t>active</w:t>
      </w:r>
      <w:r>
        <w:rPr>
          <w:b w:val="false"/>
          <w:sz w:val="28"/>
        </w:rPr>
        <w:t xml:space="preserve"> / </w:t>
      </w:r>
      <w:r>
        <w:rPr>
          <w:b w:val="false"/>
          <w:sz w:val="28"/>
          <w:lang w:val="zxx"/>
        </w:rPr>
        <w:t>cleared</w:t>
      </w:r>
      <w:r>
        <w:rPr>
          <w:b w:val="false"/>
          <w:sz w:val="28"/>
        </w:rPr>
        <w:t xml:space="preserve"> / </w:t>
      </w:r>
      <w:r>
        <w:rPr>
          <w:b w:val="false"/>
          <w:sz w:val="28"/>
          <w:lang w:val="zxx"/>
        </w:rPr>
        <w:t>unknown</w:t>
      </w:r>
    </w:p>
    <w:p>
      <w:pPr>
        <w:pStyle w:val="Normal"/>
        <w:jc w:val="both"/>
        <w:rPr/>
      </w:pPr>
      <w:r>
        <w:rPr>
          <w:b w:val="false"/>
          <w:sz w:val="28"/>
        </w:rPr>
        <w:t>Смысл: Состояние аварийного эпизода</w:t>
      </w:r>
    </w:p>
    <w:p>
      <w:pPr>
        <w:pStyle w:val="Normal"/>
        <w:keepNext w:val="true"/>
        <w:jc w:val="start"/>
        <w:rPr/>
      </w:pPr>
      <w:r>
        <w:rPr>
          <w:b/>
          <w:sz w:val="28"/>
          <w:lang w:val="zxx"/>
        </w:rPr>
        <w:t>19.104</w:t>
      </w:r>
      <w:r>
        <w:rPr>
          <w:b/>
          <w:sz w:val="28"/>
        </w:rPr>
        <w:t xml:space="preserve"> </w:t>
      </w:r>
      <w:r>
        <w:rPr>
          <w:b/>
          <w:sz w:val="28"/>
          <w:lang w:val="zxx"/>
        </w:rPr>
        <w:t>severity</w:t>
      </w:r>
    </w:p>
    <w:p>
      <w:pPr>
        <w:pStyle w:val="Normal"/>
        <w:jc w:val="start"/>
        <w:rPr/>
      </w:pPr>
      <w:r>
        <w:rPr>
          <w:b w:val="false"/>
          <w:sz w:val="28"/>
        </w:rPr>
        <w:t xml:space="preserve">Значения: </w:t>
      </w:r>
      <w:r>
        <w:rPr>
          <w:b w:val="false"/>
          <w:sz w:val="28"/>
          <w:lang w:val="zxx"/>
        </w:rPr>
        <w:t>info</w:t>
      </w:r>
      <w:r>
        <w:rPr>
          <w:b w:val="false"/>
          <w:sz w:val="28"/>
        </w:rPr>
        <w:t xml:space="preserve"> / </w:t>
      </w:r>
      <w:r>
        <w:rPr>
          <w:b w:val="false"/>
          <w:sz w:val="28"/>
          <w:lang w:val="zxx"/>
        </w:rPr>
        <w:t>warning</w:t>
      </w:r>
      <w:r>
        <w:rPr>
          <w:b w:val="false"/>
          <w:sz w:val="28"/>
        </w:rPr>
        <w:t xml:space="preserve"> / </w:t>
      </w:r>
      <w:r>
        <w:rPr>
          <w:b w:val="false"/>
          <w:sz w:val="28"/>
          <w:lang w:val="zxx"/>
        </w:rPr>
        <w:t>critical</w:t>
      </w:r>
    </w:p>
    <w:p>
      <w:pPr>
        <w:pStyle w:val="Normal"/>
        <w:jc w:val="both"/>
        <w:rPr/>
      </w:pPr>
      <w:r>
        <w:rPr>
          <w:b w:val="false"/>
          <w:sz w:val="28"/>
        </w:rPr>
        <w:t>Смысл: Категория важности аварии</w:t>
      </w:r>
    </w:p>
    <w:p>
      <w:pPr>
        <w:pStyle w:val="Normal"/>
        <w:keepNext w:val="true"/>
        <w:jc w:val="start"/>
        <w:rPr/>
      </w:pPr>
      <w:r>
        <w:rPr>
          <w:b/>
          <w:sz w:val="28"/>
          <w:lang w:val="zxx"/>
        </w:rPr>
        <w:t>19.105</w:t>
      </w:r>
      <w:r>
        <w:rPr>
          <w:b/>
          <w:sz w:val="28"/>
        </w:rPr>
        <w:t xml:space="preserve"> </w:t>
      </w:r>
      <w:r>
        <w:rPr>
          <w:b/>
          <w:sz w:val="28"/>
          <w:lang w:val="zxx"/>
        </w:rPr>
        <w:t>continuity</w:t>
      </w:r>
    </w:p>
    <w:p>
      <w:pPr>
        <w:pStyle w:val="Normal"/>
        <w:jc w:val="start"/>
        <w:rPr/>
      </w:pPr>
      <w:r>
        <w:rPr>
          <w:b w:val="false"/>
          <w:sz w:val="28"/>
        </w:rPr>
        <w:t xml:space="preserve">Значения: </w:t>
      </w:r>
      <w:r>
        <w:rPr>
          <w:b w:val="false"/>
          <w:sz w:val="28"/>
          <w:lang w:val="zxx"/>
        </w:rPr>
        <w:t>continuous</w:t>
      </w:r>
      <w:r>
        <w:rPr>
          <w:b w:val="false"/>
          <w:sz w:val="28"/>
        </w:rPr>
        <w:t xml:space="preserve"> / </w:t>
      </w:r>
      <w:r>
        <w:rPr>
          <w:b w:val="false"/>
          <w:sz w:val="28"/>
          <w:lang w:val="zxx"/>
        </w:rPr>
        <w:t>unknown</w:t>
      </w:r>
    </w:p>
    <w:p>
      <w:pPr>
        <w:pStyle w:val="Normal"/>
        <w:jc w:val="both"/>
        <w:rPr/>
      </w:pPr>
      <w:r>
        <w:rPr>
          <w:b w:val="false"/>
          <w:sz w:val="28"/>
        </w:rPr>
        <w:t>Смысл: Подтвержденная непрерывность эпизода</w:t>
      </w:r>
    </w:p>
    <w:p>
      <w:pPr>
        <w:pStyle w:val="Normal"/>
        <w:keepNext w:val="true"/>
        <w:jc w:val="start"/>
        <w:rPr/>
      </w:pPr>
      <w:r>
        <w:rPr>
          <w:b/>
          <w:sz w:val="28"/>
          <w:lang w:val="zxx"/>
        </w:rPr>
        <w:t>19.106</w:t>
      </w:r>
      <w:r>
        <w:rPr>
          <w:b/>
          <w:sz w:val="28"/>
        </w:rPr>
        <w:t xml:space="preserve"> </w:t>
      </w:r>
      <w:r>
        <w:rPr>
          <w:b/>
          <w:sz w:val="28"/>
          <w:lang w:val="zxx"/>
        </w:rPr>
        <w:t>thresholdOperator</w:t>
      </w:r>
    </w:p>
    <w:p>
      <w:pPr>
        <w:pStyle w:val="Normal"/>
        <w:jc w:val="start"/>
        <w:rPr/>
      </w:pPr>
      <w:r>
        <w:rPr>
          <w:b w:val="false"/>
          <w:sz w:val="28"/>
        </w:rPr>
        <w:t xml:space="preserve">Значения: </w:t>
      </w:r>
      <w:r>
        <w:rPr>
          <w:b w:val="false"/>
          <w:sz w:val="28"/>
          <w:lang w:val="zxx"/>
        </w:rPr>
        <w:t>lt</w:t>
      </w:r>
      <w:r>
        <w:rPr>
          <w:b w:val="false"/>
          <w:sz w:val="28"/>
        </w:rPr>
        <w:t xml:space="preserve"> / </w:t>
      </w:r>
      <w:r>
        <w:rPr>
          <w:b w:val="false"/>
          <w:sz w:val="28"/>
          <w:lang w:val="zxx"/>
        </w:rPr>
        <w:t>le</w:t>
      </w:r>
      <w:r>
        <w:rPr>
          <w:b w:val="false"/>
          <w:sz w:val="28"/>
        </w:rPr>
        <w:t xml:space="preserve"> / </w:t>
      </w:r>
      <w:r>
        <w:rPr>
          <w:b w:val="false"/>
          <w:sz w:val="28"/>
          <w:lang w:val="zxx"/>
        </w:rPr>
        <w:t>gt</w:t>
      </w:r>
      <w:r>
        <w:rPr>
          <w:b w:val="false"/>
          <w:sz w:val="28"/>
        </w:rPr>
        <w:t xml:space="preserve"> / </w:t>
      </w:r>
      <w:r>
        <w:rPr>
          <w:b w:val="false"/>
          <w:sz w:val="28"/>
          <w:lang w:val="zxx"/>
        </w:rPr>
        <w:t>ge</w:t>
      </w:r>
      <w:r>
        <w:rPr>
          <w:b w:val="false"/>
          <w:sz w:val="28"/>
        </w:rPr>
        <w:t xml:space="preserve"> / </w:t>
      </w:r>
      <w:r>
        <w:rPr>
          <w:b w:val="false"/>
          <w:sz w:val="28"/>
          <w:lang w:val="zxx"/>
        </w:rPr>
        <w:t>eq</w:t>
      </w:r>
      <w:r>
        <w:rPr>
          <w:b w:val="false"/>
          <w:sz w:val="28"/>
        </w:rPr>
        <w:t xml:space="preserve"> / </w:t>
      </w:r>
      <w:r>
        <w:rPr>
          <w:b w:val="false"/>
          <w:sz w:val="28"/>
          <w:lang w:val="zxx"/>
        </w:rPr>
        <w:t>ne</w:t>
      </w:r>
    </w:p>
    <w:p>
      <w:pPr>
        <w:pStyle w:val="Normal"/>
        <w:jc w:val="both"/>
        <w:rPr/>
      </w:pPr>
      <w:r>
        <w:rPr>
          <w:b w:val="false"/>
          <w:sz w:val="28"/>
        </w:rPr>
        <w:t>Смысл: Сравнение значения с порогом</w:t>
      </w:r>
    </w:p>
    <w:p>
      <w:pPr>
        <w:pStyle w:val="Normal"/>
        <w:keepNext w:val="true"/>
        <w:jc w:val="start"/>
        <w:rPr/>
      </w:pPr>
      <w:r>
        <w:rPr>
          <w:b/>
          <w:sz w:val="28"/>
          <w:lang w:val="zxx"/>
        </w:rPr>
        <w:t>19.107</w:t>
      </w:r>
      <w:r>
        <w:rPr>
          <w:b/>
          <w:sz w:val="28"/>
        </w:rPr>
        <w:t xml:space="preserve"> </w:t>
      </w:r>
      <w:r>
        <w:rPr>
          <w:b/>
          <w:sz w:val="28"/>
          <w:lang w:val="zxx"/>
        </w:rPr>
        <w:t>conflictDetail</w:t>
      </w:r>
    </w:p>
    <w:p>
      <w:pPr>
        <w:pStyle w:val="Normal"/>
        <w:jc w:val="start"/>
        <w:rPr/>
      </w:pPr>
      <w:r>
        <w:rPr>
          <w:b w:val="false"/>
          <w:sz w:val="28"/>
        </w:rPr>
        <w:t xml:space="preserve">Значения: </w:t>
      </w:r>
      <w:r>
        <w:rPr>
          <w:b w:val="false"/>
          <w:sz w:val="28"/>
          <w:lang w:val="zxx"/>
        </w:rPr>
        <w:t>requestMismatch</w:t>
      </w:r>
      <w:r>
        <w:rPr>
          <w:b w:val="false"/>
          <w:sz w:val="28"/>
        </w:rPr>
        <w:t xml:space="preserve"> / </w:t>
      </w:r>
      <w:r>
        <w:rPr>
          <w:b w:val="false"/>
          <w:sz w:val="28"/>
          <w:lang w:val="zxx"/>
        </w:rPr>
        <w:t>configRevisionMismatch</w:t>
      </w:r>
      <w:r>
        <w:rPr>
          <w:b w:val="false"/>
          <w:sz w:val="28"/>
        </w:rPr>
        <w:t xml:space="preserve"> / </w:t>
      </w:r>
      <w:r>
        <w:rPr>
          <w:b w:val="false"/>
          <w:sz w:val="28"/>
          <w:lang w:val="zxx"/>
        </w:rPr>
        <w:t>capabilityRevisionMismatch</w:t>
      </w:r>
      <w:r>
        <w:rPr>
          <w:b w:val="false"/>
          <w:sz w:val="28"/>
        </w:rPr>
        <w:t xml:space="preserve"> / </w:t>
      </w:r>
      <w:r>
        <w:rPr>
          <w:b w:val="false"/>
          <w:sz w:val="28"/>
          <w:lang w:val="zxx"/>
        </w:rPr>
        <w:t>bindingChanged</w:t>
      </w:r>
      <w:r>
        <w:rPr>
          <w:b w:val="false"/>
          <w:sz w:val="28"/>
        </w:rPr>
        <w:t xml:space="preserve"> / </w:t>
      </w:r>
      <w:r>
        <w:rPr>
          <w:b w:val="false"/>
          <w:sz w:val="28"/>
          <w:lang w:val="zxx"/>
        </w:rPr>
        <w:t>contentRevisionMismatch</w:t>
      </w:r>
      <w:r>
        <w:rPr>
          <w:b w:val="false"/>
          <w:sz w:val="28"/>
        </w:rPr>
        <w:t xml:space="preserve"> / </w:t>
      </w:r>
      <w:r>
        <w:rPr>
          <w:b w:val="false"/>
          <w:sz w:val="28"/>
          <w:lang w:val="zxx"/>
        </w:rPr>
        <w:t>instanceMismatch</w:t>
      </w:r>
      <w:r>
        <w:rPr>
          <w:b w:val="false"/>
          <w:sz w:val="28"/>
        </w:rPr>
        <w:t xml:space="preserve"> / </w:t>
      </w:r>
      <w:r>
        <w:rPr>
          <w:b w:val="false"/>
          <w:sz w:val="28"/>
          <w:lang w:val="zxx"/>
        </w:rPr>
        <w:t>operationStateMismatch</w:t>
      </w:r>
    </w:p>
    <w:p>
      <w:pPr>
        <w:pStyle w:val="Normal"/>
        <w:jc w:val="start"/>
        <w:rPr/>
      </w:pPr>
      <w:r>
        <w:rPr>
          <w:b w:val="false"/>
          <w:sz w:val="28"/>
        </w:rPr>
        <w:t xml:space="preserve">Смысл: Машинная причина </w:t>
      </w:r>
      <w:r>
        <w:rPr>
          <w:b w:val="false"/>
          <w:sz w:val="28"/>
          <w:lang w:val="zxx"/>
        </w:rPr>
        <w:t>conflict</w:t>
      </w:r>
    </w:p>
    <w:p>
      <w:pPr>
        <w:pStyle w:val="Normal"/>
        <w:keepNext w:val="true"/>
        <w:jc w:val="start"/>
        <w:rPr/>
      </w:pPr>
      <w:r>
        <w:rPr>
          <w:b/>
          <w:sz w:val="28"/>
          <w:lang w:val="zxx"/>
        </w:rPr>
        <w:t>19.108</w:t>
      </w:r>
      <w:r>
        <w:rPr>
          <w:b/>
          <w:sz w:val="28"/>
        </w:rPr>
        <w:t xml:space="preserve"> </w:t>
      </w:r>
      <w:r>
        <w:rPr>
          <w:b/>
          <w:sz w:val="28"/>
          <w:lang w:val="zxx"/>
        </w:rPr>
        <w:t>errorCode</w:t>
      </w:r>
    </w:p>
    <w:p>
      <w:pPr>
        <w:pStyle w:val="Normal"/>
        <w:jc w:val="start"/>
        <w:rPr/>
      </w:pPr>
      <w:r>
        <w:rPr>
          <w:b w:val="false"/>
          <w:sz w:val="28"/>
        </w:rPr>
        <w:t xml:space="preserve">Значения: </w:t>
      </w:r>
      <w:r>
        <w:rPr>
          <w:b w:val="false"/>
          <w:sz w:val="28"/>
          <w:lang w:val="zxx"/>
        </w:rPr>
        <w:t>incompatibleProfile</w:t>
      </w:r>
      <w:r>
        <w:rPr>
          <w:b w:val="false"/>
          <w:sz w:val="28"/>
        </w:rPr>
        <w:t xml:space="preserve"> / </w:t>
      </w:r>
      <w:r>
        <w:rPr>
          <w:b w:val="false"/>
          <w:sz w:val="28"/>
          <w:lang w:val="zxx"/>
        </w:rPr>
        <w:t>staleAttachment</w:t>
      </w:r>
      <w:r>
        <w:rPr>
          <w:b w:val="false"/>
          <w:sz w:val="28"/>
        </w:rPr>
        <w:t xml:space="preserve"> / </w:t>
      </w:r>
      <w:r>
        <w:rPr>
          <w:b w:val="false"/>
          <w:sz w:val="28"/>
          <w:lang w:val="zxx"/>
        </w:rPr>
        <w:t>unsupportedVersion</w:t>
      </w:r>
      <w:r>
        <w:rPr>
          <w:b w:val="false"/>
          <w:sz w:val="28"/>
        </w:rPr>
        <w:t xml:space="preserve"> / </w:t>
      </w:r>
      <w:r>
        <w:rPr>
          <w:b w:val="false"/>
          <w:sz w:val="28"/>
          <w:lang w:val="zxx"/>
        </w:rPr>
        <w:t>unsupported</w:t>
      </w:r>
      <w:r>
        <w:rPr>
          <w:b w:val="false"/>
          <w:sz w:val="28"/>
        </w:rPr>
        <w:t xml:space="preserve"> / </w:t>
      </w:r>
      <w:r>
        <w:rPr>
          <w:b w:val="false"/>
          <w:sz w:val="28"/>
          <w:lang w:val="zxx"/>
        </w:rPr>
        <w:t>invalidArgument</w:t>
      </w:r>
      <w:r>
        <w:rPr>
          <w:b w:val="false"/>
          <w:sz w:val="28"/>
        </w:rPr>
        <w:t xml:space="preserve"> / </w:t>
      </w:r>
      <w:r>
        <w:rPr>
          <w:b w:val="false"/>
          <w:sz w:val="28"/>
          <w:lang w:val="zxx"/>
        </w:rPr>
        <w:t>forbidden</w:t>
      </w:r>
      <w:r>
        <w:rPr>
          <w:b w:val="false"/>
          <w:sz w:val="28"/>
        </w:rPr>
        <w:t xml:space="preserve"> / </w:t>
      </w:r>
      <w:r>
        <w:rPr>
          <w:b w:val="false"/>
          <w:sz w:val="28"/>
          <w:lang w:val="zxx"/>
        </w:rPr>
        <w:t>staleBoot</w:t>
      </w:r>
      <w:r>
        <w:rPr>
          <w:b w:val="false"/>
          <w:sz w:val="28"/>
        </w:rPr>
        <w:t xml:space="preserve"> / </w:t>
      </w:r>
      <w:r>
        <w:rPr>
          <w:b w:val="false"/>
          <w:sz w:val="28"/>
          <w:lang w:val="zxx"/>
        </w:rPr>
        <w:t>staleEpoch</w:t>
      </w:r>
      <w:r>
        <w:rPr>
          <w:b w:val="false"/>
          <w:sz w:val="28"/>
        </w:rPr>
        <w:t xml:space="preserve"> / </w:t>
      </w:r>
      <w:r>
        <w:rPr>
          <w:b w:val="false"/>
          <w:sz w:val="28"/>
          <w:lang w:val="zxx"/>
        </w:rPr>
        <w:t>busy</w:t>
      </w:r>
      <w:r>
        <w:rPr>
          <w:b w:val="false"/>
          <w:sz w:val="28"/>
        </w:rPr>
        <w:t xml:space="preserve"> / </w:t>
      </w:r>
      <w:r>
        <w:rPr>
          <w:b w:val="false"/>
          <w:sz w:val="28"/>
          <w:lang w:val="zxx"/>
        </w:rPr>
        <w:t>unsafeState</w:t>
      </w:r>
      <w:r>
        <w:rPr>
          <w:b w:val="false"/>
          <w:sz w:val="28"/>
        </w:rPr>
        <w:t xml:space="preserve"> / </w:t>
      </w:r>
      <w:r>
        <w:rPr>
          <w:b w:val="false"/>
          <w:sz w:val="28"/>
          <w:lang w:val="zxx"/>
        </w:rPr>
        <w:t>startWindowExpired</w:t>
      </w:r>
      <w:r>
        <w:rPr>
          <w:b w:val="false"/>
          <w:sz w:val="28"/>
        </w:rPr>
        <w:t xml:space="preserve"> / </w:t>
      </w:r>
      <w:r>
        <w:rPr>
          <w:b w:val="false"/>
          <w:sz w:val="28"/>
          <w:lang w:val="zxx"/>
        </w:rPr>
        <w:t>confirmationWindowExpired</w:t>
      </w:r>
      <w:r>
        <w:rPr>
          <w:b w:val="false"/>
          <w:sz w:val="28"/>
        </w:rPr>
        <w:t xml:space="preserve"> / </w:t>
      </w:r>
      <w:r>
        <w:rPr>
          <w:b w:val="false"/>
          <w:sz w:val="28"/>
          <w:lang w:val="zxx"/>
        </w:rPr>
        <w:t>startBlockedByCancel</w:t>
      </w:r>
      <w:r>
        <w:rPr>
          <w:b w:val="false"/>
          <w:sz w:val="28"/>
        </w:rPr>
        <w:t xml:space="preserve"> / </w:t>
      </w:r>
      <w:r>
        <w:rPr>
          <w:b w:val="false"/>
          <w:sz w:val="28"/>
          <w:lang w:val="zxx"/>
        </w:rPr>
        <w:t>conflict</w:t>
      </w:r>
      <w:r>
        <w:rPr>
          <w:b w:val="false"/>
          <w:sz w:val="28"/>
        </w:rPr>
        <w:t xml:space="preserve"> / </w:t>
      </w:r>
      <w:r>
        <w:rPr>
          <w:b w:val="false"/>
          <w:sz w:val="28"/>
          <w:lang w:val="zxx"/>
        </w:rPr>
        <w:t>resultExpired</w:t>
      </w:r>
      <w:r>
        <w:rPr>
          <w:b w:val="false"/>
          <w:sz w:val="28"/>
        </w:rPr>
        <w:t xml:space="preserve"> / </w:t>
      </w:r>
      <w:r>
        <w:rPr>
          <w:b w:val="false"/>
          <w:sz w:val="28"/>
          <w:lang w:val="zxx"/>
        </w:rPr>
        <w:t>notFound</w:t>
      </w:r>
      <w:r>
        <w:rPr>
          <w:b w:val="false"/>
          <w:sz w:val="28"/>
        </w:rPr>
        <w:t xml:space="preserve"> / </w:t>
      </w:r>
      <w:r>
        <w:rPr>
          <w:b w:val="false"/>
          <w:sz w:val="28"/>
          <w:lang w:val="zxx"/>
        </w:rPr>
        <w:t>snapshotExpired</w:t>
      </w:r>
      <w:r>
        <w:rPr>
          <w:b w:val="false"/>
          <w:sz w:val="28"/>
        </w:rPr>
        <w:t xml:space="preserve"> / </w:t>
      </w:r>
      <w:r>
        <w:rPr>
          <w:b w:val="false"/>
          <w:sz w:val="28"/>
          <w:lang w:val="zxx"/>
        </w:rPr>
        <w:t>cursorExpired</w:t>
      </w:r>
      <w:r>
        <w:rPr>
          <w:b w:val="false"/>
          <w:sz w:val="28"/>
        </w:rPr>
        <w:t xml:space="preserve"> / </w:t>
      </w:r>
      <w:r>
        <w:rPr>
          <w:b w:val="false"/>
          <w:sz w:val="28"/>
          <w:lang w:val="zxx"/>
        </w:rPr>
        <w:t>sourceUnavailable</w:t>
      </w:r>
      <w:r>
        <w:rPr>
          <w:b w:val="false"/>
          <w:sz w:val="28"/>
        </w:rPr>
        <w:t xml:space="preserve"> / </w:t>
      </w:r>
      <w:r>
        <w:rPr>
          <w:b w:val="false"/>
          <w:sz w:val="28"/>
          <w:lang w:val="zxx"/>
        </w:rPr>
        <w:t>storageFault</w:t>
      </w:r>
      <w:r>
        <w:rPr>
          <w:b w:val="false"/>
          <w:sz w:val="28"/>
        </w:rPr>
        <w:t xml:space="preserve"> / </w:t>
      </w:r>
      <w:r>
        <w:rPr>
          <w:b w:val="false"/>
          <w:sz w:val="28"/>
          <w:lang w:val="zxx"/>
        </w:rPr>
        <w:t>incompatible</w:t>
      </w:r>
      <w:r>
        <w:rPr>
          <w:b w:val="false"/>
          <w:sz w:val="28"/>
        </w:rPr>
        <w:t xml:space="preserve"> / </w:t>
      </w:r>
      <w:r>
        <w:rPr>
          <w:b w:val="false"/>
          <w:sz w:val="28"/>
          <w:lang w:val="zxx"/>
        </w:rPr>
        <w:t>incomplete</w:t>
      </w:r>
      <w:r>
        <w:rPr>
          <w:b w:val="false"/>
          <w:sz w:val="28"/>
        </w:rPr>
        <w:t xml:space="preserve"> / </w:t>
      </w:r>
      <w:r>
        <w:rPr>
          <w:b w:val="false"/>
          <w:sz w:val="28"/>
          <w:lang w:val="zxx"/>
        </w:rPr>
        <w:t>noSpace</w:t>
      </w:r>
      <w:r>
        <w:rPr>
          <w:b w:val="false"/>
          <w:sz w:val="28"/>
        </w:rPr>
        <w:t xml:space="preserve"> / </w:t>
      </w:r>
      <w:r>
        <w:rPr>
          <w:b w:val="false"/>
          <w:sz w:val="28"/>
          <w:lang w:val="zxx"/>
        </w:rPr>
        <w:t>invalidSignature</w:t>
      </w:r>
      <w:r>
        <w:rPr>
          <w:b w:val="false"/>
          <w:sz w:val="28"/>
        </w:rPr>
        <w:t xml:space="preserve"> / </w:t>
      </w:r>
      <w:r>
        <w:rPr>
          <w:b w:val="false"/>
          <w:sz w:val="28"/>
          <w:lang w:val="zxx"/>
        </w:rPr>
        <w:t>rollbackDenied</w:t>
      </w:r>
    </w:p>
    <w:p>
      <w:pPr>
        <w:pStyle w:val="Normal"/>
        <w:jc w:val="both"/>
        <w:rPr/>
      </w:pPr>
      <w:r>
        <w:rPr>
          <w:b w:val="false"/>
          <w:sz w:val="28"/>
        </w:rPr>
        <w:t>Смысл: Коды отказа приема; причины результата не являются кодами отказа</w:t>
      </w:r>
    </w:p>
    <w:p>
      <w:pPr>
        <w:pStyle w:val="Normal"/>
        <w:keepNext w:val="true"/>
        <w:jc w:val="start"/>
        <w:rPr/>
      </w:pPr>
      <w:r>
        <w:rPr>
          <w:b/>
          <w:sz w:val="28"/>
          <w:lang w:val="zxx"/>
        </w:rPr>
        <w:t>19.109</w:t>
      </w:r>
      <w:r>
        <w:rPr>
          <w:b/>
          <w:sz w:val="28"/>
        </w:rPr>
        <w:t xml:space="preserve"> </w:t>
      </w:r>
      <w:r>
        <w:rPr>
          <w:b/>
          <w:sz w:val="28"/>
          <w:lang w:val="zxx"/>
        </w:rPr>
        <w:t>digestAlgorithm</w:t>
      </w:r>
    </w:p>
    <w:p>
      <w:pPr>
        <w:pStyle w:val="Normal"/>
        <w:jc w:val="start"/>
        <w:rPr/>
      </w:pPr>
      <w:r>
        <w:rPr>
          <w:b w:val="false"/>
          <w:sz w:val="28"/>
        </w:rPr>
        <w:t xml:space="preserve">Значения: </w:t>
      </w:r>
      <w:r>
        <w:rPr>
          <w:b w:val="false"/>
          <w:sz w:val="28"/>
          <w:lang w:val="zxx"/>
        </w:rPr>
        <w:t>streebog256</w:t>
      </w:r>
    </w:p>
    <w:p>
      <w:pPr>
        <w:pStyle w:val="Normal"/>
        <w:jc w:val="both"/>
        <w:rPr/>
      </w:pPr>
      <w:r>
        <w:rPr>
          <w:b w:val="false"/>
          <w:sz w:val="28"/>
        </w:rPr>
        <w:t>Смысл: Стрибог-</w:t>
      </w:r>
      <w:r>
        <w:rPr>
          <w:b w:val="false"/>
          <w:sz w:val="28"/>
          <w:lang w:val="zxx"/>
        </w:rPr>
        <w:t>256</w:t>
      </w:r>
      <w:r>
        <w:rPr>
          <w:b w:val="false"/>
          <w:sz w:val="28"/>
        </w:rPr>
        <w:t xml:space="preserve"> для содержимого и образов; </w:t>
      </w:r>
      <w:r>
        <w:rPr>
          <w:b w:val="false"/>
          <w:sz w:val="28"/>
          <w:lang w:val="zxx"/>
        </w:rPr>
        <w:t>32</w:t>
      </w:r>
      <w:r>
        <w:rPr>
          <w:b w:val="false"/>
          <w:sz w:val="28"/>
        </w:rPr>
        <w:t xml:space="preserve"> байта, </w:t>
      </w:r>
      <w:r>
        <w:rPr>
          <w:b w:val="false"/>
          <w:sz w:val="28"/>
          <w:lang w:val="zxx"/>
        </w:rPr>
        <w:t>64</w:t>
      </w:r>
      <w:r>
        <w:rPr>
          <w:b w:val="false"/>
          <w:sz w:val="28"/>
        </w:rPr>
        <w:t xml:space="preserve"> строчных </w:t>
      </w:r>
      <w:r>
        <w:rPr>
          <w:b w:val="false"/>
          <w:sz w:val="28"/>
          <w:lang w:val="zxx"/>
        </w:rPr>
        <w:t>hex-</w:t>
      </w:r>
      <w:r>
        <w:rPr>
          <w:b w:val="false"/>
          <w:sz w:val="28"/>
        </w:rPr>
        <w:t>символа</w:t>
      </w:r>
    </w:p>
    <w:p>
      <w:pPr>
        <w:pStyle w:val="Normal"/>
        <w:keepNext w:val="true"/>
        <w:jc w:val="start"/>
        <w:rPr/>
      </w:pPr>
      <w:r>
        <w:rPr>
          <w:b/>
          <w:sz w:val="28"/>
          <w:lang w:val="zxx"/>
        </w:rPr>
        <w:t>19.110</w:t>
      </w:r>
      <w:r>
        <w:rPr>
          <w:b/>
          <w:sz w:val="28"/>
        </w:rPr>
        <w:t xml:space="preserve"> </w:t>
      </w:r>
      <w:r>
        <w:rPr>
          <w:b/>
          <w:sz w:val="28"/>
          <w:lang w:val="zxx"/>
        </w:rPr>
        <w:t>evidence</w:t>
      </w:r>
    </w:p>
    <w:p>
      <w:pPr>
        <w:pStyle w:val="Normal"/>
        <w:jc w:val="start"/>
        <w:rPr/>
      </w:pPr>
      <w:r>
        <w:rPr>
          <w:b w:val="false"/>
          <w:sz w:val="28"/>
        </w:rPr>
        <w:t xml:space="preserve">Значения: </w:t>
      </w:r>
      <w:r>
        <w:rPr>
          <w:b w:val="false"/>
          <w:sz w:val="28"/>
          <w:lang w:val="zxx"/>
        </w:rPr>
        <w:t>none</w:t>
      </w:r>
      <w:r>
        <w:rPr>
          <w:b w:val="false"/>
          <w:sz w:val="28"/>
        </w:rPr>
        <w:t xml:space="preserve"> / </w:t>
      </w:r>
      <w:r>
        <w:rPr>
          <w:b w:val="false"/>
          <w:sz w:val="28"/>
          <w:lang w:val="zxx"/>
        </w:rPr>
        <w:t>commandSent</w:t>
      </w:r>
      <w:r>
        <w:rPr>
          <w:b w:val="false"/>
          <w:sz w:val="28"/>
        </w:rPr>
        <w:t xml:space="preserve"> / </w:t>
      </w:r>
      <w:r>
        <w:rPr>
          <w:b w:val="false"/>
          <w:sz w:val="28"/>
          <w:lang w:val="zxx"/>
        </w:rPr>
        <w:t>reportedMode</w:t>
      </w:r>
      <w:r>
        <w:rPr>
          <w:b w:val="false"/>
          <w:sz w:val="28"/>
        </w:rPr>
        <w:t xml:space="preserve"> / </w:t>
      </w:r>
      <w:r>
        <w:rPr>
          <w:b w:val="false"/>
          <w:sz w:val="28"/>
          <w:lang w:val="zxx"/>
        </w:rPr>
        <w:t>electrical</w:t>
      </w:r>
      <w:r>
        <w:rPr>
          <w:b w:val="false"/>
          <w:sz w:val="28"/>
        </w:rPr>
        <w:t xml:space="preserve"> / </w:t>
      </w:r>
      <w:r>
        <w:rPr>
          <w:b w:val="false"/>
          <w:sz w:val="28"/>
          <w:lang w:val="zxx"/>
        </w:rPr>
        <w:t>acoustic</w:t>
      </w:r>
      <w:r>
        <w:rPr>
          <w:b w:val="false"/>
          <w:sz w:val="28"/>
        </w:rPr>
        <w:t xml:space="preserve"> / </w:t>
      </w:r>
      <w:r>
        <w:rPr>
          <w:b w:val="false"/>
          <w:sz w:val="28"/>
          <w:lang w:val="zxx"/>
        </w:rPr>
        <w:t>localConfirmation</w:t>
      </w:r>
    </w:p>
    <w:p>
      <w:pPr>
        <w:pStyle w:val="Normal"/>
        <w:jc w:val="both"/>
        <w:rPr/>
      </w:pPr>
      <w:r>
        <w:rPr>
          <w:b w:val="false"/>
          <w:sz w:val="28"/>
        </w:rPr>
        <w:t xml:space="preserve">Смысл: Уровень доказательства: нет, отправленная команда, режим ОУ, электрическое/акустическое наблюдение, местное подтверждение. </w:t>
      </w:r>
      <w:r>
        <w:rPr>
          <w:b w:val="false"/>
          <w:sz w:val="28"/>
          <w:lang w:val="zxx"/>
        </w:rPr>
        <w:t>off</w:t>
      </w:r>
      <w:r>
        <w:rPr>
          <w:b w:val="false"/>
          <w:sz w:val="28"/>
        </w:rPr>
        <w:t xml:space="preserve"> запрещен для </w:t>
      </w:r>
      <w:r>
        <w:rPr>
          <w:b w:val="false"/>
          <w:sz w:val="28"/>
          <w:lang w:val="zxx"/>
        </w:rPr>
        <w:t>none/</w:t>
      </w:r>
      <w:r>
        <w:rPr>
          <w:b w:val="false"/>
          <w:sz w:val="28"/>
        </w:rPr>
        <w:t>​</w:t>
      </w:r>
      <w:r>
        <w:rPr>
          <w:b w:val="false"/>
          <w:sz w:val="28"/>
          <w:lang w:val="zxx"/>
        </w:rPr>
        <w:t>commandSent.</w:t>
      </w:r>
    </w:p>
    <w:p>
      <w:pPr>
        <w:pStyle w:val="Normal"/>
        <w:keepNext w:val="true"/>
        <w:jc w:val="start"/>
        <w:rPr/>
      </w:pPr>
      <w:r>
        <w:rPr>
          <w:b/>
          <w:sz w:val="28"/>
          <w:lang w:val="zxx"/>
        </w:rPr>
        <w:t>19.111</w:t>
      </w:r>
      <w:r>
        <w:rPr>
          <w:b/>
          <w:sz w:val="28"/>
        </w:rPr>
        <w:t xml:space="preserve"> </w:t>
      </w:r>
      <w:r>
        <w:rPr>
          <w:b/>
          <w:sz w:val="28"/>
          <w:lang w:val="zxx"/>
        </w:rPr>
        <w:t>eventType</w:t>
      </w:r>
    </w:p>
    <w:p>
      <w:pPr>
        <w:pStyle w:val="Normal"/>
        <w:jc w:val="start"/>
        <w:rPr/>
      </w:pPr>
      <w:r>
        <w:rPr>
          <w:b w:val="false"/>
          <w:sz w:val="28"/>
        </w:rPr>
        <w:t xml:space="preserve">Значения: </w:t>
      </w:r>
      <w:r>
        <w:rPr>
          <w:b w:val="false"/>
          <w:sz w:val="28"/>
          <w:lang w:val="zxx"/>
        </w:rPr>
        <w:t>session.started</w:t>
      </w:r>
      <w:r>
        <w:rPr>
          <w:b w:val="false"/>
          <w:sz w:val="28"/>
        </w:rPr>
        <w:t xml:space="preserve"> / </w:t>
      </w:r>
      <w:r>
        <w:rPr>
          <w:b w:val="false"/>
          <w:sz w:val="28"/>
          <w:lang w:val="zxx"/>
        </w:rPr>
        <w:t>session.finished</w:t>
      </w:r>
      <w:r>
        <w:rPr>
          <w:b w:val="false"/>
          <w:sz w:val="28"/>
        </w:rPr>
        <w:t xml:space="preserve"> / </w:t>
      </w:r>
      <w:r>
        <w:rPr>
          <w:b w:val="false"/>
          <w:sz w:val="28"/>
          <w:lang w:val="zxx"/>
        </w:rPr>
        <w:t>resource.changed</w:t>
      </w:r>
      <w:r>
        <w:rPr>
          <w:b w:val="false"/>
          <w:sz w:val="28"/>
        </w:rPr>
        <w:t xml:space="preserve"> / </w:t>
      </w:r>
      <w:r>
        <w:rPr>
          <w:b w:val="false"/>
          <w:sz w:val="28"/>
          <w:lang w:val="zxx"/>
        </w:rPr>
        <w:t>sensor.qualityChanged</w:t>
      </w:r>
      <w:r>
        <w:rPr>
          <w:b w:val="false"/>
          <w:sz w:val="28"/>
        </w:rPr>
        <w:t xml:space="preserve"> / </w:t>
      </w:r>
      <w:r>
        <w:rPr>
          <w:b w:val="false"/>
          <w:sz w:val="28"/>
          <w:lang w:val="zxx"/>
        </w:rPr>
        <w:t>inventory.changed</w:t>
      </w:r>
      <w:r>
        <w:rPr>
          <w:b w:val="false"/>
          <w:sz w:val="28"/>
        </w:rPr>
        <w:t xml:space="preserve"> / </w:t>
      </w:r>
      <w:r>
        <w:rPr>
          <w:b w:val="false"/>
          <w:sz w:val="28"/>
          <w:lang w:val="zxx"/>
        </w:rPr>
        <w:t>alarm.raised</w:t>
      </w:r>
      <w:r>
        <w:rPr>
          <w:b w:val="false"/>
          <w:sz w:val="28"/>
        </w:rPr>
        <w:t xml:space="preserve"> / </w:t>
      </w:r>
      <w:r>
        <w:rPr>
          <w:b w:val="false"/>
          <w:sz w:val="28"/>
          <w:lang w:val="zxx"/>
        </w:rPr>
        <w:t>alarm.cleared</w:t>
      </w:r>
      <w:r>
        <w:rPr>
          <w:b w:val="false"/>
          <w:sz w:val="28"/>
        </w:rPr>
        <w:t xml:space="preserve"> / </w:t>
      </w:r>
      <w:r>
        <w:rPr>
          <w:b w:val="false"/>
          <w:sz w:val="28"/>
          <w:lang w:val="zxx"/>
        </w:rPr>
        <w:t>alarm.qualityChanged</w:t>
      </w:r>
      <w:r>
        <w:rPr>
          <w:b w:val="false"/>
          <w:sz w:val="28"/>
        </w:rPr>
        <w:t xml:space="preserve"> / </w:t>
      </w:r>
      <w:r>
        <w:rPr>
          <w:b w:val="false"/>
          <w:sz w:val="28"/>
          <w:lang w:val="zxx"/>
        </w:rPr>
        <w:t>session.execution</w:t>
      </w:r>
      <w:r>
        <w:rPr>
          <w:b w:val="false"/>
          <w:sz w:val="28"/>
        </w:rPr>
        <w:t xml:space="preserve"> / </w:t>
      </w:r>
      <w:r>
        <w:rPr>
          <w:b w:val="false"/>
          <w:sz w:val="28"/>
          <w:lang w:val="zxx"/>
        </w:rPr>
        <w:t>session.fault</w:t>
      </w:r>
    </w:p>
    <w:p>
      <w:pPr>
        <w:pStyle w:val="Normal"/>
        <w:jc w:val="both"/>
        <w:rPr/>
      </w:pPr>
      <w:r>
        <w:rPr>
          <w:b w:val="false"/>
          <w:sz w:val="28"/>
        </w:rPr>
        <w:t xml:space="preserve">Смысл: События ядра; обязательное тело зависит от типа. </w:t>
      </w:r>
      <w:r>
        <w:rPr>
          <w:b w:val="false"/>
          <w:sz w:val="28"/>
          <w:lang w:val="zxx"/>
        </w:rPr>
        <w:t>poll.finished</w:t>
      </w:r>
      <w:r>
        <w:rPr>
          <w:b w:val="false"/>
          <w:sz w:val="28"/>
        </w:rPr>
        <w:t xml:space="preserve"> задается отдельным профилем.</w:t>
      </w:r>
    </w:p>
    <w:p>
      <w:pPr>
        <w:pStyle w:val="Normal"/>
        <w:keepNext w:val="true"/>
        <w:jc w:val="start"/>
        <w:rPr/>
      </w:pPr>
      <w:r>
        <w:rPr>
          <w:b/>
          <w:sz w:val="28"/>
          <w:lang w:val="zxx"/>
        </w:rPr>
        <w:t>19.112</w:t>
      </w:r>
      <w:r>
        <w:rPr>
          <w:b/>
          <w:sz w:val="28"/>
        </w:rPr>
        <w:t xml:space="preserve"> </w:t>
      </w:r>
      <w:r>
        <w:rPr>
          <w:b/>
          <w:sz w:val="28"/>
          <w:lang w:val="zxx"/>
        </w:rPr>
        <w:t>observationPhase</w:t>
      </w:r>
    </w:p>
    <w:p>
      <w:pPr>
        <w:pStyle w:val="Normal"/>
        <w:jc w:val="start"/>
        <w:rPr/>
      </w:pPr>
      <w:r>
        <w:rPr>
          <w:b w:val="false"/>
          <w:sz w:val="28"/>
        </w:rPr>
        <w:t xml:space="preserve">Значения: </w:t>
      </w:r>
      <w:r>
        <w:rPr>
          <w:b w:val="false"/>
          <w:sz w:val="28"/>
          <w:lang w:val="zxx"/>
        </w:rPr>
        <w:t>baseline</w:t>
      </w:r>
      <w:r>
        <w:rPr>
          <w:b w:val="false"/>
          <w:sz w:val="28"/>
        </w:rPr>
        <w:t xml:space="preserve"> / </w:t>
      </w:r>
      <w:r>
        <w:rPr>
          <w:b w:val="false"/>
          <w:sz w:val="28"/>
          <w:lang w:val="zxx"/>
        </w:rPr>
        <w:t>running</w:t>
      </w:r>
      <w:r>
        <w:rPr>
          <w:b w:val="false"/>
          <w:sz w:val="28"/>
        </w:rPr>
        <w:t xml:space="preserve"> / </w:t>
      </w:r>
      <w:r>
        <w:rPr>
          <w:b w:val="false"/>
          <w:sz w:val="28"/>
          <w:lang w:val="zxx"/>
        </w:rPr>
        <w:t>stopped</w:t>
      </w:r>
    </w:p>
    <w:p>
      <w:pPr>
        <w:pStyle w:val="Normal"/>
        <w:jc w:val="both"/>
        <w:rPr/>
      </w:pPr>
      <w:r>
        <w:rPr>
          <w:b w:val="false"/>
          <w:sz w:val="28"/>
        </w:rPr>
        <w:t>Смысл: До воздействия, при воздействии, после остановки.</w:t>
      </w:r>
    </w:p>
    <w:p>
      <w:pPr>
        <w:pStyle w:val="Normal"/>
        <w:keepNext w:val="true"/>
        <w:jc w:val="start"/>
        <w:rPr/>
      </w:pPr>
      <w:r>
        <w:rPr>
          <w:b/>
          <w:sz w:val="28"/>
          <w:lang w:val="zxx"/>
        </w:rPr>
        <w:t>19.113</w:t>
      </w:r>
      <w:r>
        <w:rPr>
          <w:b/>
          <w:sz w:val="28"/>
        </w:rPr>
        <w:t xml:space="preserve"> </w:t>
      </w:r>
      <w:r>
        <w:rPr>
          <w:b/>
          <w:sz w:val="28"/>
          <w:lang w:val="zxx"/>
        </w:rPr>
        <w:t>limitName</w:t>
      </w:r>
    </w:p>
    <w:p>
      <w:pPr>
        <w:pStyle w:val="Normal"/>
        <w:jc w:val="start"/>
        <w:rPr/>
      </w:pPr>
      <w:r>
        <w:rPr>
          <w:b w:val="false"/>
          <w:sz w:val="28"/>
        </w:rPr>
        <w:t xml:space="preserve">Значения: </w:t>
      </w:r>
      <w:r>
        <w:rPr>
          <w:b w:val="false"/>
          <w:sz w:val="28"/>
          <w:lang w:val="zxx"/>
        </w:rPr>
        <w:t>maxXmlBytes</w:t>
      </w:r>
      <w:r>
        <w:rPr>
          <w:b w:val="false"/>
          <w:sz w:val="28"/>
        </w:rPr>
        <w:t xml:space="preserve"> / </w:t>
      </w:r>
      <w:r>
        <w:rPr>
          <w:b w:val="false"/>
          <w:sz w:val="28"/>
          <w:lang w:val="zxx"/>
        </w:rPr>
        <w:t>heartbeatIntervalMs</w:t>
      </w:r>
      <w:r>
        <w:rPr>
          <w:b w:val="false"/>
          <w:sz w:val="28"/>
        </w:rPr>
        <w:t xml:space="preserve"> / </w:t>
      </w:r>
      <w:r>
        <w:rPr>
          <w:b w:val="false"/>
          <w:sz w:val="28"/>
          <w:lang w:val="zxx"/>
        </w:rPr>
        <w:t>controlLeaseMs</w:t>
      </w:r>
      <w:r>
        <w:rPr>
          <w:b w:val="false"/>
          <w:sz w:val="28"/>
        </w:rPr>
        <w:t xml:space="preserve"> / </w:t>
      </w:r>
      <w:r>
        <w:rPr>
          <w:b w:val="false"/>
          <w:sz w:val="28"/>
          <w:lang w:val="zxx"/>
        </w:rPr>
        <w:t>frameAssemblyMs</w:t>
      </w:r>
      <w:r>
        <w:rPr>
          <w:b w:val="false"/>
          <w:sz w:val="28"/>
        </w:rPr>
        <w:t xml:space="preserve"> / </w:t>
      </w:r>
      <w:r>
        <w:rPr>
          <w:b w:val="false"/>
          <w:sz w:val="28"/>
          <w:lang w:val="zxx"/>
        </w:rPr>
        <w:t>writeProgressMs</w:t>
      </w:r>
      <w:r>
        <w:rPr>
          <w:b w:val="false"/>
          <w:sz w:val="28"/>
        </w:rPr>
        <w:t xml:space="preserve"> / </w:t>
      </w:r>
      <w:r>
        <w:rPr>
          <w:b w:val="false"/>
          <w:sz w:val="28"/>
          <w:lang w:val="zxx"/>
        </w:rPr>
        <w:t>ordinaryResponseMs</w:t>
      </w:r>
      <w:r>
        <w:rPr>
          <w:b w:val="false"/>
          <w:sz w:val="28"/>
        </w:rPr>
        <w:t xml:space="preserve"> / </w:t>
      </w:r>
      <w:r>
        <w:rPr>
          <w:b w:val="false"/>
          <w:sz w:val="28"/>
          <w:lang w:val="zxx"/>
        </w:rPr>
        <w:t>cancelAdmissionMs</w:t>
      </w:r>
      <w:r>
        <w:rPr>
          <w:b w:val="false"/>
          <w:sz w:val="28"/>
        </w:rPr>
        <w:t xml:space="preserve"> / </w:t>
      </w:r>
      <w:r>
        <w:rPr>
          <w:b w:val="false"/>
          <w:sz w:val="28"/>
          <w:lang w:val="zxx"/>
        </w:rPr>
        <w:t>snapshotLifetimeMs</w:t>
      </w:r>
      <w:r>
        <w:rPr>
          <w:b w:val="false"/>
          <w:sz w:val="28"/>
        </w:rPr>
        <w:t xml:space="preserve"> / </w:t>
      </w:r>
      <w:r>
        <w:rPr>
          <w:b w:val="false"/>
          <w:sz w:val="28"/>
          <w:lang w:val="zxx"/>
        </w:rPr>
        <w:t>maxSnapshots</w:t>
      </w:r>
      <w:r>
        <w:rPr>
          <w:b w:val="false"/>
          <w:sz w:val="28"/>
        </w:rPr>
        <w:t xml:space="preserve"> / </w:t>
      </w:r>
      <w:r>
        <w:rPr>
          <w:b w:val="false"/>
          <w:sz w:val="28"/>
          <w:lang w:val="zxx"/>
        </w:rPr>
        <w:t>maxSnapshotsPerPrincipal</w:t>
      </w:r>
      <w:r>
        <w:rPr>
          <w:b w:val="false"/>
          <w:sz w:val="28"/>
        </w:rPr>
        <w:t xml:space="preserve"> / </w:t>
      </w:r>
      <w:r>
        <w:rPr>
          <w:b w:val="false"/>
          <w:sz w:val="28"/>
          <w:lang w:val="zxx"/>
        </w:rPr>
        <w:t>snapshotMaxPages</w:t>
      </w:r>
      <w:r>
        <w:rPr>
          <w:b w:val="false"/>
          <w:sz w:val="28"/>
        </w:rPr>
        <w:t xml:space="preserve"> / </w:t>
      </w:r>
      <w:r>
        <w:rPr>
          <w:b w:val="false"/>
          <w:sz w:val="28"/>
          <w:lang w:val="zxx"/>
        </w:rPr>
        <w:t>snapshotReadMaxMs</w:t>
      </w:r>
      <w:r>
        <w:rPr>
          <w:b w:val="false"/>
          <w:sz w:val="28"/>
        </w:rPr>
        <w:t xml:space="preserve"> / </w:t>
      </w:r>
      <w:r>
        <w:rPr>
          <w:b w:val="false"/>
          <w:sz w:val="28"/>
          <w:lang w:val="zxx"/>
        </w:rPr>
        <w:t>eventCapacity</w:t>
      </w:r>
      <w:r>
        <w:rPr>
          <w:b w:val="false"/>
          <w:sz w:val="28"/>
        </w:rPr>
        <w:t xml:space="preserve"> / </w:t>
      </w:r>
      <w:r>
        <w:rPr>
          <w:b w:val="false"/>
          <w:sz w:val="28"/>
          <w:lang w:val="zxx"/>
        </w:rPr>
        <w:t>eventRateMax</w:t>
      </w:r>
      <w:r>
        <w:rPr>
          <w:b w:val="false"/>
          <w:sz w:val="28"/>
        </w:rPr>
        <w:t xml:space="preserve"> / </w:t>
      </w:r>
      <w:r>
        <w:rPr>
          <w:b w:val="false"/>
          <w:sz w:val="28"/>
          <w:lang w:val="zxx"/>
        </w:rPr>
        <w:t>eventBurstMax</w:t>
      </w:r>
      <w:r>
        <w:rPr>
          <w:b w:val="false"/>
          <w:sz w:val="28"/>
        </w:rPr>
        <w:t xml:space="preserve"> / </w:t>
      </w:r>
      <w:r>
        <w:rPr>
          <w:b w:val="false"/>
          <w:sz w:val="28"/>
          <w:lang w:val="zxx"/>
        </w:rPr>
        <w:t>eventDrainMinPerSec</w:t>
      </w:r>
      <w:r>
        <w:rPr>
          <w:b w:val="false"/>
          <w:sz w:val="28"/>
        </w:rPr>
        <w:t xml:space="preserve"> / </w:t>
      </w:r>
      <w:r>
        <w:rPr>
          <w:b w:val="false"/>
          <w:sz w:val="28"/>
          <w:lang w:val="zxx"/>
        </w:rPr>
        <w:t>stopBeginMs</w:t>
      </w:r>
      <w:r>
        <w:rPr>
          <w:b w:val="false"/>
          <w:sz w:val="28"/>
        </w:rPr>
        <w:t xml:space="preserve"> / </w:t>
      </w:r>
      <w:r>
        <w:rPr>
          <w:b w:val="false"/>
          <w:sz w:val="28"/>
          <w:lang w:val="zxx"/>
        </w:rPr>
        <w:t>stopConfirmMs</w:t>
      </w:r>
      <w:r>
        <w:rPr>
          <w:b w:val="false"/>
          <w:sz w:val="28"/>
        </w:rPr>
        <w:t xml:space="preserve"> / </w:t>
      </w:r>
      <w:r>
        <w:rPr>
          <w:b w:val="false"/>
          <w:sz w:val="28"/>
          <w:lang w:val="zxx"/>
        </w:rPr>
        <w:t>prepareTimeoutMs</w:t>
      </w:r>
      <w:r>
        <w:rPr>
          <w:b w:val="false"/>
          <w:sz w:val="28"/>
        </w:rPr>
        <w:t xml:space="preserve"> / </w:t>
      </w:r>
      <w:r>
        <w:rPr>
          <w:b w:val="false"/>
          <w:sz w:val="28"/>
          <w:lang w:val="zxx"/>
        </w:rPr>
        <w:t>recoveryTimeoutMs</w:t>
      </w:r>
      <w:r>
        <w:rPr>
          <w:b w:val="false"/>
          <w:sz w:val="28"/>
        </w:rPr>
        <w:t xml:space="preserve"> / </w:t>
      </w:r>
      <w:r>
        <w:rPr>
          <w:b w:val="false"/>
          <w:sz w:val="28"/>
          <w:lang w:val="zxx"/>
        </w:rPr>
        <w:t>resultRetentionMs</w:t>
      </w:r>
      <w:r>
        <w:rPr>
          <w:b w:val="false"/>
          <w:sz w:val="28"/>
        </w:rPr>
        <w:t xml:space="preserve"> / </w:t>
      </w:r>
      <w:r>
        <w:rPr>
          <w:b w:val="false"/>
          <w:sz w:val="28"/>
          <w:lang w:val="zxx"/>
        </w:rPr>
        <w:t>cmdSeqWindow</w:t>
      </w:r>
      <w:r>
        <w:rPr>
          <w:b w:val="false"/>
          <w:sz w:val="28"/>
        </w:rPr>
        <w:t xml:space="preserve"> / </w:t>
      </w:r>
      <w:r>
        <w:rPr>
          <w:b w:val="false"/>
          <w:sz w:val="28"/>
          <w:lang w:val="zxx"/>
        </w:rPr>
        <w:t>technicalDurationMaxMs</w:t>
      </w:r>
      <w:r>
        <w:rPr>
          <w:b w:val="false"/>
          <w:sz w:val="28"/>
        </w:rPr>
        <w:t xml:space="preserve"> / </w:t>
      </w:r>
      <w:r>
        <w:rPr>
          <w:b w:val="false"/>
          <w:sz w:val="28"/>
          <w:lang w:val="zxx"/>
        </w:rPr>
        <w:t>exerciseDurationMaxMs</w:t>
      </w:r>
      <w:r>
        <w:rPr>
          <w:b w:val="false"/>
          <w:sz w:val="28"/>
        </w:rPr>
        <w:t xml:space="preserve"> / </w:t>
      </w:r>
      <w:r>
        <w:rPr>
          <w:b w:val="false"/>
          <w:sz w:val="28"/>
          <w:lang w:val="zxx"/>
        </w:rPr>
        <w:t>snapshotReplace</w:t>
      </w:r>
      <w:r>
        <w:rPr>
          <w:b w:val="false"/>
          <w:sz w:val="28"/>
        </w:rPr>
        <w:t xml:space="preserve"> / </w:t>
      </w:r>
      <w:r>
        <w:rPr>
          <w:b w:val="false"/>
          <w:sz w:val="28"/>
          <w:lang w:val="zxx"/>
        </w:rPr>
        <w:t>eventsPush</w:t>
      </w:r>
    </w:p>
    <w:p>
      <w:pPr>
        <w:pStyle w:val="Normal"/>
        <w:jc w:val="start"/>
        <w:rPr/>
      </w:pPr>
      <w:r>
        <w:rPr>
          <w:b w:val="false"/>
          <w:sz w:val="28"/>
        </w:rPr>
        <w:t xml:space="preserve">Смысл: Лимиты </w:t>
      </w:r>
      <w:r>
        <w:rPr>
          <w:b w:val="false"/>
          <w:sz w:val="28"/>
          <w:lang w:val="zxx"/>
        </w:rPr>
        <w:t>capabilities</w:t>
      </w:r>
      <w:r>
        <w:rPr>
          <w:b w:val="false"/>
          <w:sz w:val="28"/>
        </w:rPr>
        <w:t xml:space="preserve">; </w:t>
      </w:r>
      <w:r>
        <w:rPr>
          <w:b w:val="false"/>
          <w:sz w:val="28"/>
          <w:lang w:val="zxx"/>
        </w:rPr>
        <w:t>snapshotReplace</w:t>
      </w:r>
      <w:r>
        <w:rPr>
          <w:b w:val="false"/>
          <w:sz w:val="28"/>
        </w:rPr>
        <w:t xml:space="preserve"> и </w:t>
      </w:r>
      <w:r>
        <w:rPr>
          <w:b w:val="false"/>
          <w:sz w:val="28"/>
          <w:lang w:val="zxx"/>
        </w:rPr>
        <w:t>eventsPush</w:t>
      </w:r>
      <w:r>
        <w:rPr>
          <w:b w:val="false"/>
          <w:sz w:val="28"/>
        </w:rPr>
        <w:t xml:space="preserve"> необязательны. Значения и единицы заданы паспортом ядра. Неизвестные имена требуют другого согласованного профиля.</w:t>
      </w:r>
    </w:p>
    <w:p>
      <w:pPr>
        <w:pStyle w:val="Normal"/>
        <w:keepNext w:val="true"/>
        <w:jc w:val="start"/>
        <w:rPr/>
      </w:pPr>
      <w:r>
        <w:rPr>
          <w:b/>
          <w:sz w:val="28"/>
          <w:lang w:val="zxx"/>
        </w:rPr>
        <w:t>19.114</w:t>
      </w:r>
      <w:r>
        <w:rPr>
          <w:b/>
          <w:sz w:val="28"/>
        </w:rPr>
        <w:t xml:space="preserve"> </w:t>
      </w:r>
      <w:r>
        <w:rPr>
          <w:b/>
          <w:sz w:val="28"/>
          <w:lang w:val="zxx"/>
        </w:rPr>
        <w:t>resultReason</w:t>
      </w:r>
    </w:p>
    <w:p>
      <w:pPr>
        <w:pStyle w:val="Normal"/>
        <w:jc w:val="start"/>
        <w:rPr/>
      </w:pPr>
      <w:r>
        <w:rPr>
          <w:b w:val="false"/>
          <w:sz w:val="28"/>
        </w:rPr>
        <w:t xml:space="preserve">Значения: </w:t>
      </w:r>
      <w:r>
        <w:rPr>
          <w:b w:val="false"/>
          <w:sz w:val="28"/>
          <w:lang w:val="zxx"/>
        </w:rPr>
        <w:t>completed</w:t>
      </w:r>
      <w:r>
        <w:rPr>
          <w:b w:val="false"/>
          <w:sz w:val="28"/>
        </w:rPr>
        <w:t xml:space="preserve"> / </w:t>
      </w:r>
      <w:r>
        <w:rPr>
          <w:b w:val="false"/>
          <w:sz w:val="28"/>
          <w:lang w:val="zxx"/>
        </w:rPr>
        <w:t>operatorStop</w:t>
      </w:r>
      <w:r>
        <w:rPr>
          <w:b w:val="false"/>
          <w:sz w:val="28"/>
        </w:rPr>
        <w:t xml:space="preserve"> / </w:t>
      </w:r>
      <w:r>
        <w:rPr>
          <w:b w:val="false"/>
          <w:sz w:val="28"/>
          <w:lang w:val="zxx"/>
        </w:rPr>
        <w:t>controlLostStop</w:t>
      </w:r>
      <w:r>
        <w:rPr>
          <w:b w:val="false"/>
          <w:sz w:val="28"/>
        </w:rPr>
        <w:t xml:space="preserve"> / </w:t>
      </w:r>
      <w:r>
        <w:rPr>
          <w:b w:val="false"/>
          <w:sz w:val="28"/>
          <w:lang w:val="zxx"/>
        </w:rPr>
        <w:t>maxDurationExceeded</w:t>
      </w:r>
      <w:r>
        <w:rPr>
          <w:b w:val="false"/>
          <w:sz w:val="28"/>
        </w:rPr>
        <w:t xml:space="preserve"> / </w:t>
      </w:r>
      <w:r>
        <w:rPr>
          <w:b w:val="false"/>
          <w:sz w:val="28"/>
          <w:lang w:val="zxx"/>
        </w:rPr>
        <w:t>prepareTimeout</w:t>
      </w:r>
      <w:r>
        <w:rPr>
          <w:b w:val="false"/>
          <w:sz w:val="28"/>
        </w:rPr>
        <w:t xml:space="preserve"> / </w:t>
      </w:r>
      <w:r>
        <w:rPr>
          <w:b w:val="false"/>
          <w:sz w:val="28"/>
          <w:lang w:val="zxx"/>
        </w:rPr>
        <w:t>stopDispatchTimeout</w:t>
      </w:r>
      <w:r>
        <w:rPr>
          <w:b w:val="false"/>
          <w:sz w:val="28"/>
        </w:rPr>
        <w:t xml:space="preserve"> / </w:t>
      </w:r>
      <w:r>
        <w:rPr>
          <w:b w:val="false"/>
          <w:sz w:val="28"/>
          <w:lang w:val="zxx"/>
        </w:rPr>
        <w:t>stopConfirmTimeout</w:t>
      </w:r>
      <w:r>
        <w:rPr>
          <w:b w:val="false"/>
          <w:sz w:val="28"/>
        </w:rPr>
        <w:t xml:space="preserve"> / </w:t>
      </w:r>
      <w:r>
        <w:rPr>
          <w:b w:val="false"/>
          <w:sz w:val="28"/>
          <w:lang w:val="zxx"/>
        </w:rPr>
        <w:t>sourceUnavailable</w:t>
      </w:r>
      <w:r>
        <w:rPr>
          <w:b w:val="false"/>
          <w:sz w:val="28"/>
        </w:rPr>
        <w:t xml:space="preserve"> / </w:t>
      </w:r>
      <w:r>
        <w:rPr>
          <w:b w:val="false"/>
          <w:sz w:val="28"/>
          <w:lang w:val="zxx"/>
        </w:rPr>
        <w:t>driverFault</w:t>
      </w:r>
      <w:r>
        <w:rPr>
          <w:b w:val="false"/>
          <w:sz w:val="28"/>
        </w:rPr>
        <w:t xml:space="preserve"> / </w:t>
      </w:r>
      <w:r>
        <w:rPr>
          <w:b w:val="false"/>
          <w:sz w:val="28"/>
          <w:lang w:val="zxx"/>
        </w:rPr>
        <w:t>storageFault</w:t>
      </w:r>
      <w:r>
        <w:rPr>
          <w:b w:val="false"/>
          <w:sz w:val="28"/>
        </w:rPr>
        <w:t xml:space="preserve"> / </w:t>
      </w:r>
      <w:r>
        <w:rPr>
          <w:b w:val="false"/>
          <w:sz w:val="28"/>
          <w:lang w:val="zxx"/>
        </w:rPr>
        <w:t>contentMismatch</w:t>
      </w:r>
      <w:r>
        <w:rPr>
          <w:b w:val="false"/>
          <w:sz w:val="28"/>
        </w:rPr>
        <w:t xml:space="preserve"> / </w:t>
      </w:r>
      <w:r>
        <w:rPr>
          <w:b w:val="false"/>
          <w:sz w:val="28"/>
          <w:lang w:val="zxx"/>
        </w:rPr>
        <w:t>mediaIncomplete</w:t>
      </w:r>
      <w:r>
        <w:rPr>
          <w:b w:val="false"/>
          <w:sz w:val="28"/>
        </w:rPr>
        <w:t xml:space="preserve"> / </w:t>
      </w:r>
      <w:r>
        <w:rPr>
          <w:b w:val="false"/>
          <w:sz w:val="28"/>
          <w:lang w:val="zxx"/>
        </w:rPr>
        <w:t>hardwareProtection</w:t>
      </w:r>
      <w:r>
        <w:rPr>
          <w:b w:val="false"/>
          <w:sz w:val="28"/>
        </w:rPr>
        <w:t xml:space="preserve"> / </w:t>
      </w:r>
      <w:r>
        <w:rPr>
          <w:b w:val="false"/>
          <w:sz w:val="28"/>
          <w:lang w:val="zxx"/>
        </w:rPr>
        <w:t>testFailed</w:t>
      </w:r>
      <w:r>
        <w:rPr>
          <w:b w:val="false"/>
          <w:sz w:val="28"/>
        </w:rPr>
        <w:t xml:space="preserve"> / </w:t>
      </w:r>
      <w:r>
        <w:rPr>
          <w:b w:val="false"/>
          <w:sz w:val="28"/>
          <w:lang w:val="zxx"/>
        </w:rPr>
        <w:t>stopUnconfirmed</w:t>
      </w:r>
      <w:r>
        <w:rPr>
          <w:b w:val="false"/>
          <w:sz w:val="28"/>
        </w:rPr>
        <w:t xml:space="preserve"> / </w:t>
      </w:r>
      <w:r>
        <w:rPr>
          <w:b w:val="false"/>
          <w:sz w:val="28"/>
          <w:lang w:val="zxx"/>
        </w:rPr>
        <w:t>observationLost</w:t>
      </w:r>
      <w:r>
        <w:rPr>
          <w:b w:val="false"/>
          <w:sz w:val="28"/>
        </w:rPr>
        <w:t xml:space="preserve"> / </w:t>
      </w:r>
      <w:r>
        <w:rPr>
          <w:b w:val="false"/>
          <w:sz w:val="28"/>
          <w:lang w:val="zxx"/>
        </w:rPr>
        <w:t>recoveryUncertain</w:t>
      </w:r>
      <w:r>
        <w:rPr>
          <w:b w:val="false"/>
          <w:sz w:val="28"/>
        </w:rPr>
        <w:t xml:space="preserve"> / </w:t>
      </w:r>
      <w:r>
        <w:rPr>
          <w:b w:val="false"/>
          <w:sz w:val="28"/>
          <w:lang w:val="zxx"/>
        </w:rPr>
        <w:t>mediaClockFault</w:t>
      </w:r>
      <w:r>
        <w:rPr>
          <w:b w:val="false"/>
          <w:sz w:val="28"/>
        </w:rPr>
        <w:t xml:space="preserve"> / </w:t>
      </w:r>
      <w:r>
        <w:rPr>
          <w:b w:val="false"/>
          <w:sz w:val="28"/>
          <w:lang w:val="zxx"/>
        </w:rPr>
        <w:t>equipmentFault</w:t>
      </w:r>
      <w:r>
        <w:rPr>
          <w:b w:val="false"/>
          <w:sz w:val="28"/>
        </w:rPr>
        <w:t xml:space="preserve"> / </w:t>
      </w:r>
      <w:r>
        <w:rPr>
          <w:b w:val="false"/>
          <w:sz w:val="28"/>
          <w:lang w:val="zxx"/>
        </w:rPr>
        <w:t>programAborted</w:t>
      </w:r>
    </w:p>
    <w:p>
      <w:pPr>
        <w:pStyle w:val="Normal"/>
        <w:jc w:val="start"/>
        <w:rPr/>
      </w:pPr>
      <w:r>
        <w:rPr>
          <w:b w:val="false"/>
          <w:sz w:val="28"/>
        </w:rPr>
        <w:t xml:space="preserve">Смысл: Закрытый словарь причин. </w:t>
      </w:r>
      <w:r>
        <w:rPr>
          <w:b w:val="false"/>
          <w:sz w:val="28"/>
          <w:lang w:val="zxx"/>
        </w:rPr>
        <w:t>programAborted</w:t>
      </w:r>
      <w:r>
        <w:rPr>
          <w:b w:val="false"/>
          <w:sz w:val="28"/>
        </w:rPr>
        <w:t xml:space="preserve"> допустим только у </w:t>
      </w:r>
      <w:r>
        <w:rPr>
          <w:b w:val="false"/>
          <w:sz w:val="28"/>
          <w:lang w:val="zxx"/>
        </w:rPr>
        <w:t>stageResult</w:t>
      </w:r>
      <w:r>
        <w:rPr>
          <w:b w:val="false"/>
          <w:sz w:val="28"/>
        </w:rPr>
        <w:t xml:space="preserve"> со </w:t>
      </w:r>
      <w:r>
        <w:rPr>
          <w:b w:val="false"/>
          <w:sz w:val="28"/>
          <w:lang w:val="zxx"/>
        </w:rPr>
        <w:t>state=notStarted</w:t>
      </w:r>
      <w:r>
        <w:rPr>
          <w:b w:val="false"/>
          <w:sz w:val="28"/>
        </w:rPr>
        <w:t xml:space="preserve"> и без </w:t>
      </w:r>
      <w:r>
        <w:rPr>
          <w:b w:val="false"/>
          <w:sz w:val="28"/>
          <w:lang w:val="zxx"/>
        </w:rPr>
        <w:t>result</w:t>
      </w:r>
      <w:r>
        <w:rPr>
          <w:b w:val="false"/>
          <w:sz w:val="28"/>
        </w:rPr>
        <w:t xml:space="preserve">; у </w:t>
      </w:r>
      <w:r>
        <w:rPr>
          <w:b w:val="false"/>
          <w:sz w:val="28"/>
          <w:lang w:val="zxx"/>
        </w:rPr>
        <w:t>session</w:t>
      </w:r>
      <w:r>
        <w:rPr>
          <w:b w:val="false"/>
          <w:sz w:val="28"/>
        </w:rPr>
        <w:t xml:space="preserve"> и </w:t>
      </w:r>
      <w:r>
        <w:rPr>
          <w:b w:val="false"/>
          <w:sz w:val="28"/>
          <w:lang w:val="zxx"/>
        </w:rPr>
        <w:t>finished-</w:t>
      </w:r>
      <w:r>
        <w:rPr>
          <w:b w:val="false"/>
          <w:sz w:val="28"/>
        </w:rPr>
        <w:t xml:space="preserve">этапа запрещен. Остальные пары </w:t>
      </w:r>
      <w:r>
        <w:rPr>
          <w:b w:val="false"/>
          <w:sz w:val="28"/>
          <w:lang w:val="zxx"/>
        </w:rPr>
        <w:t>result/</w:t>
      </w:r>
      <w:r>
        <w:rPr>
          <w:b w:val="false"/>
          <w:sz w:val="28"/>
        </w:rPr>
        <w:t>​</w:t>
      </w:r>
      <w:r>
        <w:rPr>
          <w:b w:val="false"/>
          <w:sz w:val="28"/>
          <w:lang w:val="zxx"/>
        </w:rPr>
        <w:t>reason</w:t>
      </w:r>
      <w:r>
        <w:rPr>
          <w:b w:val="false"/>
          <w:sz w:val="28"/>
        </w:rPr>
        <w:t xml:space="preserve"> заданы временной моделью.</w:t>
      </w:r>
    </w:p>
    <w:p>
      <w:pPr>
        <w:pStyle w:val="Normal"/>
        <w:keepNext w:val="true"/>
        <w:jc w:val="start"/>
        <w:rPr/>
      </w:pPr>
      <w:r>
        <w:rPr>
          <w:b/>
          <w:sz w:val="28"/>
          <w:lang w:val="zxx"/>
        </w:rPr>
        <w:t>19.115</w:t>
      </w:r>
      <w:r>
        <w:rPr>
          <w:b/>
          <w:sz w:val="28"/>
        </w:rPr>
        <w:t xml:space="preserve"> </w:t>
      </w:r>
      <w:r>
        <w:rPr>
          <w:b/>
          <w:sz w:val="28"/>
          <w:lang w:val="zxx"/>
        </w:rPr>
        <w:t>ownershipPurpose</w:t>
      </w:r>
    </w:p>
    <w:p>
      <w:pPr>
        <w:pStyle w:val="Normal"/>
        <w:jc w:val="start"/>
        <w:rPr/>
      </w:pPr>
      <w:r>
        <w:rPr>
          <w:b w:val="false"/>
          <w:sz w:val="28"/>
        </w:rPr>
        <w:t xml:space="preserve">Значения: </w:t>
      </w:r>
      <w:r>
        <w:rPr>
          <w:b w:val="false"/>
          <w:sz w:val="28"/>
          <w:lang w:val="zxx"/>
        </w:rPr>
        <w:t>real</w:t>
      </w:r>
      <w:r>
        <w:rPr>
          <w:b w:val="false"/>
          <w:sz w:val="28"/>
        </w:rPr>
        <w:t xml:space="preserve"> / </w:t>
      </w:r>
      <w:r>
        <w:rPr>
          <w:b w:val="false"/>
          <w:sz w:val="28"/>
          <w:lang w:val="zxx"/>
        </w:rPr>
        <w:t>exercise</w:t>
      </w:r>
      <w:r>
        <w:rPr>
          <w:b w:val="false"/>
          <w:sz w:val="28"/>
        </w:rPr>
        <w:t xml:space="preserve"> / </w:t>
      </w:r>
      <w:r>
        <w:rPr>
          <w:b w:val="false"/>
          <w:sz w:val="28"/>
          <w:lang w:val="zxx"/>
        </w:rPr>
        <w:t>technical</w:t>
      </w:r>
      <w:r>
        <w:rPr>
          <w:b w:val="false"/>
          <w:sz w:val="28"/>
        </w:rPr>
        <w:t xml:space="preserve"> / </w:t>
      </w:r>
      <w:r>
        <w:rPr>
          <w:b w:val="false"/>
          <w:sz w:val="28"/>
          <w:lang w:val="zxx"/>
        </w:rPr>
        <w:t>maintenance</w:t>
      </w:r>
    </w:p>
    <w:p>
      <w:pPr>
        <w:pStyle w:val="Normal"/>
        <w:jc w:val="start"/>
        <w:rPr/>
      </w:pPr>
      <w:r>
        <w:rPr>
          <w:b w:val="false"/>
          <w:sz w:val="28"/>
        </w:rPr>
        <w:t xml:space="preserve">Смысл: Назначение эпохи; </w:t>
      </w:r>
      <w:r>
        <w:rPr>
          <w:b w:val="false"/>
          <w:sz w:val="28"/>
          <w:lang w:val="zxx"/>
        </w:rPr>
        <w:t>START</w:t>
      </w:r>
      <w:r>
        <w:rPr>
          <w:b w:val="false"/>
          <w:sz w:val="28"/>
        </w:rPr>
        <w:t xml:space="preserve"> совпадает с ним, </w:t>
      </w:r>
      <w:r>
        <w:rPr>
          <w:b w:val="false"/>
          <w:sz w:val="28"/>
          <w:lang w:val="zxx"/>
        </w:rPr>
        <w:t>maintenance</w:t>
      </w:r>
      <w:r>
        <w:rPr>
          <w:b w:val="false"/>
          <w:sz w:val="28"/>
        </w:rPr>
        <w:t xml:space="preserve"> не допускает </w:t>
      </w:r>
      <w:r>
        <w:rPr>
          <w:b w:val="false"/>
          <w:sz w:val="28"/>
          <w:lang w:val="zxx"/>
        </w:rPr>
        <w:t>START.</w:t>
      </w:r>
    </w:p>
    <w:p>
      <w:pPr>
        <w:pStyle w:val="Normal"/>
        <w:keepNext w:val="true"/>
        <w:jc w:val="start"/>
        <w:rPr/>
      </w:pPr>
      <w:r>
        <w:rPr>
          <w:b/>
          <w:sz w:val="28"/>
          <w:lang w:val="zxx"/>
        </w:rPr>
        <w:t>19.116</w:t>
      </w:r>
      <w:r>
        <w:rPr>
          <w:b/>
          <w:sz w:val="28"/>
        </w:rPr>
        <w:t xml:space="preserve"> </w:t>
      </w:r>
      <w:r>
        <w:rPr>
          <w:b/>
          <w:sz w:val="28"/>
          <w:lang w:val="zxx"/>
        </w:rPr>
        <w:t>executionStatus</w:t>
      </w:r>
    </w:p>
    <w:p>
      <w:pPr>
        <w:pStyle w:val="Normal"/>
        <w:jc w:val="start"/>
        <w:rPr/>
      </w:pPr>
      <w:r>
        <w:rPr>
          <w:b w:val="false"/>
          <w:sz w:val="28"/>
        </w:rPr>
        <w:t xml:space="preserve">Значения: </w:t>
      </w:r>
      <w:r>
        <w:rPr>
          <w:b w:val="false"/>
          <w:sz w:val="28"/>
          <w:lang w:val="zxx"/>
        </w:rPr>
        <w:t>pending</w:t>
      </w:r>
      <w:r>
        <w:rPr>
          <w:b w:val="false"/>
          <w:sz w:val="28"/>
        </w:rPr>
        <w:t xml:space="preserve"> / </w:t>
      </w:r>
      <w:r>
        <w:rPr>
          <w:b w:val="false"/>
          <w:sz w:val="28"/>
          <w:lang w:val="zxx"/>
        </w:rPr>
        <w:t>confirmed</w:t>
      </w:r>
      <w:r>
        <w:rPr>
          <w:b w:val="false"/>
          <w:sz w:val="28"/>
        </w:rPr>
        <w:t xml:space="preserve"> / </w:t>
      </w:r>
      <w:r>
        <w:rPr>
          <w:b w:val="false"/>
          <w:sz w:val="28"/>
          <w:lang w:val="zxx"/>
        </w:rPr>
        <w:t>notExecuted</w:t>
      </w:r>
      <w:r>
        <w:rPr>
          <w:b w:val="false"/>
          <w:sz w:val="28"/>
        </w:rPr>
        <w:t xml:space="preserve"> / </w:t>
      </w:r>
      <w:r>
        <w:rPr>
          <w:b w:val="false"/>
          <w:sz w:val="28"/>
          <w:lang w:val="zxx"/>
        </w:rPr>
        <w:t>unknown</w:t>
      </w:r>
    </w:p>
    <w:p>
      <w:pPr>
        <w:pStyle w:val="Normal"/>
        <w:jc w:val="both"/>
        <w:rPr/>
      </w:pPr>
      <w:r>
        <w:rPr>
          <w:b w:val="false"/>
          <w:sz w:val="28"/>
        </w:rPr>
        <w:t xml:space="preserve">Смысл: Историческое подтверждение начала воздействия; </w:t>
      </w:r>
      <w:r>
        <w:rPr>
          <w:b w:val="false"/>
          <w:sz w:val="28"/>
          <w:lang w:val="zxx"/>
        </w:rPr>
        <w:t>confirmed</w:t>
      </w:r>
      <w:r>
        <w:rPr>
          <w:b w:val="false"/>
          <w:sz w:val="28"/>
        </w:rPr>
        <w:t xml:space="preserve"> не стирается остановкой или поздним отказом.</w:t>
      </w:r>
    </w:p>
    <w:p>
      <w:pPr>
        <w:pStyle w:val="Normal"/>
        <w:keepNext w:val="true"/>
        <w:jc w:val="start"/>
        <w:rPr/>
      </w:pPr>
      <w:r>
        <w:rPr>
          <w:b/>
          <w:sz w:val="28"/>
          <w:lang w:val="zxx"/>
        </w:rPr>
        <w:t>19.117</w:t>
      </w:r>
      <w:r>
        <w:rPr>
          <w:b/>
          <w:sz w:val="28"/>
        </w:rPr>
        <w:t xml:space="preserve"> </w:t>
      </w:r>
      <w:r>
        <w:rPr>
          <w:b/>
          <w:sz w:val="28"/>
          <w:lang w:val="zxx"/>
        </w:rPr>
        <w:t>completionState</w:t>
      </w:r>
    </w:p>
    <w:p>
      <w:pPr>
        <w:pStyle w:val="Normal"/>
        <w:jc w:val="start"/>
        <w:rPr/>
      </w:pPr>
      <w:r>
        <w:rPr>
          <w:b w:val="false"/>
          <w:sz w:val="28"/>
        </w:rPr>
        <w:t xml:space="preserve">Значения: </w:t>
      </w:r>
      <w:r>
        <w:rPr>
          <w:b w:val="false"/>
          <w:sz w:val="28"/>
          <w:lang w:val="zxx"/>
        </w:rPr>
        <w:t>pending</w:t>
      </w:r>
      <w:r>
        <w:rPr>
          <w:b w:val="false"/>
          <w:sz w:val="28"/>
        </w:rPr>
        <w:t xml:space="preserve"> / </w:t>
      </w:r>
      <w:r>
        <w:rPr>
          <w:b w:val="false"/>
          <w:sz w:val="28"/>
          <w:lang w:val="zxx"/>
        </w:rPr>
        <w:t>complete</w:t>
      </w:r>
      <w:r>
        <w:rPr>
          <w:b w:val="false"/>
          <w:sz w:val="28"/>
        </w:rPr>
        <w:t xml:space="preserve"> / </w:t>
      </w:r>
      <w:r>
        <w:rPr>
          <w:b w:val="false"/>
          <w:sz w:val="28"/>
          <w:lang w:val="zxx"/>
        </w:rPr>
        <w:t>interrupted</w:t>
      </w:r>
      <w:r>
        <w:rPr>
          <w:b w:val="false"/>
          <w:sz w:val="28"/>
        </w:rPr>
        <w:t xml:space="preserve"> / </w:t>
      </w:r>
      <w:r>
        <w:rPr>
          <w:b w:val="false"/>
          <w:sz w:val="28"/>
          <w:lang w:val="zxx"/>
        </w:rPr>
        <w:t>unknown</w:t>
      </w:r>
    </w:p>
    <w:p>
      <w:pPr>
        <w:pStyle w:val="Normal"/>
        <w:jc w:val="both"/>
        <w:rPr/>
      </w:pPr>
      <w:r>
        <w:rPr>
          <w:b w:val="false"/>
          <w:sz w:val="28"/>
        </w:rPr>
        <w:t>Смысл: Полнота принятого задания отдельно от подтверждения начала.</w:t>
      </w:r>
    </w:p>
    <w:p>
      <w:pPr>
        <w:pStyle w:val="Normal"/>
        <w:keepNext w:val="true"/>
        <w:jc w:val="start"/>
        <w:rPr/>
      </w:pPr>
      <w:r>
        <w:rPr>
          <w:b/>
          <w:sz w:val="28"/>
          <w:lang w:val="zxx"/>
        </w:rPr>
        <w:t>19.118</w:t>
      </w:r>
      <w:r>
        <w:rPr>
          <w:b/>
          <w:sz w:val="28"/>
        </w:rPr>
        <w:t xml:space="preserve"> </w:t>
      </w:r>
      <w:r>
        <w:rPr>
          <w:b/>
          <w:sz w:val="28"/>
          <w:lang w:val="zxx"/>
        </w:rPr>
        <w:t>stopMode</w:t>
      </w:r>
    </w:p>
    <w:p>
      <w:pPr>
        <w:pStyle w:val="Normal"/>
        <w:jc w:val="start"/>
        <w:rPr/>
      </w:pPr>
      <w:r>
        <w:rPr>
          <w:b w:val="false"/>
          <w:sz w:val="28"/>
        </w:rPr>
        <w:t xml:space="preserve">Значения: </w:t>
      </w:r>
      <w:r>
        <w:rPr>
          <w:b w:val="false"/>
          <w:sz w:val="28"/>
          <w:lang w:val="zxx"/>
        </w:rPr>
        <w:t>duration</w:t>
      </w:r>
      <w:r>
        <w:rPr>
          <w:b w:val="false"/>
          <w:sz w:val="28"/>
        </w:rPr>
        <w:t xml:space="preserve"> / </w:t>
      </w:r>
      <w:r>
        <w:rPr>
          <w:b w:val="false"/>
          <w:sz w:val="28"/>
          <w:lang w:val="zxx"/>
        </w:rPr>
        <w:t>command</w:t>
      </w:r>
    </w:p>
    <w:p>
      <w:pPr>
        <w:pStyle w:val="Normal"/>
        <w:jc w:val="both"/>
        <w:rPr/>
      </w:pPr>
      <w:r>
        <w:rPr>
          <w:b w:val="false"/>
          <w:sz w:val="28"/>
        </w:rPr>
        <w:t xml:space="preserve">Смысл: Сирена заданной длительности либо до штатной адресной остановки; </w:t>
      </w:r>
      <w:r>
        <w:rPr>
          <w:b w:val="false"/>
          <w:sz w:val="28"/>
          <w:lang w:val="zxx"/>
        </w:rPr>
        <w:t>maxDurationMs</w:t>
      </w:r>
      <w:r>
        <w:rPr>
          <w:b w:val="false"/>
          <w:sz w:val="28"/>
        </w:rPr>
        <w:t xml:space="preserve"> обязателен в обоих случаях.</w:t>
      </w:r>
    </w:p>
    <w:p>
      <w:pPr>
        <w:pStyle w:val="Normal"/>
        <w:keepNext w:val="true"/>
        <w:jc w:val="start"/>
        <w:rPr/>
      </w:pPr>
      <w:r>
        <w:rPr>
          <w:b/>
          <w:sz w:val="28"/>
          <w:lang w:val="zxx"/>
        </w:rPr>
        <w:t>19.119</w:t>
      </w:r>
      <w:r>
        <w:rPr>
          <w:b/>
          <w:sz w:val="28"/>
        </w:rPr>
        <w:t xml:space="preserve"> </w:t>
      </w:r>
      <w:r>
        <w:rPr>
          <w:b/>
          <w:sz w:val="28"/>
          <w:lang w:val="zxx"/>
        </w:rPr>
        <w:t>forbiddenDetail</w:t>
      </w:r>
    </w:p>
    <w:p>
      <w:pPr>
        <w:pStyle w:val="Normal"/>
        <w:jc w:val="start"/>
        <w:rPr/>
      </w:pPr>
      <w:r>
        <w:rPr>
          <w:b w:val="false"/>
          <w:sz w:val="28"/>
        </w:rPr>
        <w:t xml:space="preserve">Значения: </w:t>
      </w:r>
      <w:r>
        <w:rPr>
          <w:b w:val="false"/>
          <w:sz w:val="28"/>
          <w:lang w:val="zxx"/>
        </w:rPr>
        <w:t>roleDenied</w:t>
      </w:r>
      <w:r>
        <w:rPr>
          <w:b w:val="false"/>
          <w:sz w:val="28"/>
        </w:rPr>
        <w:t xml:space="preserve"> / </w:t>
      </w:r>
      <w:r>
        <w:rPr>
          <w:b w:val="false"/>
          <w:sz w:val="28"/>
          <w:lang w:val="zxx"/>
        </w:rPr>
        <w:t>scopeDenied</w:t>
      </w:r>
      <w:r>
        <w:rPr>
          <w:b w:val="false"/>
          <w:sz w:val="28"/>
        </w:rPr>
        <w:t xml:space="preserve"> / </w:t>
      </w:r>
      <w:r>
        <w:rPr>
          <w:b w:val="false"/>
          <w:sz w:val="28"/>
          <w:lang w:val="zxx"/>
        </w:rPr>
        <w:t>ownerMismatch</w:t>
      </w:r>
    </w:p>
    <w:p>
      <w:pPr>
        <w:pStyle w:val="Normal"/>
        <w:jc w:val="both"/>
        <w:rPr/>
      </w:pPr>
      <w:r>
        <w:rPr>
          <w:b w:val="false"/>
          <w:sz w:val="28"/>
        </w:rPr>
        <w:t>Смысл: Машинная причина отказа по полномочиям; сведения о чужом исполнении не раскрываются.</w:t>
      </w:r>
    </w:p>
    <w:p>
      <w:pPr>
        <w:pStyle w:val="Normal"/>
        <w:keepNext w:val="true"/>
        <w:jc w:val="start"/>
        <w:rPr/>
      </w:pPr>
      <w:r>
        <w:rPr>
          <w:b/>
          <w:sz w:val="28"/>
          <w:lang w:val="zxx"/>
        </w:rPr>
        <w:t>19.120</w:t>
      </w:r>
      <w:r>
        <w:rPr>
          <w:b/>
          <w:sz w:val="28"/>
        </w:rPr>
        <w:t xml:space="preserve"> </w:t>
      </w:r>
      <w:r>
        <w:rPr>
          <w:b/>
          <w:sz w:val="28"/>
          <w:lang w:val="zxx"/>
        </w:rPr>
        <w:t>busyDetail</w:t>
      </w:r>
    </w:p>
    <w:p>
      <w:pPr>
        <w:pStyle w:val="Normal"/>
        <w:jc w:val="start"/>
        <w:rPr/>
      </w:pPr>
      <w:r>
        <w:rPr>
          <w:b w:val="false"/>
          <w:sz w:val="28"/>
        </w:rPr>
        <w:t xml:space="preserve">Значения: </w:t>
      </w:r>
      <w:r>
        <w:rPr>
          <w:b w:val="false"/>
          <w:sz w:val="28"/>
          <w:lang w:val="zxx"/>
        </w:rPr>
        <w:t>ownershipHeld</w:t>
      </w:r>
      <w:r>
        <w:rPr>
          <w:b w:val="false"/>
          <w:sz w:val="28"/>
        </w:rPr>
        <w:t xml:space="preserve"> / </w:t>
      </w:r>
      <w:r>
        <w:rPr>
          <w:b w:val="false"/>
          <w:sz w:val="28"/>
          <w:lang w:val="zxx"/>
        </w:rPr>
        <w:t>executionActive</w:t>
      </w:r>
      <w:r>
        <w:rPr>
          <w:b w:val="false"/>
          <w:sz w:val="28"/>
        </w:rPr>
        <w:t xml:space="preserve"> / </w:t>
      </w:r>
      <w:r>
        <w:rPr>
          <w:b w:val="false"/>
          <w:sz w:val="28"/>
          <w:lang w:val="zxx"/>
        </w:rPr>
        <w:t>localControl</w:t>
      </w:r>
      <w:r>
        <w:rPr>
          <w:b w:val="false"/>
          <w:sz w:val="28"/>
        </w:rPr>
        <w:t xml:space="preserve"> / </w:t>
      </w:r>
      <w:r>
        <w:rPr>
          <w:b w:val="false"/>
          <w:sz w:val="28"/>
          <w:lang w:val="zxx"/>
        </w:rPr>
        <w:t>serviceActive</w:t>
      </w:r>
      <w:r>
        <w:rPr>
          <w:b w:val="false"/>
          <w:sz w:val="28"/>
        </w:rPr>
        <w:t xml:space="preserve"> / </w:t>
      </w:r>
      <w:r>
        <w:rPr>
          <w:b w:val="false"/>
          <w:sz w:val="28"/>
          <w:lang w:val="zxx"/>
        </w:rPr>
        <w:t>capacityExhausted</w:t>
      </w:r>
    </w:p>
    <w:p>
      <w:pPr>
        <w:pStyle w:val="Normal"/>
        <w:jc w:val="both"/>
        <w:rPr/>
      </w:pPr>
      <w:r>
        <w:rPr>
          <w:b w:val="false"/>
          <w:sz w:val="28"/>
        </w:rPr>
        <w:t xml:space="preserve">Смысл: Причина занятости; </w:t>
      </w:r>
      <w:r>
        <w:rPr>
          <w:b w:val="false"/>
          <w:sz w:val="28"/>
          <w:lang w:val="zxx"/>
        </w:rPr>
        <w:t>START</w:t>
      </w:r>
      <w:r>
        <w:rPr>
          <w:b w:val="false"/>
          <w:sz w:val="28"/>
        </w:rPr>
        <w:t xml:space="preserve"> не ставится в очередь.</w:t>
      </w:r>
    </w:p>
    <w:p>
      <w:pPr>
        <w:pStyle w:val="Normal"/>
        <w:keepNext w:val="true"/>
        <w:jc w:val="start"/>
        <w:rPr/>
      </w:pPr>
      <w:r>
        <w:rPr>
          <w:b/>
          <w:sz w:val="28"/>
          <w:lang w:val="zxx"/>
        </w:rPr>
        <w:t>19.121</w:t>
      </w:r>
      <w:r>
        <w:rPr>
          <w:b/>
          <w:sz w:val="28"/>
        </w:rPr>
        <w:t xml:space="preserve"> </w:t>
      </w:r>
      <w:r>
        <w:rPr>
          <w:b/>
          <w:sz w:val="28"/>
          <w:lang w:val="zxx"/>
        </w:rPr>
        <w:t>faultEffect</w:t>
      </w:r>
    </w:p>
    <w:p>
      <w:pPr>
        <w:pStyle w:val="Normal"/>
        <w:jc w:val="start"/>
        <w:rPr/>
      </w:pPr>
      <w:r>
        <w:rPr>
          <w:b w:val="false"/>
          <w:sz w:val="28"/>
        </w:rPr>
        <w:t xml:space="preserve">Значения: </w:t>
      </w:r>
      <w:r>
        <w:rPr>
          <w:b w:val="false"/>
          <w:sz w:val="28"/>
          <w:lang w:val="zxx"/>
        </w:rPr>
        <w:t>none</w:t>
      </w:r>
      <w:r>
        <w:rPr>
          <w:b w:val="false"/>
          <w:sz w:val="28"/>
        </w:rPr>
        <w:t xml:space="preserve"> / </w:t>
      </w:r>
      <w:r>
        <w:rPr>
          <w:b w:val="false"/>
          <w:sz w:val="28"/>
          <w:lang w:val="zxx"/>
        </w:rPr>
        <w:t>degraded</w:t>
      </w:r>
      <w:r>
        <w:rPr>
          <w:b w:val="false"/>
          <w:sz w:val="28"/>
        </w:rPr>
        <w:t xml:space="preserve"> / </w:t>
      </w:r>
      <w:r>
        <w:rPr>
          <w:b w:val="false"/>
          <w:sz w:val="28"/>
          <w:lang w:val="zxx"/>
        </w:rPr>
        <w:t>failed</w:t>
      </w:r>
      <w:r>
        <w:rPr>
          <w:b w:val="false"/>
          <w:sz w:val="28"/>
        </w:rPr>
        <w:t xml:space="preserve"> / </w:t>
      </w:r>
      <w:r>
        <w:rPr>
          <w:b w:val="false"/>
          <w:sz w:val="28"/>
          <w:lang w:val="zxx"/>
        </w:rPr>
        <w:t>unknown</w:t>
      </w:r>
    </w:p>
    <w:p>
      <w:pPr>
        <w:pStyle w:val="Normal"/>
        <w:jc w:val="both"/>
        <w:rPr/>
      </w:pPr>
      <w:r>
        <w:rPr>
          <w:b w:val="false"/>
          <w:sz w:val="28"/>
        </w:rPr>
        <w:t xml:space="preserve">Смысл: Влияние диагностического условия на выбранное исполнение, независимо от важности </w:t>
      </w:r>
      <w:r>
        <w:rPr>
          <w:b w:val="false"/>
          <w:sz w:val="28"/>
          <w:lang w:val="zxx"/>
        </w:rPr>
        <w:t>severity.</w:t>
      </w:r>
    </w:p>
    <w:p>
      <w:pPr>
        <w:pStyle w:val="Normal"/>
        <w:keepNext w:val="true"/>
        <w:jc w:val="start"/>
        <w:rPr/>
      </w:pPr>
      <w:r>
        <w:rPr>
          <w:b/>
          <w:sz w:val="28"/>
          <w:lang w:val="zxx"/>
        </w:rPr>
        <w:t>19.122</w:t>
      </w:r>
      <w:r>
        <w:rPr>
          <w:b/>
          <w:sz w:val="28"/>
        </w:rPr>
        <w:t xml:space="preserve"> </w:t>
      </w:r>
      <w:r>
        <w:rPr>
          <w:b/>
          <w:sz w:val="28"/>
          <w:lang w:val="zxx"/>
        </w:rPr>
        <w:t>faultCode</w:t>
      </w:r>
    </w:p>
    <w:p>
      <w:pPr>
        <w:pStyle w:val="Normal"/>
        <w:jc w:val="start"/>
        <w:rPr/>
      </w:pPr>
      <w:r>
        <w:rPr>
          <w:b w:val="false"/>
          <w:sz w:val="28"/>
        </w:rPr>
        <w:t xml:space="preserve">Значения: </w:t>
      </w:r>
      <w:r>
        <w:rPr>
          <w:b w:val="false"/>
          <w:sz w:val="28"/>
          <w:lang w:val="zxx"/>
        </w:rPr>
        <w:t>powerLost</w:t>
      </w:r>
      <w:r>
        <w:rPr>
          <w:b w:val="false"/>
          <w:sz w:val="28"/>
        </w:rPr>
        <w:t xml:space="preserve"> / </w:t>
      </w:r>
      <w:r>
        <w:rPr>
          <w:b w:val="false"/>
          <w:sz w:val="28"/>
          <w:lang w:val="zxx"/>
        </w:rPr>
        <w:t>phaseLost</w:t>
      </w:r>
      <w:r>
        <w:rPr>
          <w:b w:val="false"/>
          <w:sz w:val="28"/>
        </w:rPr>
        <w:t xml:space="preserve"> / </w:t>
      </w:r>
      <w:r>
        <w:rPr>
          <w:b w:val="false"/>
          <w:sz w:val="28"/>
          <w:lang w:val="zxx"/>
        </w:rPr>
        <w:t>batteryLow</w:t>
      </w:r>
      <w:r>
        <w:rPr>
          <w:b w:val="false"/>
          <w:sz w:val="28"/>
        </w:rPr>
        <w:t xml:space="preserve"> / </w:t>
      </w:r>
      <w:r>
        <w:rPr>
          <w:b w:val="false"/>
          <w:sz w:val="28"/>
          <w:lang w:val="zxx"/>
        </w:rPr>
        <w:t>lineOpen</w:t>
      </w:r>
      <w:r>
        <w:rPr>
          <w:b w:val="false"/>
          <w:sz w:val="28"/>
        </w:rPr>
        <w:t xml:space="preserve"> / </w:t>
      </w:r>
      <w:r>
        <w:rPr>
          <w:b w:val="false"/>
          <w:sz w:val="28"/>
          <w:lang w:val="zxx"/>
        </w:rPr>
        <w:t>lineShort</w:t>
      </w:r>
      <w:r>
        <w:rPr>
          <w:b w:val="false"/>
          <w:sz w:val="28"/>
        </w:rPr>
        <w:t xml:space="preserve"> / </w:t>
      </w:r>
      <w:r>
        <w:rPr>
          <w:b w:val="false"/>
          <w:sz w:val="28"/>
          <w:lang w:val="zxx"/>
        </w:rPr>
        <w:t>amplifierFault</w:t>
      </w:r>
      <w:r>
        <w:rPr>
          <w:b w:val="false"/>
          <w:sz w:val="28"/>
        </w:rPr>
        <w:t xml:space="preserve"> / </w:t>
      </w:r>
      <w:r>
        <w:rPr>
          <w:b w:val="false"/>
          <w:sz w:val="28"/>
          <w:lang w:val="zxx"/>
        </w:rPr>
        <w:t>ouLinkLost</w:t>
      </w:r>
      <w:r>
        <w:rPr>
          <w:b w:val="false"/>
          <w:sz w:val="28"/>
        </w:rPr>
        <w:t xml:space="preserve"> / </w:t>
      </w:r>
      <w:r>
        <w:rPr>
          <w:b w:val="false"/>
          <w:sz w:val="28"/>
          <w:lang w:val="zxx"/>
        </w:rPr>
        <w:t>outputMismatch</w:t>
      </w:r>
      <w:r>
        <w:rPr>
          <w:b w:val="false"/>
          <w:sz w:val="28"/>
        </w:rPr>
        <w:t xml:space="preserve"> / </w:t>
      </w:r>
      <w:r>
        <w:rPr>
          <w:b w:val="false"/>
          <w:sz w:val="28"/>
          <w:lang w:val="zxx"/>
        </w:rPr>
        <w:t>sourceLost</w:t>
      </w:r>
      <w:r>
        <w:rPr>
          <w:b w:val="false"/>
          <w:sz w:val="28"/>
        </w:rPr>
        <w:t xml:space="preserve"> / </w:t>
      </w:r>
      <w:r>
        <w:rPr>
          <w:b w:val="false"/>
          <w:sz w:val="28"/>
          <w:lang w:val="zxx"/>
        </w:rPr>
        <w:t>overTemperature</w:t>
      </w:r>
      <w:r>
        <w:rPr>
          <w:b w:val="false"/>
          <w:sz w:val="28"/>
        </w:rPr>
        <w:t xml:space="preserve"> / </w:t>
      </w:r>
      <w:r>
        <w:rPr>
          <w:b w:val="false"/>
          <w:sz w:val="28"/>
          <w:lang w:val="zxx"/>
        </w:rPr>
        <w:t>hardwareProtection</w:t>
      </w:r>
      <w:r>
        <w:rPr>
          <w:b w:val="false"/>
          <w:sz w:val="28"/>
        </w:rPr>
        <w:t xml:space="preserve"> / </w:t>
      </w:r>
      <w:r>
        <w:rPr>
          <w:b w:val="false"/>
          <w:sz w:val="28"/>
          <w:lang w:val="zxx"/>
        </w:rPr>
        <w:t>storageFault</w:t>
      </w:r>
      <w:r>
        <w:rPr>
          <w:b w:val="false"/>
          <w:sz w:val="28"/>
        </w:rPr>
        <w:t xml:space="preserve"> / </w:t>
      </w:r>
      <w:r>
        <w:rPr>
          <w:b w:val="false"/>
          <w:sz w:val="28"/>
          <w:lang w:val="zxx"/>
        </w:rPr>
        <w:t>mediaIncomplete</w:t>
      </w:r>
      <w:r>
        <w:rPr>
          <w:b w:val="false"/>
          <w:sz w:val="28"/>
        </w:rPr>
        <w:t xml:space="preserve"> / </w:t>
      </w:r>
      <w:r>
        <w:rPr>
          <w:b w:val="false"/>
          <w:sz w:val="28"/>
          <w:lang w:val="zxx"/>
        </w:rPr>
        <w:t>mediaPacketLoss</w:t>
      </w:r>
      <w:r>
        <w:rPr>
          <w:b w:val="false"/>
          <w:sz w:val="28"/>
        </w:rPr>
        <w:t xml:space="preserve"> / </w:t>
      </w:r>
      <w:r>
        <w:rPr>
          <w:b w:val="false"/>
          <w:sz w:val="28"/>
          <w:lang w:val="zxx"/>
        </w:rPr>
        <w:t>mediaClockFault</w:t>
      </w:r>
      <w:r>
        <w:rPr>
          <w:b w:val="false"/>
          <w:sz w:val="28"/>
        </w:rPr>
        <w:t xml:space="preserve"> / </w:t>
      </w:r>
      <w:r>
        <w:rPr>
          <w:b w:val="false"/>
          <w:sz w:val="28"/>
          <w:lang w:val="zxx"/>
        </w:rPr>
        <w:t>driverFault</w:t>
      </w:r>
      <w:r>
        <w:rPr>
          <w:b w:val="false"/>
          <w:sz w:val="28"/>
        </w:rPr>
        <w:t xml:space="preserve"> / </w:t>
      </w:r>
      <w:r>
        <w:rPr>
          <w:b w:val="false"/>
          <w:sz w:val="28"/>
          <w:lang w:val="zxx"/>
        </w:rPr>
        <w:t>sourceUnavailable</w:t>
      </w:r>
      <w:r>
        <w:rPr>
          <w:b w:val="false"/>
          <w:sz w:val="28"/>
        </w:rPr>
        <w:t xml:space="preserve"> / </w:t>
      </w:r>
      <w:r>
        <w:rPr>
          <w:b w:val="false"/>
          <w:sz w:val="28"/>
          <w:lang w:val="zxx"/>
        </w:rPr>
        <w:t>contentMismatch</w:t>
      </w:r>
      <w:r>
        <w:rPr>
          <w:b w:val="false"/>
          <w:sz w:val="28"/>
        </w:rPr>
        <w:t xml:space="preserve"> / </w:t>
      </w:r>
      <w:r>
        <w:rPr>
          <w:b w:val="false"/>
          <w:sz w:val="28"/>
          <w:lang w:val="zxx"/>
        </w:rPr>
        <w:t>maxDurationExceeded</w:t>
      </w:r>
      <w:r>
        <w:rPr>
          <w:b w:val="false"/>
          <w:sz w:val="28"/>
        </w:rPr>
        <w:t xml:space="preserve"> / </w:t>
      </w:r>
      <w:r>
        <w:rPr>
          <w:b w:val="false"/>
          <w:sz w:val="28"/>
          <w:lang w:val="zxx"/>
        </w:rPr>
        <w:t>prepareTimeout</w:t>
      </w:r>
      <w:r>
        <w:rPr>
          <w:b w:val="false"/>
          <w:sz w:val="28"/>
        </w:rPr>
        <w:t xml:space="preserve"> / </w:t>
      </w:r>
      <w:r>
        <w:rPr>
          <w:b w:val="false"/>
          <w:sz w:val="28"/>
          <w:lang w:val="zxx"/>
        </w:rPr>
        <w:t>stopDispatchTimeout</w:t>
      </w:r>
      <w:r>
        <w:rPr>
          <w:b w:val="false"/>
          <w:sz w:val="28"/>
        </w:rPr>
        <w:t xml:space="preserve"> / </w:t>
      </w:r>
      <w:r>
        <w:rPr>
          <w:b w:val="false"/>
          <w:sz w:val="28"/>
          <w:lang w:val="zxx"/>
        </w:rPr>
        <w:t>stopConfirmTimeout</w:t>
      </w:r>
      <w:r>
        <w:rPr>
          <w:b w:val="false"/>
          <w:sz w:val="28"/>
        </w:rPr>
        <w:t xml:space="preserve"> / </w:t>
      </w:r>
      <w:r>
        <w:rPr>
          <w:b w:val="false"/>
          <w:sz w:val="28"/>
          <w:lang w:val="zxx"/>
        </w:rPr>
        <w:t>testFailed</w:t>
      </w:r>
      <w:r>
        <w:rPr>
          <w:b w:val="false"/>
          <w:sz w:val="28"/>
        </w:rPr>
        <w:t xml:space="preserve"> / </w:t>
      </w:r>
      <w:r>
        <w:rPr>
          <w:b w:val="false"/>
          <w:sz w:val="28"/>
          <w:lang w:val="zxx"/>
        </w:rPr>
        <w:t>observationLost</w:t>
      </w:r>
      <w:r>
        <w:rPr>
          <w:b w:val="false"/>
          <w:sz w:val="28"/>
        </w:rPr>
        <w:t xml:space="preserve"> / </w:t>
      </w:r>
      <w:r>
        <w:rPr>
          <w:b w:val="false"/>
          <w:sz w:val="28"/>
          <w:lang w:val="zxx"/>
        </w:rPr>
        <w:t>vendorFault</w:t>
      </w:r>
    </w:p>
    <w:p>
      <w:pPr>
        <w:pStyle w:val="Normal"/>
        <w:jc w:val="both"/>
        <w:rPr/>
      </w:pPr>
      <w:r>
        <w:rPr>
          <w:b w:val="false"/>
          <w:sz w:val="28"/>
        </w:rPr>
        <w:t>Смысл: Код нарушения во время исполнения; конкретная область и влияние передаются отдельно.</w:t>
      </w:r>
    </w:p>
    <w:p>
      <w:pPr>
        <w:pStyle w:val="Normal"/>
        <w:keepNext w:val="true"/>
        <w:jc w:val="start"/>
        <w:rPr/>
      </w:pPr>
      <w:r>
        <w:rPr>
          <w:b/>
          <w:sz w:val="28"/>
          <w:lang w:val="zxx"/>
        </w:rPr>
        <w:t>19.123</w:t>
      </w:r>
      <w:r>
        <w:rPr>
          <w:b/>
          <w:sz w:val="28"/>
        </w:rPr>
        <w:t xml:space="preserve"> </w:t>
      </w:r>
      <w:r>
        <w:rPr>
          <w:b/>
          <w:sz w:val="28"/>
          <w:lang w:val="zxx"/>
        </w:rPr>
        <w:t>responseStatus</w:t>
      </w:r>
    </w:p>
    <w:p>
      <w:pPr>
        <w:pStyle w:val="Normal"/>
        <w:jc w:val="start"/>
        <w:rPr/>
      </w:pPr>
      <w:r>
        <w:rPr>
          <w:b w:val="false"/>
          <w:sz w:val="28"/>
        </w:rPr>
        <w:t xml:space="preserve">Значения: </w:t>
      </w:r>
      <w:r>
        <w:rPr>
          <w:b w:val="false"/>
          <w:sz w:val="28"/>
          <w:lang w:val="zxx"/>
        </w:rPr>
        <w:t>ok</w:t>
      </w:r>
      <w:r>
        <w:rPr>
          <w:b w:val="false"/>
          <w:sz w:val="28"/>
        </w:rPr>
        <w:t xml:space="preserve"> / </w:t>
      </w:r>
      <w:r>
        <w:rPr>
          <w:b w:val="false"/>
          <w:sz w:val="28"/>
          <w:lang w:val="zxx"/>
        </w:rPr>
        <w:t>accepted</w:t>
      </w:r>
      <w:r>
        <w:rPr>
          <w:b w:val="false"/>
          <w:sz w:val="28"/>
        </w:rPr>
        <w:t xml:space="preserve"> / </w:t>
      </w:r>
      <w:r>
        <w:rPr>
          <w:b w:val="false"/>
          <w:sz w:val="28"/>
          <w:lang w:val="zxx"/>
        </w:rPr>
        <w:t>error</w:t>
      </w:r>
    </w:p>
    <w:p>
      <w:pPr>
        <w:pStyle w:val="Normal"/>
        <w:jc w:val="start"/>
        <w:rPr/>
      </w:pPr>
      <w:r>
        <w:rPr>
          <w:b w:val="false"/>
          <w:sz w:val="28"/>
        </w:rPr>
        <w:t xml:space="preserve">Смысл: </w:t>
      </w:r>
      <w:r>
        <w:rPr>
          <w:b w:val="false"/>
          <w:sz w:val="28"/>
          <w:lang w:val="zxx"/>
        </w:rPr>
        <w:t>responseStatus</w:t>
      </w:r>
    </w:p>
    <w:p>
      <w:pPr>
        <w:pStyle w:val="Normal"/>
        <w:keepNext w:val="true"/>
        <w:jc w:val="start"/>
        <w:rPr/>
      </w:pPr>
      <w:r>
        <w:rPr>
          <w:b/>
          <w:sz w:val="28"/>
          <w:lang w:val="zxx"/>
        </w:rPr>
        <w:t>19.124</w:t>
      </w:r>
      <w:r>
        <w:rPr>
          <w:b/>
          <w:sz w:val="28"/>
        </w:rPr>
        <w:t xml:space="preserve"> </w:t>
      </w:r>
      <w:r>
        <w:rPr>
          <w:b/>
          <w:sz w:val="28"/>
          <w:lang w:val="zxx"/>
        </w:rPr>
        <w:t>testEffect</w:t>
      </w:r>
    </w:p>
    <w:p>
      <w:pPr>
        <w:pStyle w:val="Normal"/>
        <w:jc w:val="start"/>
        <w:rPr/>
      </w:pPr>
      <w:r>
        <w:rPr>
          <w:b w:val="false"/>
          <w:sz w:val="28"/>
        </w:rPr>
        <w:t xml:space="preserve">Значения: </w:t>
      </w:r>
      <w:r>
        <w:rPr>
          <w:b w:val="false"/>
          <w:sz w:val="28"/>
          <w:lang w:val="zxx"/>
        </w:rPr>
        <w:t>none</w:t>
      </w:r>
      <w:r>
        <w:rPr>
          <w:b w:val="false"/>
          <w:sz w:val="28"/>
        </w:rPr>
        <w:t xml:space="preserve"> / </w:t>
      </w:r>
      <w:r>
        <w:rPr>
          <w:b w:val="false"/>
          <w:sz w:val="28"/>
          <w:lang w:val="zxx"/>
        </w:rPr>
        <w:t>readBus</w:t>
      </w:r>
      <w:r>
        <w:rPr>
          <w:b w:val="false"/>
          <w:sz w:val="28"/>
        </w:rPr>
        <w:t xml:space="preserve"> / </w:t>
      </w:r>
      <w:r>
        <w:rPr>
          <w:b w:val="false"/>
          <w:sz w:val="28"/>
          <w:lang w:val="zxx"/>
        </w:rPr>
        <w:t>switchOutput</w:t>
      </w:r>
      <w:r>
        <w:rPr>
          <w:b w:val="false"/>
          <w:sz w:val="28"/>
        </w:rPr>
        <w:t xml:space="preserve"> / </w:t>
      </w:r>
      <w:r>
        <w:rPr>
          <w:b w:val="false"/>
          <w:sz w:val="28"/>
          <w:lang w:val="zxx"/>
        </w:rPr>
        <w:t>audible</w:t>
      </w:r>
      <w:r>
        <w:rPr>
          <w:b w:val="false"/>
          <w:sz w:val="28"/>
        </w:rPr>
        <w:t xml:space="preserve"> / </w:t>
      </w:r>
      <w:r>
        <w:rPr>
          <w:b w:val="false"/>
          <w:sz w:val="28"/>
          <w:lang w:val="zxx"/>
        </w:rPr>
        <w:t>pauseAudio</w:t>
      </w:r>
      <w:r>
        <w:rPr>
          <w:b w:val="false"/>
          <w:sz w:val="28"/>
        </w:rPr>
        <w:t xml:space="preserve"> / </w:t>
      </w:r>
      <w:r>
        <w:rPr>
          <w:b w:val="false"/>
          <w:sz w:val="28"/>
          <w:lang w:val="zxx"/>
        </w:rPr>
        <w:t>resetInterface</w:t>
      </w:r>
      <w:r>
        <w:rPr>
          <w:b w:val="false"/>
          <w:sz w:val="28"/>
        </w:rPr>
        <w:t xml:space="preserve"> / </w:t>
      </w:r>
      <w:r>
        <w:rPr>
          <w:b w:val="false"/>
          <w:sz w:val="28"/>
          <w:lang w:val="zxx"/>
        </w:rPr>
        <w:t>writeStorage</w:t>
      </w:r>
    </w:p>
    <w:p>
      <w:pPr>
        <w:pStyle w:val="Normal"/>
        <w:jc w:val="start"/>
        <w:rPr/>
      </w:pPr>
      <w:r>
        <w:rPr>
          <w:b w:val="false"/>
          <w:sz w:val="28"/>
        </w:rPr>
        <w:t xml:space="preserve">Смысл: </w:t>
      </w:r>
      <w:r>
        <w:rPr>
          <w:b w:val="false"/>
          <w:sz w:val="28"/>
          <w:lang w:val="zxx"/>
        </w:rPr>
        <w:t>testEffect</w:t>
      </w:r>
    </w:p>
    <w:p>
      <w:pPr>
        <w:pStyle w:val="2"/>
        <w:rPr/>
      </w:pPr>
      <w:r>
        <w:rPr/>
        <w:t>Записи подтверждения и полноты исполнения</w:t>
      </w:r>
    </w:p>
    <w:p>
      <w:pPr>
        <w:pStyle w:val="Normal"/>
        <w:keepNext w:val="true"/>
        <w:jc w:val="start"/>
        <w:rPr/>
      </w:pPr>
      <w:r>
        <w:rPr>
          <w:b/>
          <w:sz w:val="28"/>
          <w:lang w:val="zxx"/>
        </w:rPr>
        <w:t>19.125</w:t>
      </w:r>
      <w:r>
        <w:rPr>
          <w:b/>
          <w:sz w:val="28"/>
        </w:rPr>
        <w:t xml:space="preserve"> </w:t>
      </w:r>
      <w:r>
        <w:rPr>
          <w:b/>
          <w:sz w:val="28"/>
          <w:lang w:val="zxx"/>
        </w:rPr>
        <w:t>result</w:t>
      </w:r>
    </w:p>
    <w:p>
      <w:pPr>
        <w:pStyle w:val="Normal"/>
        <w:jc w:val="start"/>
        <w:rPr/>
      </w:pPr>
      <w:r>
        <w:rPr>
          <w:b w:val="false"/>
          <w:sz w:val="28"/>
        </w:rPr>
        <w:t xml:space="preserve">Дополнительно </w:t>
      </w:r>
      <w:r>
        <w:rPr>
          <w:b w:val="false"/>
          <w:sz w:val="28"/>
          <w:lang w:val="zxx"/>
        </w:rPr>
        <w:t>executionCount=0..512</w:t>
      </w:r>
      <w:r>
        <w:rPr>
          <w:b w:val="false"/>
          <w:sz w:val="28"/>
        </w:rPr>
        <w:t xml:space="preserve"> и </w:t>
      </w:r>
      <w:r>
        <w:rPr>
          <w:b w:val="false"/>
          <w:sz w:val="28"/>
          <w:lang w:val="zxx"/>
        </w:rPr>
        <w:t>faultCount=0..65535</w:t>
      </w:r>
      <w:r>
        <w:rPr>
          <w:b w:val="false"/>
          <w:sz w:val="28"/>
        </w:rPr>
        <w:t xml:space="preserve">; неизменны на всех страницах. Ноль разрешен только для </w:t>
      </w:r>
      <w:r>
        <w:rPr>
          <w:b w:val="false"/>
          <w:sz w:val="28"/>
          <w:lang w:val="zxx"/>
        </w:rPr>
        <w:t>program</w:t>
      </w:r>
      <w:r>
        <w:rPr>
          <w:b w:val="false"/>
          <w:sz w:val="28"/>
        </w:rPr>
        <w:t xml:space="preserve"> без звучащих этапов; в остальных случаях </w:t>
      </w:r>
      <w:r>
        <w:rPr>
          <w:b w:val="false"/>
          <w:sz w:val="28"/>
          <w:lang w:val="zxx"/>
        </w:rPr>
        <w:t>executionCount=1..512.</w:t>
      </w:r>
      <w:r>
        <w:rPr>
          <w:b w:val="false"/>
          <w:sz w:val="28"/>
        </w:rPr>
        <w:t xml:space="preserve"> Вместе с остальными полями и </w:t>
      </w:r>
      <w:r>
        <w:rPr>
          <w:b w:val="false"/>
          <w:sz w:val="28"/>
          <w:lang w:val="zxx"/>
        </w:rPr>
        <w:t>cursor</w:t>
      </w:r>
      <w:r>
        <w:rPr>
          <w:b w:val="false"/>
          <w:sz w:val="28"/>
        </w:rPr>
        <w:t xml:space="preserve"> не более </w:t>
      </w:r>
      <w:r>
        <w:rPr>
          <w:b w:val="false"/>
          <w:sz w:val="28"/>
          <w:lang w:val="zxx"/>
        </w:rPr>
        <w:t>12</w:t>
      </w:r>
      <w:r>
        <w:rPr>
          <w:b w:val="false"/>
          <w:sz w:val="28"/>
        </w:rPr>
        <w:t xml:space="preserve"> атрибутов.</w:t>
      </w:r>
    </w:p>
    <w:p>
      <w:pPr>
        <w:pStyle w:val="Normal"/>
        <w:keepNext w:val="true"/>
        <w:jc w:val="start"/>
        <w:rPr/>
      </w:pPr>
      <w:r>
        <w:rPr>
          <w:b/>
          <w:sz w:val="28"/>
          <w:lang w:val="zxx"/>
        </w:rPr>
        <w:t>19.126</w:t>
      </w:r>
      <w:r>
        <w:rPr>
          <w:b/>
          <w:sz w:val="28"/>
        </w:rPr>
        <w:t xml:space="preserve"> </w:t>
      </w:r>
      <w:r>
        <w:rPr>
          <w:b/>
          <w:sz w:val="28"/>
          <w:lang w:val="zxx"/>
        </w:rPr>
        <w:t>execution</w:t>
      </w:r>
    </w:p>
    <w:p>
      <w:pPr>
        <w:pStyle w:val="Normal"/>
        <w:jc w:val="start"/>
        <w:rPr/>
      </w:pPr>
      <w:r>
        <w:rPr>
          <w:b w:val="false"/>
          <w:sz w:val="28"/>
          <w:lang w:val="zxx"/>
        </w:rPr>
        <w:t>resourceId</w:t>
      </w:r>
      <w:r>
        <w:rPr>
          <w:b w:val="false"/>
          <w:sz w:val="28"/>
        </w:rPr>
        <w:t xml:space="preserve">, </w:t>
      </w:r>
      <w:r>
        <w:rPr>
          <w:b w:val="false"/>
          <w:sz w:val="28"/>
          <w:lang w:val="zxx"/>
        </w:rPr>
        <w:t>status</w:t>
      </w:r>
      <w:r>
        <w:rPr>
          <w:b w:val="false"/>
          <w:sz w:val="28"/>
        </w:rPr>
        <w:t xml:space="preserve">, </w:t>
      </w:r>
      <w:r>
        <w:rPr>
          <w:b w:val="false"/>
          <w:sz w:val="28"/>
          <w:lang w:val="zxx"/>
        </w:rPr>
        <w:t>criterionId</w:t>
      </w:r>
      <w:r>
        <w:rPr>
          <w:b w:val="false"/>
          <w:sz w:val="28"/>
        </w:rPr>
        <w:t xml:space="preserve"> обязательны; </w:t>
      </w:r>
      <w:r>
        <w:rPr>
          <w:b w:val="false"/>
          <w:sz w:val="28"/>
          <w:lang w:val="zxx"/>
        </w:rPr>
        <w:t>stageIndex/</w:t>
      </w:r>
      <w:r>
        <w:rPr>
          <w:b w:val="false"/>
          <w:sz w:val="28"/>
        </w:rPr>
        <w:t>​</w:t>
      </w:r>
      <w:r>
        <w:rPr>
          <w:b w:val="false"/>
          <w:sz w:val="28"/>
          <w:lang w:val="zxx"/>
        </w:rPr>
        <w:t>passIndex</w:t>
      </w:r>
      <w:r>
        <w:rPr>
          <w:b w:val="false"/>
          <w:sz w:val="28"/>
        </w:rPr>
        <w:t xml:space="preserve"> только для </w:t>
      </w:r>
      <w:r>
        <w:rPr>
          <w:b w:val="false"/>
          <w:sz w:val="28"/>
          <w:lang w:val="zxx"/>
        </w:rPr>
        <w:t>program.</w:t>
      </w:r>
      <w:r>
        <w:rPr>
          <w:b w:val="false"/>
          <w:sz w:val="28"/>
        </w:rPr>
        <w:t xml:space="preserve"> При </w:t>
      </w:r>
      <w:r>
        <w:rPr>
          <w:b w:val="false"/>
          <w:sz w:val="28"/>
          <w:lang w:val="zxx"/>
        </w:rPr>
        <w:t>confirmed</w:t>
      </w:r>
      <w:r>
        <w:rPr>
          <w:b w:val="false"/>
          <w:sz w:val="28"/>
        </w:rPr>
        <w:t xml:space="preserve"> обязательны </w:t>
      </w:r>
      <w:r>
        <w:rPr>
          <w:b w:val="false"/>
          <w:sz w:val="28"/>
          <w:lang w:val="zxx"/>
        </w:rPr>
        <w:t>sourceId</w:t>
      </w:r>
      <w:r>
        <w:rPr>
          <w:b w:val="false"/>
          <w:sz w:val="28"/>
        </w:rPr>
        <w:t xml:space="preserve">, </w:t>
      </w:r>
      <w:r>
        <w:rPr>
          <w:b w:val="false"/>
          <w:sz w:val="28"/>
          <w:lang w:val="zxx"/>
        </w:rPr>
        <w:t>evidence</w:t>
      </w:r>
      <w:r>
        <w:rPr>
          <w:b w:val="false"/>
          <w:sz w:val="28"/>
        </w:rPr>
        <w:t xml:space="preserve"> и </w:t>
      </w:r>
      <w:r>
        <w:rPr>
          <w:b w:val="false"/>
          <w:sz w:val="28"/>
          <w:lang w:val="zxx"/>
        </w:rPr>
        <w:t>observedAtMs</w:t>
      </w:r>
      <w:r>
        <w:rPr>
          <w:b w:val="false"/>
          <w:sz w:val="28"/>
        </w:rPr>
        <w:t xml:space="preserve">; </w:t>
      </w:r>
      <w:r>
        <w:rPr>
          <w:b w:val="false"/>
          <w:sz w:val="28"/>
          <w:lang w:val="zxx"/>
        </w:rPr>
        <w:t>evidence</w:t>
      </w:r>
      <w:r>
        <w:rPr>
          <w:b w:val="false"/>
          <w:sz w:val="28"/>
        </w:rPr>
        <w:t xml:space="preserve"> не </w:t>
      </w:r>
      <w:r>
        <w:rPr>
          <w:b w:val="false"/>
          <w:sz w:val="28"/>
          <w:lang w:val="zxx"/>
        </w:rPr>
        <w:t>none/</w:t>
      </w:r>
      <w:r>
        <w:rPr>
          <w:b w:val="false"/>
          <w:sz w:val="28"/>
        </w:rPr>
        <w:t>​</w:t>
      </w:r>
      <w:r>
        <w:rPr>
          <w:b w:val="false"/>
          <w:sz w:val="28"/>
          <w:lang w:val="zxx"/>
        </w:rPr>
        <w:t>commandSent.</w:t>
      </w:r>
      <w:r>
        <w:rPr>
          <w:b w:val="false"/>
          <w:sz w:val="28"/>
        </w:rPr>
        <w:t xml:space="preserve"> При другом статусе </w:t>
      </w:r>
      <w:r>
        <w:rPr>
          <w:b w:val="false"/>
          <w:sz w:val="28"/>
          <w:lang w:val="zxx"/>
        </w:rPr>
        <w:t>evidence=none</w:t>
      </w:r>
      <w:r>
        <w:rPr>
          <w:b w:val="false"/>
          <w:sz w:val="28"/>
        </w:rPr>
        <w:t xml:space="preserve">, </w:t>
      </w:r>
      <w:r>
        <w:rPr>
          <w:b w:val="false"/>
          <w:sz w:val="28"/>
          <w:lang w:val="zxx"/>
        </w:rPr>
        <w:t>sourceId/</w:t>
      </w:r>
      <w:r>
        <w:rPr>
          <w:b w:val="false"/>
          <w:sz w:val="28"/>
        </w:rPr>
        <w:t>​</w:t>
      </w:r>
      <w:r>
        <w:rPr>
          <w:b w:val="false"/>
          <w:sz w:val="28"/>
          <w:lang w:val="zxx"/>
        </w:rPr>
        <w:t>observedAtMs</w:t>
      </w:r>
      <w:r>
        <w:rPr>
          <w:b w:val="false"/>
          <w:sz w:val="28"/>
        </w:rPr>
        <w:t xml:space="preserve"> отсутствуют. Ключ — </w:t>
      </w:r>
      <w:r>
        <w:rPr>
          <w:b w:val="false"/>
          <w:sz w:val="28"/>
          <w:lang w:val="zxx"/>
        </w:rPr>
        <w:t>resourceId/</w:t>
      </w:r>
      <w:r>
        <w:rPr>
          <w:b w:val="false"/>
          <w:sz w:val="28"/>
        </w:rPr>
        <w:t>​</w:t>
      </w:r>
      <w:r>
        <w:rPr>
          <w:b w:val="false"/>
          <w:sz w:val="28"/>
          <w:lang w:val="zxx"/>
        </w:rPr>
        <w:t>stageIndex/</w:t>
      </w:r>
      <w:r>
        <w:rPr>
          <w:b w:val="false"/>
          <w:sz w:val="28"/>
        </w:rPr>
        <w:t>​</w:t>
      </w:r>
      <w:r>
        <w:rPr>
          <w:b w:val="false"/>
          <w:sz w:val="28"/>
          <w:lang w:val="zxx"/>
        </w:rPr>
        <w:t>passIndex</w:t>
      </w:r>
      <w:r>
        <w:rPr>
          <w:b w:val="false"/>
          <w:sz w:val="28"/>
        </w:rPr>
        <w:t xml:space="preserve">, уникальный в снимке; </w:t>
      </w:r>
      <w:r>
        <w:rPr>
          <w:b w:val="false"/>
          <w:sz w:val="28"/>
          <w:lang w:val="zxx"/>
        </w:rPr>
        <w:t>resourceId</w:t>
      </w:r>
      <w:r>
        <w:rPr>
          <w:b w:val="false"/>
          <w:sz w:val="28"/>
        </w:rPr>
        <w:t xml:space="preserve"> принадлежит </w:t>
      </w:r>
      <w:r>
        <w:rPr>
          <w:b w:val="false"/>
          <w:sz w:val="28"/>
          <w:lang w:val="zxx"/>
        </w:rPr>
        <w:t>session.start.</w:t>
      </w:r>
    </w:p>
    <w:p>
      <w:pPr>
        <w:pStyle w:val="Normal"/>
        <w:keepNext w:val="true"/>
        <w:jc w:val="start"/>
        <w:rPr/>
      </w:pPr>
      <w:r>
        <w:rPr>
          <w:b/>
          <w:sz w:val="28"/>
          <w:lang w:val="zxx"/>
        </w:rPr>
        <w:t>19.127</w:t>
      </w:r>
      <w:r>
        <w:rPr>
          <w:b/>
          <w:sz w:val="28"/>
        </w:rPr>
        <w:t xml:space="preserve"> </w:t>
      </w:r>
      <w:r>
        <w:rPr>
          <w:b/>
          <w:sz w:val="28"/>
          <w:lang w:val="zxx"/>
        </w:rPr>
        <w:t>completion</w:t>
      </w:r>
    </w:p>
    <w:p>
      <w:pPr>
        <w:pStyle w:val="Normal"/>
        <w:jc w:val="start"/>
        <w:rPr/>
      </w:pPr>
      <w:r>
        <w:rPr>
          <w:b w:val="false"/>
          <w:sz w:val="28"/>
        </w:rPr>
        <w:t xml:space="preserve">Ровно одна запись в полном </w:t>
      </w:r>
      <w:r>
        <w:rPr>
          <w:b w:val="false"/>
          <w:sz w:val="28"/>
          <w:lang w:val="zxx"/>
        </w:rPr>
        <w:t>session.get:</w:t>
      </w:r>
      <w:r>
        <w:rPr>
          <w:b w:val="false"/>
          <w:sz w:val="28"/>
        </w:rPr>
        <w:t xml:space="preserve"> </w:t>
      </w:r>
      <w:r>
        <w:rPr>
          <w:b w:val="false"/>
          <w:sz w:val="28"/>
          <w:lang w:val="zxx"/>
        </w:rPr>
        <w:t>state=pending|</w:t>
      </w:r>
      <w:r>
        <w:rPr>
          <w:b w:val="false"/>
          <w:sz w:val="28"/>
        </w:rPr>
        <w:t>​</w:t>
      </w:r>
      <w:r>
        <w:rPr>
          <w:b w:val="false"/>
          <w:sz w:val="28"/>
          <w:lang w:val="zxx"/>
        </w:rPr>
        <w:t>complete|</w:t>
      </w:r>
      <w:r>
        <w:rPr>
          <w:b w:val="false"/>
          <w:sz w:val="28"/>
        </w:rPr>
        <w:t>​</w:t>
      </w:r>
      <w:r>
        <w:rPr>
          <w:b w:val="false"/>
          <w:sz w:val="28"/>
          <w:lang w:val="zxx"/>
        </w:rPr>
        <w:t>interrupted|</w:t>
      </w:r>
      <w:r>
        <w:rPr>
          <w:b w:val="false"/>
          <w:sz w:val="28"/>
        </w:rPr>
        <w:t>​</w:t>
      </w:r>
      <w:r>
        <w:rPr>
          <w:b w:val="false"/>
          <w:sz w:val="28"/>
          <w:lang w:val="zxx"/>
        </w:rPr>
        <w:t>unknown.</w:t>
      </w:r>
      <w:r>
        <w:rPr>
          <w:b w:val="false"/>
          <w:sz w:val="28"/>
        </w:rPr>
        <w:t xml:space="preserve"> </w:t>
      </w:r>
      <w:r>
        <w:rPr>
          <w:b w:val="false"/>
          <w:sz w:val="28"/>
          <w:lang w:val="zxx"/>
        </w:rPr>
        <w:t>pending</w:t>
      </w:r>
      <w:r>
        <w:rPr>
          <w:b w:val="false"/>
          <w:sz w:val="28"/>
        </w:rPr>
        <w:t xml:space="preserve"> только до </w:t>
      </w:r>
      <w:r>
        <w:rPr>
          <w:b w:val="false"/>
          <w:sz w:val="28"/>
          <w:lang w:val="zxx"/>
        </w:rPr>
        <w:t>finished</w:t>
      </w:r>
      <w:r>
        <w:rPr>
          <w:b w:val="false"/>
          <w:sz w:val="28"/>
        </w:rPr>
        <w:t xml:space="preserve">; </w:t>
      </w:r>
      <w:r>
        <w:rPr>
          <w:b w:val="false"/>
          <w:sz w:val="28"/>
          <w:lang w:val="zxx"/>
        </w:rPr>
        <w:t>complete</w:t>
      </w:r>
      <w:r>
        <w:rPr>
          <w:b w:val="false"/>
          <w:sz w:val="28"/>
        </w:rPr>
        <w:t xml:space="preserve"> означает достижение естественной границы всего сигнала, файла, потока, теста или программы, </w:t>
      </w:r>
      <w:r>
        <w:rPr>
          <w:b w:val="false"/>
          <w:sz w:val="28"/>
          <w:lang w:val="zxx"/>
        </w:rPr>
        <w:t>interrupted</w:t>
      </w:r>
      <w:r>
        <w:rPr>
          <w:b w:val="false"/>
          <w:sz w:val="28"/>
        </w:rPr>
        <w:t xml:space="preserve"> — подтвержденное прекращение до нее, </w:t>
      </w:r>
      <w:r>
        <w:rPr>
          <w:b w:val="false"/>
          <w:sz w:val="28"/>
          <w:lang w:val="zxx"/>
        </w:rPr>
        <w:t>unknown</w:t>
      </w:r>
      <w:r>
        <w:rPr>
          <w:b w:val="false"/>
          <w:sz w:val="28"/>
        </w:rPr>
        <w:t xml:space="preserve"> — полнота не доказана. Отдельно от </w:t>
      </w:r>
      <w:r>
        <w:rPr>
          <w:b w:val="false"/>
          <w:sz w:val="28"/>
          <w:lang w:val="zxx"/>
        </w:rPr>
        <w:t>execution</w:t>
      </w:r>
      <w:r>
        <w:rPr>
          <w:b w:val="false"/>
          <w:sz w:val="28"/>
        </w:rPr>
        <w:t xml:space="preserve"> и </w:t>
      </w:r>
      <w:r>
        <w:rPr>
          <w:b w:val="false"/>
          <w:sz w:val="28"/>
          <w:lang w:val="zxx"/>
        </w:rPr>
        <w:t>result</w:t>
      </w:r>
      <w:r>
        <w:rPr>
          <w:b w:val="false"/>
          <w:sz w:val="28"/>
        </w:rPr>
        <w:t xml:space="preserve">; при </w:t>
      </w:r>
      <w:r>
        <w:rPr>
          <w:b w:val="false"/>
          <w:sz w:val="28"/>
          <w:lang w:val="zxx"/>
        </w:rPr>
        <w:t>operatorStop</w:t>
      </w:r>
      <w:r>
        <w:rPr>
          <w:b w:val="false"/>
          <w:sz w:val="28"/>
        </w:rPr>
        <w:t xml:space="preserve"> незавершенный файл имеет </w:t>
      </w:r>
      <w:r>
        <w:rPr>
          <w:b w:val="false"/>
          <w:sz w:val="28"/>
          <w:lang w:val="zxx"/>
        </w:rPr>
        <w:t>interrupted</w:t>
      </w:r>
      <w:r>
        <w:rPr>
          <w:b w:val="false"/>
          <w:sz w:val="28"/>
        </w:rPr>
        <w:t xml:space="preserve"> даже при </w:t>
      </w:r>
      <w:r>
        <w:rPr>
          <w:b w:val="false"/>
          <w:sz w:val="28"/>
          <w:lang w:val="zxx"/>
        </w:rPr>
        <w:t>succeeded.</w:t>
      </w:r>
      <w:r>
        <w:rPr>
          <w:b w:val="false"/>
          <w:sz w:val="28"/>
        </w:rPr>
        <w:t xml:space="preserve"> Для </w:t>
      </w:r>
      <w:r>
        <w:rPr>
          <w:b w:val="false"/>
          <w:sz w:val="28"/>
          <w:lang w:val="zxx"/>
        </w:rPr>
        <w:t>siren</w:t>
      </w:r>
      <w:r>
        <w:rPr>
          <w:b w:val="false"/>
          <w:sz w:val="28"/>
        </w:rPr>
        <w:t xml:space="preserve"> </w:t>
      </w:r>
      <w:r>
        <w:rPr>
          <w:b w:val="false"/>
          <w:sz w:val="28"/>
          <w:lang w:val="zxx"/>
        </w:rPr>
        <w:t>stopMode=command</w:t>
      </w:r>
      <w:r>
        <w:rPr>
          <w:b w:val="false"/>
          <w:sz w:val="28"/>
        </w:rPr>
        <w:t xml:space="preserve"> штатный </w:t>
      </w:r>
      <w:r>
        <w:rPr>
          <w:b w:val="false"/>
          <w:sz w:val="28"/>
          <w:lang w:val="zxx"/>
        </w:rPr>
        <w:t>session.stop</w:t>
      </w:r>
      <w:r>
        <w:rPr>
          <w:b w:val="false"/>
          <w:sz w:val="28"/>
        </w:rPr>
        <w:t xml:space="preserve"> после работы либо подтвержденный конец собственного цикла речевого ОУ с </w:t>
      </w:r>
      <w:r>
        <w:rPr>
          <w:b w:val="false"/>
          <w:sz w:val="28"/>
          <w:lang w:val="zxx"/>
        </w:rPr>
        <w:t>signalKind=builtIn</w:t>
      </w:r>
      <w:r>
        <w:rPr>
          <w:b w:val="false"/>
          <w:sz w:val="28"/>
        </w:rPr>
        <w:t xml:space="preserve"> означает </w:t>
      </w:r>
      <w:r>
        <w:rPr>
          <w:b w:val="false"/>
          <w:sz w:val="28"/>
          <w:lang w:val="zxx"/>
        </w:rPr>
        <w:t>complete</w:t>
      </w:r>
      <w:r>
        <w:rPr>
          <w:b w:val="false"/>
          <w:sz w:val="28"/>
        </w:rPr>
        <w:t xml:space="preserve">; при </w:t>
      </w:r>
      <w:r>
        <w:rPr>
          <w:b w:val="false"/>
          <w:sz w:val="28"/>
          <w:lang w:val="zxx"/>
        </w:rPr>
        <w:t>duration</w:t>
      </w:r>
      <w:r>
        <w:rPr>
          <w:b w:val="false"/>
          <w:sz w:val="28"/>
        </w:rPr>
        <w:t xml:space="preserve"> остановка до </w:t>
      </w:r>
      <w:r>
        <w:rPr>
          <w:b w:val="false"/>
          <w:sz w:val="28"/>
          <w:lang w:val="zxx"/>
        </w:rPr>
        <w:t>durationMs</w:t>
      </w:r>
      <w:r>
        <w:rPr>
          <w:b w:val="false"/>
          <w:sz w:val="28"/>
        </w:rPr>
        <w:t xml:space="preserve"> означает </w:t>
      </w:r>
      <w:r>
        <w:rPr>
          <w:b w:val="false"/>
          <w:sz w:val="28"/>
          <w:lang w:val="zxx"/>
        </w:rPr>
        <w:t>interrupted.</w:t>
      </w:r>
    </w:p>
    <w:p>
      <w:pPr>
        <w:pStyle w:val="Normal"/>
        <w:keepNext w:val="true"/>
        <w:jc w:val="start"/>
        <w:rPr/>
      </w:pPr>
      <w:r>
        <w:rPr>
          <w:b/>
          <w:sz w:val="28"/>
          <w:lang w:val="zxx"/>
        </w:rPr>
        <w:t>19.128</w:t>
      </w:r>
      <w:r>
        <w:rPr>
          <w:b/>
          <w:sz w:val="28"/>
        </w:rPr>
        <w:t xml:space="preserve"> </w:t>
      </w:r>
      <w:r>
        <w:rPr>
          <w:b/>
          <w:sz w:val="28"/>
          <w:lang w:val="zxx"/>
        </w:rPr>
        <w:t>fault</w:t>
      </w:r>
    </w:p>
    <w:p>
      <w:pPr>
        <w:pStyle w:val="Normal"/>
        <w:jc w:val="start"/>
        <w:rPr/>
      </w:pPr>
      <w:r>
        <w:rPr>
          <w:b w:val="false"/>
          <w:sz w:val="28"/>
          <w:lang w:val="zxx"/>
        </w:rPr>
        <w:t>id</w:t>
      </w:r>
      <w:r>
        <w:rPr>
          <w:b w:val="false"/>
          <w:sz w:val="28"/>
        </w:rPr>
        <w:t xml:space="preserve"> (</w:t>
      </w:r>
      <w:r>
        <w:rPr>
          <w:b w:val="false"/>
          <w:sz w:val="28"/>
          <w:lang w:val="zxx"/>
        </w:rPr>
        <w:t>32</w:t>
      </w:r>
      <w:r>
        <w:rPr>
          <w:b w:val="false"/>
          <w:sz w:val="28"/>
        </w:rPr>
        <w:t xml:space="preserve"> </w:t>
      </w:r>
      <w:r>
        <w:rPr>
          <w:b w:val="false"/>
          <w:sz w:val="28"/>
          <w:lang w:val="zxx"/>
        </w:rPr>
        <w:t>hex</w:t>
      </w:r>
      <w:r>
        <w:rPr>
          <w:b w:val="false"/>
          <w:sz w:val="28"/>
        </w:rPr>
        <w:t xml:space="preserve">), </w:t>
      </w:r>
      <w:r>
        <w:rPr>
          <w:b w:val="false"/>
          <w:sz w:val="28"/>
          <w:lang w:val="zxx"/>
        </w:rPr>
        <w:t>code</w:t>
      </w:r>
      <w:r>
        <w:rPr>
          <w:b w:val="false"/>
          <w:sz w:val="28"/>
        </w:rPr>
        <w:t xml:space="preserve">, </w:t>
      </w:r>
      <w:r>
        <w:rPr>
          <w:b w:val="false"/>
          <w:sz w:val="28"/>
          <w:lang w:val="zxx"/>
        </w:rPr>
        <w:t>resourceId</w:t>
      </w:r>
      <w:r>
        <w:rPr>
          <w:b w:val="false"/>
          <w:sz w:val="28"/>
        </w:rPr>
        <w:t xml:space="preserve">, </w:t>
      </w:r>
      <w:r>
        <w:rPr>
          <w:b w:val="false"/>
          <w:sz w:val="28"/>
          <w:lang w:val="zxx"/>
        </w:rPr>
        <w:t>effect</w:t>
      </w:r>
      <w:r>
        <w:rPr>
          <w:b w:val="false"/>
          <w:sz w:val="28"/>
        </w:rPr>
        <w:t xml:space="preserve">, </w:t>
      </w:r>
      <w:r>
        <w:rPr>
          <w:b w:val="false"/>
          <w:sz w:val="28"/>
          <w:lang w:val="zxx"/>
        </w:rPr>
        <w:t>severity</w:t>
      </w:r>
      <w:r>
        <w:rPr>
          <w:b w:val="false"/>
          <w:sz w:val="28"/>
        </w:rPr>
        <w:t xml:space="preserve">, </w:t>
      </w:r>
      <w:r>
        <w:rPr>
          <w:b w:val="false"/>
          <w:sz w:val="28"/>
          <w:lang w:val="zxx"/>
        </w:rPr>
        <w:t>occurredAtMs</w:t>
      </w:r>
      <w:r>
        <w:rPr>
          <w:b w:val="false"/>
          <w:sz w:val="28"/>
        </w:rPr>
        <w:t xml:space="preserve"> обязательны; </w:t>
      </w:r>
      <w:r>
        <w:rPr>
          <w:b w:val="false"/>
          <w:sz w:val="28"/>
          <w:lang w:val="zxx"/>
        </w:rPr>
        <w:t>conditionId</w:t>
      </w:r>
      <w:r>
        <w:rPr>
          <w:b w:val="false"/>
          <w:sz w:val="28"/>
        </w:rPr>
        <w:t xml:space="preserve"> и </w:t>
      </w:r>
      <w:r>
        <w:rPr>
          <w:b w:val="false"/>
          <w:sz w:val="28"/>
          <w:lang w:val="zxx"/>
        </w:rPr>
        <w:t>alarmId</w:t>
      </w:r>
      <w:r>
        <w:rPr>
          <w:b w:val="false"/>
          <w:sz w:val="28"/>
        </w:rPr>
        <w:t xml:space="preserve"> при каталожном условии, </w:t>
      </w:r>
      <w:r>
        <w:rPr>
          <w:b w:val="false"/>
          <w:sz w:val="28"/>
          <w:lang w:val="zxx"/>
        </w:rPr>
        <w:t>clearedAtMs</w:t>
      </w:r>
      <w:r>
        <w:rPr>
          <w:b w:val="false"/>
          <w:sz w:val="28"/>
        </w:rPr>
        <w:t xml:space="preserve"> только при подтвержденном снятии; </w:t>
      </w:r>
      <w:r>
        <w:rPr>
          <w:b w:val="false"/>
          <w:sz w:val="28"/>
          <w:lang w:val="zxx"/>
        </w:rPr>
        <w:t>stageIndex/</w:t>
      </w:r>
      <w:r>
        <w:rPr>
          <w:b w:val="false"/>
          <w:sz w:val="28"/>
        </w:rPr>
        <w:t>​</w:t>
      </w:r>
      <w:r>
        <w:rPr>
          <w:b w:val="false"/>
          <w:sz w:val="28"/>
          <w:lang w:val="zxx"/>
        </w:rPr>
        <w:t>passIndex</w:t>
      </w:r>
      <w:r>
        <w:rPr>
          <w:b w:val="false"/>
          <w:sz w:val="28"/>
        </w:rPr>
        <w:t xml:space="preserve"> только для </w:t>
      </w:r>
      <w:r>
        <w:rPr>
          <w:b w:val="false"/>
          <w:sz w:val="28"/>
          <w:lang w:val="zxx"/>
        </w:rPr>
        <w:t>program.</w:t>
      </w:r>
      <w:r>
        <w:rPr>
          <w:b w:val="false"/>
          <w:sz w:val="28"/>
        </w:rPr>
        <w:t xml:space="preserve"> Код берется из </w:t>
      </w:r>
      <w:r>
        <w:rPr>
          <w:b w:val="false"/>
          <w:sz w:val="28"/>
          <w:lang w:val="zxx"/>
        </w:rPr>
        <w:t>faultCode.</w:t>
      </w:r>
      <w:r>
        <w:rPr>
          <w:b w:val="false"/>
          <w:sz w:val="28"/>
        </w:rPr>
        <w:t xml:space="preserve"> Для внутреннего отказа контроллера </w:t>
      </w:r>
      <w:r>
        <w:rPr>
          <w:b w:val="false"/>
          <w:sz w:val="28"/>
          <w:lang w:val="zxx"/>
        </w:rPr>
        <w:t>resourceId=controller</w:t>
      </w:r>
      <w:r>
        <w:rPr>
          <w:b w:val="false"/>
          <w:sz w:val="28"/>
        </w:rPr>
        <w:t xml:space="preserve">; это специальная область, не дополнительная цель </w:t>
      </w:r>
      <w:r>
        <w:rPr>
          <w:b w:val="false"/>
          <w:sz w:val="28"/>
          <w:lang w:val="zxx"/>
        </w:rPr>
        <w:t>session.start.</w:t>
      </w:r>
      <w:r>
        <w:rPr>
          <w:b w:val="false"/>
          <w:sz w:val="28"/>
        </w:rPr>
        <w:t xml:space="preserve"> </w:t>
      </w:r>
      <w:r>
        <w:rPr>
          <w:b w:val="false"/>
          <w:sz w:val="28"/>
          <w:lang w:val="zxx"/>
        </w:rPr>
        <w:t>ID</w:t>
      </w:r>
      <w:r>
        <w:rPr>
          <w:b w:val="false"/>
          <w:sz w:val="28"/>
        </w:rPr>
        <w:t xml:space="preserve"> уникален; записи сохраняются до конца хранения результата.</w:t>
      </w:r>
    </w:p>
    <w:p>
      <w:pPr>
        <w:pStyle w:val="Normal"/>
        <w:keepNext w:val="true"/>
        <w:jc w:val="start"/>
        <w:rPr/>
      </w:pPr>
      <w:r>
        <w:rPr>
          <w:b/>
          <w:sz w:val="28"/>
          <w:lang w:val="zxx"/>
        </w:rPr>
        <w:t>19.129</w:t>
      </w:r>
      <w:r>
        <w:rPr>
          <w:b/>
          <w:sz w:val="28"/>
        </w:rPr>
        <w:t xml:space="preserve"> </w:t>
      </w:r>
      <w:r>
        <w:rPr>
          <w:b/>
          <w:sz w:val="28"/>
          <w:lang w:val="zxx"/>
        </w:rPr>
        <w:t>executionCriterion</w:t>
      </w:r>
      <w:r>
        <w:rPr>
          <w:b/>
          <w:sz w:val="28"/>
        </w:rPr>
        <w:t xml:space="preserve"> в </w:t>
      </w:r>
      <w:r>
        <w:rPr>
          <w:b/>
          <w:sz w:val="28"/>
          <w:lang w:val="zxx"/>
        </w:rPr>
        <w:t>profiles.get</w:t>
      </w:r>
    </w:p>
    <w:p>
      <w:pPr>
        <w:pStyle w:val="Normal"/>
        <w:jc w:val="start"/>
        <w:rPr/>
      </w:pPr>
      <w:r>
        <w:rPr>
          <w:b w:val="false"/>
          <w:sz w:val="28"/>
          <w:lang w:val="zxx"/>
        </w:rPr>
        <w:t>resourceId</w:t>
      </w:r>
      <w:r>
        <w:rPr>
          <w:b w:val="false"/>
          <w:sz w:val="28"/>
        </w:rPr>
        <w:t xml:space="preserve">, </w:t>
      </w:r>
      <w:r>
        <w:rPr>
          <w:b w:val="false"/>
          <w:sz w:val="28"/>
          <w:lang w:val="zxx"/>
        </w:rPr>
        <w:t>mode</w:t>
      </w:r>
      <w:r>
        <w:rPr>
          <w:b w:val="false"/>
          <w:sz w:val="28"/>
        </w:rPr>
        <w:t xml:space="preserve">, </w:t>
      </w:r>
      <w:r>
        <w:rPr>
          <w:b w:val="false"/>
          <w:sz w:val="28"/>
          <w:lang w:val="zxx"/>
        </w:rPr>
        <w:t>criterionId</w:t>
      </w:r>
      <w:r>
        <w:rPr>
          <w:b w:val="false"/>
          <w:sz w:val="28"/>
        </w:rPr>
        <w:t xml:space="preserve">, </w:t>
      </w:r>
      <w:r>
        <w:rPr>
          <w:b w:val="false"/>
          <w:sz w:val="28"/>
          <w:lang w:val="zxx"/>
        </w:rPr>
        <w:t>evidence</w:t>
      </w:r>
      <w:r>
        <w:rPr>
          <w:b w:val="false"/>
          <w:sz w:val="28"/>
        </w:rPr>
        <w:t xml:space="preserve">, </w:t>
      </w:r>
      <w:r>
        <w:rPr>
          <w:b w:val="false"/>
          <w:sz w:val="28"/>
          <w:lang w:val="zxx"/>
        </w:rPr>
        <w:t>sourceId</w:t>
      </w:r>
      <w:r>
        <w:rPr>
          <w:b w:val="false"/>
          <w:sz w:val="28"/>
        </w:rPr>
        <w:t xml:space="preserve">, </w:t>
      </w:r>
      <w:r>
        <w:rPr>
          <w:b w:val="false"/>
          <w:sz w:val="28"/>
          <w:lang w:val="zxx"/>
        </w:rPr>
        <w:t>maxAgeMs</w:t>
      </w:r>
      <w:r>
        <w:rPr>
          <w:b w:val="false"/>
          <w:sz w:val="28"/>
        </w:rPr>
        <w:t xml:space="preserve"> обязательны. Ровно один критерий для каждого поддержанного сочетания ресурс/режим; он связан с </w:t>
      </w:r>
      <w:r>
        <w:rPr>
          <w:b w:val="false"/>
          <w:sz w:val="28"/>
          <w:lang w:val="zxx"/>
        </w:rPr>
        <w:t>capabilityRevision/</w:t>
      </w:r>
      <w:r>
        <w:rPr>
          <w:b w:val="false"/>
          <w:sz w:val="28"/>
        </w:rPr>
        <w:t>​</w:t>
      </w:r>
      <w:r>
        <w:rPr>
          <w:b w:val="false"/>
          <w:sz w:val="28"/>
          <w:lang w:val="zxx"/>
        </w:rPr>
        <w:t>configRevision</w:t>
      </w:r>
      <w:r>
        <w:rPr>
          <w:b w:val="false"/>
          <w:sz w:val="28"/>
        </w:rPr>
        <w:t xml:space="preserve"> и описанием профиля. </w:t>
      </w:r>
      <w:r>
        <w:rPr>
          <w:b w:val="false"/>
          <w:sz w:val="28"/>
          <w:lang w:val="zxx"/>
        </w:rPr>
        <w:t>Evidence</w:t>
      </w:r>
      <w:r>
        <w:rPr>
          <w:b w:val="false"/>
          <w:sz w:val="28"/>
        </w:rPr>
        <w:t xml:space="preserve"> </w:t>
      </w:r>
      <w:r>
        <w:rPr>
          <w:b w:val="false"/>
          <w:sz w:val="28"/>
          <w:lang w:val="zxx"/>
        </w:rPr>
        <w:t>none</w:t>
      </w:r>
      <w:r>
        <w:rPr>
          <w:b w:val="false"/>
          <w:sz w:val="28"/>
        </w:rPr>
        <w:t xml:space="preserve"> </w:t>
      </w:r>
      <w:r>
        <w:rPr>
          <w:b w:val="false"/>
          <w:sz w:val="28"/>
          <w:lang w:val="zxx"/>
        </w:rPr>
        <w:t>ДОПУСКАЕТСЯ</w:t>
      </w:r>
      <w:r>
        <w:rPr>
          <w:b w:val="false"/>
          <w:sz w:val="28"/>
        </w:rPr>
        <w:t xml:space="preserve"> только при невозможности подтвердить начало и не разрешает </w:t>
      </w:r>
      <w:r>
        <w:rPr>
          <w:b w:val="false"/>
          <w:sz w:val="28"/>
          <w:lang w:val="zxx"/>
        </w:rPr>
        <w:t>confirmed.</w:t>
      </w:r>
      <w:r>
        <w:rPr>
          <w:b w:val="false"/>
          <w:sz w:val="28"/>
        </w:rPr>
        <w:t xml:space="preserve"> Условия для конкретной записи/потока, источника и свежести </w:t>
      </w:r>
      <w:r>
        <w:rPr>
          <w:b w:val="false"/>
          <w:sz w:val="28"/>
          <w:lang w:val="zxx"/>
        </w:rPr>
        <w:t>ДОЛЖНЫ</w:t>
      </w:r>
      <w:r>
        <w:rPr>
          <w:b w:val="false"/>
          <w:sz w:val="28"/>
        </w:rPr>
        <w:t xml:space="preserve"> быть опубликованы; критерий активного сеанса неизменен.</w:t>
      </w:r>
    </w:p>
    <w:p>
      <w:pPr>
        <w:pStyle w:val="Normal"/>
        <w:keepNext w:val="true"/>
        <w:jc w:val="start"/>
        <w:rPr/>
      </w:pPr>
      <w:r>
        <w:rPr>
          <w:b/>
          <w:sz w:val="28"/>
          <w:lang w:val="zxx"/>
        </w:rPr>
        <w:t>19.130</w:t>
      </w:r>
      <w:r>
        <w:rPr>
          <w:b/>
          <w:sz w:val="28"/>
        </w:rPr>
        <w:t xml:space="preserve"> События </w:t>
      </w:r>
      <w:r>
        <w:rPr>
          <w:b/>
          <w:sz w:val="28"/>
          <w:lang w:val="zxx"/>
        </w:rPr>
        <w:t>session.execution</w:t>
      </w:r>
      <w:r>
        <w:rPr>
          <w:b/>
          <w:sz w:val="28"/>
        </w:rPr>
        <w:t xml:space="preserve"> / </w:t>
      </w:r>
      <w:r>
        <w:rPr>
          <w:b/>
          <w:sz w:val="28"/>
          <w:lang w:val="zxx"/>
        </w:rPr>
        <w:t>session.fault</w:t>
      </w:r>
    </w:p>
    <w:p>
      <w:pPr>
        <w:pStyle w:val="Normal"/>
        <w:jc w:val="start"/>
        <w:rPr/>
      </w:pPr>
      <w:r>
        <w:rPr>
          <w:b w:val="false"/>
          <w:sz w:val="28"/>
        </w:rPr>
        <w:t xml:space="preserve">Ровно одно тело </w:t>
      </w:r>
      <w:r>
        <w:rPr>
          <w:b w:val="false"/>
          <w:sz w:val="28"/>
          <w:lang w:val="zxx"/>
        </w:rPr>
        <w:t>execution</w:t>
      </w:r>
      <w:r>
        <w:rPr>
          <w:b w:val="false"/>
          <w:sz w:val="28"/>
        </w:rPr>
        <w:t xml:space="preserve"> / </w:t>
      </w:r>
      <w:r>
        <w:rPr>
          <w:b w:val="false"/>
          <w:sz w:val="28"/>
          <w:lang w:val="zxx"/>
        </w:rPr>
        <w:t>fault</w:t>
      </w:r>
      <w:r>
        <w:rPr>
          <w:b w:val="false"/>
          <w:sz w:val="28"/>
        </w:rPr>
        <w:t xml:space="preserve"> с дополнительным </w:t>
      </w:r>
      <w:r>
        <w:rPr>
          <w:b w:val="false"/>
          <w:sz w:val="28"/>
          <w:lang w:val="zxx"/>
        </w:rPr>
        <w:t>sessionId</w:t>
      </w:r>
      <w:r>
        <w:rPr>
          <w:b w:val="false"/>
          <w:sz w:val="28"/>
        </w:rPr>
        <w:t xml:space="preserve"> (</w:t>
      </w:r>
      <w:r>
        <w:rPr>
          <w:b w:val="false"/>
          <w:sz w:val="28"/>
          <w:lang w:val="zxx"/>
        </w:rPr>
        <w:t>32</w:t>
      </w:r>
      <w:r>
        <w:rPr>
          <w:b w:val="false"/>
          <w:sz w:val="28"/>
        </w:rPr>
        <w:t xml:space="preserve"> </w:t>
      </w:r>
      <w:r>
        <w:rPr>
          <w:b w:val="false"/>
          <w:sz w:val="28"/>
          <w:lang w:val="zxx"/>
        </w:rPr>
        <w:t>hex</w:t>
      </w:r>
      <w:r>
        <w:rPr>
          <w:b w:val="false"/>
          <w:sz w:val="28"/>
        </w:rPr>
        <w:t xml:space="preserve">). В </w:t>
      </w:r>
      <w:r>
        <w:rPr>
          <w:b w:val="false"/>
          <w:sz w:val="28"/>
          <w:lang w:val="zxx"/>
        </w:rPr>
        <w:t>session.get</w:t>
      </w:r>
      <w:r>
        <w:rPr>
          <w:b w:val="false"/>
          <w:sz w:val="28"/>
        </w:rPr>
        <w:t xml:space="preserve"> </w:t>
      </w:r>
      <w:r>
        <w:rPr>
          <w:b w:val="false"/>
          <w:sz w:val="28"/>
          <w:lang w:val="zxx"/>
        </w:rPr>
        <w:t>sessionId</w:t>
      </w:r>
      <w:r>
        <w:rPr>
          <w:b w:val="false"/>
          <w:sz w:val="28"/>
        </w:rPr>
        <w:t xml:space="preserve"> берется из единственной сводки и в этих записях не повторяется. Событие </w:t>
      </w:r>
      <w:r>
        <w:rPr>
          <w:b w:val="false"/>
          <w:sz w:val="28"/>
          <w:lang w:val="zxx"/>
        </w:rPr>
        <w:t>execution</w:t>
      </w:r>
      <w:r>
        <w:rPr>
          <w:b w:val="false"/>
          <w:sz w:val="28"/>
        </w:rPr>
        <w:t xml:space="preserve"> публикуется при первом </w:t>
      </w:r>
      <w:r>
        <w:rPr>
          <w:b w:val="false"/>
          <w:sz w:val="28"/>
          <w:lang w:val="zxx"/>
        </w:rPr>
        <w:t>confirmed</w:t>
      </w:r>
      <w:r>
        <w:rPr>
          <w:b w:val="false"/>
          <w:sz w:val="28"/>
        </w:rPr>
        <w:t xml:space="preserve">; оно не означает </w:t>
      </w:r>
      <w:r>
        <w:rPr>
          <w:b w:val="false"/>
          <w:sz w:val="28"/>
          <w:lang w:val="zxx"/>
        </w:rPr>
        <w:t>finished.</w:t>
      </w:r>
    </w:p>
    <w:p>
      <w:pPr>
        <w:pStyle w:val="Normal"/>
        <w:jc w:val="start"/>
        <w:rPr/>
      </w:pPr>
      <w:r>
        <w:rPr>
          <w:b w:val="false"/>
          <w:sz w:val="28"/>
          <w:lang w:val="zxx"/>
        </w:rPr>
        <w:t>19.131</w:t>
      </w:r>
      <w:r>
        <w:rPr>
          <w:b w:val="false"/>
          <w:sz w:val="28"/>
        </w:rPr>
        <w:t xml:space="preserve"> Полнота </w:t>
      </w:r>
      <w:r>
        <w:rPr>
          <w:b w:val="false"/>
          <w:sz w:val="28"/>
          <w:lang w:val="zxx"/>
        </w:rPr>
        <w:t>session.get</w:t>
      </w:r>
      <w:r>
        <w:rPr>
          <w:b w:val="false"/>
          <w:sz w:val="28"/>
        </w:rPr>
        <w:t xml:space="preserve"> требует точных множеств </w:t>
      </w:r>
      <w:r>
        <w:rPr>
          <w:b w:val="false"/>
          <w:sz w:val="28"/>
          <w:lang w:val="zxx"/>
        </w:rPr>
        <w:t>execution</w:t>
      </w:r>
      <w:r>
        <w:rPr>
          <w:b w:val="false"/>
          <w:sz w:val="28"/>
        </w:rPr>
        <w:t xml:space="preserve"> согласно </w:t>
      </w:r>
      <w:r>
        <w:rPr>
          <w:b w:val="false"/>
          <w:sz w:val="28"/>
          <w:lang w:val="zxx"/>
        </w:rPr>
        <w:t>session.start/</w:t>
      </w:r>
      <w:r>
        <w:rPr>
          <w:b w:val="false"/>
          <w:sz w:val="28"/>
        </w:rPr>
        <w:t xml:space="preserve">плану, одной </w:t>
      </w:r>
      <w:r>
        <w:rPr>
          <w:b w:val="false"/>
          <w:sz w:val="28"/>
          <w:lang w:val="zxx"/>
        </w:rPr>
        <w:t>completion</w:t>
      </w:r>
      <w:r>
        <w:rPr>
          <w:b w:val="false"/>
          <w:sz w:val="28"/>
        </w:rPr>
        <w:t xml:space="preserve">, точных </w:t>
      </w:r>
      <w:r>
        <w:rPr>
          <w:b w:val="false"/>
          <w:sz w:val="28"/>
          <w:lang w:val="zxx"/>
        </w:rPr>
        <w:t>executionCount/</w:t>
      </w:r>
      <w:r>
        <w:rPr>
          <w:b w:val="false"/>
          <w:sz w:val="28"/>
        </w:rPr>
        <w:t>​</w:t>
      </w:r>
      <w:r>
        <w:rPr>
          <w:b w:val="false"/>
          <w:sz w:val="28"/>
          <w:lang w:val="zxx"/>
        </w:rPr>
        <w:t>faultCount</w:t>
      </w:r>
      <w:r>
        <w:rPr>
          <w:b w:val="false"/>
          <w:sz w:val="28"/>
        </w:rPr>
        <w:t xml:space="preserve"> и уникальных ключей. Положительный итог не выводится по первой странице. </w:t>
      </w:r>
      <w:r>
        <w:rPr>
          <w:b w:val="false"/>
          <w:sz w:val="28"/>
          <w:lang w:val="zxx"/>
        </w:rPr>
        <w:t>confirmed</w:t>
      </w:r>
      <w:r>
        <w:rPr>
          <w:b w:val="false"/>
          <w:sz w:val="28"/>
        </w:rPr>
        <w:t xml:space="preserve"> связывается с принятой ревизией, конкретным ресурсом и проходом; </w:t>
      </w:r>
      <w:r>
        <w:rPr>
          <w:b w:val="false"/>
          <w:sz w:val="28"/>
          <w:lang w:val="zxx"/>
        </w:rPr>
        <w:t>acceptedAtMs</w:t>
      </w:r>
      <w:r>
        <w:rPr>
          <w:b w:val="false"/>
          <w:sz w:val="28"/>
        </w:rPr>
        <w:t xml:space="preserve"> &lt;= </w:t>
      </w:r>
      <w:r>
        <w:rPr>
          <w:b w:val="false"/>
          <w:sz w:val="28"/>
          <w:lang w:val="zxx"/>
        </w:rPr>
        <w:t>observedAtMs</w:t>
      </w:r>
      <w:r>
        <w:rPr>
          <w:b w:val="false"/>
          <w:sz w:val="28"/>
        </w:rPr>
        <w:t xml:space="preserve"> &lt;= </w:t>
      </w:r>
      <w:r>
        <w:rPr>
          <w:b w:val="false"/>
          <w:sz w:val="28"/>
          <w:lang w:val="zxx"/>
        </w:rPr>
        <w:t>evaluatedAtMs</w:t>
      </w:r>
      <w:r>
        <w:rPr>
          <w:b w:val="false"/>
          <w:sz w:val="28"/>
        </w:rPr>
        <w:t xml:space="preserve">, наблюдение относится к фазе работы данного прохода до </w:t>
      </w:r>
      <w:r>
        <w:rPr>
          <w:b w:val="false"/>
          <w:sz w:val="28"/>
          <w:lang w:val="zxx"/>
        </w:rPr>
        <w:t>stoppingAtMs.</w:t>
      </w:r>
      <w:r>
        <w:rPr>
          <w:b w:val="false"/>
          <w:sz w:val="28"/>
        </w:rPr>
        <w:t xml:space="preserve"> Историческая свежесть оценивается в момент подтверждения, а не чтения. Все необходимые доказательства </w:t>
      </w:r>
      <w:r>
        <w:rPr>
          <w:b w:val="false"/>
          <w:sz w:val="28"/>
          <w:lang w:val="zxx"/>
        </w:rPr>
        <w:t>off</w:t>
      </w:r>
      <w:r>
        <w:rPr>
          <w:b w:val="false"/>
          <w:sz w:val="28"/>
        </w:rPr>
        <w:t xml:space="preserve"> проверяются отдельно по </w:t>
      </w:r>
      <w:r>
        <w:rPr>
          <w:b w:val="false"/>
          <w:sz w:val="28"/>
          <w:lang w:val="zxx"/>
        </w:rPr>
        <w:t>resource</w:t>
      </w:r>
      <w:r>
        <w:rPr>
          <w:b w:val="false"/>
          <w:sz w:val="28"/>
        </w:rPr>
        <w:t xml:space="preserve"> и </w:t>
      </w:r>
      <w:r>
        <w:rPr>
          <w:b w:val="false"/>
          <w:sz w:val="28"/>
          <w:lang w:val="zxx"/>
        </w:rPr>
        <w:t>timeline.</w:t>
      </w:r>
    </w:p>
    <w:p>
      <w:pPr>
        <w:pStyle w:val="Normal"/>
        <w:jc w:val="start"/>
        <w:rPr/>
      </w:pPr>
      <w:r>
        <w:rPr>
          <w:b w:val="false"/>
          <w:sz w:val="28"/>
          <w:lang w:val="zxx"/>
        </w:rPr>
        <w:t>19.132</w:t>
      </w:r>
      <w:r>
        <w:rPr>
          <w:b w:val="false"/>
          <w:sz w:val="28"/>
        </w:rPr>
        <w:t xml:space="preserve"> Сирена поддерживает два явно объявленных режима длительности: </w:t>
      </w:r>
      <w:r>
        <w:rPr>
          <w:b w:val="false"/>
          <w:sz w:val="28"/>
          <w:lang w:val="zxx"/>
        </w:rPr>
        <w:t>stopMode=duration</w:t>
      </w:r>
      <w:r>
        <w:rPr>
          <w:b w:val="false"/>
          <w:sz w:val="28"/>
        </w:rPr>
        <w:t xml:space="preserve"> с обязательным </w:t>
      </w:r>
      <w:r>
        <w:rPr>
          <w:b w:val="false"/>
          <w:sz w:val="28"/>
          <w:lang w:val="zxx"/>
        </w:rPr>
        <w:t>durationMs=100..3600000</w:t>
      </w:r>
      <w:r>
        <w:rPr>
          <w:b w:val="false"/>
          <w:sz w:val="28"/>
        </w:rPr>
        <w:t xml:space="preserve"> либо </w:t>
      </w:r>
      <w:r>
        <w:rPr>
          <w:b w:val="false"/>
          <w:sz w:val="28"/>
          <w:lang w:val="zxx"/>
        </w:rPr>
        <w:t>stopMode=command</w:t>
      </w:r>
      <w:r>
        <w:rPr>
          <w:b w:val="false"/>
          <w:sz w:val="28"/>
        </w:rPr>
        <w:t xml:space="preserve"> без </w:t>
      </w:r>
      <w:r>
        <w:rPr>
          <w:b w:val="false"/>
          <w:sz w:val="28"/>
          <w:lang w:val="zxx"/>
        </w:rPr>
        <w:t>durationMs.</w:t>
      </w:r>
      <w:r>
        <w:rPr>
          <w:b w:val="false"/>
          <w:sz w:val="28"/>
        </w:rPr>
        <w:t xml:space="preserve"> Оба требуют конечного </w:t>
      </w:r>
      <w:r>
        <w:rPr>
          <w:b w:val="false"/>
          <w:sz w:val="28"/>
          <w:lang w:val="zxx"/>
        </w:rPr>
        <w:t>maxDurationMs.</w:t>
      </w:r>
      <w:r>
        <w:rPr>
          <w:b w:val="false"/>
          <w:sz w:val="28"/>
        </w:rPr>
        <w:t xml:space="preserve"> Отсутствие </w:t>
      </w:r>
      <w:r>
        <w:rPr>
          <w:b w:val="false"/>
          <w:sz w:val="28"/>
          <w:lang w:val="zxx"/>
        </w:rPr>
        <w:t>stopMode</w:t>
      </w:r>
      <w:r>
        <w:rPr>
          <w:b w:val="false"/>
          <w:sz w:val="28"/>
        </w:rPr>
        <w:t xml:space="preserve"> недопустимо. При </w:t>
      </w:r>
      <w:r>
        <w:rPr>
          <w:b w:val="false"/>
          <w:sz w:val="28"/>
          <w:lang w:val="zxx"/>
        </w:rPr>
        <w:t>command</w:t>
      </w:r>
      <w:r>
        <w:rPr>
          <w:b w:val="false"/>
          <w:sz w:val="28"/>
        </w:rPr>
        <w:t xml:space="preserve"> штатный конец задает </w:t>
      </w:r>
      <w:r>
        <w:rPr>
          <w:b w:val="false"/>
          <w:sz w:val="28"/>
          <w:lang w:val="zxx"/>
        </w:rPr>
        <w:t>session.stop</w:t>
      </w:r>
      <w:r>
        <w:rPr>
          <w:b w:val="false"/>
          <w:sz w:val="28"/>
        </w:rPr>
        <w:t xml:space="preserve"> либо подтвержденный конец собственного цикла речевого ОУ с </w:t>
      </w:r>
      <w:r>
        <w:rPr>
          <w:b w:val="false"/>
          <w:sz w:val="28"/>
          <w:lang w:val="zxx"/>
        </w:rPr>
        <w:t>signalKind=builtIn</w:t>
      </w:r>
      <w:r>
        <w:rPr>
          <w:b w:val="false"/>
          <w:sz w:val="28"/>
        </w:rPr>
        <w:t xml:space="preserve"> по требованиям аппаратного профиля сигнала; </w:t>
      </w:r>
      <w:r>
        <w:rPr>
          <w:b w:val="false"/>
          <w:sz w:val="28"/>
          <w:lang w:val="zxx"/>
        </w:rPr>
        <w:t>maxDurationExceeded</w:t>
      </w:r>
      <w:r>
        <w:rPr>
          <w:b w:val="false"/>
          <w:sz w:val="28"/>
        </w:rPr>
        <w:t xml:space="preserve"> остается защитным отказом. Для </w:t>
      </w:r>
      <w:r>
        <w:rPr>
          <w:b w:val="false"/>
          <w:sz w:val="28"/>
          <w:lang w:val="zxx"/>
        </w:rPr>
        <w:t>command</w:t>
      </w:r>
      <w:r>
        <w:rPr>
          <w:b w:val="false"/>
          <w:sz w:val="28"/>
        </w:rPr>
        <w:t xml:space="preserve"> применяется </w:t>
      </w:r>
      <w:r>
        <w:rPr>
          <w:b w:val="false"/>
          <w:sz w:val="28"/>
          <w:lang w:val="zxx"/>
        </w:rPr>
        <w:t>onControlLoss=stop</w:t>
      </w:r>
      <w:r>
        <w:rPr>
          <w:b w:val="false"/>
          <w:sz w:val="28"/>
        </w:rPr>
        <w:t xml:space="preserve"> независимо от настройки </w:t>
      </w:r>
      <w:r>
        <w:rPr>
          <w:b w:val="false"/>
          <w:sz w:val="28"/>
          <w:lang w:val="zxx"/>
        </w:rPr>
        <w:t>finish.</w:t>
      </w:r>
      <w:r>
        <w:rPr>
          <w:b w:val="false"/>
          <w:sz w:val="28"/>
        </w:rPr>
        <w:t xml:space="preserve"> В автономной </w:t>
      </w:r>
      <w:r>
        <w:rPr>
          <w:b w:val="false"/>
          <w:sz w:val="28"/>
          <w:lang w:val="zxx"/>
        </w:rPr>
        <w:t>program</w:t>
      </w:r>
      <w:r>
        <w:rPr>
          <w:b w:val="false"/>
          <w:sz w:val="28"/>
        </w:rPr>
        <w:t xml:space="preserve"> сирена всегда использует </w:t>
      </w:r>
      <w:r>
        <w:rPr>
          <w:b w:val="false"/>
          <w:sz w:val="28"/>
          <w:lang w:val="zxx"/>
        </w:rPr>
        <w:t>stopMode=duration</w:t>
      </w:r>
      <w:r>
        <w:rPr>
          <w:b w:val="false"/>
          <w:sz w:val="28"/>
        </w:rPr>
        <w:t xml:space="preserve">; </w:t>
      </w:r>
      <w:r>
        <w:rPr>
          <w:b w:val="false"/>
          <w:sz w:val="28"/>
          <w:lang w:val="zxx"/>
        </w:rPr>
        <w:t>command</w:t>
      </w:r>
      <w:r>
        <w:rPr>
          <w:b w:val="false"/>
          <w:sz w:val="28"/>
        </w:rPr>
        <w:t xml:space="preserve"> внутри программы запрещен. Разрешенные </w:t>
      </w:r>
      <w:r>
        <w:rPr>
          <w:b w:val="false"/>
          <w:sz w:val="28"/>
          <w:lang w:val="zxx"/>
        </w:rPr>
        <w:t>stopMode</w:t>
      </w:r>
      <w:r>
        <w:rPr>
          <w:b w:val="false"/>
          <w:sz w:val="28"/>
        </w:rPr>
        <w:t xml:space="preserve"> объявляются параметрами </w:t>
      </w:r>
      <w:r>
        <w:rPr>
          <w:b w:val="false"/>
          <w:sz w:val="28"/>
          <w:lang w:val="zxx"/>
        </w:rPr>
        <w:t>profiles.get</w:t>
      </w:r>
      <w:r>
        <w:rPr>
          <w:b w:val="false"/>
          <w:sz w:val="28"/>
        </w:rPr>
        <w:t xml:space="preserve">; неподдержанный вариант получает </w:t>
      </w:r>
      <w:r>
        <w:rPr>
          <w:b w:val="false"/>
          <w:sz w:val="28"/>
          <w:lang w:val="zxx"/>
        </w:rPr>
        <w:t>unsupported</w:t>
      </w:r>
      <w:r>
        <w:rPr>
          <w:b w:val="false"/>
          <w:sz w:val="28"/>
        </w:rPr>
        <w:t xml:space="preserve"> до воздействия.</w:t>
      </w:r>
    </w:p>
    <w:p>
      <w:pPr>
        <w:pStyle w:val="Normal"/>
        <w:keepNext w:val="true"/>
        <w:ind w:hanging="0"/>
        <w:jc w:val="start"/>
        <w:rPr/>
      </w:pPr>
      <w:r>
        <w:rPr>
          <w:b w:val="false"/>
          <w:sz w:val="24"/>
        </w:rPr>
        <w:t xml:space="preserve">Таблица </w:t>
      </w:r>
      <w:r>
        <w:rPr>
          <w:b w:val="false"/>
          <w:sz w:val="24"/>
          <w:lang w:val="zxx"/>
        </w:rPr>
        <w:t>24</w:t>
      </w:r>
      <w:r>
        <w:rPr>
          <w:b w:val="false"/>
          <w:sz w:val="24"/>
        </w:rPr>
        <w:t xml:space="preserve"> - Записи подтверждения и полноты исполнения</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2738"/>
        <w:gridCol w:w="6898"/>
      </w:tblGrid>
      <w:tr>
        <w:trPr>
          <w:cantSplit w:val="true"/>
        </w:trPr>
        <w:tc>
          <w:tcPr>
            <w:tcW w:w="2738"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Уровень результата</w:t>
            </w:r>
          </w:p>
        </w:tc>
        <w:tc>
          <w:tcPr>
            <w:tcW w:w="6898"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Закрытые значения и смысл</w:t>
            </w:r>
          </w:p>
        </w:tc>
      </w:tr>
      <w:tr>
        <w:trPr>
          <w:cantSplit w:val="true"/>
        </w:trPr>
        <w:tc>
          <w:tcPr>
            <w:tcW w:w="273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Оболочка ответа УУ и </w:t>
            </w:r>
            <w:r>
              <w:rPr>
                <w:rFonts w:eastAsia="ＭＳ 明朝" w:cs=""/>
                <w:b w:val="false"/>
                <w:kern w:val="0"/>
                <w:sz w:val="28"/>
                <w:szCs w:val="22"/>
                <w:lang w:val="zxx" w:eastAsia="en-US" w:bidi="ar-SA"/>
              </w:rPr>
              <w:t>node-</w:t>
            </w:r>
            <w:r>
              <w:rPr>
                <w:rFonts w:eastAsia="ＭＳ 明朝" w:cs=""/>
                <w:b w:val="false"/>
                <w:kern w:val="0"/>
                <w:sz w:val="28"/>
                <w:szCs w:val="22"/>
                <w:lang w:eastAsia="en-US" w:bidi="ar-SA"/>
              </w:rPr>
              <w:t>⁠</w:t>
            </w:r>
            <w:r>
              <w:rPr>
                <w:rFonts w:eastAsia="ＭＳ 明朝" w:cs=""/>
                <w:b w:val="false"/>
                <w:kern w:val="0"/>
                <w:sz w:val="28"/>
                <w:szCs w:val="22"/>
                <w:lang w:val="zxx" w:eastAsia="en-US" w:bidi="ar-SA"/>
              </w:rPr>
              <w:t>alert/</w:t>
            </w:r>
            <w:r>
              <w:rPr>
                <w:rFonts w:eastAsia="ＭＳ 明朝" w:cs=""/>
                <w:b w:val="false"/>
                <w:kern w:val="0"/>
                <w:sz w:val="28"/>
                <w:szCs w:val="22"/>
                <w:lang w:eastAsia="en-US" w:bidi="ar-SA"/>
              </w:rPr>
              <w:t>⁠</w:t>
            </w:r>
            <w:r>
              <w:rPr>
                <w:rFonts w:eastAsia="ＭＳ 明朝" w:cs=""/>
                <w:b w:val="false"/>
                <w:kern w:val="0"/>
                <w:sz w:val="28"/>
                <w:szCs w:val="22"/>
                <w:lang w:val="zxx" w:eastAsia="en-US" w:bidi="ar-SA"/>
              </w:rPr>
              <w:t>2</w:t>
            </w:r>
          </w:p>
        </w:tc>
        <w:tc>
          <w:tcPr>
            <w:tcW w:w="689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ok</w:t>
            </w:r>
            <w:r>
              <w:rPr>
                <w:rFonts w:eastAsia="ＭＳ 明朝" w:cs=""/>
                <w:b w:val="false"/>
                <w:kern w:val="0"/>
                <w:sz w:val="28"/>
                <w:szCs w:val="22"/>
                <w:lang w:eastAsia="en-US" w:bidi="ar-SA"/>
              </w:rPr>
              <w:t xml:space="preserve"> — завершено синхронное действие; </w:t>
            </w:r>
            <w:r>
              <w:rPr>
                <w:rFonts w:eastAsia="ＭＳ 明朝" w:cs=""/>
                <w:b w:val="false"/>
                <w:kern w:val="0"/>
                <w:sz w:val="28"/>
                <w:szCs w:val="22"/>
                <w:lang w:val="zxx" w:eastAsia="en-US" w:bidi="ar-SA"/>
              </w:rPr>
              <w:t>accepted</w:t>
            </w:r>
            <w:r>
              <w:rPr>
                <w:rFonts w:eastAsia="ＭＳ 明朝" w:cs=""/>
                <w:b w:val="false"/>
                <w:kern w:val="0"/>
                <w:sz w:val="28"/>
                <w:szCs w:val="22"/>
                <w:lang w:eastAsia="en-US" w:bidi="ar-SA"/>
              </w:rPr>
              <w:t xml:space="preserve"> — принято длительное действие; </w:t>
            </w:r>
            <w:r>
              <w:rPr>
                <w:rFonts w:eastAsia="ＭＳ 明朝" w:cs=""/>
                <w:b w:val="false"/>
                <w:kern w:val="0"/>
                <w:sz w:val="28"/>
                <w:szCs w:val="22"/>
                <w:lang w:val="zxx" w:eastAsia="en-US" w:bidi="ar-SA"/>
              </w:rPr>
              <w:t>error</w:t>
            </w:r>
            <w:r>
              <w:rPr>
                <w:rFonts w:eastAsia="ＭＳ 明朝" w:cs=""/>
                <w:b w:val="false"/>
                <w:kern w:val="0"/>
                <w:sz w:val="28"/>
                <w:szCs w:val="22"/>
                <w:lang w:eastAsia="en-US" w:bidi="ar-SA"/>
              </w:rPr>
              <w:t xml:space="preserve"> — отказ команды. Принятие не доказывает физическое исполнение.</w:t>
            </w:r>
          </w:p>
        </w:tc>
      </w:tr>
      <w:tr>
        <w:trPr>
          <w:cantSplit w:val="true"/>
        </w:trPr>
        <w:tc>
          <w:tcPr>
            <w:tcW w:w="273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Допуск цели </w:t>
            </w:r>
            <w:r>
              <w:rPr>
                <w:rFonts w:eastAsia="ＭＳ 明朝" w:cs=""/>
                <w:b w:val="false"/>
                <w:kern w:val="0"/>
                <w:sz w:val="28"/>
                <w:szCs w:val="22"/>
                <w:lang w:val="zxx" w:eastAsia="en-US" w:bidi="ar-SA"/>
              </w:rPr>
              <w:t>admission</w:t>
            </w:r>
          </w:p>
        </w:tc>
        <w:tc>
          <w:tcPr>
            <w:tcW w:w="689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pending|</w:t>
            </w:r>
            <w:r>
              <w:rPr>
                <w:rFonts w:eastAsia="ＭＳ 明朝" w:cs=""/>
                <w:b w:val="false"/>
                <w:kern w:val="0"/>
                <w:sz w:val="28"/>
                <w:szCs w:val="22"/>
                <w:lang w:eastAsia="en-US" w:bidi="ar-SA"/>
              </w:rPr>
              <w:t>​</w:t>
            </w:r>
            <w:r>
              <w:rPr>
                <w:rFonts w:eastAsia="ＭＳ 明朝" w:cs=""/>
                <w:b w:val="false"/>
                <w:kern w:val="0"/>
                <w:sz w:val="28"/>
                <w:szCs w:val="22"/>
                <w:lang w:val="zxx" w:eastAsia="en-US" w:bidi="ar-SA"/>
              </w:rPr>
              <w:t>accepted|</w:t>
            </w:r>
            <w:r>
              <w:rPr>
                <w:rFonts w:eastAsia="ＭＳ 明朝" w:cs=""/>
                <w:b w:val="false"/>
                <w:kern w:val="0"/>
                <w:sz w:val="28"/>
                <w:szCs w:val="22"/>
                <w:lang w:eastAsia="en-US" w:bidi="ar-SA"/>
              </w:rPr>
              <w:t>​</w:t>
            </w:r>
            <w:r>
              <w:rPr>
                <w:rFonts w:eastAsia="ＭＳ 明朝" w:cs=""/>
                <w:b w:val="false"/>
                <w:kern w:val="0"/>
                <w:sz w:val="28"/>
                <w:szCs w:val="22"/>
                <w:lang w:val="zxx" w:eastAsia="en-US" w:bidi="ar-SA"/>
              </w:rPr>
              <w:t>rejected|</w:t>
            </w:r>
            <w:r>
              <w:rPr>
                <w:rFonts w:eastAsia="ＭＳ 明朝" w:cs=""/>
                <w:b w:val="false"/>
                <w:kern w:val="0"/>
                <w:sz w:val="28"/>
                <w:szCs w:val="22"/>
                <w:lang w:eastAsia="en-US" w:bidi="ar-SA"/>
              </w:rPr>
              <w:t>​</w:t>
            </w:r>
            <w:r>
              <w:rPr>
                <w:rFonts w:eastAsia="ＭＳ 明朝" w:cs=""/>
                <w:b w:val="false"/>
                <w:kern w:val="0"/>
                <w:sz w:val="28"/>
                <w:szCs w:val="22"/>
                <w:lang w:val="zxx" w:eastAsia="en-US" w:bidi="ar-SA"/>
              </w:rPr>
              <w:t>unknown</w:t>
            </w:r>
            <w:r>
              <w:rPr>
                <w:rFonts w:eastAsia="ＭＳ 明朝" w:cs=""/>
                <w:b w:val="false"/>
                <w:kern w:val="0"/>
                <w:sz w:val="28"/>
                <w:szCs w:val="22"/>
                <w:lang w:eastAsia="en-US" w:bidi="ar-SA"/>
              </w:rPr>
              <w:t xml:space="preserve"> — отдельная ось, а не второй словарь статусов оболочки.</w:t>
            </w:r>
          </w:p>
        </w:tc>
      </w:tr>
      <w:tr>
        <w:trPr>
          <w:cantSplit w:val="true"/>
        </w:trPr>
        <w:tc>
          <w:tcPr>
            <w:tcW w:w="2738"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Ошибки </w:t>
            </w:r>
            <w:r>
              <w:rPr>
                <w:rFonts w:eastAsia="ＭＳ 明朝" w:cs=""/>
                <w:b w:val="false"/>
                <w:kern w:val="0"/>
                <w:sz w:val="28"/>
                <w:szCs w:val="22"/>
                <w:lang w:val="zxx" w:eastAsia="en-US" w:bidi="ar-SA"/>
              </w:rPr>
              <w:t>bulk/</w:t>
            </w:r>
            <w:r>
              <w:rPr>
                <w:rFonts w:eastAsia="ＭＳ 明朝" w:cs=""/>
                <w:b w:val="false"/>
                <w:kern w:val="0"/>
                <w:sz w:val="28"/>
                <w:szCs w:val="22"/>
                <w:lang w:eastAsia="en-US" w:bidi="ar-SA"/>
              </w:rPr>
              <w:t>⁠</w:t>
            </w:r>
            <w:r>
              <w:rPr>
                <w:rFonts w:eastAsia="ＭＳ 明朝" w:cs=""/>
                <w:b w:val="false"/>
                <w:kern w:val="0"/>
                <w:sz w:val="28"/>
                <w:szCs w:val="22"/>
                <w:lang w:val="zxx" w:eastAsia="en-US" w:bidi="ar-SA"/>
              </w:rPr>
              <w:t>1</w:t>
            </w:r>
          </w:p>
        </w:tc>
        <w:tc>
          <w:tcPr>
            <w:tcW w:w="6898"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Коды </w:t>
            </w:r>
            <w:r>
              <w:rPr>
                <w:rFonts w:eastAsia="ＭＳ 明朝" w:cs=""/>
                <w:b w:val="false"/>
                <w:kern w:val="0"/>
                <w:sz w:val="28"/>
                <w:szCs w:val="22"/>
                <w:lang w:val="zxx" w:eastAsia="en-US" w:bidi="ar-SA"/>
              </w:rPr>
              <w:t>1..8</w:t>
            </w:r>
            <w:r>
              <w:rPr>
                <w:rFonts w:eastAsia="ＭＳ 明朝" w:cs=""/>
                <w:b w:val="false"/>
                <w:kern w:val="0"/>
                <w:sz w:val="28"/>
                <w:szCs w:val="22"/>
                <w:lang w:eastAsia="en-US" w:bidi="ar-SA"/>
              </w:rPr>
              <w:t xml:space="preserve"> являются компактным кодированием имен общего словаря; соответствие </w:t>
            </w:r>
            <w:r>
              <w:rPr>
                <w:rFonts w:eastAsia="ＭＳ 明朝" w:cs=""/>
                <w:b w:val="false"/>
                <w:kern w:val="0"/>
                <w:sz w:val="28"/>
                <w:szCs w:val="22"/>
                <w:lang w:val="zxx" w:eastAsia="en-US" w:bidi="ar-SA"/>
              </w:rPr>
              <w:t>bulkErrorCodes</w:t>
            </w:r>
            <w:r>
              <w:rPr>
                <w:rFonts w:eastAsia="ＭＳ 明朝" w:cs=""/>
                <w:b w:val="false"/>
                <w:kern w:val="0"/>
                <w:sz w:val="28"/>
                <w:szCs w:val="22"/>
                <w:lang w:eastAsia="en-US" w:bidi="ar-SA"/>
              </w:rPr>
              <w:t xml:space="preserve"> задано </w:t>
            </w:r>
            <w:r>
              <w:rPr>
                <w:rFonts w:eastAsia="ＭＳ 明朝" w:cs=""/>
                <w:b w:val="false"/>
                <w:kern w:val="0"/>
                <w:sz w:val="28"/>
                <w:szCs w:val="22"/>
                <w:lang w:val="zxx" w:eastAsia="en-US" w:bidi="ar-SA"/>
              </w:rPr>
              <w:t>vocabulary</w:t>
            </w:r>
            <w:r>
              <w:rPr>
                <w:rFonts w:eastAsia="ＭＳ 明朝" w:cs=""/>
                <w:b w:val="false"/>
                <w:kern w:val="0"/>
                <w:sz w:val="28"/>
                <w:szCs w:val="22"/>
                <w:lang w:eastAsia="en-US" w:bidi="ar-SA"/>
              </w:rPr>
              <w:t xml:space="preserve"> и проверяется вместе с бинарными векторами. Значения не переиспользуются.</w:t>
            </w:r>
          </w:p>
        </w:tc>
      </w:tr>
    </w:tbl>
    <w:p>
      <w:pPr>
        <w:pStyle w:val="Normal"/>
        <w:spacing w:before="0" w:after="0"/>
        <w:rPr/>
      </w:pPr>
      <w:r>
        <w:rPr/>
      </w:r>
    </w:p>
    <w:p>
      <w:pPr>
        <w:pStyle w:val="1"/>
        <w:rPr/>
      </w:pPr>
      <w:bookmarkStart w:id="20" w:name="__RefHeading___Toc43289_1766585215"/>
      <w:bookmarkEnd w:id="20"/>
      <w:r>
        <w:rPr/>
        <w:t>20 Семейство профилей и совместимость</w:t>
      </w:r>
    </w:p>
    <w:p>
      <w:pPr>
        <w:pStyle w:val="Normal"/>
        <w:jc w:val="both"/>
        <w:rPr/>
      </w:pPr>
      <w:r>
        <w:rPr>
          <w:b w:val="false"/>
          <w:sz w:val="28"/>
          <w:lang w:val="zxx"/>
        </w:rPr>
        <w:t>20.1</w:t>
      </w:r>
      <w:r>
        <w:rPr>
          <w:b w:val="false"/>
          <w:sz w:val="28"/>
        </w:rPr>
        <w:t xml:space="preserve"> Протокол задает общую предметную модель и несколько профилей: АРМ-АРМ, АРМ-УУ, драйвер ОУ, медиа и обслуживание. Состояния, происхождение запуска и смысл результата едины; способы доставки и ресурсные пределы могут различаться. Устройство не обязано поддерживать все профили.</w:t>
      </w:r>
    </w:p>
    <w:p>
      <w:pPr>
        <w:pStyle w:val="Normal"/>
        <w:keepNext w:val="true"/>
        <w:ind w:hanging="0"/>
        <w:jc w:val="start"/>
        <w:rPr/>
      </w:pPr>
      <w:r>
        <w:rPr>
          <w:b w:val="false"/>
          <w:sz w:val="24"/>
        </w:rPr>
        <w:t xml:space="preserve">Таблица </w:t>
      </w:r>
      <w:r>
        <w:rPr>
          <w:b w:val="false"/>
          <w:sz w:val="24"/>
          <w:lang w:val="zxx"/>
        </w:rPr>
        <w:t>25</w:t>
      </w:r>
      <w:r>
        <w:rPr>
          <w:b w:val="false"/>
          <w:sz w:val="24"/>
        </w:rPr>
        <w:t xml:space="preserve"> - Семейство профилей и совместимость</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899"/>
        <w:gridCol w:w="5738"/>
      </w:tblGrid>
      <w:tr>
        <w:trPr>
          <w:cantSplit w:val="true"/>
        </w:trPr>
        <w:tc>
          <w:tcPr>
            <w:tcW w:w="3899"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Паспорт профиля</w:t>
            </w:r>
          </w:p>
        </w:tc>
        <w:tc>
          <w:tcPr>
            <w:tcW w:w="5738"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Обязательное содержание</w:t>
            </w:r>
          </w:p>
        </w:tc>
      </w:tr>
      <w:tr>
        <w:trPr>
          <w:cantSplit w:val="true"/>
        </w:trPr>
        <w:tc>
          <w:tcPr>
            <w:tcW w:w="389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Идентичность и версии</w:t>
            </w:r>
          </w:p>
        </w:tc>
        <w:tc>
          <w:tcPr>
            <w:tcW w:w="573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profileId</w:t>
            </w:r>
            <w:r>
              <w:rPr>
                <w:rFonts w:eastAsia="ＭＳ 明朝" w:cs=""/>
                <w:b w:val="false"/>
                <w:kern w:val="0"/>
                <w:sz w:val="28"/>
                <w:szCs w:val="22"/>
                <w:lang w:eastAsia="en-US" w:bidi="ar-SA"/>
              </w:rPr>
              <w:t>, версия схемы, зависимости от других профилей, правило совместимости и необходимые расширения.</w:t>
            </w:r>
          </w:p>
        </w:tc>
      </w:tr>
      <w:tr>
        <w:trPr>
          <w:cantSplit w:val="true"/>
        </w:trPr>
        <w:tc>
          <w:tcPr>
            <w:tcW w:w="389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Предметный контракт</w:t>
            </w:r>
          </w:p>
        </w:tc>
        <w:tc>
          <w:tcPr>
            <w:tcW w:w="573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Обязательные команды, состояния, ошибки, роли, ресурсы и критерии фактического результата.</w:t>
            </w:r>
          </w:p>
        </w:tc>
      </w:tr>
      <w:tr>
        <w:trPr>
          <w:cantSplit w:val="true"/>
        </w:trPr>
        <w:tc>
          <w:tcPr>
            <w:tcW w:w="389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Пределы</w:t>
            </w:r>
          </w:p>
        </w:tc>
        <w:tc>
          <w:tcPr>
            <w:tcW w:w="573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Байты сообщения, страницы, глубина, число контекстов, очереди, длительность операций и квоты. Ограничения имеют измеримое основание.</w:t>
            </w:r>
          </w:p>
        </w:tc>
      </w:tr>
      <w:tr>
        <w:trPr>
          <w:cantSplit w:val="true"/>
        </w:trPr>
        <w:tc>
          <w:tcPr>
            <w:tcW w:w="389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Время канала</w:t>
            </w:r>
          </w:p>
        </w:tc>
        <w:tc>
          <w:tcPr>
            <w:tcW w:w="573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Период </w:t>
            </w:r>
            <w:r>
              <w:rPr>
                <w:rFonts w:eastAsia="ＭＳ 明朝" w:cs=""/>
                <w:b w:val="false"/>
                <w:kern w:val="0"/>
                <w:sz w:val="28"/>
                <w:szCs w:val="22"/>
                <w:lang w:val="zxx" w:eastAsia="en-US" w:bidi="ar-SA"/>
              </w:rPr>
              <w:t>heartbeat</w:t>
            </w:r>
            <w:r>
              <w:rPr>
                <w:rFonts w:eastAsia="ＭＳ 明朝" w:cs=""/>
                <w:b w:val="false"/>
                <w:kern w:val="0"/>
                <w:sz w:val="28"/>
                <w:szCs w:val="22"/>
                <w:lang w:eastAsia="en-US" w:bidi="ar-SA"/>
              </w:rPr>
              <w:t xml:space="preserve">, порог потери владельца, таймер неполного кадра, таймер передачи, бюджет </w:t>
            </w:r>
            <w:r>
              <w:rPr>
                <w:rFonts w:eastAsia="ＭＳ 明朝" w:cs=""/>
                <w:b w:val="false"/>
                <w:kern w:val="0"/>
                <w:sz w:val="28"/>
                <w:szCs w:val="22"/>
                <w:lang w:val="zxx" w:eastAsia="en-US" w:bidi="ar-SA"/>
              </w:rPr>
              <w:t>session.stop</w:t>
            </w:r>
            <w:r>
              <w:rPr>
                <w:rFonts w:eastAsia="ＭＳ 明朝" w:cs=""/>
                <w:b w:val="false"/>
                <w:kern w:val="0"/>
                <w:sz w:val="28"/>
                <w:szCs w:val="22"/>
                <w:lang w:eastAsia="en-US" w:bidi="ar-SA"/>
              </w:rPr>
              <w:t xml:space="preserve"> и условия восстановления. Учитываются </w:t>
            </w:r>
            <w:r>
              <w:rPr>
                <w:rFonts w:eastAsia="ＭＳ 明朝" w:cs=""/>
                <w:b w:val="false"/>
                <w:kern w:val="0"/>
                <w:sz w:val="28"/>
                <w:szCs w:val="22"/>
                <w:lang w:val="zxx" w:eastAsia="en-US" w:bidi="ar-SA"/>
              </w:rPr>
              <w:t>RTT</w:t>
            </w:r>
            <w:r>
              <w:rPr>
                <w:rFonts w:eastAsia="ＭＳ 明朝" w:cs=""/>
                <w:b w:val="false"/>
                <w:kern w:val="0"/>
                <w:sz w:val="28"/>
                <w:szCs w:val="22"/>
                <w:lang w:eastAsia="en-US" w:bidi="ar-SA"/>
              </w:rPr>
              <w:t>, потери и нагрузка.</w:t>
            </w:r>
          </w:p>
        </w:tc>
      </w:tr>
      <w:tr>
        <w:trPr>
          <w:cantSplit w:val="true"/>
        </w:trPr>
        <w:tc>
          <w:tcPr>
            <w:tcW w:w="3899"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Доказательство совместимости</w:t>
            </w:r>
          </w:p>
        </w:tc>
        <w:tc>
          <w:tcPr>
            <w:tcW w:w="5738"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Позитивные и негативные векторы, сценарии отказа, аппаратные ревизии и результат испытаний.</w:t>
            </w:r>
          </w:p>
        </w:tc>
      </w:tr>
    </w:tbl>
    <w:p>
      <w:pPr>
        <w:pStyle w:val="Normal"/>
        <w:spacing w:before="0" w:after="0"/>
        <w:rPr/>
      </w:pPr>
      <w:r>
        <w:rPr/>
      </w:r>
    </w:p>
    <w:p>
      <w:pPr>
        <w:pStyle w:val="Normal"/>
        <w:jc w:val="both"/>
        <w:rPr/>
      </w:pPr>
      <w:r>
        <w:rPr>
          <w:b w:val="false"/>
          <w:sz w:val="28"/>
          <w:lang w:val="zxx"/>
        </w:rPr>
        <w:t>20.2</w:t>
      </w:r>
      <w:r>
        <w:rPr>
          <w:b w:val="false"/>
          <w:sz w:val="28"/>
        </w:rPr>
        <w:t xml:space="preserve"> После установления защищенного контекста стороны выбирают точный общий профиль с фиксированными лимитами. Если общего профиля нет, управление не начинается. Лимиты конкретного изделия читаются через </w:t>
      </w:r>
      <w:r>
        <w:rPr>
          <w:b w:val="false"/>
          <w:sz w:val="28"/>
          <w:lang w:val="zxx"/>
        </w:rPr>
        <w:t>capabilities</w:t>
      </w:r>
      <w:r>
        <w:rPr>
          <w:b w:val="false"/>
          <w:sz w:val="28"/>
        </w:rPr>
        <w:t xml:space="preserve"> и проверяются на применимость; </w:t>
      </w:r>
      <w:r>
        <w:rPr>
          <w:b w:val="false"/>
          <w:sz w:val="28"/>
          <w:lang w:val="zxx"/>
        </w:rPr>
        <w:t>hello</w:t>
      </w:r>
      <w:r>
        <w:rPr>
          <w:b w:val="false"/>
          <w:sz w:val="28"/>
        </w:rPr>
        <w:t xml:space="preserve"> не согласует их произвольное уменьшение. Нельзя молча сменить режим, отключить защиту или использовать неизвестное обязательное расширение. Согласование выполняется через </w:t>
      </w:r>
      <w:r>
        <w:rPr>
          <w:b w:val="false"/>
          <w:sz w:val="28"/>
          <w:lang w:val="zxx"/>
        </w:rPr>
        <w:t>protocol.hello</w:t>
      </w:r>
      <w:r>
        <w:rPr>
          <w:b w:val="false"/>
          <w:sz w:val="28"/>
        </w:rPr>
        <w:t xml:space="preserve"> профиля </w:t>
      </w:r>
      <w:r>
        <w:rPr>
          <w:b w:val="false"/>
          <w:sz w:val="28"/>
          <w:lang w:val="zxx"/>
        </w:rPr>
        <w:t>bootstrap/</w:t>
      </w:r>
      <w:r>
        <w:rPr>
          <w:b w:val="false"/>
          <w:sz w:val="28"/>
        </w:rPr>
        <w:t>⁠</w:t>
      </w:r>
      <w:r>
        <w:rPr>
          <w:b w:val="false"/>
          <w:sz w:val="28"/>
          <w:lang w:val="zxx"/>
        </w:rPr>
        <w:t>1</w:t>
      </w:r>
      <w:r>
        <w:rPr>
          <w:b w:val="false"/>
          <w:sz w:val="28"/>
        </w:rPr>
        <w:t xml:space="preserve"> по разделу </w:t>
      </w:r>
      <w:r>
        <w:rPr>
          <w:b w:val="false"/>
          <w:sz w:val="28"/>
          <w:lang w:val="zxx"/>
        </w:rPr>
        <w:t>19.</w:t>
      </w:r>
    </w:p>
    <w:p>
      <w:pPr>
        <w:pStyle w:val="Normal"/>
        <w:jc w:val="both"/>
        <w:rPr/>
      </w:pPr>
      <w:r>
        <w:rPr>
          <w:b w:val="false"/>
          <w:sz w:val="28"/>
          <w:lang w:val="zxx"/>
        </w:rPr>
        <w:t>20.3</w:t>
      </w:r>
      <w:r>
        <w:rPr>
          <w:b w:val="false"/>
          <w:sz w:val="28"/>
        </w:rPr>
        <w:t xml:space="preserve"> </w:t>
      </w:r>
      <w:r>
        <w:rPr>
          <w:b w:val="false"/>
          <w:sz w:val="28"/>
          <w:lang w:val="zxx"/>
        </w:rPr>
        <w:t>Capabilities</w:t>
      </w:r>
      <w:r>
        <w:rPr>
          <w:b w:val="false"/>
          <w:sz w:val="28"/>
        </w:rPr>
        <w:t xml:space="preserve"> описывают поддержанные функции, согласованный профиль - разрешенный договор обмена, а </w:t>
      </w:r>
      <w:r>
        <w:rPr>
          <w:b w:val="false"/>
          <w:sz w:val="28"/>
          <w:lang w:val="zxx"/>
        </w:rPr>
        <w:t>readiness</w:t>
      </w:r>
      <w:r>
        <w:rPr>
          <w:b w:val="false"/>
          <w:sz w:val="28"/>
        </w:rPr>
        <w:t xml:space="preserve"> - возможность выполнить конкретный план сейчас. Эти три понятия различаются. Смена </w:t>
      </w:r>
      <w:r>
        <w:rPr>
          <w:b w:val="false"/>
          <w:sz w:val="28"/>
          <w:lang w:val="zxx"/>
        </w:rPr>
        <w:t>capabilityRevision</w:t>
      </w:r>
      <w:r>
        <w:rPr>
          <w:b w:val="false"/>
          <w:sz w:val="28"/>
        </w:rPr>
        <w:t xml:space="preserve"> или привязки требует повторной проверки применимости плана.</w:t>
      </w:r>
    </w:p>
    <w:p>
      <w:pPr>
        <w:pStyle w:val="2"/>
        <w:rPr/>
      </w:pPr>
      <w:r>
        <w:rPr/>
        <w:t>Версии и совместимость</w:t>
      </w:r>
    </w:p>
    <w:p>
      <w:pPr>
        <w:pStyle w:val="Normal"/>
        <w:jc w:val="both"/>
        <w:rPr/>
      </w:pPr>
      <w:r>
        <w:rPr>
          <w:b w:val="false"/>
          <w:sz w:val="28"/>
          <w:lang w:val="zxx"/>
        </w:rPr>
        <w:t>20.4</w:t>
      </w:r>
      <w:r>
        <w:rPr>
          <w:b w:val="false"/>
          <w:sz w:val="28"/>
        </w:rPr>
        <w:t xml:space="preserve"> </w:t>
      </w:r>
      <w:r>
        <w:rPr>
          <w:b w:val="false"/>
          <w:sz w:val="28"/>
          <w:lang w:val="zxx"/>
        </w:rPr>
        <w:t>v=</w:t>
      </w:r>
      <w:r>
        <w:rPr>
          <w:b w:val="false"/>
          <w:sz w:val="28"/>
        </w:rPr>
        <w:t>"</w:t>
      </w:r>
      <w:r>
        <w:rPr>
          <w:b w:val="false"/>
          <w:sz w:val="28"/>
          <w:lang w:val="zxx"/>
        </w:rPr>
        <w:t>1</w:t>
      </w:r>
      <w:r>
        <w:rPr>
          <w:b w:val="false"/>
          <w:sz w:val="28"/>
        </w:rPr>
        <w:t xml:space="preserve">" обозначает оболочку сообщения и сохраняется независимо от номера веб-редакции. </w:t>
      </w:r>
      <w:r>
        <w:rPr>
          <w:b w:val="false"/>
          <w:sz w:val="28"/>
          <w:lang w:val="zxx"/>
        </w:rPr>
        <w:t>profile</w:t>
      </w:r>
      <w:r>
        <w:rPr>
          <w:b w:val="false"/>
          <w:sz w:val="28"/>
        </w:rPr>
        <w:t xml:space="preserve"> определяет точную схему и семантику; стороны </w:t>
      </w:r>
      <w:r>
        <w:rPr>
          <w:b w:val="false"/>
          <w:sz w:val="28"/>
          <w:lang w:val="zxx"/>
        </w:rPr>
        <w:t>ДОЛЖНЫ</w:t>
      </w:r>
      <w:r>
        <w:rPr>
          <w:b w:val="false"/>
          <w:sz w:val="28"/>
        </w:rPr>
        <w:t xml:space="preserve"> отвергать несовместимый профиль до воздействия. Примеры этой редакции используют </w:t>
      </w:r>
      <w:r>
        <w:rPr>
          <w:b w:val="false"/>
          <w:sz w:val="28"/>
          <w:lang w:val="zxx"/>
        </w:rPr>
        <w:t>open-</w:t>
      </w:r>
      <w:r>
        <w:rPr>
          <w:b w:val="false"/>
          <w:sz w:val="28"/>
        </w:rPr>
        <w:t>⁠</w:t>
      </w:r>
      <w:r>
        <w:rPr>
          <w:b w:val="false"/>
          <w:sz w:val="28"/>
          <w:lang w:val="zxx"/>
        </w:rPr>
        <w:t>alert-</w:t>
      </w:r>
      <w:r>
        <w:rPr>
          <w:b w:val="false"/>
          <w:sz w:val="28"/>
        </w:rPr>
        <w:t>⁠</w:t>
      </w:r>
      <w:r>
        <w:rPr>
          <w:b w:val="false"/>
          <w:sz w:val="28"/>
          <w:lang w:val="zxx"/>
        </w:rPr>
        <w:t>draft/</w:t>
      </w:r>
      <w:r>
        <w:rPr>
          <w:b w:val="false"/>
          <w:sz w:val="28"/>
        </w:rPr>
        <w:t>⁠</w:t>
      </w:r>
      <w:r>
        <w:rPr>
          <w:b w:val="false"/>
          <w:sz w:val="28"/>
          <w:lang w:val="zxx"/>
        </w:rPr>
        <w:t>0.21.</w:t>
      </w:r>
      <w:r>
        <w:rPr>
          <w:b w:val="false"/>
          <w:sz w:val="28"/>
        </w:rPr>
        <w:t xml:space="preserve"> Изменение схемы или обязательного поведения получает новый идентификатор профиля. Реализация </w:t>
      </w:r>
      <w:r>
        <w:rPr>
          <w:b w:val="false"/>
          <w:sz w:val="28"/>
          <w:lang w:val="zxx"/>
        </w:rPr>
        <w:t>ДОЛЖНА</w:t>
      </w:r>
      <w:r>
        <w:rPr>
          <w:b w:val="false"/>
          <w:sz w:val="28"/>
        </w:rPr>
        <w:t xml:space="preserve"> соответствовать выбранному контракту целиком.</w:t>
      </w:r>
    </w:p>
    <w:p>
      <w:pPr>
        <w:pStyle w:val="Normal"/>
        <w:jc w:val="both"/>
        <w:rPr/>
      </w:pPr>
      <w:r>
        <w:rPr>
          <w:b w:val="false"/>
          <w:sz w:val="28"/>
          <w:lang w:val="zxx"/>
        </w:rPr>
        <w:t>20.5</w:t>
      </w:r>
      <w:r>
        <w:rPr>
          <w:b w:val="false"/>
          <w:sz w:val="28"/>
        </w:rPr>
        <w:t xml:space="preserve"> Матрица каталога различает обязательные команды ядра и дополнительные расширения. Если расширение объявлено, реализация </w:t>
      </w:r>
      <w:r>
        <w:rPr>
          <w:b w:val="false"/>
          <w:sz w:val="28"/>
          <w:lang w:val="zxx"/>
        </w:rPr>
        <w:t>ДОЛЖНА</w:t>
      </w:r>
      <w:r>
        <w:rPr>
          <w:b w:val="false"/>
          <w:sz w:val="28"/>
        </w:rPr>
        <w:t xml:space="preserve"> выполнять весь его контракт и зависимости: например, </w:t>
      </w:r>
      <w:r>
        <w:rPr>
          <w:b w:val="false"/>
          <w:sz w:val="28"/>
          <w:lang w:val="zxx"/>
        </w:rPr>
        <w:t>tests.list</w:t>
      </w:r>
      <w:r>
        <w:rPr>
          <w:b w:val="false"/>
          <w:sz w:val="28"/>
        </w:rPr>
        <w:t xml:space="preserve"> для </w:t>
      </w:r>
      <w:r>
        <w:rPr>
          <w:b w:val="false"/>
          <w:sz w:val="28"/>
          <w:lang w:val="zxx"/>
        </w:rPr>
        <w:t>mode=test</w:t>
      </w:r>
      <w:r>
        <w:rPr>
          <w:b w:val="false"/>
          <w:sz w:val="28"/>
        </w:rPr>
        <w:t xml:space="preserve">, семейство </w:t>
      </w:r>
      <w:r>
        <w:rPr>
          <w:b w:val="false"/>
          <w:sz w:val="28"/>
          <w:lang w:val="zxx"/>
        </w:rPr>
        <w:t>poll.start/</w:t>
      </w:r>
      <w:r>
        <w:rPr>
          <w:b w:val="false"/>
          <w:sz w:val="28"/>
        </w:rPr>
        <w:t>​</w:t>
      </w:r>
      <w:r>
        <w:rPr>
          <w:b w:val="false"/>
          <w:sz w:val="28"/>
          <w:lang w:val="zxx"/>
        </w:rPr>
        <w:t>get/</w:t>
      </w:r>
      <w:r>
        <w:rPr>
          <w:b w:val="false"/>
          <w:sz w:val="28"/>
        </w:rPr>
        <w:t>​</w:t>
      </w:r>
      <w:r>
        <w:rPr>
          <w:b w:val="false"/>
          <w:sz w:val="28"/>
          <w:lang w:val="zxx"/>
        </w:rPr>
        <w:t>cancel</w:t>
      </w:r>
      <w:r>
        <w:rPr>
          <w:b w:val="false"/>
          <w:sz w:val="28"/>
        </w:rPr>
        <w:t xml:space="preserve"> для заданий опроса и </w:t>
      </w:r>
      <w:r>
        <w:rPr>
          <w:b w:val="false"/>
          <w:sz w:val="28"/>
          <w:lang w:val="zxx"/>
        </w:rPr>
        <w:t>config.stage/</w:t>
      </w:r>
      <w:r>
        <w:rPr>
          <w:b w:val="false"/>
          <w:sz w:val="28"/>
        </w:rPr>
        <w:t>​</w:t>
      </w:r>
      <w:r>
        <w:rPr>
          <w:b w:val="false"/>
          <w:sz w:val="28"/>
          <w:lang w:val="zxx"/>
        </w:rPr>
        <w:t>commit/</w:t>
      </w:r>
      <w:r>
        <w:rPr>
          <w:b w:val="false"/>
          <w:sz w:val="28"/>
        </w:rPr>
        <w:t>​</w:t>
      </w:r>
      <w:r>
        <w:rPr>
          <w:b w:val="false"/>
          <w:sz w:val="28"/>
          <w:lang w:val="zxx"/>
        </w:rPr>
        <w:t>cancel</w:t>
      </w:r>
      <w:r>
        <w:rPr>
          <w:b w:val="false"/>
          <w:sz w:val="28"/>
        </w:rPr>
        <w:t xml:space="preserve"> для транзакционной настройки. Отклонение неподдержанного режима является штатным результатом поддержанной команды </w:t>
      </w:r>
      <w:r>
        <w:rPr>
          <w:b w:val="false"/>
          <w:sz w:val="28"/>
          <w:lang w:val="zxx"/>
        </w:rPr>
        <w:t>session.start.</w:t>
      </w:r>
    </w:p>
    <w:p>
      <w:pPr>
        <w:pStyle w:val="Normal"/>
        <w:jc w:val="both"/>
        <w:rPr/>
      </w:pPr>
      <w:r>
        <w:rPr>
          <w:b w:val="false"/>
          <w:sz w:val="28"/>
          <w:lang w:val="zxx"/>
        </w:rPr>
        <w:t>20.6</w:t>
      </w:r>
      <w:r>
        <w:rPr>
          <w:b w:val="false"/>
          <w:sz w:val="28"/>
        </w:rPr>
        <w:t xml:space="preserve"> Для независимых производителей публикуются обязательное ядро и отдельные опциональные профили, реестр имен/ошибок, схемы, тестовые векторы и правила неизвестных полей. Обязательные расширения согласуются до исполнения. Необязательные расширения допускаются только в определенных схемой местах; неизвестный элемент не становится произвольной командой. Таблица совместимости включает разные АРМ и драйверы ОУ, ограниченные функции, обновление версий и отрицательные случаи. Закрытые особенности конкретного АРМ не являются условием базовой совместимости.</w:t>
      </w:r>
    </w:p>
    <w:p>
      <w:pPr>
        <w:pStyle w:val="2"/>
        <w:rPr/>
      </w:pPr>
      <w:r>
        <w:rPr/>
        <w:t>Соединение и проверка устройства</w:t>
      </w:r>
    </w:p>
    <w:p>
      <w:pPr>
        <w:pStyle w:val="Normal"/>
        <w:jc w:val="both"/>
        <w:rPr/>
      </w:pPr>
      <w:r>
        <w:rPr>
          <w:b w:val="false"/>
          <w:sz w:val="28"/>
          <w:lang w:val="zxx"/>
        </w:rPr>
        <w:t>20.7</w:t>
      </w:r>
      <w:r>
        <w:rPr>
          <w:b w:val="false"/>
          <w:sz w:val="28"/>
        </w:rPr>
        <w:t xml:space="preserve"> Для базового постоянного </w:t>
      </w:r>
      <w:r>
        <w:rPr>
          <w:b w:val="false"/>
          <w:sz w:val="28"/>
          <w:lang w:val="zxx"/>
        </w:rPr>
        <w:t>TCP-</w:t>
      </w:r>
      <w:r>
        <w:rPr>
          <w:b w:val="false"/>
          <w:sz w:val="28"/>
        </w:rPr>
        <w:t xml:space="preserve">канала запросы, ответы и события идут в обе стороны по этому соединению; отдельный обратный сокет </w:t>
      </w:r>
      <w:r>
        <w:rPr>
          <w:b w:val="false"/>
          <w:sz w:val="28"/>
          <w:lang w:val="zxx"/>
        </w:rPr>
        <w:t>НЕ ТРЕБУЕТСЯ</w:t>
      </w:r>
      <w:r>
        <w:rPr>
          <w:b w:val="false"/>
          <w:sz w:val="28"/>
        </w:rPr>
        <w:t xml:space="preserve"> самим фактом отправки события. Очереди и корреляция направлений остаются ограниченными. Последовательность команд одного УУ не запрещает АРМ параллельно обслуживать другие приборы.</w:t>
      </w:r>
    </w:p>
    <w:p>
      <w:pPr>
        <w:pStyle w:val="Normal"/>
        <w:jc w:val="both"/>
        <w:rPr/>
      </w:pPr>
      <w:r>
        <w:rPr>
          <w:b w:val="false"/>
          <w:sz w:val="28"/>
          <w:lang w:val="zxx"/>
        </w:rPr>
        <w:t>20.8</w:t>
      </w:r>
      <w:r>
        <w:rPr>
          <w:b w:val="false"/>
          <w:sz w:val="28"/>
        </w:rPr>
        <w:t xml:space="preserve"> АРМ </w:t>
      </w:r>
      <w:r>
        <w:rPr>
          <w:b w:val="false"/>
          <w:sz w:val="28"/>
          <w:lang w:val="zxx"/>
        </w:rPr>
        <w:t>ДОЛЖЕН</w:t>
      </w:r>
      <w:r>
        <w:rPr>
          <w:b w:val="false"/>
          <w:sz w:val="28"/>
        </w:rPr>
        <w:t xml:space="preserve"> проверить описание устройства, его функциональный тип и объявленные возможности до запуска. Типы ВАУ и Сирена задают назначение ОУ; разрешение конкретного режима определяется </w:t>
      </w:r>
      <w:r>
        <w:rPr>
          <w:b w:val="false"/>
          <w:sz w:val="28"/>
          <w:lang w:val="zxx"/>
        </w:rPr>
        <w:t>capabilities</w:t>
      </w:r>
      <w:r>
        <w:rPr>
          <w:b w:val="false"/>
          <w:sz w:val="28"/>
        </w:rPr>
        <w:t xml:space="preserve"> и полномочиями участника. Один и тот же ОУ имеет одного действующего владельца управления.</w:t>
      </w:r>
    </w:p>
    <w:p>
      <w:pPr>
        <w:pStyle w:val="Normal"/>
        <w:jc w:val="both"/>
        <w:rPr/>
      </w:pPr>
      <w:r>
        <w:rPr>
          <w:b w:val="false"/>
          <w:sz w:val="28"/>
          <w:lang w:val="zxx"/>
        </w:rPr>
        <w:t>20.9</w:t>
      </w:r>
      <w:r>
        <w:rPr>
          <w:b w:val="false"/>
          <w:sz w:val="28"/>
        </w:rPr>
        <w:t xml:space="preserve"> </w:t>
      </w:r>
      <w:r>
        <w:rPr>
          <w:b w:val="false"/>
          <w:sz w:val="28"/>
          <w:lang w:val="zxx"/>
        </w:rPr>
        <w:t>busy</w:t>
      </w:r>
      <w:r>
        <w:rPr>
          <w:b w:val="false"/>
          <w:sz w:val="28"/>
        </w:rPr>
        <w:t xml:space="preserve"> является штатным отказом при занятости другим сеансом или владельцем. Получатель ответа сохраняет действующее исполнение; новый запрос запуска не становится отложенным заданием, которое включит ОУ после освобождения.</w:t>
      </w:r>
    </w:p>
    <w:p>
      <w:pPr>
        <w:pStyle w:val="2"/>
        <w:rPr/>
      </w:pPr>
      <w:r>
        <w:rPr/>
        <w:t>Изменение обязательного поведения</w:t>
      </w:r>
    </w:p>
    <w:p>
      <w:pPr>
        <w:pStyle w:val="Normal"/>
        <w:jc w:val="both"/>
        <w:rPr/>
      </w:pPr>
      <w:r>
        <w:rPr>
          <w:b w:val="false"/>
          <w:sz w:val="28"/>
          <w:lang w:val="zxx"/>
        </w:rPr>
        <w:t>20.10</w:t>
      </w:r>
      <w:r>
        <w:rPr>
          <w:b w:val="false"/>
          <w:sz w:val="28"/>
        </w:rPr>
        <w:t xml:space="preserve"> Идентификатор управляющего контракта этой редакции - </w:t>
      </w:r>
      <w:r>
        <w:rPr>
          <w:b w:val="false"/>
          <w:sz w:val="28"/>
          <w:lang w:val="zxx"/>
        </w:rPr>
        <w:t>open-</w:t>
      </w:r>
      <w:r>
        <w:rPr>
          <w:b w:val="false"/>
          <w:sz w:val="28"/>
        </w:rPr>
        <w:t>⁠</w:t>
      </w:r>
      <w:r>
        <w:rPr>
          <w:b w:val="false"/>
          <w:sz w:val="28"/>
          <w:lang w:val="zxx"/>
        </w:rPr>
        <w:t>alert-</w:t>
      </w:r>
      <w:r>
        <w:rPr>
          <w:b w:val="false"/>
          <w:sz w:val="28"/>
        </w:rPr>
        <w:t>⁠</w:t>
      </w:r>
      <w:r>
        <w:rPr>
          <w:b w:val="false"/>
          <w:sz w:val="28"/>
          <w:lang w:val="zxx"/>
        </w:rPr>
        <w:t>draft/</w:t>
      </w:r>
      <w:r>
        <w:rPr>
          <w:b w:val="false"/>
          <w:sz w:val="28"/>
        </w:rPr>
        <w:t>⁠</w:t>
      </w:r>
      <w:r>
        <w:rPr>
          <w:b w:val="false"/>
          <w:sz w:val="28"/>
          <w:lang w:val="zxx"/>
        </w:rPr>
        <w:t>0.21.</w:t>
      </w:r>
      <w:r>
        <w:rPr>
          <w:b w:val="false"/>
          <w:sz w:val="28"/>
        </w:rPr>
        <w:t xml:space="preserve"> Любое изменение обязательного поведения, диапазона, значения по умолчанию, правил дедупликации, полномочий, таймеров или достаточности результата требует нового идентификатора профиля, даже при неизменном </w:t>
      </w:r>
      <w:r>
        <w:rPr>
          <w:b w:val="false"/>
          <w:sz w:val="28"/>
          <w:lang w:val="zxx"/>
        </w:rPr>
        <w:t>XML.</w:t>
      </w:r>
      <w:r>
        <w:rPr>
          <w:b w:val="false"/>
          <w:sz w:val="28"/>
        </w:rPr>
        <w:t xml:space="preserve"> Редакция текста при прежнем профиле может исправлять опечатки, ссылки и пояснения, не меняющие множество допустимых трасс. Выбор через </w:t>
      </w:r>
      <w:r>
        <w:rPr>
          <w:b w:val="false"/>
          <w:sz w:val="28"/>
          <w:lang w:val="zxx"/>
        </w:rPr>
        <w:t>protocol.hello</w:t>
      </w:r>
      <w:r>
        <w:rPr>
          <w:b w:val="false"/>
          <w:sz w:val="28"/>
        </w:rPr>
        <w:t xml:space="preserve"> фиксирует весь контракт; автоматическое смешивание правил разных профилей запрещено.</w:t>
      </w:r>
    </w:p>
    <w:p>
      <w:pPr>
        <w:pStyle w:val="1"/>
        <w:rPr/>
      </w:pPr>
      <w:bookmarkStart w:id="21" w:name="__RefHeading___Toc43291_1766585215"/>
      <w:bookmarkEnd w:id="21"/>
      <w:r>
        <w:rPr/>
        <w:t>21 Логические цели, реестр и маршрутизация</w:t>
      </w:r>
    </w:p>
    <w:p>
      <w:pPr>
        <w:pStyle w:val="Normal"/>
        <w:keepNext w:val="true"/>
        <w:ind w:hanging="0"/>
        <w:jc w:val="start"/>
        <w:rPr/>
      </w:pPr>
      <w:r>
        <w:rPr>
          <w:b w:val="false"/>
          <w:sz w:val="24"/>
        </w:rPr>
        <w:t xml:space="preserve">Таблица </w:t>
      </w:r>
      <w:r>
        <w:rPr>
          <w:b w:val="false"/>
          <w:sz w:val="24"/>
          <w:lang w:val="zxx"/>
        </w:rPr>
        <w:t>26</w:t>
      </w:r>
      <w:r>
        <w:rPr>
          <w:b w:val="false"/>
          <w:sz w:val="24"/>
        </w:rPr>
        <w:t xml:space="preserve"> - Логические цели, реестр и маршрутизация</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029"/>
        <w:gridCol w:w="6608"/>
      </w:tblGrid>
      <w:tr>
        <w:trPr>
          <w:cantSplit w:val="true"/>
        </w:trPr>
        <w:tc>
          <w:tcPr>
            <w:tcW w:w="3029"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Сущность</w:t>
            </w:r>
          </w:p>
        </w:tc>
        <w:tc>
          <w:tcPr>
            <w:tcW w:w="6608"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Смысл</w:t>
            </w:r>
          </w:p>
        </w:tc>
      </w:tr>
      <w:tr>
        <w:trPr>
          <w:cantSplit w:val="true"/>
        </w:trPr>
        <w:tc>
          <w:tcPr>
            <w:tcW w:w="30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w:t>
            </w:r>
          </w:p>
        </w:tc>
        <w:tc>
          <w:tcPr>
            <w:tcW w:w="66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Непрозрачный постоянный </w:t>
            </w:r>
            <w:r>
              <w:rPr>
                <w:rFonts w:eastAsia="ＭＳ 明朝" w:cs=""/>
                <w:b w:val="false"/>
                <w:kern w:val="0"/>
                <w:sz w:val="28"/>
                <w:szCs w:val="22"/>
                <w:lang w:val="zxx" w:eastAsia="en-US" w:bidi="ar-SA"/>
              </w:rPr>
              <w:t>128-</w:t>
            </w:r>
            <w:r>
              <w:rPr>
                <w:rFonts w:eastAsia="ＭＳ 明朝" w:cs=""/>
                <w:b w:val="false"/>
                <w:kern w:val="0"/>
                <w:sz w:val="28"/>
                <w:szCs w:val="22"/>
                <w:lang w:eastAsia="en-US" w:bidi="ar-SA"/>
              </w:rPr>
              <w:t xml:space="preserve">битный </w:t>
            </w:r>
            <w:r>
              <w:rPr>
                <w:rFonts w:eastAsia="ＭＳ 明朝" w:cs=""/>
                <w:b w:val="false"/>
                <w:kern w:val="0"/>
                <w:sz w:val="28"/>
                <w:szCs w:val="22"/>
                <w:lang w:val="zxx" w:eastAsia="en-US" w:bidi="ar-SA"/>
              </w:rPr>
              <w:t>ID</w:t>
            </w:r>
            <w:r>
              <w:rPr>
                <w:rFonts w:eastAsia="ＭＳ 明朝" w:cs=""/>
                <w:b w:val="false"/>
                <w:kern w:val="0"/>
                <w:sz w:val="28"/>
                <w:szCs w:val="22"/>
                <w:lang w:eastAsia="en-US" w:bidi="ar-SA"/>
              </w:rPr>
              <w:t xml:space="preserve"> логической точки оповещения в АРМ. Регион и муниципалитет не зашиваются в его байты.</w:t>
            </w:r>
          </w:p>
        </w:tc>
      </w:tr>
      <w:tr>
        <w:trPr>
          <w:cantSplit w:val="true"/>
        </w:trPr>
        <w:tc>
          <w:tcPr>
            <w:tcW w:w="30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deviceId</w:t>
            </w:r>
          </w:p>
        </w:tc>
        <w:tc>
          <w:tcPr>
            <w:tcW w:w="66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Идентичность физического УУ; в </w:t>
            </w:r>
            <w:r>
              <w:rPr>
                <w:rFonts w:eastAsia="ＭＳ 明朝" w:cs=""/>
                <w:b w:val="false"/>
                <w:kern w:val="0"/>
                <w:sz w:val="28"/>
                <w:szCs w:val="22"/>
                <w:lang w:val="zxx" w:eastAsia="en-US" w:bidi="ar-SA"/>
              </w:rPr>
              <w:t>tls</w:t>
            </w:r>
            <w:r>
              <w:rPr>
                <w:rFonts w:eastAsia="ＭＳ 明朝" w:cs=""/>
                <w:b w:val="false"/>
                <w:kern w:val="0"/>
                <w:sz w:val="28"/>
                <w:szCs w:val="22"/>
                <w:lang w:eastAsia="en-US" w:bidi="ar-SA"/>
              </w:rPr>
              <w:t xml:space="preserve"> подтверждается ключом, в </w:t>
            </w:r>
            <w:r>
              <w:rPr>
                <w:rFonts w:eastAsia="ＭＳ 明朝" w:cs=""/>
                <w:b w:val="false"/>
                <w:kern w:val="0"/>
                <w:sz w:val="28"/>
                <w:szCs w:val="22"/>
                <w:lang w:val="zxx" w:eastAsia="en-US" w:bidi="ar-SA"/>
              </w:rPr>
              <w:t>plain</w:t>
            </w:r>
            <w:r>
              <w:rPr>
                <w:rFonts w:eastAsia="ＭＳ 明朝" w:cs=""/>
                <w:b w:val="false"/>
                <w:kern w:val="0"/>
                <w:sz w:val="28"/>
                <w:szCs w:val="22"/>
                <w:lang w:eastAsia="en-US" w:bidi="ar-SA"/>
              </w:rPr>
              <w:t xml:space="preserve"> криптографически не подтверждена. Замена прибора меняет эту идентичность.</w:t>
            </w:r>
          </w:p>
        </w:tc>
      </w:tr>
      <w:tr>
        <w:trPr>
          <w:cantSplit w:val="true"/>
        </w:trPr>
        <w:tc>
          <w:tcPr>
            <w:tcW w:w="30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Привязка</w:t>
            </w:r>
          </w:p>
        </w:tc>
        <w:tc>
          <w:tcPr>
            <w:tcW w:w="66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w:t>
            </w:r>
            <w:r>
              <w:rPr>
                <w:rFonts w:eastAsia="ＭＳ 明朝" w:cs=""/>
                <w:b w:val="false"/>
                <w:kern w:val="0"/>
                <w:sz w:val="28"/>
                <w:szCs w:val="22"/>
                <w:lang w:eastAsia="en-US" w:bidi="ar-SA"/>
              </w:rPr>
              <w:t xml:space="preserve"> -&gt; ответственный </w:t>
            </w:r>
            <w:r>
              <w:rPr>
                <w:rFonts w:eastAsia="ＭＳ 明朝" w:cs=""/>
                <w:b w:val="false"/>
                <w:kern w:val="0"/>
                <w:sz w:val="28"/>
                <w:szCs w:val="22"/>
                <w:lang w:val="zxx" w:eastAsia="en-US" w:bidi="ar-SA"/>
              </w:rPr>
              <w:t>nodeId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deviceId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ouId/</w:t>
            </w:r>
            <w:r>
              <w:rPr>
                <w:rFonts w:eastAsia="ＭＳ 明朝" w:cs=""/>
                <w:b w:val="false"/>
                <w:kern w:val="0"/>
                <w:sz w:val="28"/>
                <w:szCs w:val="22"/>
                <w:lang w:eastAsia="en-US" w:bidi="ar-SA"/>
              </w:rPr>
              <w:t>​</w:t>
            </w:r>
            <w:r>
              <w:rPr>
                <w:rFonts w:eastAsia="ＭＳ 明朝" w:cs=""/>
                <w:b w:val="false"/>
                <w:kern w:val="0"/>
                <w:sz w:val="28"/>
                <w:szCs w:val="22"/>
                <w:lang w:val="zxx" w:eastAsia="en-US" w:bidi="ar-SA"/>
              </w:rPr>
              <w:t>resourceId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bindingGeneration</w:t>
            </w:r>
            <w:r>
              <w:rPr>
                <w:rFonts w:eastAsia="ＭＳ 明朝" w:cs=""/>
                <w:b w:val="false"/>
                <w:kern w:val="0"/>
                <w:sz w:val="28"/>
                <w:szCs w:val="22"/>
                <w:lang w:eastAsia="en-US" w:bidi="ar-SA"/>
              </w:rPr>
              <w:t xml:space="preserve"> и </w:t>
            </w:r>
            <w:r>
              <w:rPr>
                <w:rFonts w:eastAsia="ＭＳ 明朝" w:cs=""/>
                <w:b w:val="false"/>
                <w:kern w:val="0"/>
                <w:sz w:val="28"/>
                <w:szCs w:val="22"/>
                <w:lang w:val="zxx" w:eastAsia="en-US" w:bidi="ar-SA"/>
              </w:rPr>
              <w:t>registryRevision.</w:t>
            </w:r>
          </w:p>
        </w:tc>
      </w:tr>
      <w:tr>
        <w:trPr>
          <w:cantSplit w:val="true"/>
        </w:trPr>
        <w:tc>
          <w:tcPr>
            <w:tcW w:w="30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Локальный </w:t>
            </w:r>
            <w:r>
              <w:rPr>
                <w:rFonts w:eastAsia="ＭＳ 明朝" w:cs=""/>
                <w:b w:val="false"/>
                <w:kern w:val="0"/>
                <w:sz w:val="28"/>
                <w:szCs w:val="22"/>
                <w:lang w:val="zxx" w:eastAsia="en-US" w:bidi="ar-SA"/>
              </w:rPr>
              <w:t>locator</w:t>
            </w:r>
          </w:p>
        </w:tc>
        <w:tc>
          <w:tcPr>
            <w:tcW w:w="66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Область сети, транспорт, адрес и порт. Это способ добраться до прибора, а не основание его полномочий.</w:t>
            </w:r>
          </w:p>
        </w:tc>
      </w:tr>
      <w:tr>
        <w:trPr>
          <w:cantSplit w:val="true"/>
        </w:trPr>
        <w:tc>
          <w:tcPr>
            <w:tcW w:w="3029"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Маршрут между АРМ</w:t>
            </w:r>
          </w:p>
        </w:tc>
        <w:tc>
          <w:tcPr>
            <w:tcW w:w="6608"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Разрешенные соседние узлы, версия пути, </w:t>
            </w:r>
            <w:r>
              <w:rPr>
                <w:rFonts w:eastAsia="ＭＳ 明朝" w:cs=""/>
                <w:b w:val="false"/>
                <w:kern w:val="0"/>
                <w:sz w:val="28"/>
                <w:szCs w:val="22"/>
                <w:lang w:val="zxx" w:eastAsia="en-US" w:bidi="ar-SA"/>
              </w:rPr>
              <w:t>hopLimit</w:t>
            </w:r>
            <w:r>
              <w:rPr>
                <w:rFonts w:eastAsia="ＭＳ 明朝" w:cs=""/>
                <w:b w:val="false"/>
                <w:kern w:val="0"/>
                <w:sz w:val="28"/>
                <w:szCs w:val="22"/>
                <w:lang w:eastAsia="en-US" w:bidi="ar-SA"/>
              </w:rPr>
              <w:t xml:space="preserve"> и исходный срок приема. Происхождение поручения сохраняется.</w:t>
            </w:r>
          </w:p>
        </w:tc>
      </w:tr>
    </w:tbl>
    <w:p>
      <w:pPr>
        <w:pStyle w:val="Normal"/>
        <w:spacing w:before="0" w:after="0"/>
        <w:rPr/>
      </w:pPr>
      <w:r>
        <w:rPr/>
      </w:r>
    </w:p>
    <w:p>
      <w:pPr>
        <w:pStyle w:val="Normal"/>
        <w:jc w:val="both"/>
        <w:rPr/>
      </w:pPr>
      <w:r>
        <w:rPr>
          <w:b w:val="false"/>
          <w:sz w:val="28"/>
          <w:lang w:val="zxx"/>
        </w:rPr>
        <w:t>21.1</w:t>
      </w:r>
      <w:r>
        <w:rPr>
          <w:b w:val="false"/>
          <w:sz w:val="28"/>
        </w:rPr>
        <w:t xml:space="preserve"> Два одинаковых частных </w:t>
      </w:r>
      <w:r>
        <w:rPr>
          <w:b w:val="false"/>
          <w:sz w:val="28"/>
          <w:lang w:val="zxx"/>
        </w:rPr>
        <w:t>IP</w:t>
      </w:r>
      <w:r>
        <w:rPr>
          <w:b w:val="false"/>
          <w:sz w:val="28"/>
        </w:rPr>
        <w:t xml:space="preserve"> в разных областях сети допустимы. Команды и результаты различаются по логической цели, идентичности прибора и области маршрутизации. Два несовместимых назначения одного </w:t>
      </w:r>
      <w:r>
        <w:rPr>
          <w:b w:val="false"/>
          <w:sz w:val="28"/>
          <w:lang w:val="zxx"/>
        </w:rPr>
        <w:t>targetId</w:t>
      </w:r>
      <w:r>
        <w:rPr>
          <w:b w:val="false"/>
          <w:sz w:val="28"/>
        </w:rPr>
        <w:t xml:space="preserve"> или одного физического ресурса образуют конфликт, который выявляется до автоматического применения.</w:t>
      </w:r>
    </w:p>
    <w:p>
      <w:pPr>
        <w:pStyle w:val="Normal"/>
        <w:jc w:val="both"/>
        <w:rPr/>
      </w:pPr>
      <w:r>
        <w:rPr>
          <w:b w:val="false"/>
          <w:sz w:val="28"/>
          <w:lang w:val="zxx"/>
        </w:rPr>
        <w:t>21.2</w:t>
      </w:r>
      <w:r>
        <w:rPr>
          <w:b w:val="false"/>
          <w:sz w:val="28"/>
        </w:rPr>
        <w:t xml:space="preserve"> Вышестоящий АРМ адресует разрешенную цель; нижестоящий разрешает ее через свой реестр. УУ проверяет локальную ссылку </w:t>
      </w:r>
      <w:r>
        <w:rPr>
          <w:b w:val="false"/>
          <w:sz w:val="28"/>
          <w:lang w:val="zxx"/>
        </w:rPr>
        <w:t>ouId/</w:t>
      </w:r>
      <w:r>
        <w:rPr>
          <w:b w:val="false"/>
          <w:sz w:val="28"/>
        </w:rPr>
        <w:t>​</w:t>
      </w:r>
      <w:r>
        <w:rPr>
          <w:b w:val="false"/>
          <w:sz w:val="28"/>
          <w:lang w:val="zxx"/>
        </w:rPr>
        <w:t>resourceId</w:t>
      </w:r>
      <w:r>
        <w:rPr>
          <w:b w:val="false"/>
          <w:sz w:val="28"/>
        </w:rPr>
        <w:t xml:space="preserve"> и поколение привязки. Полный реестр всей системы в малом контроллере не хранится. Перенос цели на замененный УУ выполняется явно, с отзывом старого назначения, без переноса активного сеанса.</w:t>
      </w:r>
    </w:p>
    <w:p>
      <w:pPr>
        <w:pStyle w:val="Normal"/>
        <w:jc w:val="both"/>
        <w:rPr/>
      </w:pPr>
      <w:r>
        <w:rPr>
          <w:b w:val="false"/>
          <w:sz w:val="24"/>
        </w:rPr>
        <w:t xml:space="preserve">Если старое ОУ не умеет удостоверять собственный </w:t>
      </w:r>
      <w:r>
        <w:rPr>
          <w:b w:val="false"/>
          <w:sz w:val="24"/>
          <w:lang w:val="zxx"/>
        </w:rPr>
        <w:t>ID</w:t>
      </w:r>
      <w:r>
        <w:rPr>
          <w:b w:val="false"/>
          <w:sz w:val="24"/>
        </w:rPr>
        <w:t xml:space="preserve">, </w:t>
      </w:r>
      <w:r>
        <w:rPr>
          <w:b w:val="false"/>
          <w:sz w:val="24"/>
          <w:lang w:val="zxx"/>
        </w:rPr>
        <w:t>identityEvidence=commissionedBinding</w:t>
      </w:r>
      <w:r>
        <w:rPr>
          <w:b w:val="false"/>
          <w:sz w:val="24"/>
        </w:rPr>
        <w:t xml:space="preserve"> означает подтвержденную при наладке привязку. Криптографическая идентичность </w:t>
      </w:r>
      <w:r>
        <w:rPr>
          <w:b w:val="false"/>
          <w:sz w:val="24"/>
          <w:lang w:val="zxx"/>
        </w:rPr>
        <w:t>Ethernet-</w:t>
      </w:r>
      <w:r>
        <w:rPr>
          <w:b w:val="false"/>
          <w:sz w:val="24"/>
        </w:rPr>
        <w:t>части не доказывает правильность подключения исполнительного тракта или идентичность неаутентифицированного усилителя.</w:t>
      </w:r>
    </w:p>
    <w:p>
      <w:pPr>
        <w:pStyle w:val="Normal"/>
        <w:jc w:val="start"/>
        <w:rPr/>
      </w:pPr>
      <w:r>
        <w:rPr>
          <w:b w:val="false"/>
          <w:sz w:val="28"/>
          <w:lang w:val="zxx"/>
        </w:rPr>
        <w:t>21.3</w:t>
      </w:r>
      <w:r>
        <w:rPr>
          <w:b w:val="false"/>
          <w:sz w:val="28"/>
        </w:rPr>
        <w:t xml:space="preserve"> Циклы маршрутов запрещены; </w:t>
      </w:r>
      <w:r>
        <w:rPr>
          <w:b w:val="false"/>
          <w:sz w:val="28"/>
          <w:lang w:val="zxx"/>
        </w:rPr>
        <w:t>hopLimit</w:t>
      </w:r>
      <w:r>
        <w:rPr>
          <w:b w:val="false"/>
          <w:sz w:val="28"/>
        </w:rPr>
        <w:t xml:space="preserve"> уменьшается на каждом переходе и не превышает </w:t>
      </w:r>
      <w:r>
        <w:rPr>
          <w:b w:val="false"/>
          <w:sz w:val="28"/>
          <w:lang w:val="zxx"/>
        </w:rPr>
        <w:t>16.</w:t>
      </w:r>
      <w:r>
        <w:rPr>
          <w:b w:val="false"/>
          <w:sz w:val="28"/>
        </w:rPr>
        <w:t xml:space="preserve"> Межузловое поручение содержит </w:t>
      </w:r>
      <w:r>
        <w:rPr>
          <w:b w:val="false"/>
          <w:sz w:val="28"/>
          <w:lang w:val="zxx"/>
        </w:rPr>
        <w:t>deadlineUtcMs</w:t>
      </w:r>
      <w:r>
        <w:rPr>
          <w:b w:val="false"/>
          <w:sz w:val="28"/>
        </w:rPr>
        <w:t xml:space="preserve"> и </w:t>
      </w:r>
      <w:r>
        <w:rPr>
          <w:b w:val="false"/>
          <w:sz w:val="28"/>
          <w:lang w:val="zxx"/>
        </w:rPr>
        <w:t>clockErrorMs</w:t>
      </w:r>
      <w:r>
        <w:rPr>
          <w:b w:val="false"/>
          <w:sz w:val="28"/>
        </w:rPr>
        <w:t xml:space="preserve">; </w:t>
      </w:r>
      <w:r>
        <w:rPr>
          <w:b w:val="false"/>
          <w:sz w:val="28"/>
          <w:lang w:val="zxx"/>
        </w:rPr>
        <w:t>uint64</w:t>
      </w:r>
      <w:r>
        <w:rPr>
          <w:b w:val="false"/>
          <w:sz w:val="28"/>
        </w:rPr>
        <w:t xml:space="preserve"> передаются десятичными строками. Каждый узел допускает поручение только при </w:t>
      </w:r>
      <w:r>
        <w:rPr>
          <w:b w:val="false"/>
          <w:sz w:val="28"/>
          <w:lang w:val="zxx"/>
        </w:rPr>
        <w:t>upperBoundUtcMs</w:t>
      </w:r>
      <w:r>
        <w:rPr>
          <w:b w:val="false"/>
          <w:sz w:val="28"/>
        </w:rPr>
        <w:t xml:space="preserve"> &lt; </w:t>
      </w:r>
      <w:r>
        <w:rPr>
          <w:b w:val="false"/>
          <w:sz w:val="28"/>
          <w:lang w:val="zxx"/>
        </w:rPr>
        <w:t>deadlineUtcMs</w:t>
      </w:r>
      <w:r>
        <w:rPr>
          <w:b w:val="false"/>
          <w:sz w:val="28"/>
        </w:rPr>
        <w:t xml:space="preserve">, где </w:t>
      </w:r>
      <w:r>
        <w:rPr>
          <w:b w:val="false"/>
          <w:sz w:val="28"/>
          <w:lang w:val="zxx"/>
        </w:rPr>
        <w:t>upperBoundUtcMs</w:t>
      </w:r>
      <w:r>
        <w:rPr>
          <w:b w:val="false"/>
          <w:sz w:val="28"/>
        </w:rPr>
        <w:t xml:space="preserve"> - его текущее </w:t>
      </w:r>
      <w:r>
        <w:rPr>
          <w:b w:val="false"/>
          <w:sz w:val="28"/>
          <w:lang w:val="zxx"/>
        </w:rPr>
        <w:t>UTC</w:t>
      </w:r>
      <w:r>
        <w:rPr>
          <w:b w:val="false"/>
          <w:sz w:val="28"/>
        </w:rPr>
        <w:t xml:space="preserve"> плюс установленная верхняя погрешность не более </w:t>
      </w:r>
      <w:r>
        <w:rPr>
          <w:b w:val="false"/>
          <w:sz w:val="28"/>
          <w:lang w:val="zxx"/>
        </w:rPr>
        <w:t>500</w:t>
      </w:r>
      <w:r>
        <w:rPr>
          <w:b w:val="false"/>
          <w:sz w:val="28"/>
        </w:rPr>
        <w:t xml:space="preserve"> мс. Неизвестная погрешность либо превышение </w:t>
      </w:r>
      <w:r>
        <w:rPr>
          <w:b w:val="false"/>
          <w:sz w:val="28"/>
          <w:lang w:val="zxx"/>
        </w:rPr>
        <w:t>500</w:t>
      </w:r>
      <w:r>
        <w:rPr>
          <w:b w:val="false"/>
          <w:sz w:val="28"/>
        </w:rPr>
        <w:t xml:space="preserve"> мс дает </w:t>
      </w:r>
      <w:r>
        <w:rPr>
          <w:b w:val="false"/>
          <w:sz w:val="28"/>
          <w:lang w:val="zxx"/>
        </w:rPr>
        <w:t>clockUncertain</w:t>
      </w:r>
      <w:r>
        <w:rPr>
          <w:b w:val="false"/>
          <w:sz w:val="28"/>
        </w:rPr>
        <w:t xml:space="preserve"> без воздействия. Посредник сохраняет исходный </w:t>
      </w:r>
      <w:r>
        <w:rPr>
          <w:b w:val="false"/>
          <w:sz w:val="28"/>
          <w:lang w:val="zxx"/>
        </w:rPr>
        <w:t>deadlineUtcMs</w:t>
      </w:r>
      <w:r>
        <w:rPr>
          <w:b w:val="false"/>
          <w:sz w:val="28"/>
        </w:rPr>
        <w:t xml:space="preserve"> и не выдает новый полный </w:t>
      </w:r>
      <w:r>
        <w:rPr>
          <w:b w:val="false"/>
          <w:sz w:val="28"/>
          <w:lang w:val="zxx"/>
        </w:rPr>
        <w:t>TTL.</w:t>
      </w:r>
      <w:r>
        <w:rPr>
          <w:b w:val="false"/>
          <w:sz w:val="28"/>
        </w:rPr>
        <w:t xml:space="preserve"> АРМ переводит оставшийся гарантированный срок в </w:t>
      </w:r>
      <w:r>
        <w:rPr>
          <w:b w:val="false"/>
          <w:sz w:val="28"/>
          <w:lang w:val="zxx"/>
        </w:rPr>
        <w:t>acceptBeforeMs</w:t>
      </w:r>
      <w:r>
        <w:rPr>
          <w:b w:val="false"/>
          <w:sz w:val="28"/>
        </w:rPr>
        <w:t xml:space="preserve"> шкалы УУ с учетом </w:t>
      </w:r>
      <w:r>
        <w:rPr>
          <w:b w:val="false"/>
          <w:sz w:val="28"/>
          <w:lang w:val="zxx"/>
        </w:rPr>
        <w:t>RTT</w:t>
      </w:r>
      <w:r>
        <w:rPr>
          <w:b w:val="false"/>
          <w:sz w:val="28"/>
        </w:rPr>
        <w:t>, погрешности и прошедшего локального времени.</w:t>
      </w:r>
    </w:p>
    <w:p>
      <w:pPr>
        <w:pStyle w:val="2"/>
        <w:rPr/>
      </w:pPr>
      <w:r>
        <w:rPr/>
        <w:t>Межузловой формат node-alert/2</w:t>
      </w:r>
    </w:p>
    <w:p>
      <w:pPr>
        <w:pStyle w:val="Normal"/>
        <w:jc w:val="start"/>
        <w:rPr/>
      </w:pPr>
      <w:r>
        <w:rPr>
          <w:b w:val="false"/>
          <w:sz w:val="28"/>
          <w:lang w:val="zxx"/>
        </w:rPr>
        <w:t>21.4</w:t>
      </w:r>
      <w:r>
        <w:rPr>
          <w:b w:val="false"/>
          <w:sz w:val="28"/>
        </w:rPr>
        <w:t xml:space="preserve"> АРМ—АРМ использует отдельное </w:t>
      </w:r>
      <w:r>
        <w:rPr>
          <w:b w:val="false"/>
          <w:sz w:val="28"/>
          <w:lang w:val="zxx"/>
        </w:rPr>
        <w:t>TLS</w:t>
      </w:r>
      <w:r>
        <w:rPr>
          <w:b w:val="false"/>
          <w:sz w:val="28"/>
        </w:rPr>
        <w:t xml:space="preserve"> </w:t>
      </w:r>
      <w:r>
        <w:rPr>
          <w:b w:val="false"/>
          <w:sz w:val="28"/>
          <w:lang w:val="zxx"/>
        </w:rPr>
        <w:t>1.3-</w:t>
      </w:r>
      <w:r>
        <w:rPr>
          <w:b w:val="false"/>
          <w:sz w:val="28"/>
        </w:rPr>
        <w:t xml:space="preserve">соединение с криптографическим профилем раздела </w:t>
      </w:r>
      <w:r>
        <w:rPr>
          <w:b w:val="false"/>
          <w:sz w:val="28"/>
          <w:lang w:val="zxx"/>
        </w:rPr>
        <w:t>14</w:t>
      </w:r>
      <w:r>
        <w:rPr>
          <w:b w:val="false"/>
          <w:sz w:val="28"/>
        </w:rPr>
        <w:t xml:space="preserve">, индивидуальным </w:t>
      </w:r>
      <w:r>
        <w:rPr>
          <w:b w:val="false"/>
          <w:sz w:val="28"/>
          <w:lang w:val="zxx"/>
        </w:rPr>
        <w:t>PSK</w:t>
      </w:r>
      <w:r>
        <w:rPr>
          <w:b w:val="false"/>
          <w:sz w:val="28"/>
        </w:rPr>
        <w:t xml:space="preserve"> пары узлов и заранее разрешенными </w:t>
      </w:r>
      <w:r>
        <w:rPr>
          <w:b w:val="false"/>
          <w:sz w:val="28"/>
          <w:lang w:val="zxx"/>
        </w:rPr>
        <w:t>nodeId.</w:t>
      </w:r>
      <w:r>
        <w:rPr>
          <w:b w:val="false"/>
          <w:sz w:val="28"/>
        </w:rPr>
        <w:t xml:space="preserve"> Адрес, </w:t>
      </w:r>
      <w:r>
        <w:rPr>
          <w:b w:val="false"/>
          <w:sz w:val="28"/>
          <w:lang w:val="zxx"/>
        </w:rPr>
        <w:t>port</w:t>
      </w:r>
      <w:r>
        <w:rPr>
          <w:b w:val="false"/>
          <w:sz w:val="28"/>
        </w:rPr>
        <w:t xml:space="preserve"> и </w:t>
      </w:r>
      <w:r>
        <w:rPr>
          <w:b w:val="false"/>
          <w:sz w:val="28"/>
          <w:lang w:val="zxx"/>
        </w:rPr>
        <w:t>networkScope</w:t>
      </w:r>
      <w:r>
        <w:rPr>
          <w:b w:val="false"/>
          <w:sz w:val="28"/>
        </w:rPr>
        <w:t xml:space="preserve"> задаются реестром при вводе; </w:t>
      </w:r>
      <w:r>
        <w:rPr>
          <w:b w:val="false"/>
          <w:sz w:val="28"/>
          <w:lang w:val="zxx"/>
        </w:rPr>
        <w:t>multicast</w:t>
      </w:r>
      <w:r>
        <w:rPr>
          <w:b w:val="false"/>
          <w:sz w:val="28"/>
        </w:rPr>
        <w:t xml:space="preserve"> и открытый запасной канал запрещены. Рамка </w:t>
      </w:r>
      <w:r>
        <w:rPr>
          <w:b w:val="false"/>
          <w:sz w:val="28"/>
          <w:lang w:val="zxx"/>
        </w:rPr>
        <w:t>uint32</w:t>
      </w:r>
      <w:r>
        <w:rPr>
          <w:b w:val="false"/>
          <w:sz w:val="28"/>
        </w:rPr>
        <w:t xml:space="preserve"> </w:t>
      </w:r>
      <w:r>
        <w:rPr>
          <w:b w:val="false"/>
          <w:sz w:val="28"/>
          <w:lang w:val="zxx"/>
        </w:rPr>
        <w:t>BE</w:t>
      </w:r>
      <w:r>
        <w:rPr>
          <w:b w:val="false"/>
          <w:sz w:val="28"/>
        </w:rPr>
        <w:t xml:space="preserve"> длины и </w:t>
      </w:r>
      <w:r>
        <w:rPr>
          <w:b w:val="false"/>
          <w:sz w:val="28"/>
          <w:lang w:val="zxx"/>
        </w:rPr>
        <w:t>UTF-</w:t>
      </w:r>
      <w:r>
        <w:rPr>
          <w:b w:val="false"/>
          <w:sz w:val="28"/>
        </w:rPr>
        <w:t>⁠</w:t>
      </w:r>
      <w:r>
        <w:rPr>
          <w:b w:val="false"/>
          <w:sz w:val="28"/>
          <w:lang w:val="zxx"/>
        </w:rPr>
        <w:t>8</w:t>
      </w:r>
      <w:r>
        <w:rPr>
          <w:b w:val="false"/>
          <w:sz w:val="28"/>
        </w:rPr>
        <w:t xml:space="preserve"> </w:t>
      </w:r>
      <w:r>
        <w:rPr>
          <w:b w:val="false"/>
          <w:sz w:val="28"/>
          <w:lang w:val="zxx"/>
        </w:rPr>
        <w:t>JSON:</w:t>
      </w:r>
      <w:r>
        <w:rPr>
          <w:b w:val="false"/>
          <w:sz w:val="28"/>
        </w:rPr>
        <w:t xml:space="preserve"> </w:t>
      </w:r>
      <w:r>
        <w:rPr>
          <w:b w:val="false"/>
          <w:sz w:val="28"/>
          <w:lang w:val="zxx"/>
        </w:rPr>
        <w:t>1..65536</w:t>
      </w:r>
      <w:r>
        <w:rPr>
          <w:b w:val="false"/>
          <w:sz w:val="28"/>
        </w:rPr>
        <w:t xml:space="preserve"> байт, глубина до </w:t>
      </w:r>
      <w:r>
        <w:rPr>
          <w:b w:val="false"/>
          <w:sz w:val="28"/>
          <w:lang w:val="zxx"/>
        </w:rPr>
        <w:t>12</w:t>
      </w:r>
      <w:r>
        <w:rPr>
          <w:b w:val="false"/>
          <w:sz w:val="28"/>
        </w:rPr>
        <w:t xml:space="preserve">, не более </w:t>
      </w:r>
      <w:r>
        <w:rPr>
          <w:b w:val="false"/>
          <w:sz w:val="28"/>
          <w:lang w:val="zxx"/>
        </w:rPr>
        <w:t>4096</w:t>
      </w:r>
      <w:r>
        <w:rPr>
          <w:b w:val="false"/>
          <w:sz w:val="28"/>
        </w:rPr>
        <w:t xml:space="preserve"> узлов </w:t>
      </w:r>
      <w:r>
        <w:rPr>
          <w:b w:val="false"/>
          <w:sz w:val="28"/>
          <w:lang w:val="zxx"/>
        </w:rPr>
        <w:t>JSON</w:t>
      </w:r>
      <w:r>
        <w:rPr>
          <w:b w:val="false"/>
          <w:sz w:val="28"/>
        </w:rPr>
        <w:t xml:space="preserve">, повтор ключа запрещен. Тело соответствует </w:t>
      </w:r>
      <w:r>
        <w:rPr>
          <w:b w:val="false"/>
          <w:sz w:val="28"/>
          <w:lang w:val="zxx"/>
        </w:rPr>
        <w:t>node-</w:t>
      </w:r>
      <w:r>
        <w:rPr>
          <w:b w:val="false"/>
          <w:sz w:val="28"/>
        </w:rPr>
        <w:t>⁠</w:t>
      </w:r>
      <w:r>
        <w:rPr>
          <w:b w:val="false"/>
          <w:sz w:val="28"/>
          <w:lang w:val="zxx"/>
        </w:rPr>
        <w:t>schema-</w:t>
      </w:r>
      <w:r>
        <w:rPr>
          <w:b w:val="false"/>
          <w:sz w:val="28"/>
        </w:rPr>
        <w:t>⁠</w:t>
      </w:r>
      <w:r>
        <w:rPr>
          <w:b w:val="false"/>
          <w:sz w:val="28"/>
          <w:lang w:val="zxx"/>
        </w:rPr>
        <w:t>0.21.json</w:t>
      </w:r>
      <w:r>
        <w:rPr>
          <w:b w:val="false"/>
          <w:sz w:val="28"/>
        </w:rPr>
        <w:t xml:space="preserve">, неизвестные поля отвергаются. Первый запрос </w:t>
      </w:r>
      <w:r>
        <w:rPr>
          <w:b w:val="false"/>
          <w:sz w:val="28"/>
          <w:lang w:val="zxx"/>
        </w:rPr>
        <w:t>node.hello</w:t>
      </w:r>
      <w:r>
        <w:rPr>
          <w:b w:val="false"/>
          <w:sz w:val="28"/>
        </w:rPr>
        <w:t xml:space="preserve">; </w:t>
      </w:r>
      <w:r>
        <w:rPr>
          <w:b w:val="false"/>
          <w:sz w:val="28"/>
          <w:lang w:val="zxx"/>
        </w:rPr>
        <w:t>hello.nodeId</w:t>
      </w:r>
      <w:r>
        <w:rPr>
          <w:b w:val="false"/>
          <w:sz w:val="28"/>
        </w:rPr>
        <w:t xml:space="preserve"> сверяется с </w:t>
      </w:r>
      <w:r>
        <w:rPr>
          <w:b w:val="false"/>
          <w:sz w:val="28"/>
          <w:lang w:val="zxx"/>
        </w:rPr>
        <w:t>TLS</w:t>
      </w:r>
      <w:r>
        <w:rPr>
          <w:b w:val="false"/>
          <w:sz w:val="28"/>
        </w:rPr>
        <w:t xml:space="preserve"> </w:t>
      </w:r>
      <w:r>
        <w:rPr>
          <w:b w:val="false"/>
          <w:sz w:val="28"/>
          <w:lang w:val="zxx"/>
        </w:rPr>
        <w:t>principalId</w:t>
      </w:r>
      <w:r>
        <w:rPr>
          <w:b w:val="false"/>
          <w:sz w:val="28"/>
        </w:rPr>
        <w:t xml:space="preserve">, ответ </w:t>
      </w:r>
      <w:r>
        <w:rPr>
          <w:b w:val="false"/>
          <w:sz w:val="28"/>
          <w:lang w:val="zxx"/>
        </w:rPr>
        <w:t>hello</w:t>
      </w:r>
      <w:r>
        <w:rPr>
          <w:b w:val="false"/>
          <w:sz w:val="28"/>
        </w:rPr>
        <w:t xml:space="preserve"> фиксирует </w:t>
      </w:r>
      <w:r>
        <w:rPr>
          <w:b w:val="false"/>
          <w:sz w:val="28"/>
          <w:lang w:val="zxx"/>
        </w:rPr>
        <w:t>node-</w:t>
      </w:r>
      <w:r>
        <w:rPr>
          <w:b w:val="false"/>
          <w:sz w:val="28"/>
        </w:rPr>
        <w:t>⁠</w:t>
      </w:r>
      <w:r>
        <w:rPr>
          <w:b w:val="false"/>
          <w:sz w:val="28"/>
          <w:lang w:val="zxx"/>
        </w:rPr>
        <w:t>alert/</w:t>
      </w:r>
      <w:r>
        <w:rPr>
          <w:b w:val="false"/>
          <w:sz w:val="28"/>
        </w:rPr>
        <w:t>⁠</w:t>
      </w:r>
      <w:r>
        <w:rPr>
          <w:b w:val="false"/>
          <w:sz w:val="28"/>
          <w:lang w:val="zxx"/>
        </w:rPr>
        <w:t>2.</w:t>
      </w:r>
      <w:r>
        <w:rPr>
          <w:b w:val="false"/>
          <w:sz w:val="28"/>
        </w:rPr>
        <w:t xml:space="preserve"> Срок </w:t>
      </w:r>
      <w:r>
        <w:rPr>
          <w:b w:val="false"/>
          <w:sz w:val="28"/>
          <w:lang w:val="zxx"/>
        </w:rPr>
        <w:t>handshake</w:t>
      </w:r>
      <w:r>
        <w:rPr>
          <w:b w:val="false"/>
          <w:sz w:val="28"/>
        </w:rPr>
        <w:t xml:space="preserve"> </w:t>
      </w:r>
      <w:r>
        <w:rPr>
          <w:b w:val="false"/>
          <w:sz w:val="28"/>
          <w:lang w:val="zxx"/>
        </w:rPr>
        <w:t>20000</w:t>
      </w:r>
      <w:r>
        <w:rPr>
          <w:b w:val="false"/>
          <w:sz w:val="28"/>
        </w:rPr>
        <w:t xml:space="preserve"> мс от приема </w:t>
      </w:r>
      <w:r>
        <w:rPr>
          <w:b w:val="false"/>
          <w:sz w:val="28"/>
          <w:lang w:val="zxx"/>
        </w:rPr>
        <w:t>TCP</w:t>
      </w:r>
      <w:r>
        <w:rPr>
          <w:b w:val="false"/>
          <w:sz w:val="28"/>
        </w:rPr>
        <w:t xml:space="preserve">; сборка/отправка кадра — </w:t>
      </w:r>
      <w:r>
        <w:rPr>
          <w:b w:val="false"/>
          <w:sz w:val="28"/>
          <w:lang w:val="zxx"/>
        </w:rPr>
        <w:t>20000</w:t>
      </w:r>
      <w:r>
        <w:rPr>
          <w:b w:val="false"/>
          <w:sz w:val="28"/>
        </w:rPr>
        <w:t xml:space="preserve"> мс при нижнем ориентире канала </w:t>
      </w:r>
      <w:r>
        <w:rPr>
          <w:b w:val="false"/>
          <w:sz w:val="28"/>
          <w:lang w:val="zxx"/>
        </w:rPr>
        <w:t>64</w:t>
      </w:r>
      <w:r>
        <w:rPr>
          <w:b w:val="false"/>
          <w:sz w:val="28"/>
        </w:rPr>
        <w:t xml:space="preserve"> кбит/с. Кадр максимальной длины </w:t>
      </w:r>
      <w:r>
        <w:rPr>
          <w:b w:val="false"/>
          <w:sz w:val="28"/>
          <w:lang w:val="zxx"/>
        </w:rPr>
        <w:t>65536</w:t>
      </w:r>
      <w:r>
        <w:rPr>
          <w:b w:val="false"/>
          <w:sz w:val="28"/>
        </w:rPr>
        <w:t xml:space="preserve"> байт занимает </w:t>
      </w:r>
      <w:r>
        <w:rPr>
          <w:b w:val="false"/>
          <w:sz w:val="28"/>
          <w:lang w:val="zxx"/>
        </w:rPr>
        <w:t>8192</w:t>
      </w:r>
      <w:r>
        <w:rPr>
          <w:b w:val="false"/>
          <w:sz w:val="28"/>
        </w:rPr>
        <w:t xml:space="preserve"> мс без транспортных расходов и не подчиняется пределу </w:t>
      </w:r>
      <w:r>
        <w:rPr>
          <w:b w:val="false"/>
          <w:sz w:val="28"/>
          <w:lang w:val="zxx"/>
        </w:rPr>
        <w:t>1024</w:t>
      </w:r>
      <w:r>
        <w:rPr>
          <w:b w:val="false"/>
          <w:sz w:val="28"/>
        </w:rPr>
        <w:t xml:space="preserve"> байта конечного УУ; предел обработки обычного запроса </w:t>
      </w:r>
      <w:r>
        <w:rPr>
          <w:b w:val="false"/>
          <w:sz w:val="28"/>
          <w:lang w:val="zxx"/>
        </w:rPr>
        <w:t>500</w:t>
      </w:r>
      <w:r>
        <w:rPr>
          <w:b w:val="false"/>
          <w:sz w:val="28"/>
        </w:rPr>
        <w:t xml:space="preserve"> мс, длительное исполнение возвращает </w:t>
      </w:r>
      <w:r>
        <w:rPr>
          <w:b w:val="false"/>
          <w:sz w:val="28"/>
          <w:lang w:val="zxx"/>
        </w:rPr>
        <w:t>accepted.</w:t>
      </w:r>
      <w:r>
        <w:rPr>
          <w:b w:val="false"/>
          <w:sz w:val="28"/>
        </w:rPr>
        <w:t xml:space="preserve"> Чтение не поддерживает владение УУ.</w:t>
      </w:r>
    </w:p>
    <w:p>
      <w:pPr>
        <w:pStyle w:val="Normal"/>
        <w:jc w:val="both"/>
        <w:rPr/>
      </w:pPr>
      <w:r>
        <w:rPr>
          <w:b w:val="false"/>
          <w:sz w:val="28"/>
          <w:lang w:val="zxx"/>
        </w:rPr>
        <w:t>21.5</w:t>
      </w:r>
      <w:r>
        <w:rPr>
          <w:b w:val="false"/>
          <w:sz w:val="28"/>
        </w:rPr>
        <w:t xml:space="preserve"> В таблицах каждое поле занимает отдельную строку. Знак ? после имени обозначает необязательное поле; остальные поля обязательны. Варианты объекта приведены отдельно. Целые в строке передаются в канонической десятичной записи; обе границы диапазона включены. Предел в байтах </w:t>
      </w:r>
      <w:r>
        <w:rPr>
          <w:b w:val="false"/>
          <w:sz w:val="28"/>
          <w:lang w:val="zxx"/>
        </w:rPr>
        <w:t>UTF-</w:t>
      </w:r>
      <w:r>
        <w:rPr>
          <w:b w:val="false"/>
          <w:sz w:val="28"/>
        </w:rPr>
        <w:t>⁠</w:t>
      </w:r>
      <w:r>
        <w:rPr>
          <w:b w:val="false"/>
          <w:sz w:val="28"/>
          <w:lang w:val="zxx"/>
        </w:rPr>
        <w:t>8</w:t>
      </w:r>
      <w:r>
        <w:rPr>
          <w:b w:val="false"/>
          <w:sz w:val="28"/>
        </w:rPr>
        <w:t xml:space="preserve"> применяется к декодированному значению; непарные суррогаты ЗАПРЕЩЕНЫ. Для массива указаны минимальное и максимальное количество элементов и тип элемента. Дополнительные межполевые условия приведены в правилах соответствующего профиля.</w:t>
      </w:r>
    </w:p>
    <w:p>
      <w:pPr>
        <w:pStyle w:val="Normal"/>
        <w:keepNext w:val="true"/>
        <w:ind w:hanging="0"/>
        <w:jc w:val="start"/>
        <w:rPr/>
      </w:pPr>
      <w:r>
        <w:rPr>
          <w:b w:val="false"/>
          <w:sz w:val="24"/>
        </w:rPr>
        <w:t xml:space="preserve">Таблица </w:t>
      </w:r>
      <w:r>
        <w:rPr>
          <w:b w:val="false"/>
          <w:sz w:val="24"/>
          <w:lang w:val="zxx"/>
        </w:rPr>
        <w:t>27</w:t>
      </w:r>
      <w:r>
        <w:rPr>
          <w:b w:val="false"/>
          <w:sz w:val="24"/>
        </w:rPr>
        <w:t xml:space="preserve"> - Тело запроса </w:t>
      </w:r>
      <w:r>
        <w:rPr>
          <w:b w:val="false"/>
          <w:sz w:val="24"/>
          <w:lang w:val="zxx"/>
        </w:rPr>
        <w:t>node.hello</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profile</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node-</w:t>
            </w:r>
            <w:r>
              <w:rPr>
                <w:rFonts w:eastAsia="ＭＳ 明朝" w:cs=""/>
                <w:b w:val="false"/>
                <w:kern w:val="0"/>
                <w:sz w:val="28"/>
                <w:szCs w:val="22"/>
                <w:lang w:eastAsia="en-US" w:bidi="ar-SA"/>
              </w:rPr>
              <w:t>⁠</w:t>
            </w:r>
            <w:r>
              <w:rPr>
                <w:rFonts w:eastAsia="ＭＳ 明朝" w:cs=""/>
                <w:b w:val="false"/>
                <w:kern w:val="0"/>
                <w:sz w:val="28"/>
                <w:szCs w:val="22"/>
                <w:lang w:val="zxx" w:eastAsia="en-US" w:bidi="ar-SA"/>
              </w:rPr>
              <w:t>alert/</w:t>
            </w:r>
            <w:r>
              <w:rPr>
                <w:rFonts w:eastAsia="ＭＳ 明朝" w:cs=""/>
                <w:b w:val="false"/>
                <w:kern w:val="0"/>
                <w:sz w:val="28"/>
                <w:szCs w:val="22"/>
                <w:lang w:eastAsia="en-US" w:bidi="ar-SA"/>
              </w:rPr>
              <w:t>⁠</w:t>
            </w:r>
            <w:r>
              <w:rPr>
                <w:rFonts w:eastAsia="ＭＳ 明朝" w:cs=""/>
                <w:b w:val="false"/>
                <w:kern w:val="0"/>
                <w:sz w:val="28"/>
                <w:szCs w:val="22"/>
                <w:lang w:val="zxx" w:eastAsia="en-US" w:bidi="ar-SA"/>
              </w:rPr>
              <w:t>2</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28</w:t>
      </w:r>
      <w:r>
        <w:rPr>
          <w:b w:val="false"/>
          <w:sz w:val="24"/>
        </w:rPr>
        <w:t xml:space="preserve"> - Тело запроса </w:t>
      </w:r>
      <w:r>
        <w:rPr>
          <w:b w:val="false"/>
          <w:sz w:val="24"/>
          <w:lang w:val="zxx"/>
        </w:rPr>
        <w:t>run.start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originSeq</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runId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branchId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deadlineUtcMs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clockErrorMs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0..500</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hopLimit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1..16</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path</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1..16:</w:t>
            </w:r>
            <w:r>
              <w:rPr>
                <w:rFonts w:eastAsia="ＭＳ 明朝" w:cs=""/>
                <w:b w:val="false"/>
                <w:kern w:val="0"/>
                <w:sz w:val="28"/>
                <w:szCs w:val="22"/>
                <w:lang w:eastAsia="en-US" w:bidi="ar-SA"/>
              </w:rPr>
              <w:t xml:space="preserve"> 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 без повторов</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purpose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real</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exercise</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planId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planRevision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maxDurationMs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100..86400000</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targetDigest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64</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1..256:</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selectionTarget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29</w:t>
      </w:r>
      <w:r>
        <w:rPr>
          <w:b w:val="false"/>
          <w:sz w:val="24"/>
        </w:rPr>
        <w:t xml:space="preserve"> - Тело запроса </w:t>
      </w:r>
      <w:r>
        <w:rPr>
          <w:b w:val="false"/>
          <w:sz w:val="24"/>
          <w:lang w:val="zxx"/>
        </w:rPr>
        <w:t>run.cancel</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originSeq</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runId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branchId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deadlineUtcMs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clockErrorMs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0..500</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hopLimit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1..16</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path</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1..16:</w:t>
            </w:r>
            <w:r>
              <w:rPr>
                <w:rFonts w:eastAsia="ＭＳ 明朝" w:cs=""/>
                <w:b w:val="false"/>
                <w:kern w:val="0"/>
                <w:sz w:val="28"/>
                <w:szCs w:val="22"/>
                <w:lang w:eastAsia="en-US" w:bidi="ar-SA"/>
              </w:rPr>
              <w:t xml:space="preserve"> 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 без повторов</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30</w:t>
      </w:r>
      <w:r>
        <w:rPr>
          <w:b w:val="false"/>
          <w:sz w:val="24"/>
        </w:rPr>
        <w:t xml:space="preserve"> - Тело запроса </w:t>
      </w:r>
      <w:r>
        <w:rPr>
          <w:b w:val="false"/>
          <w:sz w:val="24"/>
          <w:lang w:val="zxx"/>
        </w:rPr>
        <w:t>run.get</w:t>
      </w:r>
      <w:r>
        <w:rPr>
          <w:b w:val="false"/>
          <w:sz w:val="24"/>
        </w:rPr>
        <w:t xml:space="preserve"> — вариант </w:t>
      </w:r>
      <w:r>
        <w:rPr>
          <w:b w:val="false"/>
          <w:sz w:val="24"/>
          <w:lang w:val="zxx"/>
        </w:rPr>
        <w:t>1</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originSeq</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runId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branchId</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31</w:t>
      </w:r>
      <w:r>
        <w:rPr>
          <w:b w:val="false"/>
          <w:sz w:val="24"/>
        </w:rPr>
        <w:t xml:space="preserve"> - Тело запроса </w:t>
      </w:r>
      <w:r>
        <w:rPr>
          <w:b w:val="false"/>
          <w:sz w:val="24"/>
          <w:lang w:val="zxx"/>
        </w:rPr>
        <w:t>run.get</w:t>
      </w:r>
      <w:r>
        <w:rPr>
          <w:b w:val="false"/>
          <w:sz w:val="24"/>
        </w:rPr>
        <w:t xml:space="preserve"> — вариант </w:t>
      </w:r>
      <w:r>
        <w:rPr>
          <w:b w:val="false"/>
          <w:sz w:val="24"/>
          <w:lang w:val="zxx"/>
        </w:rPr>
        <w:t>2</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originSeq</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runId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branchId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snapshotId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cursor</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32</w:t>
      </w:r>
      <w:r>
        <w:rPr>
          <w:b w:val="false"/>
          <w:sz w:val="24"/>
        </w:rPr>
        <w:t xml:space="preserve"> - Тело запроса </w:t>
      </w:r>
      <w:r>
        <w:rPr>
          <w:b w:val="false"/>
          <w:sz w:val="24"/>
          <w:lang w:val="zxx"/>
        </w:rPr>
        <w:t>result.read</w:t>
      </w:r>
      <w:r>
        <w:rPr>
          <w:b w:val="false"/>
          <w:sz w:val="24"/>
        </w:rPr>
        <w:t xml:space="preserve"> — вариант </w:t>
      </w:r>
      <w:r>
        <w:rPr>
          <w:b w:val="false"/>
          <w:sz w:val="24"/>
          <w:lang w:val="zxx"/>
        </w:rPr>
        <w:t>1</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originSeq</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runId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branchId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33</w:t>
      </w:r>
      <w:r>
        <w:rPr>
          <w:b w:val="false"/>
          <w:sz w:val="24"/>
        </w:rPr>
        <w:t xml:space="preserve"> - Тело запроса </w:t>
      </w:r>
      <w:r>
        <w:rPr>
          <w:b w:val="false"/>
          <w:sz w:val="24"/>
          <w:lang w:val="zxx"/>
        </w:rPr>
        <w:t>result.read</w:t>
      </w:r>
      <w:r>
        <w:rPr>
          <w:b w:val="false"/>
          <w:sz w:val="24"/>
        </w:rPr>
        <w:t xml:space="preserve"> — вариант </w:t>
      </w:r>
      <w:r>
        <w:rPr>
          <w:b w:val="false"/>
          <w:sz w:val="24"/>
          <w:lang w:val="zxx"/>
        </w:rPr>
        <w:t>2</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originSeq</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runId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branchId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snapshotId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cursor</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34</w:t>
      </w:r>
      <w:r>
        <w:rPr>
          <w:b w:val="false"/>
          <w:sz w:val="24"/>
        </w:rPr>
        <w:t xml:space="preserve"> - Тело запроса </w:t>
      </w:r>
      <w:r>
        <w:rPr>
          <w:b w:val="false"/>
          <w:sz w:val="24"/>
          <w:lang w:val="zxx"/>
        </w:rPr>
        <w:t>catalog.get</w:t>
      </w:r>
      <w:r>
        <w:rPr>
          <w:b w:val="false"/>
          <w:sz w:val="24"/>
        </w:rPr>
        <w:t xml:space="preserve"> — вариант </w:t>
      </w:r>
      <w:r>
        <w:rPr>
          <w:b w:val="false"/>
          <w:sz w:val="24"/>
          <w:lang w:val="zxx"/>
        </w:rPr>
        <w:t>1</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Пустой объект {}</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35</w:t>
      </w:r>
      <w:r>
        <w:rPr>
          <w:b w:val="false"/>
          <w:sz w:val="24"/>
        </w:rPr>
        <w:t xml:space="preserve"> - Тело запроса </w:t>
      </w:r>
      <w:r>
        <w:rPr>
          <w:b w:val="false"/>
          <w:sz w:val="24"/>
          <w:lang w:val="zxx"/>
        </w:rPr>
        <w:t>catalog.get</w:t>
      </w:r>
      <w:r>
        <w:rPr>
          <w:b w:val="false"/>
          <w:sz w:val="24"/>
        </w:rPr>
        <w:t xml:space="preserve"> — вариант </w:t>
      </w:r>
      <w:r>
        <w:rPr>
          <w:b w:val="false"/>
          <w:sz w:val="24"/>
          <w:lang w:val="zxx"/>
        </w:rPr>
        <w:t>2</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snapshotId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cursor</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36</w:t>
      </w:r>
      <w:r>
        <w:rPr>
          <w:b w:val="false"/>
          <w:sz w:val="24"/>
        </w:rPr>
        <w:t xml:space="preserve"> - Тело запроса </w:t>
      </w:r>
      <w:r>
        <w:rPr>
          <w:b w:val="false"/>
          <w:sz w:val="24"/>
          <w:lang w:val="zxx"/>
        </w:rPr>
        <w:t>observations.get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pointIds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1..8:</w:t>
            </w:r>
            <w:r>
              <w:rPr>
                <w:rFonts w:eastAsia="ＭＳ 明朝" w:cs=""/>
                <w:b w:val="false"/>
                <w:kern w:val="0"/>
                <w:sz w:val="28"/>
                <w:szCs w:val="22"/>
                <w:lang w:eastAsia="en-US" w:bidi="ar-SA"/>
              </w:rPr>
              <w:t xml:space="preserve"> 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 без повторов</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deadlineUtcMs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clockErrorMs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0..500</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hopLimit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1..16</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path</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1..16:</w:t>
            </w:r>
            <w:r>
              <w:rPr>
                <w:rFonts w:eastAsia="ＭＳ 明朝" w:cs=""/>
                <w:b w:val="false"/>
                <w:kern w:val="0"/>
                <w:sz w:val="28"/>
                <w:szCs w:val="22"/>
                <w:lang w:eastAsia="en-US" w:bidi="ar-SA"/>
              </w:rPr>
              <w:t xml:space="preserve"> 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 без повторов</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37</w:t>
      </w:r>
      <w:r>
        <w:rPr>
          <w:b w:val="false"/>
          <w:sz w:val="24"/>
        </w:rPr>
        <w:t xml:space="preserve"> - Объект ответа </w:t>
      </w:r>
      <w:r>
        <w:rPr>
          <w:b w:val="false"/>
          <w:sz w:val="24"/>
          <w:lang w:val="zxx"/>
        </w:rPr>
        <w:t>hello</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selectedProfile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node-</w:t>
            </w:r>
            <w:r>
              <w:rPr>
                <w:rFonts w:eastAsia="ＭＳ 明朝" w:cs=""/>
                <w:b w:val="false"/>
                <w:kern w:val="0"/>
                <w:sz w:val="28"/>
                <w:szCs w:val="22"/>
                <w:lang w:eastAsia="en-US" w:bidi="ar-SA"/>
              </w:rPr>
              <w:t>⁠</w:t>
            </w:r>
            <w:r>
              <w:rPr>
                <w:rFonts w:eastAsia="ＭＳ 明朝" w:cs=""/>
                <w:b w:val="false"/>
                <w:kern w:val="0"/>
                <w:sz w:val="28"/>
                <w:szCs w:val="22"/>
                <w:lang w:val="zxx" w:eastAsia="en-US" w:bidi="ar-SA"/>
              </w:rPr>
              <w:t>alert/</w:t>
            </w:r>
            <w:r>
              <w:rPr>
                <w:rFonts w:eastAsia="ＭＳ 明朝" w:cs=""/>
                <w:b w:val="false"/>
                <w:kern w:val="0"/>
                <w:sz w:val="28"/>
                <w:szCs w:val="22"/>
                <w:lang w:eastAsia="en-US" w:bidi="ar-SA"/>
              </w:rPr>
              <w:t>⁠</w:t>
            </w:r>
            <w:r>
              <w:rPr>
                <w:rFonts w:eastAsia="ＭＳ 明朝" w:cs=""/>
                <w:b w:val="false"/>
                <w:kern w:val="0"/>
                <w:sz w:val="28"/>
                <w:szCs w:val="22"/>
                <w:lang w:val="zxx" w:eastAsia="en-US" w:bidi="ar-SA"/>
              </w:rPr>
              <w:t>2</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maxBytes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65536</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38</w:t>
      </w:r>
      <w:r>
        <w:rPr>
          <w:b w:val="false"/>
          <w:sz w:val="24"/>
        </w:rPr>
        <w:t xml:space="preserve"> - Объект ответа </w:t>
      </w:r>
      <w:r>
        <w:rPr>
          <w:b w:val="false"/>
          <w:sz w:val="24"/>
          <w:lang w:val="zxx"/>
        </w:rPr>
        <w:t>admission</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originSeq</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runId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branchId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state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accepted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cancelled</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targetCount</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0..256</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39</w:t>
      </w:r>
      <w:r>
        <w:rPr>
          <w:b w:val="false"/>
          <w:sz w:val="24"/>
        </w:rPr>
        <w:t xml:space="preserve"> - Объект ответа </w:t>
      </w:r>
      <w:r>
        <w:rPr>
          <w:b w:val="false"/>
          <w:sz w:val="24"/>
          <w:lang w:val="zxx"/>
        </w:rPr>
        <w:t>targetResult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admission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pending</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accepted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rejected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unknown</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state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pending</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starting</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running</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stopping</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finished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notStarted</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result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none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succeeded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failed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cancelled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unknown</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reason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execution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pending</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confirmed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partial</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notExecuted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unknown</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completion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pending</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complete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interrupted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unknown</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deviceId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bootId</w:t>
            </w:r>
            <w:r>
              <w:rPr>
                <w:rFonts w:eastAsia="ＭＳ 明朝" w:cs=""/>
                <w:b w:val="false"/>
                <w:kern w:val="0"/>
                <w:sz w:val="28"/>
                <w:szCs w:val="22"/>
                <w:lang w:eastAsia="en-US" w:bidi="ar-SA"/>
              </w:rPr>
              <w: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sessionId</w:t>
            </w:r>
            <w:r>
              <w:rPr>
                <w:rFonts w:eastAsia="ＭＳ 明朝" w:cs=""/>
                <w:b w:val="false"/>
                <w:kern w:val="0"/>
                <w:sz w:val="28"/>
                <w:szCs w:val="22"/>
                <w:lang w:eastAsia="en-US" w:bidi="ar-SA"/>
              </w:rPr>
              <w:t>?</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40</w:t>
      </w:r>
      <w:r>
        <w:rPr>
          <w:b w:val="false"/>
          <w:sz w:val="24"/>
        </w:rPr>
        <w:t xml:space="preserve"> - Объект ответа </w:t>
      </w:r>
      <w:r>
        <w:rPr>
          <w:b w:val="false"/>
          <w:sz w:val="24"/>
          <w:lang w:val="zxx"/>
        </w:rPr>
        <w:t>runResult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originSeq</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runId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branchId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snapshotId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evaluatedAtUtcMs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more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Логическое значение: </w:t>
            </w:r>
            <w:r>
              <w:rPr>
                <w:rFonts w:eastAsia="ＭＳ 明朝" w:cs=""/>
                <w:b w:val="false"/>
                <w:kern w:val="0"/>
                <w:sz w:val="28"/>
                <w:szCs w:val="22"/>
                <w:lang w:val="zxx" w:eastAsia="en-US" w:bidi="ar-SA"/>
              </w:rPr>
              <w:t>true</w:t>
            </w:r>
            <w:r>
              <w:rPr>
                <w:rFonts w:eastAsia="ＭＳ 明朝" w:cs=""/>
                <w:b w:val="false"/>
                <w:kern w:val="0"/>
                <w:sz w:val="28"/>
                <w:szCs w:val="22"/>
                <w:lang w:eastAsia="en-US" w:bidi="ar-SA"/>
              </w:rPr>
              <w:t xml:space="preserve"> или </w:t>
            </w:r>
            <w:r>
              <w:rPr>
                <w:rFonts w:eastAsia="ＭＳ 明朝" w:cs=""/>
                <w:b w:val="false"/>
                <w:kern w:val="0"/>
                <w:sz w:val="28"/>
                <w:szCs w:val="22"/>
                <w:lang w:val="zxx" w:eastAsia="en-US" w:bidi="ar-SA"/>
              </w:rPr>
              <w:t>false</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cursor</w:t>
            </w:r>
            <w:r>
              <w:rPr>
                <w:rFonts w:eastAsia="ＭＳ 明朝" w:cs=""/>
                <w:b w:val="false"/>
                <w:kern w:val="0"/>
                <w:sz w:val="28"/>
                <w:szCs w:val="22"/>
                <w:lang w:eastAsia="en-US" w:bidi="ar-SA"/>
              </w:rPr>
              <w: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targetCount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0..256</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state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pending</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running</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finished</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0..32:</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targetResult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41</w:t>
      </w:r>
      <w:r>
        <w:rPr>
          <w:b w:val="false"/>
          <w:sz w:val="24"/>
        </w:rPr>
        <w:t xml:space="preserve"> - Объект ответа </w:t>
      </w:r>
      <w:r>
        <w:rPr>
          <w:b w:val="false"/>
          <w:sz w:val="24"/>
          <w:lang w:val="zxx"/>
        </w:rPr>
        <w:t>rawResult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originSeq</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runId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branchId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snapshotId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more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Логическое значение: </w:t>
            </w:r>
            <w:r>
              <w:rPr>
                <w:rFonts w:eastAsia="ＭＳ 明朝" w:cs=""/>
                <w:b w:val="false"/>
                <w:kern w:val="0"/>
                <w:sz w:val="28"/>
                <w:szCs w:val="22"/>
                <w:lang w:val="zxx" w:eastAsia="en-US" w:bidi="ar-SA"/>
              </w:rPr>
              <w:t>true</w:t>
            </w:r>
            <w:r>
              <w:rPr>
                <w:rFonts w:eastAsia="ＭＳ 明朝" w:cs=""/>
                <w:b w:val="false"/>
                <w:kern w:val="0"/>
                <w:sz w:val="28"/>
                <w:szCs w:val="22"/>
                <w:lang w:eastAsia="en-US" w:bidi="ar-SA"/>
              </w:rPr>
              <w:t xml:space="preserve"> или </w:t>
            </w:r>
            <w:r>
              <w:rPr>
                <w:rFonts w:eastAsia="ＭＳ 明朝" w:cs=""/>
                <w:b w:val="false"/>
                <w:kern w:val="0"/>
                <w:sz w:val="28"/>
                <w:szCs w:val="22"/>
                <w:lang w:val="zxx" w:eastAsia="en-US" w:bidi="ar-SA"/>
              </w:rPr>
              <w:t>false</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cursor</w:t>
            </w:r>
            <w:r>
              <w:rPr>
                <w:rFonts w:eastAsia="ＭＳ 明朝" w:cs=""/>
                <w:b w:val="false"/>
                <w:kern w:val="0"/>
                <w:sz w:val="28"/>
                <w:szCs w:val="22"/>
                <w:lang w:eastAsia="en-US" w:bidi="ar-SA"/>
              </w:rPr>
              <w: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requestXml</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не более </w:t>
            </w:r>
            <w:r>
              <w:rPr>
                <w:rFonts w:eastAsia="ＭＳ 明朝" w:cs=""/>
                <w:b w:val="false"/>
                <w:kern w:val="0"/>
                <w:sz w:val="28"/>
                <w:szCs w:val="22"/>
                <w:lang w:val="zxx" w:eastAsia="en-US" w:bidi="ar-SA"/>
              </w:rPr>
              <w:t>1024</w:t>
            </w:r>
            <w:r>
              <w:rPr>
                <w:rFonts w:eastAsia="ＭＳ 明朝" w:cs=""/>
                <w:b w:val="false"/>
                <w:kern w:val="0"/>
                <w:sz w:val="28"/>
                <w:szCs w:val="22"/>
                <w:lang w:eastAsia="en-US" w:bidi="ar-SA"/>
              </w:rPr>
              <w:t xml:space="preserve"> символов</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responseXml</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не более </w:t>
            </w:r>
            <w:r>
              <w:rPr>
                <w:rFonts w:eastAsia="ＭＳ 明朝" w:cs=""/>
                <w:b w:val="false"/>
                <w:kern w:val="0"/>
                <w:sz w:val="28"/>
                <w:szCs w:val="22"/>
                <w:lang w:val="zxx" w:eastAsia="en-US" w:bidi="ar-SA"/>
              </w:rPr>
              <w:t>1024</w:t>
            </w:r>
            <w:r>
              <w:rPr>
                <w:rFonts w:eastAsia="ＭＳ 明朝" w:cs=""/>
                <w:b w:val="false"/>
                <w:kern w:val="0"/>
                <w:sz w:val="28"/>
                <w:szCs w:val="22"/>
                <w:lang w:eastAsia="en-US" w:bidi="ar-SA"/>
              </w:rPr>
              <w:t xml:space="preserve"> символов</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42</w:t>
      </w:r>
      <w:r>
        <w:rPr>
          <w:b w:val="false"/>
          <w:sz w:val="24"/>
        </w:rPr>
        <w:t xml:space="preserve"> - Объект ответа </w:t>
      </w:r>
      <w:r>
        <w:rPr>
          <w:b w:val="false"/>
          <w:sz w:val="24"/>
          <w:lang w:val="zxx"/>
        </w:rPr>
        <w:t>catalog</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snapshotId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more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Логическое значение: </w:t>
            </w:r>
            <w:r>
              <w:rPr>
                <w:rFonts w:eastAsia="ＭＳ 明朝" w:cs=""/>
                <w:b w:val="false"/>
                <w:kern w:val="0"/>
                <w:sz w:val="28"/>
                <w:szCs w:val="22"/>
                <w:lang w:val="zxx" w:eastAsia="en-US" w:bidi="ar-SA"/>
              </w:rPr>
              <w:t>true</w:t>
            </w:r>
            <w:r>
              <w:rPr>
                <w:rFonts w:eastAsia="ＭＳ 明朝" w:cs=""/>
                <w:b w:val="false"/>
                <w:kern w:val="0"/>
                <w:sz w:val="28"/>
                <w:szCs w:val="22"/>
                <w:lang w:eastAsia="en-US" w:bidi="ar-SA"/>
              </w:rPr>
              <w:t xml:space="preserve"> или </w:t>
            </w:r>
            <w:r>
              <w:rPr>
                <w:rFonts w:eastAsia="ＭＳ 明朝" w:cs=""/>
                <w:b w:val="false"/>
                <w:kern w:val="0"/>
                <w:sz w:val="28"/>
                <w:szCs w:val="22"/>
                <w:lang w:val="zxx" w:eastAsia="en-US" w:bidi="ar-SA"/>
              </w:rPr>
              <w:t>false</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cursor</w:t>
            </w:r>
            <w:r>
              <w:rPr>
                <w:rFonts w:eastAsia="ＭＳ 明朝" w:cs=""/>
                <w:b w:val="false"/>
                <w:kern w:val="0"/>
                <w:sz w:val="28"/>
                <w:szCs w:val="22"/>
                <w:lang w:eastAsia="en-US" w:bidi="ar-SA"/>
              </w:rPr>
              <w: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targetCount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0..256</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groupCount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0..128</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programCount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0..128</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0..32:</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target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groups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0..32:</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group</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programs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0..32:</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program</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43</w:t>
      </w:r>
      <w:r>
        <w:rPr>
          <w:b w:val="false"/>
          <w:sz w:val="24"/>
        </w:rPr>
        <w:t xml:space="preserve"> - Объект ответа </w:t>
      </w:r>
      <w:r>
        <w:rPr>
          <w:b w:val="false"/>
          <w:sz w:val="24"/>
          <w:lang w:val="zxx"/>
        </w:rPr>
        <w:t>observation</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type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bool</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enum</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int</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counter</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value</w:t>
            </w:r>
            <w:r>
              <w:rPr>
                <w:rFonts w:eastAsia="ＭＳ 明朝" w:cs=""/>
                <w:b w:val="false"/>
                <w:kern w:val="0"/>
                <w:sz w:val="28"/>
                <w:szCs w:val="22"/>
                <w:lang w:eastAsia="en-US" w:bidi="ar-SA"/>
              </w:rPr>
              <w: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не более </w:t>
            </w:r>
            <w:r>
              <w:rPr>
                <w:rFonts w:eastAsia="ＭＳ 明朝" w:cs=""/>
                <w:b w:val="false"/>
                <w:kern w:val="0"/>
                <w:sz w:val="28"/>
                <w:szCs w:val="22"/>
                <w:lang w:val="zxx" w:eastAsia="en-US" w:bidi="ar-SA"/>
              </w:rPr>
              <w:t>128</w:t>
            </w:r>
            <w:r>
              <w:rPr>
                <w:rFonts w:eastAsia="ＭＳ 明朝" w:cs=""/>
                <w:b w:val="false"/>
                <w:kern w:val="0"/>
                <w:sz w:val="28"/>
                <w:szCs w:val="22"/>
                <w:lang w:eastAsia="en-US" w:bidi="ar-SA"/>
              </w:rPr>
              <w:t xml:space="preserve"> байт </w:t>
            </w:r>
            <w:r>
              <w:rPr>
                <w:rFonts w:eastAsia="ＭＳ 明朝" w:cs=""/>
                <w:b w:val="false"/>
                <w:kern w:val="0"/>
                <w:sz w:val="28"/>
                <w:szCs w:val="22"/>
                <w:lang w:val="zxx" w:eastAsia="en-US" w:bidi="ar-SA"/>
              </w:rPr>
              <w:t>UTF-</w:t>
            </w:r>
            <w:r>
              <w:rPr>
                <w:rFonts w:eastAsia="ＭＳ 明朝" w:cs=""/>
                <w:b w:val="false"/>
                <w:kern w:val="0"/>
                <w:sz w:val="28"/>
                <w:szCs w:val="22"/>
                <w:lang w:eastAsia="en-US" w:bidi="ar-SA"/>
              </w:rPr>
              <w:t>⁠</w:t>
            </w:r>
            <w:r>
              <w:rPr>
                <w:rFonts w:eastAsia="ＭＳ 明朝" w:cs=""/>
                <w:b w:val="false"/>
                <w:kern w:val="0"/>
                <w:sz w:val="28"/>
                <w:szCs w:val="22"/>
                <w:lang w:val="zxx" w:eastAsia="en-US" w:bidi="ar-SA"/>
              </w:rPr>
              <w:t>8</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validity</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valid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invalid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unavailable</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freshness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fresh</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stale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never</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reason</w:t>
            </w:r>
            <w:r>
              <w:rPr>
                <w:rFonts w:eastAsia="ＭＳ 明朝" w:cs=""/>
                <w:b w:val="false"/>
                <w:kern w:val="0"/>
                <w:sz w:val="28"/>
                <w:szCs w:val="22"/>
                <w:lang w:eastAsia="en-US" w:bidi="ar-SA"/>
              </w:rPr>
              <w: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observedAtMs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evaluatedAtMs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maxAgeMs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0..18446744073709551615</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validUntilUtcMs</w:t>
            </w:r>
            <w:r>
              <w:rPr>
                <w:rFonts w:eastAsia="ＭＳ 明朝" w:cs=""/>
                <w:b w:val="false"/>
                <w:kern w:val="0"/>
                <w:sz w:val="28"/>
                <w:szCs w:val="22"/>
                <w:lang w:eastAsia="en-US" w:bidi="ar-SA"/>
              </w:rPr>
              <w:t>?</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0..18446744073709551615</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44</w:t>
      </w:r>
      <w:r>
        <w:rPr>
          <w:b w:val="false"/>
          <w:sz w:val="24"/>
        </w:rPr>
        <w:t xml:space="preserve"> - Объект ответа </w:t>
      </w:r>
      <w:r>
        <w:rPr>
          <w:b w:val="false"/>
          <w:sz w:val="24"/>
          <w:lang w:val="zxx"/>
        </w:rPr>
        <w:t>observations</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bootId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capabilityRevision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bindingGeneration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points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1..8:</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observation</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45</w:t>
      </w:r>
      <w:r>
        <w:rPr>
          <w:b w:val="false"/>
          <w:sz w:val="24"/>
        </w:rPr>
        <w:t xml:space="preserve"> - Объект ответа </w:t>
      </w:r>
      <w:r>
        <w:rPr>
          <w:b w:val="false"/>
          <w:sz w:val="24"/>
          <w:lang w:val="zxx"/>
        </w:rPr>
        <w:t>error</w:t>
      </w:r>
      <w:r>
        <w:rPr>
          <w:b w:val="false"/>
          <w:sz w:val="24"/>
        </w:rPr>
        <w:t xml:space="preserve"> — </w:t>
      </w:r>
      <w:r>
        <w:rPr>
          <w:b w:val="false"/>
          <w:sz w:val="24"/>
          <w:lang w:val="zxx"/>
        </w:rPr>
        <w:t>code=</w:t>
      </w:r>
      <w:r>
        <w:rPr>
          <w:b w:val="false"/>
          <w:sz w:val="24"/>
        </w:rPr>
        <w:t>"</w:t>
      </w:r>
      <w:r>
        <w:rPr>
          <w:b w:val="false"/>
          <w:sz w:val="24"/>
          <w:lang w:val="zxx"/>
        </w:rPr>
        <w:t>forbidden</w:t>
      </w:r>
      <w:r>
        <w:rPr>
          <w:b w:val="false"/>
          <w:sz w:val="24"/>
        </w:rPr>
        <w: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code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forbidden</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detail</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roleDenied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scopeDenied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ownerMismatch</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46</w:t>
      </w:r>
      <w:r>
        <w:rPr>
          <w:b w:val="false"/>
          <w:sz w:val="24"/>
        </w:rPr>
        <w:t xml:space="preserve"> - Объект ответа </w:t>
      </w:r>
      <w:r>
        <w:rPr>
          <w:b w:val="false"/>
          <w:sz w:val="24"/>
          <w:lang w:val="zxx"/>
        </w:rPr>
        <w:t>error</w:t>
      </w:r>
      <w:r>
        <w:rPr>
          <w:b w:val="false"/>
          <w:sz w:val="24"/>
        </w:rPr>
        <w:t xml:space="preserve"> — </w:t>
      </w:r>
      <w:r>
        <w:rPr>
          <w:b w:val="false"/>
          <w:sz w:val="24"/>
          <w:lang w:val="zxx"/>
        </w:rPr>
        <w:t>code=</w:t>
      </w:r>
      <w:r>
        <w:rPr>
          <w:b w:val="false"/>
          <w:sz w:val="24"/>
        </w:rPr>
        <w:t>"</w:t>
      </w:r>
      <w:r>
        <w:rPr>
          <w:b w:val="false"/>
          <w:sz w:val="24"/>
          <w:lang w:val="zxx"/>
        </w:rPr>
        <w:t>busy</w:t>
      </w:r>
      <w:r>
        <w:rPr>
          <w:b w:val="false"/>
          <w:sz w:val="24"/>
        </w:rPr>
        <w: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code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busy</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detail</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ownershipHeld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executionActive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localControl</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serviceActive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capacityExhausted</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47</w:t>
      </w:r>
      <w:r>
        <w:rPr>
          <w:b w:val="false"/>
          <w:sz w:val="24"/>
        </w:rPr>
        <w:t xml:space="preserve"> - Объект ответа </w:t>
      </w:r>
      <w:r>
        <w:rPr>
          <w:b w:val="false"/>
          <w:sz w:val="24"/>
          <w:lang w:val="zxx"/>
        </w:rPr>
        <w:t>error</w:t>
      </w:r>
      <w:r>
        <w:rPr>
          <w:b w:val="false"/>
          <w:sz w:val="24"/>
        </w:rPr>
        <w:t xml:space="preserve"> — </w:t>
      </w:r>
      <w:r>
        <w:rPr>
          <w:b w:val="false"/>
          <w:sz w:val="24"/>
          <w:lang w:val="zxx"/>
        </w:rPr>
        <w:t>code=</w:t>
      </w:r>
      <w:r>
        <w:rPr>
          <w:b w:val="false"/>
          <w:sz w:val="24"/>
        </w:rPr>
        <w:t>"</w:t>
      </w:r>
      <w:r>
        <w:rPr>
          <w:b w:val="false"/>
          <w:sz w:val="24"/>
          <w:lang w:val="zxx"/>
        </w:rPr>
        <w:t>conflict</w:t>
      </w:r>
      <w:r>
        <w:rPr>
          <w:b w:val="false"/>
          <w:sz w:val="24"/>
        </w:rPr>
        <w: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code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conflict</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detail</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requestMismatch</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configRevisionMismatch</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capabilityRevisionMismatch</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bindingChanged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contentRevisionMismatch</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instanceMismatch</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operationStateMismatch</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48</w:t>
      </w:r>
      <w:r>
        <w:rPr>
          <w:b w:val="false"/>
          <w:sz w:val="24"/>
        </w:rPr>
        <w:t xml:space="preserve"> - Объект ответа </w:t>
      </w:r>
      <w:r>
        <w:rPr>
          <w:b w:val="false"/>
          <w:sz w:val="24"/>
          <w:lang w:val="zxx"/>
        </w:rPr>
        <w:t>error</w:t>
      </w:r>
      <w:r>
        <w:rPr>
          <w:b w:val="false"/>
          <w:sz w:val="24"/>
        </w:rPr>
        <w:t xml:space="preserve"> — вариант </w:t>
      </w:r>
      <w:r>
        <w:rPr>
          <w:b w:val="false"/>
          <w:sz w:val="24"/>
          <w:lang w:val="zxx"/>
        </w:rPr>
        <w:t>4</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code</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invalidArgument</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unsupported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notFound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resultExpired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snapshotExpired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clockUncertain</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deadlineExpired</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routeLoop</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sourceUnavailable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storageFault</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startBlockedByCancel</w:t>
            </w:r>
          </w:p>
        </w:tc>
      </w:tr>
    </w:tbl>
    <w:p>
      <w:pPr>
        <w:pStyle w:val="Normal"/>
        <w:spacing w:before="0" w:after="0"/>
        <w:rPr/>
      </w:pPr>
      <w:r>
        <w:rPr/>
      </w:r>
    </w:p>
    <w:p>
      <w:pPr>
        <w:pStyle w:val="Normal"/>
        <w:jc w:val="start"/>
        <w:rPr/>
      </w:pPr>
      <w:r>
        <w:rPr>
          <w:b w:val="false"/>
          <w:sz w:val="28"/>
          <w:lang w:val="zxx"/>
        </w:rPr>
        <w:t>21.6</w:t>
      </w:r>
      <w:r>
        <w:rPr>
          <w:b w:val="false"/>
          <w:sz w:val="28"/>
        </w:rPr>
        <w:t xml:space="preserve"> Оболочка запроса: </w:t>
      </w:r>
      <w:r>
        <w:rPr>
          <w:b w:val="false"/>
          <w:sz w:val="28"/>
          <w:lang w:val="zxx"/>
        </w:rPr>
        <w:t>v=</w:t>
      </w:r>
      <w:r>
        <w:rPr>
          <w:b w:val="false"/>
          <w:sz w:val="28"/>
        </w:rPr>
        <w:t>"</w:t>
      </w:r>
      <w:r>
        <w:rPr>
          <w:b w:val="false"/>
          <w:sz w:val="28"/>
          <w:lang w:val="zxx"/>
        </w:rPr>
        <w:t>1</w:t>
      </w:r>
      <w:r>
        <w:rPr>
          <w:b w:val="false"/>
          <w:sz w:val="28"/>
        </w:rPr>
        <w:t xml:space="preserve">", </w:t>
      </w:r>
      <w:r>
        <w:rPr>
          <w:b w:val="false"/>
          <w:sz w:val="28"/>
          <w:lang w:val="zxx"/>
        </w:rPr>
        <w:t>profile=</w:t>
      </w:r>
      <w:r>
        <w:rPr>
          <w:b w:val="false"/>
          <w:sz w:val="28"/>
        </w:rPr>
        <w:t>"</w:t>
      </w:r>
      <w:r>
        <w:rPr>
          <w:b w:val="false"/>
          <w:sz w:val="28"/>
          <w:lang w:val="zxx"/>
        </w:rPr>
        <w:t>node-</w:t>
      </w:r>
      <w:r>
        <w:rPr>
          <w:b w:val="false"/>
          <w:sz w:val="28"/>
        </w:rPr>
        <w:t>⁠</w:t>
      </w:r>
      <w:r>
        <w:rPr>
          <w:b w:val="false"/>
          <w:sz w:val="28"/>
          <w:lang w:val="zxx"/>
        </w:rPr>
        <w:t>alert/</w:t>
      </w:r>
      <w:r>
        <w:rPr>
          <w:b w:val="false"/>
          <w:sz w:val="28"/>
        </w:rPr>
        <w:t>⁠</w:t>
      </w:r>
      <w:r>
        <w:rPr>
          <w:b w:val="false"/>
          <w:sz w:val="28"/>
          <w:lang w:val="zxx"/>
        </w:rPr>
        <w:t>2</w:t>
      </w:r>
      <w:r>
        <w:rPr>
          <w:b w:val="false"/>
          <w:sz w:val="28"/>
        </w:rPr>
        <w:t xml:space="preserve">", </w:t>
      </w:r>
      <w:r>
        <w:rPr>
          <w:b w:val="false"/>
          <w:sz w:val="28"/>
          <w:lang w:val="zxx"/>
        </w:rPr>
        <w:t>id</w:t>
      </w:r>
      <w:r>
        <w:rPr>
          <w:b w:val="false"/>
          <w:sz w:val="28"/>
        </w:rPr>
        <w:t xml:space="preserve"> (</w:t>
      </w:r>
      <w:r>
        <w:rPr>
          <w:b w:val="false"/>
          <w:sz w:val="28"/>
          <w:lang w:val="zxx"/>
        </w:rPr>
        <w:t>32</w:t>
      </w:r>
      <w:r>
        <w:rPr>
          <w:b w:val="false"/>
          <w:sz w:val="28"/>
        </w:rPr>
        <w:t xml:space="preserve"> </w:t>
      </w:r>
      <w:r>
        <w:rPr>
          <w:b w:val="false"/>
          <w:sz w:val="28"/>
          <w:lang w:val="zxx"/>
        </w:rPr>
        <w:t>hex</w:t>
      </w:r>
      <w:r>
        <w:rPr>
          <w:b w:val="false"/>
          <w:sz w:val="28"/>
        </w:rPr>
        <w:t xml:space="preserve">), </w:t>
      </w:r>
      <w:r>
        <w:rPr>
          <w:b w:val="false"/>
          <w:sz w:val="28"/>
          <w:lang w:val="zxx"/>
        </w:rPr>
        <w:t>action</w:t>
      </w:r>
      <w:r>
        <w:rPr>
          <w:b w:val="false"/>
          <w:sz w:val="28"/>
        </w:rPr>
        <w:t xml:space="preserve"> и </w:t>
      </w:r>
      <w:r>
        <w:rPr>
          <w:b w:val="false"/>
          <w:sz w:val="28"/>
          <w:lang w:val="zxx"/>
        </w:rPr>
        <w:t>body.</w:t>
      </w:r>
      <w:r>
        <w:rPr>
          <w:b w:val="false"/>
          <w:sz w:val="28"/>
        </w:rPr>
        <w:t xml:space="preserve"> Оболочка ответа: </w:t>
      </w:r>
      <w:r>
        <w:rPr>
          <w:b w:val="false"/>
          <w:sz w:val="28"/>
          <w:lang w:val="zxx"/>
        </w:rPr>
        <w:t>v/</w:t>
      </w:r>
      <w:r>
        <w:rPr>
          <w:b w:val="false"/>
          <w:sz w:val="28"/>
        </w:rPr>
        <w:t>​</w:t>
      </w:r>
      <w:r>
        <w:rPr>
          <w:b w:val="false"/>
          <w:sz w:val="28"/>
          <w:lang w:val="zxx"/>
        </w:rPr>
        <w:t>profile/</w:t>
      </w:r>
      <w:r>
        <w:rPr>
          <w:b w:val="false"/>
          <w:sz w:val="28"/>
        </w:rPr>
        <w:t>​</w:t>
      </w:r>
      <w:r>
        <w:rPr>
          <w:b w:val="false"/>
          <w:sz w:val="28"/>
          <w:lang w:val="zxx"/>
        </w:rPr>
        <w:t>to/</w:t>
      </w:r>
      <w:r>
        <w:rPr>
          <w:b w:val="false"/>
          <w:sz w:val="28"/>
        </w:rPr>
        <w:t>​</w:t>
      </w:r>
      <w:r>
        <w:rPr>
          <w:b w:val="false"/>
          <w:sz w:val="28"/>
          <w:lang w:val="zxx"/>
        </w:rPr>
        <w:t>status/</w:t>
      </w:r>
      <w:r>
        <w:rPr>
          <w:b w:val="false"/>
          <w:sz w:val="28"/>
        </w:rPr>
        <w:t>​</w:t>
      </w:r>
      <w:r>
        <w:rPr>
          <w:b w:val="false"/>
          <w:sz w:val="28"/>
          <w:lang w:val="zxx"/>
        </w:rPr>
        <w:t>kind/</w:t>
      </w:r>
      <w:r>
        <w:rPr>
          <w:b w:val="false"/>
          <w:sz w:val="28"/>
        </w:rPr>
        <w:t>​</w:t>
      </w:r>
      <w:r>
        <w:rPr>
          <w:b w:val="false"/>
          <w:sz w:val="28"/>
          <w:lang w:val="zxx"/>
        </w:rPr>
        <w:t>body</w:t>
      </w:r>
      <w:r>
        <w:rPr>
          <w:b w:val="false"/>
          <w:sz w:val="28"/>
        </w:rPr>
        <w:t xml:space="preserve">; </w:t>
      </w:r>
      <w:r>
        <w:rPr>
          <w:b w:val="false"/>
          <w:sz w:val="28"/>
          <w:lang w:val="zxx"/>
        </w:rPr>
        <w:t>to</w:t>
      </w:r>
      <w:r>
        <w:rPr>
          <w:b w:val="false"/>
          <w:sz w:val="28"/>
        </w:rPr>
        <w:t xml:space="preserve"> равен </w:t>
      </w:r>
      <w:r>
        <w:rPr>
          <w:b w:val="false"/>
          <w:sz w:val="28"/>
          <w:lang w:val="zxx"/>
        </w:rPr>
        <w:t>id.</w:t>
      </w:r>
      <w:r>
        <w:rPr>
          <w:b w:val="false"/>
          <w:sz w:val="28"/>
        </w:rPr>
        <w:t xml:space="preserve"> </w:t>
      </w:r>
      <w:r>
        <w:rPr>
          <w:b w:val="false"/>
          <w:sz w:val="28"/>
          <w:lang w:val="zxx"/>
        </w:rPr>
        <w:t>kind</w:t>
      </w:r>
      <w:r>
        <w:rPr>
          <w:b w:val="false"/>
          <w:sz w:val="28"/>
        </w:rPr>
        <w:t xml:space="preserve"> определяет запись из таблицы; </w:t>
      </w:r>
      <w:r>
        <w:rPr>
          <w:b w:val="false"/>
          <w:sz w:val="28"/>
          <w:lang w:val="zxx"/>
        </w:rPr>
        <w:t>error</w:t>
      </w:r>
      <w:r>
        <w:rPr>
          <w:b w:val="false"/>
          <w:sz w:val="28"/>
        </w:rPr>
        <w:t xml:space="preserve"> имеет </w:t>
      </w:r>
      <w:r>
        <w:rPr>
          <w:b w:val="false"/>
          <w:sz w:val="28"/>
          <w:lang w:val="zxx"/>
        </w:rPr>
        <w:t>status=error</w:t>
      </w:r>
      <w:r>
        <w:rPr>
          <w:b w:val="false"/>
          <w:sz w:val="28"/>
        </w:rPr>
        <w:t xml:space="preserve">, </w:t>
      </w:r>
      <w:r>
        <w:rPr>
          <w:b w:val="false"/>
          <w:sz w:val="28"/>
          <w:lang w:val="zxx"/>
        </w:rPr>
        <w:t>admission</w:t>
      </w:r>
      <w:r>
        <w:rPr>
          <w:b w:val="false"/>
          <w:sz w:val="28"/>
        </w:rPr>
        <w:t xml:space="preserve"> - </w:t>
      </w:r>
      <w:r>
        <w:rPr>
          <w:b w:val="false"/>
          <w:sz w:val="28"/>
          <w:lang w:val="zxx"/>
        </w:rPr>
        <w:t>accepted</w:t>
      </w:r>
      <w:r>
        <w:rPr>
          <w:b w:val="false"/>
          <w:sz w:val="28"/>
        </w:rPr>
        <w:t xml:space="preserve">, остальные - </w:t>
      </w:r>
      <w:r>
        <w:rPr>
          <w:b w:val="false"/>
          <w:sz w:val="28"/>
          <w:lang w:val="zxx"/>
        </w:rPr>
        <w:t>ok.</w:t>
      </w:r>
      <w:r>
        <w:rPr>
          <w:b w:val="false"/>
          <w:sz w:val="28"/>
        </w:rPr>
        <w:t xml:space="preserve"> </w:t>
      </w:r>
      <w:r>
        <w:rPr>
          <w:b w:val="false"/>
          <w:sz w:val="28"/>
          <w:lang w:val="zxx"/>
        </w:rPr>
        <w:t>node.hello</w:t>
      </w:r>
      <w:r>
        <w:rPr>
          <w:b w:val="false"/>
          <w:sz w:val="28"/>
        </w:rPr>
        <w:t xml:space="preserve"> отвечает </w:t>
      </w:r>
      <w:r>
        <w:rPr>
          <w:b w:val="false"/>
          <w:sz w:val="28"/>
          <w:lang w:val="zxx"/>
        </w:rPr>
        <w:t>hello</w:t>
      </w:r>
      <w:r>
        <w:rPr>
          <w:b w:val="false"/>
          <w:sz w:val="28"/>
        </w:rPr>
        <w:t xml:space="preserve">, </w:t>
      </w:r>
      <w:r>
        <w:rPr>
          <w:b w:val="false"/>
          <w:sz w:val="28"/>
          <w:lang w:val="zxx"/>
        </w:rPr>
        <w:t>run.start/</w:t>
      </w:r>
      <w:r>
        <w:rPr>
          <w:b w:val="false"/>
          <w:sz w:val="28"/>
        </w:rPr>
        <w:t>​</w:t>
      </w:r>
      <w:r>
        <w:rPr>
          <w:b w:val="false"/>
          <w:sz w:val="28"/>
          <w:lang w:val="zxx"/>
        </w:rPr>
        <w:t>run.cancel</w:t>
      </w:r>
      <w:r>
        <w:rPr>
          <w:b w:val="false"/>
          <w:sz w:val="28"/>
        </w:rPr>
        <w:t xml:space="preserve"> - </w:t>
      </w:r>
      <w:r>
        <w:rPr>
          <w:b w:val="false"/>
          <w:sz w:val="28"/>
          <w:lang w:val="zxx"/>
        </w:rPr>
        <w:t>admission</w:t>
      </w:r>
      <w:r>
        <w:rPr>
          <w:b w:val="false"/>
          <w:sz w:val="28"/>
        </w:rPr>
        <w:t xml:space="preserve">, </w:t>
      </w:r>
      <w:r>
        <w:rPr>
          <w:b w:val="false"/>
          <w:sz w:val="28"/>
          <w:lang w:val="zxx"/>
        </w:rPr>
        <w:t>run.get</w:t>
      </w:r>
      <w:r>
        <w:rPr>
          <w:b w:val="false"/>
          <w:sz w:val="28"/>
        </w:rPr>
        <w:t xml:space="preserve"> - </w:t>
      </w:r>
      <w:r>
        <w:rPr>
          <w:b w:val="false"/>
          <w:sz w:val="28"/>
          <w:lang w:val="zxx"/>
        </w:rPr>
        <w:t>runResult</w:t>
      </w:r>
      <w:r>
        <w:rPr>
          <w:b w:val="false"/>
          <w:sz w:val="28"/>
        </w:rPr>
        <w:t xml:space="preserve">, </w:t>
      </w:r>
      <w:r>
        <w:rPr>
          <w:b w:val="false"/>
          <w:sz w:val="28"/>
          <w:lang w:val="zxx"/>
        </w:rPr>
        <w:t>result.read</w:t>
      </w:r>
      <w:r>
        <w:rPr>
          <w:b w:val="false"/>
          <w:sz w:val="28"/>
        </w:rPr>
        <w:t xml:space="preserve"> - </w:t>
      </w:r>
      <w:r>
        <w:rPr>
          <w:b w:val="false"/>
          <w:sz w:val="28"/>
          <w:lang w:val="zxx"/>
        </w:rPr>
        <w:t>rawResult</w:t>
      </w:r>
      <w:r>
        <w:rPr>
          <w:b w:val="false"/>
          <w:sz w:val="28"/>
        </w:rPr>
        <w:t xml:space="preserve">, </w:t>
      </w:r>
      <w:r>
        <w:rPr>
          <w:b w:val="false"/>
          <w:sz w:val="28"/>
          <w:lang w:val="zxx"/>
        </w:rPr>
        <w:t>catalog.get</w:t>
      </w:r>
      <w:r>
        <w:rPr>
          <w:b w:val="false"/>
          <w:sz w:val="28"/>
        </w:rPr>
        <w:t xml:space="preserve"> - </w:t>
      </w:r>
      <w:r>
        <w:rPr>
          <w:b w:val="false"/>
          <w:sz w:val="28"/>
          <w:lang w:val="zxx"/>
        </w:rPr>
        <w:t>catalog</w:t>
      </w:r>
      <w:r>
        <w:rPr>
          <w:b w:val="false"/>
          <w:sz w:val="28"/>
        </w:rPr>
        <w:t xml:space="preserve">, </w:t>
      </w:r>
      <w:r>
        <w:rPr>
          <w:b w:val="false"/>
          <w:sz w:val="28"/>
          <w:lang w:val="zxx"/>
        </w:rPr>
        <w:t>observations.get</w:t>
      </w:r>
      <w:r>
        <w:rPr>
          <w:b w:val="false"/>
          <w:sz w:val="28"/>
        </w:rPr>
        <w:t xml:space="preserve"> - </w:t>
      </w:r>
      <w:r>
        <w:rPr>
          <w:b w:val="false"/>
          <w:sz w:val="28"/>
          <w:lang w:val="zxx"/>
        </w:rPr>
        <w:t>observations.</w:t>
      </w:r>
      <w:r>
        <w:rPr>
          <w:b w:val="false"/>
          <w:sz w:val="28"/>
        </w:rPr>
        <w:t xml:space="preserve"> Каждое чтение использует новый </w:t>
      </w:r>
      <w:r>
        <w:rPr>
          <w:b w:val="false"/>
          <w:sz w:val="28"/>
          <w:lang w:val="zxx"/>
        </w:rPr>
        <w:t>id</w:t>
      </w:r>
      <w:r>
        <w:rPr>
          <w:b w:val="false"/>
          <w:sz w:val="28"/>
        </w:rPr>
        <w:t xml:space="preserve">; повтор изменения с тем же смысловым ключом допускает новый транспортный </w:t>
      </w:r>
      <w:r>
        <w:rPr>
          <w:b w:val="false"/>
          <w:sz w:val="28"/>
          <w:lang w:val="zxx"/>
        </w:rPr>
        <w:t>id.</w:t>
      </w:r>
      <w:r>
        <w:rPr>
          <w:b w:val="false"/>
          <w:sz w:val="28"/>
        </w:rPr>
        <w:t xml:space="preserve"> Один обычный запрос без ответа на соединении; </w:t>
      </w:r>
      <w:r>
        <w:rPr>
          <w:b w:val="false"/>
          <w:sz w:val="28"/>
          <w:lang w:val="zxx"/>
        </w:rPr>
        <w:t>run.cancel</w:t>
      </w:r>
      <w:r>
        <w:rPr>
          <w:b w:val="false"/>
          <w:sz w:val="28"/>
        </w:rPr>
        <w:t xml:space="preserve"> передается по отдельному </w:t>
      </w:r>
      <w:r>
        <w:rPr>
          <w:b w:val="false"/>
          <w:sz w:val="28"/>
          <w:lang w:val="zxx"/>
        </w:rPr>
        <w:t>TLS-</w:t>
      </w:r>
      <w:r>
        <w:rPr>
          <w:b w:val="false"/>
          <w:sz w:val="28"/>
        </w:rPr>
        <w:t xml:space="preserve">соединению той же пары с собственным </w:t>
      </w:r>
      <w:r>
        <w:rPr>
          <w:b w:val="false"/>
          <w:sz w:val="28"/>
          <w:lang w:val="zxx"/>
        </w:rPr>
        <w:t>hello</w:t>
      </w:r>
      <w:r>
        <w:rPr>
          <w:b w:val="false"/>
          <w:sz w:val="28"/>
        </w:rPr>
        <w:t xml:space="preserve"> и не ожидает очереди обычного канала. Предел такого соединения - одно на пару; оно допускает только </w:t>
      </w:r>
      <w:r>
        <w:rPr>
          <w:b w:val="false"/>
          <w:sz w:val="28"/>
          <w:lang w:val="zxx"/>
        </w:rPr>
        <w:t>hello</w:t>
      </w:r>
      <w:r>
        <w:rPr>
          <w:b w:val="false"/>
          <w:sz w:val="28"/>
        </w:rPr>
        <w:t xml:space="preserve"> и </w:t>
      </w:r>
      <w:r>
        <w:rPr>
          <w:b w:val="false"/>
          <w:sz w:val="28"/>
          <w:lang w:val="zxx"/>
        </w:rPr>
        <w:t>cancel.</w:t>
      </w:r>
    </w:p>
    <w:p>
      <w:pPr>
        <w:pStyle w:val="Normal"/>
        <w:jc w:val="start"/>
        <w:rPr/>
      </w:pPr>
      <w:r>
        <w:rPr>
          <w:b w:val="false"/>
          <w:sz w:val="28"/>
          <w:lang w:val="zxx"/>
        </w:rPr>
        <w:t>21.7</w:t>
      </w:r>
      <w:r>
        <w:rPr>
          <w:b w:val="false"/>
          <w:sz w:val="28"/>
        </w:rPr>
        <w:t xml:space="preserve"> </w:t>
      </w:r>
      <w:r>
        <w:rPr>
          <w:b w:val="false"/>
          <w:sz w:val="28"/>
          <w:lang w:val="zxx"/>
        </w:rPr>
        <w:t>run.start</w:t>
      </w:r>
      <w:r>
        <w:rPr>
          <w:b w:val="false"/>
          <w:sz w:val="28"/>
        </w:rPr>
        <w:t xml:space="preserve"> принимает только неизменную локальную программу </w:t>
      </w:r>
      <w:r>
        <w:rPr>
          <w:b w:val="false"/>
          <w:sz w:val="28"/>
          <w:lang w:val="zxx"/>
        </w:rPr>
        <w:t>planId/</w:t>
      </w:r>
      <w:r>
        <w:rPr>
          <w:b w:val="false"/>
          <w:sz w:val="28"/>
        </w:rPr>
        <w:t>​</w:t>
      </w:r>
      <w:r>
        <w:rPr>
          <w:b w:val="false"/>
          <w:sz w:val="28"/>
          <w:lang w:val="zxx"/>
        </w:rPr>
        <w:t>planRevision</w:t>
      </w:r>
      <w:r>
        <w:rPr>
          <w:b w:val="false"/>
          <w:sz w:val="28"/>
        </w:rPr>
        <w:t xml:space="preserve"> и </w:t>
      </w:r>
      <w:r>
        <w:rPr>
          <w:b w:val="false"/>
          <w:sz w:val="28"/>
          <w:lang w:val="zxx"/>
        </w:rPr>
        <w:t>purpose=real|</w:t>
      </w:r>
      <w:r>
        <w:rPr>
          <w:b w:val="false"/>
          <w:sz w:val="28"/>
        </w:rPr>
        <w:t>​</w:t>
      </w:r>
      <w:r>
        <w:rPr>
          <w:b w:val="false"/>
          <w:sz w:val="28"/>
          <w:lang w:val="zxx"/>
        </w:rPr>
        <w:t>exercise</w:t>
      </w:r>
      <w:r>
        <w:rPr>
          <w:b w:val="false"/>
          <w:sz w:val="28"/>
        </w:rPr>
        <w:t xml:space="preserve">; поток микрофона и технические тесты не транслируются этим профилем. </w:t>
      </w:r>
      <w:r>
        <w:rPr>
          <w:b w:val="false"/>
          <w:sz w:val="28"/>
          <w:lang w:val="zxx"/>
        </w:rPr>
        <w:t>maxDurationMs:100..86400000</w:t>
      </w:r>
      <w:r>
        <w:rPr>
          <w:b w:val="false"/>
          <w:sz w:val="28"/>
        </w:rPr>
        <w:t xml:space="preserve">; для </w:t>
      </w:r>
      <w:r>
        <w:rPr>
          <w:b w:val="false"/>
          <w:sz w:val="28"/>
          <w:lang w:val="zxx"/>
        </w:rPr>
        <w:t>exercise</w:t>
      </w:r>
      <w:r>
        <w:rPr>
          <w:b w:val="false"/>
          <w:sz w:val="28"/>
        </w:rPr>
        <w:t xml:space="preserve"> не более </w:t>
      </w:r>
      <w:r>
        <w:rPr>
          <w:b w:val="false"/>
          <w:sz w:val="28"/>
          <w:lang w:val="zxx"/>
        </w:rPr>
        <w:t>1080000</w:t>
      </w:r>
      <w:r>
        <w:rPr>
          <w:b w:val="false"/>
          <w:sz w:val="28"/>
        </w:rPr>
        <w:t xml:space="preserve"> с выполнением правил допуска длительных учений. </w:t>
      </w:r>
      <w:r>
        <w:rPr>
          <w:b w:val="false"/>
          <w:sz w:val="28"/>
          <w:lang w:val="zxx"/>
        </w:rPr>
        <w:t>targets</w:t>
      </w:r>
      <w:r>
        <w:rPr>
          <w:b w:val="false"/>
          <w:sz w:val="28"/>
        </w:rPr>
        <w:t xml:space="preserve"> фиксируют точный набор и </w:t>
      </w:r>
      <w:r>
        <w:rPr>
          <w:b w:val="false"/>
          <w:sz w:val="28"/>
          <w:lang w:val="zxx"/>
        </w:rPr>
        <w:t>bindingGeneration</w:t>
      </w:r>
      <w:r>
        <w:rPr>
          <w:b w:val="false"/>
          <w:sz w:val="28"/>
        </w:rPr>
        <w:t xml:space="preserve">, без дубликатов, сортируются по </w:t>
      </w:r>
      <w:r>
        <w:rPr>
          <w:b w:val="false"/>
          <w:sz w:val="28"/>
          <w:lang w:val="zxx"/>
        </w:rPr>
        <w:t>targetId</w:t>
      </w:r>
      <w:r>
        <w:rPr>
          <w:b w:val="false"/>
          <w:sz w:val="28"/>
        </w:rPr>
        <w:t xml:space="preserve">; </w:t>
      </w:r>
      <w:r>
        <w:rPr>
          <w:b w:val="false"/>
          <w:sz w:val="28"/>
          <w:lang w:val="zxx"/>
        </w:rPr>
        <w:t>targetDigest</w:t>
      </w:r>
      <w:r>
        <w:rPr>
          <w:b w:val="false"/>
          <w:sz w:val="28"/>
        </w:rPr>
        <w:t xml:space="preserve"> - Стрибог-</w:t>
      </w:r>
      <w:r>
        <w:rPr>
          <w:b w:val="false"/>
          <w:sz w:val="28"/>
          <w:lang w:val="zxx"/>
        </w:rPr>
        <w:t>256</w:t>
      </w:r>
      <w:r>
        <w:rPr>
          <w:b w:val="false"/>
          <w:sz w:val="28"/>
        </w:rPr>
        <w:t xml:space="preserve"> от </w:t>
      </w:r>
      <w:r>
        <w:rPr>
          <w:b w:val="false"/>
          <w:sz w:val="28"/>
          <w:lang w:val="zxx"/>
        </w:rPr>
        <w:t>JCS</w:t>
      </w:r>
      <w:r>
        <w:rPr>
          <w:b w:val="false"/>
          <w:sz w:val="28"/>
        </w:rPr>
        <w:t xml:space="preserve"> этого массива. Группа раскрывается отправителем в </w:t>
      </w:r>
      <w:r>
        <w:rPr>
          <w:b w:val="false"/>
          <w:sz w:val="28"/>
          <w:lang w:val="zxx"/>
        </w:rPr>
        <w:t>targets</w:t>
      </w:r>
      <w:r>
        <w:rPr>
          <w:b w:val="false"/>
          <w:sz w:val="28"/>
        </w:rPr>
        <w:t xml:space="preserve"> до команды; изменение группы не меняет принятую ветвь. Все цели одной ветви относятся к одному конечному </w:t>
      </w:r>
      <w:r>
        <w:rPr>
          <w:b w:val="false"/>
          <w:sz w:val="28"/>
          <w:lang w:val="zxx"/>
        </w:rPr>
        <w:t>ownerNodeId</w:t>
      </w:r>
      <w:r>
        <w:rPr>
          <w:b w:val="false"/>
          <w:sz w:val="28"/>
        </w:rPr>
        <w:t xml:space="preserve"> и одному маршруту; несколько конечных узлов получают разные </w:t>
      </w:r>
      <w:r>
        <w:rPr>
          <w:b w:val="false"/>
          <w:sz w:val="28"/>
          <w:lang w:val="zxx"/>
        </w:rPr>
        <w:t>branchId/</w:t>
      </w:r>
      <w:r>
        <w:rPr>
          <w:b w:val="false"/>
          <w:sz w:val="28"/>
        </w:rPr>
        <w:t>​</w:t>
      </w:r>
      <w:r>
        <w:rPr>
          <w:b w:val="false"/>
          <w:sz w:val="28"/>
          <w:lang w:val="zxx"/>
        </w:rPr>
        <w:t>originSeq</w:t>
      </w:r>
      <w:r>
        <w:rPr>
          <w:b w:val="false"/>
          <w:sz w:val="28"/>
        </w:rPr>
        <w:t xml:space="preserve"> одного </w:t>
      </w:r>
      <w:r>
        <w:rPr>
          <w:b w:val="false"/>
          <w:sz w:val="28"/>
          <w:lang w:val="zxx"/>
        </w:rPr>
        <w:t>runId.</w:t>
      </w:r>
      <w:r>
        <w:rPr>
          <w:b w:val="false"/>
          <w:sz w:val="28"/>
        </w:rPr>
        <w:t xml:space="preserve"> Посредник пересылает ветвь целиком, не создает скрытых целей и не меняет </w:t>
      </w:r>
      <w:r>
        <w:rPr>
          <w:b w:val="false"/>
          <w:sz w:val="28"/>
          <w:lang w:val="zxx"/>
        </w:rPr>
        <w:t>planRevision/</w:t>
      </w:r>
      <w:r>
        <w:rPr>
          <w:b w:val="false"/>
          <w:sz w:val="28"/>
        </w:rPr>
        <w:t>​</w:t>
      </w:r>
      <w:r>
        <w:rPr>
          <w:b w:val="false"/>
          <w:sz w:val="28"/>
          <w:lang w:val="zxx"/>
        </w:rPr>
        <w:t>deadline.</w:t>
      </w:r>
      <w:r>
        <w:rPr>
          <w:b w:val="false"/>
          <w:sz w:val="28"/>
        </w:rPr>
        <w:t xml:space="preserve"> Конечный АРМ сохраняет ветвь перед </w:t>
      </w:r>
      <w:r>
        <w:rPr>
          <w:b w:val="false"/>
          <w:sz w:val="28"/>
          <w:lang w:val="zxx"/>
        </w:rPr>
        <w:t>session.start</w:t>
      </w:r>
      <w:r>
        <w:rPr>
          <w:b w:val="false"/>
          <w:sz w:val="28"/>
        </w:rPr>
        <w:t xml:space="preserve"> УУ и сопоставляет каждому </w:t>
      </w:r>
      <w:r>
        <w:rPr>
          <w:b w:val="false"/>
          <w:sz w:val="28"/>
          <w:lang w:val="zxx"/>
        </w:rPr>
        <w:t>target</w:t>
      </w:r>
      <w:r>
        <w:rPr>
          <w:b w:val="false"/>
          <w:sz w:val="28"/>
        </w:rPr>
        <w:t xml:space="preserve"> его собственные </w:t>
      </w:r>
      <w:r>
        <w:rPr>
          <w:b w:val="false"/>
          <w:sz w:val="28"/>
          <w:lang w:val="zxx"/>
        </w:rPr>
        <w:t>bootId/</w:t>
      </w:r>
      <w:r>
        <w:rPr>
          <w:b w:val="false"/>
          <w:sz w:val="28"/>
        </w:rPr>
        <w:t>​</w:t>
      </w:r>
      <w:r>
        <w:rPr>
          <w:b w:val="false"/>
          <w:sz w:val="28"/>
          <w:lang w:val="zxx"/>
        </w:rPr>
        <w:t>controlEpoch/</w:t>
      </w:r>
      <w:r>
        <w:rPr>
          <w:b w:val="false"/>
          <w:sz w:val="28"/>
        </w:rPr>
        <w:t>​</w:t>
      </w:r>
      <w:r>
        <w:rPr>
          <w:b w:val="false"/>
          <w:sz w:val="28"/>
          <w:lang w:val="zxx"/>
        </w:rPr>
        <w:t>startSeq/</w:t>
      </w:r>
      <w:r>
        <w:rPr>
          <w:b w:val="false"/>
          <w:sz w:val="28"/>
        </w:rPr>
        <w:t>​</w:t>
      </w:r>
      <w:r>
        <w:rPr>
          <w:b w:val="false"/>
          <w:sz w:val="28"/>
          <w:lang w:val="zxx"/>
        </w:rPr>
        <w:t>sessionId.</w:t>
      </w:r>
    </w:p>
    <w:p>
      <w:pPr>
        <w:pStyle w:val="Normal"/>
        <w:jc w:val="both"/>
        <w:rPr/>
      </w:pPr>
      <w:r>
        <w:rPr>
          <w:b w:val="false"/>
          <w:sz w:val="28"/>
          <w:lang w:val="zxx"/>
        </w:rPr>
        <w:t>21.8</w:t>
      </w:r>
      <w:r>
        <w:rPr>
          <w:b w:val="false"/>
          <w:sz w:val="28"/>
        </w:rPr>
        <w:t xml:space="preserve"> </w:t>
      </w:r>
      <w:r>
        <w:rPr>
          <w:b w:val="false"/>
          <w:sz w:val="28"/>
          <w:lang w:val="zxx"/>
        </w:rPr>
        <w:t>originNodeId</w:t>
      </w:r>
      <w:r>
        <w:rPr>
          <w:b w:val="false"/>
          <w:sz w:val="28"/>
        </w:rPr>
        <w:t xml:space="preserve"> задает уполномоченного автора; значение проверяется по локальному разрешению пары </w:t>
      </w:r>
      <w:r>
        <w:rPr>
          <w:b w:val="false"/>
          <w:sz w:val="28"/>
          <w:lang w:val="zxx"/>
        </w:rPr>
        <w:t>TLS</w:t>
      </w:r>
      <w:r>
        <w:rPr>
          <w:b w:val="false"/>
          <w:sz w:val="28"/>
        </w:rPr>
        <w:t xml:space="preserve"> </w:t>
      </w:r>
      <w:r>
        <w:rPr>
          <w:b w:val="false"/>
          <w:sz w:val="28"/>
          <w:lang w:val="zxx"/>
        </w:rPr>
        <w:t>principalId/</w:t>
      </w:r>
      <w:r>
        <w:rPr>
          <w:b w:val="false"/>
          <w:sz w:val="28"/>
        </w:rPr>
        <w:t>​</w:t>
      </w:r>
      <w:r>
        <w:rPr>
          <w:b w:val="false"/>
          <w:sz w:val="28"/>
          <w:lang w:val="zxx"/>
        </w:rPr>
        <w:t>originNodeId/</w:t>
      </w:r>
      <w:r>
        <w:rPr>
          <w:b w:val="false"/>
          <w:sz w:val="28"/>
        </w:rPr>
        <w:t xml:space="preserve">область целей/действие на каждом переходе. Это доверие к уполномоченным посредникам, не сквозная цифровая подпись </w:t>
      </w:r>
      <w:r>
        <w:rPr>
          <w:b w:val="false"/>
          <w:sz w:val="28"/>
          <w:lang w:val="zxx"/>
        </w:rPr>
        <w:t>origin.</w:t>
      </w:r>
      <w:r>
        <w:rPr>
          <w:b w:val="false"/>
          <w:sz w:val="28"/>
        </w:rPr>
        <w:t xml:space="preserve"> </w:t>
      </w:r>
      <w:r>
        <w:rPr>
          <w:b w:val="false"/>
          <w:sz w:val="28"/>
          <w:lang w:val="zxx"/>
        </w:rPr>
        <w:t>path</w:t>
      </w:r>
      <w:r>
        <w:rPr>
          <w:b w:val="false"/>
          <w:sz w:val="28"/>
        </w:rPr>
        <w:t xml:space="preserve"> начинается с </w:t>
      </w:r>
      <w:r>
        <w:rPr>
          <w:b w:val="false"/>
          <w:sz w:val="28"/>
          <w:lang w:val="zxx"/>
        </w:rPr>
        <w:t>originNodeId</w:t>
      </w:r>
      <w:r>
        <w:rPr>
          <w:b w:val="false"/>
          <w:sz w:val="28"/>
        </w:rPr>
        <w:t xml:space="preserve">, заканчивается отправляющим узлом и не содержит получателя. При пересылке узел добавляет свой </w:t>
      </w:r>
      <w:r>
        <w:rPr>
          <w:b w:val="false"/>
          <w:sz w:val="28"/>
          <w:lang w:val="zxx"/>
        </w:rPr>
        <w:t>ID</w:t>
      </w:r>
      <w:r>
        <w:rPr>
          <w:b w:val="false"/>
          <w:sz w:val="28"/>
        </w:rPr>
        <w:t xml:space="preserve">, уменьшает </w:t>
      </w:r>
      <w:r>
        <w:rPr>
          <w:b w:val="false"/>
          <w:sz w:val="28"/>
          <w:lang w:val="zxx"/>
        </w:rPr>
        <w:t>hopLimit</w:t>
      </w:r>
      <w:r>
        <w:rPr>
          <w:b w:val="false"/>
          <w:sz w:val="28"/>
        </w:rPr>
        <w:t xml:space="preserve"> на </w:t>
      </w:r>
      <w:r>
        <w:rPr>
          <w:b w:val="false"/>
          <w:sz w:val="28"/>
          <w:lang w:val="zxx"/>
        </w:rPr>
        <w:t>1</w:t>
      </w:r>
      <w:r>
        <w:rPr>
          <w:b w:val="false"/>
          <w:sz w:val="28"/>
        </w:rPr>
        <w:t xml:space="preserve">; прием требует </w:t>
      </w:r>
      <w:r>
        <w:rPr>
          <w:b w:val="false"/>
          <w:sz w:val="28"/>
          <w:lang w:val="zxx"/>
        </w:rPr>
        <w:t>hopLimit:1..16</w:t>
      </w:r>
      <w:r>
        <w:rPr>
          <w:b w:val="false"/>
          <w:sz w:val="28"/>
        </w:rPr>
        <w:t xml:space="preserve">, </w:t>
      </w:r>
      <w:r>
        <w:rPr>
          <w:b w:val="false"/>
          <w:sz w:val="28"/>
          <w:lang w:val="zxx"/>
        </w:rPr>
        <w:t>clockErrorMs:0..500</w:t>
      </w:r>
      <w:r>
        <w:rPr>
          <w:b w:val="false"/>
          <w:sz w:val="28"/>
        </w:rPr>
        <w:t xml:space="preserve"> и </w:t>
      </w:r>
      <w:r>
        <w:rPr>
          <w:b w:val="false"/>
          <w:sz w:val="28"/>
          <w:lang w:val="zxx"/>
        </w:rPr>
        <w:t>UTC</w:t>
      </w:r>
      <w:r>
        <w:rPr>
          <w:b w:val="false"/>
          <w:sz w:val="28"/>
        </w:rPr>
        <w:t xml:space="preserve"> с известной погрешностью &lt;=</w:t>
      </w:r>
      <w:r>
        <w:rPr>
          <w:b w:val="false"/>
          <w:sz w:val="28"/>
          <w:lang w:val="zxx"/>
        </w:rPr>
        <w:t>500</w:t>
      </w:r>
      <w:r>
        <w:rPr>
          <w:b w:val="false"/>
          <w:sz w:val="28"/>
        </w:rPr>
        <w:t xml:space="preserve"> мс. </w:t>
      </w:r>
      <w:r>
        <w:rPr>
          <w:b w:val="false"/>
          <w:sz w:val="28"/>
          <w:lang w:val="zxx"/>
        </w:rPr>
        <w:t>deadlineUtcMs</w:t>
      </w:r>
      <w:r>
        <w:rPr>
          <w:b w:val="false"/>
          <w:sz w:val="28"/>
        </w:rPr>
        <w:t xml:space="preserve"> </w:t>
      </w:r>
      <w:r>
        <w:rPr>
          <w:b w:val="false"/>
          <w:sz w:val="28"/>
          <w:lang w:val="zxx"/>
        </w:rPr>
        <w:t>ДОЛЖЕН</w:t>
      </w:r>
      <w:r>
        <w:rPr>
          <w:b w:val="false"/>
          <w:sz w:val="28"/>
        </w:rPr>
        <w:t xml:space="preserve"> быть позже локального верхнего </w:t>
      </w:r>
      <w:r>
        <w:rPr>
          <w:b w:val="false"/>
          <w:sz w:val="28"/>
          <w:lang w:val="zxx"/>
        </w:rPr>
        <w:t>UTC</w:t>
      </w:r>
      <w:r>
        <w:rPr>
          <w:b w:val="false"/>
          <w:sz w:val="28"/>
        </w:rPr>
        <w:t xml:space="preserve"> и не дальше </w:t>
      </w:r>
      <w:r>
        <w:rPr>
          <w:b w:val="false"/>
          <w:sz w:val="28"/>
          <w:lang w:val="zxx"/>
        </w:rPr>
        <w:t>86400000</w:t>
      </w:r>
      <w:r>
        <w:rPr>
          <w:b w:val="false"/>
          <w:sz w:val="28"/>
        </w:rPr>
        <w:t xml:space="preserve"> мс; уменьшение </w:t>
      </w:r>
      <w:r>
        <w:rPr>
          <w:b w:val="false"/>
          <w:sz w:val="28"/>
          <w:lang w:val="zxx"/>
        </w:rPr>
        <w:t>hopLimit</w:t>
      </w:r>
      <w:r>
        <w:rPr>
          <w:b w:val="false"/>
          <w:sz w:val="28"/>
        </w:rPr>
        <w:t xml:space="preserve"> до </w:t>
      </w:r>
      <w:r>
        <w:rPr>
          <w:b w:val="false"/>
          <w:sz w:val="28"/>
          <w:lang w:val="zxx"/>
        </w:rPr>
        <w:t>0</w:t>
      </w:r>
      <w:r>
        <w:rPr>
          <w:b w:val="false"/>
          <w:sz w:val="28"/>
        </w:rPr>
        <w:t xml:space="preserve"> запрещает следующий переход. Цикл дает </w:t>
      </w:r>
      <w:r>
        <w:rPr>
          <w:b w:val="false"/>
          <w:sz w:val="28"/>
          <w:lang w:val="zxx"/>
        </w:rPr>
        <w:t>routeLoop.</w:t>
      </w:r>
      <w:r>
        <w:rPr>
          <w:b w:val="false"/>
          <w:sz w:val="28"/>
        </w:rPr>
        <w:t xml:space="preserve"> Смена пути после </w:t>
      </w:r>
      <w:r>
        <w:rPr>
          <w:b w:val="false"/>
          <w:sz w:val="28"/>
          <w:lang w:val="zxx"/>
        </w:rPr>
        <w:t>accepted</w:t>
      </w:r>
      <w:r>
        <w:rPr>
          <w:b w:val="false"/>
          <w:sz w:val="28"/>
        </w:rPr>
        <w:t xml:space="preserve"> не разрешает запуск той же цели новой ветвью: неизвестный предыдущий исход сначала выясняется или адресно отменяется.</w:t>
      </w:r>
    </w:p>
    <w:p>
      <w:pPr>
        <w:pStyle w:val="Normal"/>
        <w:jc w:val="both"/>
        <w:rPr/>
      </w:pPr>
      <w:r>
        <w:rPr>
          <w:b w:val="false"/>
          <w:sz w:val="28"/>
          <w:lang w:val="zxx"/>
        </w:rPr>
        <w:t>21.9</w:t>
      </w:r>
      <w:r>
        <w:rPr>
          <w:b w:val="false"/>
          <w:sz w:val="28"/>
        </w:rPr>
        <w:t xml:space="preserve"> </w:t>
      </w:r>
      <w:r>
        <w:rPr>
          <w:b w:val="false"/>
          <w:sz w:val="28"/>
          <w:lang w:val="zxx"/>
        </w:rPr>
        <w:t>originSeq</w:t>
      </w:r>
      <w:r>
        <w:rPr>
          <w:b w:val="false"/>
          <w:sz w:val="28"/>
        </w:rPr>
        <w:t xml:space="preserve"> - положительный </w:t>
      </w:r>
      <w:r>
        <w:rPr>
          <w:b w:val="false"/>
          <w:sz w:val="28"/>
          <w:lang w:val="zxx"/>
        </w:rPr>
        <w:t>uint64</w:t>
      </w:r>
      <w:r>
        <w:rPr>
          <w:b w:val="false"/>
          <w:sz w:val="28"/>
        </w:rPr>
        <w:t xml:space="preserve">, сохраняемый автором до отправки, возрастающий для каждой новой ветви; переполнение запрещает новые ветви, но не их отмену. Каждый принимающий узел хранит постоянный </w:t>
      </w:r>
      <w:r>
        <w:rPr>
          <w:b w:val="false"/>
          <w:sz w:val="28"/>
          <w:lang w:val="zxx"/>
        </w:rPr>
        <w:t>highWater</w:t>
      </w:r>
      <w:r>
        <w:rPr>
          <w:b w:val="false"/>
          <w:sz w:val="28"/>
        </w:rPr>
        <w:t xml:space="preserve"> для </w:t>
      </w:r>
      <w:r>
        <w:rPr>
          <w:b w:val="false"/>
          <w:sz w:val="28"/>
          <w:lang w:val="zxx"/>
        </w:rPr>
        <w:t>originNodeId</w:t>
      </w:r>
      <w:r>
        <w:rPr>
          <w:b w:val="false"/>
          <w:sz w:val="28"/>
        </w:rPr>
        <w:t xml:space="preserve"> и решения активных ветвей. Новый </w:t>
      </w:r>
      <w:r>
        <w:rPr>
          <w:b w:val="false"/>
          <w:sz w:val="28"/>
          <w:lang w:val="zxx"/>
        </w:rPr>
        <w:t>run.start</w:t>
      </w:r>
      <w:r>
        <w:rPr>
          <w:b w:val="false"/>
          <w:sz w:val="28"/>
        </w:rPr>
        <w:t xml:space="preserve"> требует </w:t>
      </w:r>
      <w:r>
        <w:rPr>
          <w:b w:val="false"/>
          <w:sz w:val="28"/>
          <w:lang w:val="zxx"/>
        </w:rPr>
        <w:t>originSeq</w:t>
      </w:r>
      <w:r>
        <w:rPr>
          <w:b w:val="false"/>
          <w:sz w:val="28"/>
        </w:rPr>
        <w:t>&gt;</w:t>
      </w:r>
      <w:r>
        <w:rPr>
          <w:b w:val="false"/>
          <w:sz w:val="28"/>
          <w:lang w:val="zxx"/>
        </w:rPr>
        <w:t>highWater</w:t>
      </w:r>
      <w:r>
        <w:rPr>
          <w:b w:val="false"/>
          <w:sz w:val="28"/>
        </w:rPr>
        <w:t xml:space="preserve">; выдача </w:t>
      </w:r>
      <w:r>
        <w:rPr>
          <w:b w:val="false"/>
          <w:sz w:val="28"/>
          <w:lang w:val="zxx"/>
        </w:rPr>
        <w:t>accepted</w:t>
      </w:r>
      <w:r>
        <w:rPr>
          <w:b w:val="false"/>
          <w:sz w:val="28"/>
        </w:rPr>
        <w:t xml:space="preserve">, сохранение тела и </w:t>
      </w:r>
      <w:r>
        <w:rPr>
          <w:b w:val="false"/>
          <w:sz w:val="28"/>
          <w:lang w:val="zxx"/>
        </w:rPr>
        <w:t>highWater</w:t>
      </w:r>
      <w:r>
        <w:rPr>
          <w:b w:val="false"/>
          <w:sz w:val="28"/>
        </w:rPr>
        <w:t xml:space="preserve"> атомарны до пересылки. Предметный отказ новой ветви после проверки прав и оболочки также сохраняется и расходует номер; при отказе самого постоянного журнала воздействия запрещены. Точный повтор получает сохраненное решение; другое тело при том же номере - </w:t>
      </w:r>
      <w:r>
        <w:rPr>
          <w:b w:val="false"/>
          <w:sz w:val="28"/>
          <w:lang w:val="zxx"/>
        </w:rPr>
        <w:t>conflict.</w:t>
      </w:r>
      <w:r>
        <w:rPr>
          <w:b w:val="false"/>
          <w:sz w:val="28"/>
        </w:rPr>
        <w:t xml:space="preserve"> Вытесненное решение при номере &lt;=</w:t>
      </w:r>
      <w:r>
        <w:rPr>
          <w:b w:val="false"/>
          <w:sz w:val="28"/>
          <w:lang w:val="zxx"/>
        </w:rPr>
        <w:t>highWater</w:t>
      </w:r>
      <w:r>
        <w:rPr>
          <w:b w:val="false"/>
          <w:sz w:val="28"/>
        </w:rPr>
        <w:t xml:space="preserve"> дает </w:t>
      </w:r>
      <w:r>
        <w:rPr>
          <w:b w:val="false"/>
          <w:sz w:val="28"/>
          <w:lang w:val="zxx"/>
        </w:rPr>
        <w:t>resultExpired</w:t>
      </w:r>
      <w:r>
        <w:rPr>
          <w:b w:val="false"/>
          <w:sz w:val="28"/>
        </w:rPr>
        <w:t>, без повторного воздействия. АРМ сериализует прием новых номеров по каждому маршруту; перестановка новых ветвей может дать отказ старому номеру, но не поздний запуск.</w:t>
      </w:r>
    </w:p>
    <w:p>
      <w:pPr>
        <w:pStyle w:val="Normal"/>
        <w:jc w:val="start"/>
        <w:rPr/>
      </w:pPr>
      <w:r>
        <w:rPr>
          <w:b w:val="false"/>
          <w:sz w:val="28"/>
          <w:lang w:val="zxx"/>
        </w:rPr>
        <w:t>21.10</w:t>
      </w:r>
      <w:r>
        <w:rPr>
          <w:b w:val="false"/>
          <w:sz w:val="28"/>
        </w:rPr>
        <w:t xml:space="preserve"> </w:t>
      </w:r>
      <w:r>
        <w:rPr>
          <w:b w:val="false"/>
          <w:sz w:val="28"/>
          <w:lang w:val="zxx"/>
        </w:rPr>
        <w:t>run.cancel</w:t>
      </w:r>
      <w:r>
        <w:rPr>
          <w:b w:val="false"/>
          <w:sz w:val="28"/>
        </w:rPr>
        <w:t xml:space="preserve"> использует </w:t>
      </w:r>
      <w:r>
        <w:rPr>
          <w:b w:val="false"/>
          <w:sz w:val="28"/>
          <w:lang w:val="zxx"/>
        </w:rPr>
        <w:t>originSeq</w:t>
      </w:r>
      <w:r>
        <w:rPr>
          <w:b w:val="false"/>
          <w:sz w:val="28"/>
        </w:rPr>
        <w:t xml:space="preserve"> отменяемой ветви, а не новый номер. При известной ветви </w:t>
      </w:r>
      <w:r>
        <w:rPr>
          <w:b w:val="false"/>
          <w:sz w:val="28"/>
          <w:lang w:val="zxx"/>
        </w:rPr>
        <w:t>runId/</w:t>
      </w:r>
      <w:r>
        <w:rPr>
          <w:b w:val="false"/>
          <w:sz w:val="28"/>
        </w:rPr>
        <w:t>​</w:t>
      </w:r>
      <w:r>
        <w:rPr>
          <w:b w:val="false"/>
          <w:sz w:val="28"/>
          <w:lang w:val="zxx"/>
        </w:rPr>
        <w:t>branchId/</w:t>
      </w:r>
      <w:r>
        <w:rPr>
          <w:b w:val="false"/>
          <w:sz w:val="28"/>
        </w:rPr>
        <w:t>​</w:t>
      </w:r>
      <w:r>
        <w:rPr>
          <w:b w:val="false"/>
          <w:sz w:val="28"/>
          <w:lang w:val="zxx"/>
        </w:rPr>
        <w:t>originNodeId</w:t>
      </w:r>
      <w:r>
        <w:rPr>
          <w:b w:val="false"/>
          <w:sz w:val="28"/>
        </w:rPr>
        <w:t xml:space="preserve"> обязаны совпасть; отмена адресуется только ее исполнениям через </w:t>
      </w:r>
      <w:r>
        <w:rPr>
          <w:b w:val="false"/>
          <w:sz w:val="28"/>
          <w:lang w:val="zxx"/>
        </w:rPr>
        <w:t>session.stop/</w:t>
      </w:r>
      <w:r>
        <w:rPr>
          <w:b w:val="false"/>
          <w:sz w:val="28"/>
        </w:rPr>
        <w:t>​</w:t>
      </w:r>
      <w:r>
        <w:rPr>
          <w:b w:val="false"/>
          <w:sz w:val="28"/>
          <w:lang w:val="zxx"/>
        </w:rPr>
        <w:t>session.cancel</w:t>
      </w:r>
      <w:r>
        <w:rPr>
          <w:b w:val="false"/>
          <w:sz w:val="28"/>
        </w:rPr>
        <w:t xml:space="preserve"> УУ. При неизвестном номере &gt;</w:t>
      </w:r>
      <w:r>
        <w:rPr>
          <w:b w:val="false"/>
          <w:sz w:val="28"/>
          <w:lang w:val="zxx"/>
        </w:rPr>
        <w:t>highWater</w:t>
      </w:r>
      <w:r>
        <w:rPr>
          <w:b w:val="false"/>
          <w:sz w:val="28"/>
        </w:rPr>
        <w:t xml:space="preserve"> сначала атомарно сохраняются </w:t>
      </w:r>
      <w:r>
        <w:rPr>
          <w:b w:val="false"/>
          <w:sz w:val="28"/>
          <w:lang w:val="zxx"/>
        </w:rPr>
        <w:t>highWater</w:t>
      </w:r>
      <w:r>
        <w:rPr>
          <w:b w:val="false"/>
          <w:sz w:val="28"/>
        </w:rPr>
        <w:t xml:space="preserve"> и запрет позднего </w:t>
      </w:r>
      <w:r>
        <w:rPr>
          <w:b w:val="false"/>
          <w:sz w:val="28"/>
          <w:lang w:val="zxx"/>
        </w:rPr>
        <w:t>run.start</w:t>
      </w:r>
      <w:r>
        <w:rPr>
          <w:b w:val="false"/>
          <w:sz w:val="28"/>
        </w:rPr>
        <w:t xml:space="preserve"> (</w:t>
      </w:r>
      <w:r>
        <w:rPr>
          <w:b w:val="false"/>
          <w:sz w:val="28"/>
          <w:lang w:val="zxx"/>
        </w:rPr>
        <w:t>startBlockedByCancel</w:t>
      </w:r>
      <w:r>
        <w:rPr>
          <w:b w:val="false"/>
          <w:sz w:val="28"/>
        </w:rPr>
        <w:t xml:space="preserve"> проверяется прежде сравнения тела </w:t>
      </w:r>
      <w:r>
        <w:rPr>
          <w:b w:val="false"/>
          <w:sz w:val="28"/>
          <w:lang w:val="zxx"/>
        </w:rPr>
        <w:t>session.start</w:t>
      </w:r>
      <w:r>
        <w:rPr>
          <w:b w:val="false"/>
          <w:sz w:val="28"/>
        </w:rPr>
        <w:t xml:space="preserve">); ответ </w:t>
      </w:r>
      <w:r>
        <w:rPr>
          <w:b w:val="false"/>
          <w:sz w:val="28"/>
          <w:lang w:val="zxx"/>
        </w:rPr>
        <w:t>cancelled</w:t>
      </w:r>
      <w:r>
        <w:rPr>
          <w:b w:val="false"/>
          <w:sz w:val="28"/>
        </w:rPr>
        <w:t xml:space="preserve"> с </w:t>
      </w:r>
      <w:r>
        <w:rPr>
          <w:b w:val="false"/>
          <w:sz w:val="28"/>
          <w:lang w:val="zxx"/>
        </w:rPr>
        <w:t>targetCount=0</w:t>
      </w:r>
      <w:r>
        <w:rPr>
          <w:b w:val="false"/>
          <w:sz w:val="28"/>
        </w:rPr>
        <w:t xml:space="preserve"> не означает физического выключения. Для номера &lt;=</w:t>
      </w:r>
      <w:r>
        <w:rPr>
          <w:b w:val="false"/>
          <w:sz w:val="28"/>
          <w:lang w:val="zxx"/>
        </w:rPr>
        <w:t>highWater</w:t>
      </w:r>
      <w:r>
        <w:rPr>
          <w:b w:val="false"/>
          <w:sz w:val="28"/>
        </w:rPr>
        <w:t xml:space="preserve"> без истории возвращается </w:t>
      </w:r>
      <w:r>
        <w:rPr>
          <w:b w:val="false"/>
          <w:sz w:val="28"/>
          <w:lang w:val="zxx"/>
        </w:rPr>
        <w:t>resultExpired</w:t>
      </w:r>
      <w:r>
        <w:rPr>
          <w:b w:val="false"/>
          <w:sz w:val="28"/>
        </w:rPr>
        <w:t xml:space="preserve">; это не отменяет уже сохраненного запрета повторного запуска. Активная ветвь и ее отмена не вытесняются. Отмену вправе передать только первоначальный непосредственный делегат той же </w:t>
      </w:r>
      <w:r>
        <w:rPr>
          <w:b w:val="false"/>
          <w:sz w:val="28"/>
          <w:lang w:val="zxx"/>
        </w:rPr>
        <w:t>origin</w:t>
      </w:r>
      <w:r>
        <w:rPr>
          <w:b w:val="false"/>
          <w:sz w:val="28"/>
        </w:rPr>
        <w:t xml:space="preserve"> либо сам </w:t>
      </w:r>
      <w:r>
        <w:rPr>
          <w:b w:val="false"/>
          <w:sz w:val="28"/>
          <w:lang w:val="zxx"/>
        </w:rPr>
        <w:t>origin</w:t>
      </w:r>
      <w:r>
        <w:rPr>
          <w:b w:val="false"/>
          <w:sz w:val="28"/>
        </w:rPr>
        <w:t xml:space="preserve"> по разрешенному прямому маршруту. Повторы отмены не двигают сроки. Срок отмены определяет ее допуск; принятая остановка продолжается после его истечения.</w:t>
      </w:r>
    </w:p>
    <w:p>
      <w:pPr>
        <w:pStyle w:val="Normal"/>
        <w:jc w:val="start"/>
        <w:rPr/>
      </w:pPr>
      <w:r>
        <w:rPr>
          <w:b w:val="false"/>
          <w:sz w:val="28"/>
          <w:lang w:val="zxx"/>
        </w:rPr>
        <w:t>21.11</w:t>
      </w:r>
      <w:r>
        <w:rPr>
          <w:b w:val="false"/>
          <w:sz w:val="28"/>
        </w:rPr>
        <w:t xml:space="preserve"> Решение ветви и полный итог хранятся не менее </w:t>
      </w:r>
      <w:r>
        <w:rPr>
          <w:b w:val="false"/>
          <w:sz w:val="28"/>
          <w:lang w:val="zxx"/>
        </w:rPr>
        <w:t>86400000</w:t>
      </w:r>
      <w:r>
        <w:rPr>
          <w:b w:val="false"/>
          <w:sz w:val="28"/>
        </w:rPr>
        <w:t xml:space="preserve"> мс после </w:t>
      </w:r>
      <w:r>
        <w:rPr>
          <w:b w:val="false"/>
          <w:sz w:val="28"/>
          <w:lang w:val="zxx"/>
        </w:rPr>
        <w:t>finished</w:t>
      </w:r>
      <w:r>
        <w:rPr>
          <w:b w:val="false"/>
          <w:sz w:val="28"/>
        </w:rPr>
        <w:t xml:space="preserve">; </w:t>
      </w:r>
      <w:r>
        <w:rPr>
          <w:b w:val="false"/>
          <w:sz w:val="28"/>
          <w:lang w:val="zxx"/>
        </w:rPr>
        <w:t>highWater</w:t>
      </w:r>
      <w:r>
        <w:rPr>
          <w:b w:val="false"/>
          <w:sz w:val="28"/>
        </w:rPr>
        <w:t xml:space="preserve"> сохраняется без срока и переживает </w:t>
      </w:r>
      <w:r>
        <w:rPr>
          <w:b w:val="false"/>
          <w:sz w:val="28"/>
          <w:lang w:val="zxx"/>
        </w:rPr>
        <w:t>reboot.</w:t>
      </w:r>
      <w:r>
        <w:rPr>
          <w:b w:val="false"/>
          <w:sz w:val="28"/>
        </w:rPr>
        <w:t xml:space="preserve"> Утрата или повреждение этого журнала запрещает новые </w:t>
      </w:r>
      <w:r>
        <w:rPr>
          <w:b w:val="false"/>
          <w:sz w:val="28"/>
          <w:lang w:val="zxx"/>
        </w:rPr>
        <w:t>run.start</w:t>
      </w:r>
      <w:r>
        <w:rPr>
          <w:b w:val="false"/>
          <w:sz w:val="28"/>
        </w:rPr>
        <w:t xml:space="preserve">, но не чтение диагностики и восстановление собственных активных ресурсов. Снимки </w:t>
      </w:r>
      <w:r>
        <w:rPr>
          <w:b w:val="false"/>
          <w:sz w:val="28"/>
          <w:lang w:val="zxx"/>
        </w:rPr>
        <w:t>run.get/</w:t>
      </w:r>
      <w:r>
        <w:rPr>
          <w:b w:val="false"/>
          <w:sz w:val="28"/>
        </w:rPr>
        <w:t>​</w:t>
      </w:r>
      <w:r>
        <w:rPr>
          <w:b w:val="false"/>
          <w:sz w:val="28"/>
          <w:lang w:val="zxx"/>
        </w:rPr>
        <w:t>catalog.get/</w:t>
      </w:r>
      <w:r>
        <w:rPr>
          <w:b w:val="false"/>
          <w:sz w:val="28"/>
        </w:rPr>
        <w:t>​</w:t>
      </w:r>
      <w:r>
        <w:rPr>
          <w:b w:val="false"/>
          <w:sz w:val="28"/>
          <w:lang w:val="zxx"/>
        </w:rPr>
        <w:t>result.read</w:t>
      </w:r>
      <w:r>
        <w:rPr>
          <w:b w:val="false"/>
          <w:sz w:val="28"/>
        </w:rPr>
        <w:t xml:space="preserve"> живут </w:t>
      </w:r>
      <w:r>
        <w:rPr>
          <w:b w:val="false"/>
          <w:sz w:val="28"/>
          <w:lang w:val="zxx"/>
        </w:rPr>
        <w:t>30000</w:t>
      </w:r>
      <w:r>
        <w:rPr>
          <w:b w:val="false"/>
          <w:sz w:val="28"/>
        </w:rPr>
        <w:t xml:space="preserve"> мс; </w:t>
      </w:r>
      <w:r>
        <w:rPr>
          <w:b w:val="false"/>
          <w:sz w:val="28"/>
          <w:lang w:val="zxx"/>
        </w:rPr>
        <w:t>continuation</w:t>
      </w:r>
      <w:r>
        <w:rPr>
          <w:b w:val="false"/>
          <w:sz w:val="28"/>
        </w:rPr>
        <w:t xml:space="preserve"> передает </w:t>
      </w:r>
      <w:r>
        <w:rPr>
          <w:b w:val="false"/>
          <w:sz w:val="28"/>
          <w:lang w:val="zxx"/>
        </w:rPr>
        <w:t>snapshotId/</w:t>
      </w:r>
      <w:r>
        <w:rPr>
          <w:b w:val="false"/>
          <w:sz w:val="28"/>
        </w:rPr>
        <w:t>​</w:t>
      </w:r>
      <w:r>
        <w:rPr>
          <w:b w:val="false"/>
          <w:sz w:val="28"/>
          <w:lang w:val="zxx"/>
        </w:rPr>
        <w:t>cursor</w:t>
      </w:r>
      <w:r>
        <w:rPr>
          <w:b w:val="false"/>
          <w:sz w:val="28"/>
        </w:rPr>
        <w:t xml:space="preserve">, ответ </w:t>
      </w:r>
      <w:r>
        <w:rPr>
          <w:b w:val="false"/>
          <w:sz w:val="28"/>
          <w:lang w:val="zxx"/>
        </w:rPr>
        <w:t>more=true</w:t>
      </w:r>
      <w:r>
        <w:rPr>
          <w:b w:val="false"/>
          <w:sz w:val="28"/>
        </w:rPr>
        <w:t xml:space="preserve"> требует </w:t>
      </w:r>
      <w:r>
        <w:rPr>
          <w:b w:val="false"/>
          <w:sz w:val="28"/>
          <w:lang w:val="zxx"/>
        </w:rPr>
        <w:t>cursor</w:t>
      </w:r>
      <w:r>
        <w:rPr>
          <w:b w:val="false"/>
          <w:sz w:val="28"/>
        </w:rPr>
        <w:t xml:space="preserve">, </w:t>
      </w:r>
      <w:r>
        <w:rPr>
          <w:b w:val="false"/>
          <w:sz w:val="28"/>
          <w:lang w:val="zxx"/>
        </w:rPr>
        <w:t>more=false</w:t>
      </w:r>
      <w:r>
        <w:rPr>
          <w:b w:val="false"/>
          <w:sz w:val="28"/>
        </w:rPr>
        <w:t xml:space="preserve"> запрещает его. Каждая непоследняя страница содержит запись; пустой каталог или отмененная до допуска ветвь имеют единственную страницу </w:t>
      </w:r>
      <w:r>
        <w:rPr>
          <w:b w:val="false"/>
          <w:sz w:val="28"/>
          <w:lang w:val="zxx"/>
        </w:rPr>
        <w:t>more=false</w:t>
      </w:r>
      <w:r>
        <w:rPr>
          <w:b w:val="false"/>
          <w:sz w:val="28"/>
        </w:rPr>
        <w:t xml:space="preserve">; сводные числа/метаданные неизменны, каждая ожидаемая цель передается ровно раз. </w:t>
      </w:r>
      <w:r>
        <w:rPr>
          <w:b w:val="false"/>
          <w:sz w:val="28"/>
          <w:lang w:val="zxx"/>
        </w:rPr>
        <w:t>targetCount/</w:t>
      </w:r>
      <w:r>
        <w:rPr>
          <w:b w:val="false"/>
          <w:sz w:val="28"/>
        </w:rPr>
        <w:t>​</w:t>
      </w:r>
      <w:r>
        <w:rPr>
          <w:b w:val="false"/>
          <w:sz w:val="28"/>
          <w:lang w:val="zxx"/>
        </w:rPr>
        <w:t>groupCount/</w:t>
      </w:r>
      <w:r>
        <w:rPr>
          <w:b w:val="false"/>
          <w:sz w:val="28"/>
        </w:rPr>
        <w:t>​</w:t>
      </w:r>
      <w:r>
        <w:rPr>
          <w:b w:val="false"/>
          <w:sz w:val="28"/>
          <w:lang w:val="zxx"/>
        </w:rPr>
        <w:t>programCount</w:t>
      </w:r>
      <w:r>
        <w:rPr>
          <w:b w:val="false"/>
          <w:sz w:val="28"/>
        </w:rPr>
        <w:t xml:space="preserve"> относятся ко всему снимку. Неизвестная ссылка, чужая цель, повтор записи или утрата страницы не дают частичного общего успеха.</w:t>
      </w:r>
    </w:p>
    <w:p>
      <w:pPr>
        <w:pStyle w:val="Normal"/>
        <w:jc w:val="start"/>
        <w:rPr/>
      </w:pPr>
      <w:r>
        <w:rPr>
          <w:b w:val="false"/>
          <w:sz w:val="28"/>
          <w:lang w:val="zxx"/>
        </w:rPr>
        <w:t>21.12</w:t>
      </w:r>
      <w:r>
        <w:rPr>
          <w:b w:val="false"/>
          <w:sz w:val="28"/>
        </w:rPr>
        <w:t xml:space="preserve"> </w:t>
      </w:r>
      <w:r>
        <w:rPr>
          <w:b w:val="false"/>
          <w:sz w:val="28"/>
          <w:lang w:val="zxx"/>
        </w:rPr>
        <w:t>runResult</w:t>
      </w:r>
      <w:r>
        <w:rPr>
          <w:b w:val="false"/>
          <w:sz w:val="28"/>
        </w:rPr>
        <w:t xml:space="preserve"> фиксирует каждую цель из </w:t>
      </w:r>
      <w:r>
        <w:rPr>
          <w:b w:val="false"/>
          <w:sz w:val="28"/>
          <w:lang w:val="zxx"/>
        </w:rPr>
        <w:t>session.start.</w:t>
      </w:r>
      <w:r>
        <w:rPr>
          <w:b w:val="false"/>
          <w:sz w:val="28"/>
        </w:rPr>
        <w:t xml:space="preserve"> Обязательные </w:t>
      </w:r>
      <w:r>
        <w:rPr>
          <w:b w:val="false"/>
          <w:sz w:val="28"/>
          <w:lang w:val="zxx"/>
        </w:rPr>
        <w:t>execution</w:t>
      </w:r>
      <w:r>
        <w:rPr>
          <w:b w:val="false"/>
          <w:sz w:val="28"/>
        </w:rPr>
        <w:t xml:space="preserve"> и </w:t>
      </w:r>
      <w:r>
        <w:rPr>
          <w:b w:val="false"/>
          <w:sz w:val="28"/>
          <w:lang w:val="zxx"/>
        </w:rPr>
        <w:t>completion</w:t>
      </w:r>
      <w:r>
        <w:rPr>
          <w:b w:val="false"/>
          <w:sz w:val="28"/>
        </w:rPr>
        <w:t xml:space="preserve"> сохраняют раздельные факты: </w:t>
      </w:r>
      <w:r>
        <w:rPr>
          <w:b w:val="false"/>
          <w:sz w:val="28"/>
          <w:lang w:val="zxx"/>
        </w:rPr>
        <w:t>confirmed</w:t>
      </w:r>
      <w:r>
        <w:rPr>
          <w:b w:val="false"/>
          <w:sz w:val="28"/>
        </w:rPr>
        <w:t xml:space="preserve"> означает подтверждение всех ожидаемых воздействий, </w:t>
      </w:r>
      <w:r>
        <w:rPr>
          <w:b w:val="false"/>
          <w:sz w:val="28"/>
          <w:lang w:val="zxx"/>
        </w:rPr>
        <w:t>partial</w:t>
      </w:r>
      <w:r>
        <w:rPr>
          <w:b w:val="false"/>
          <w:sz w:val="28"/>
        </w:rPr>
        <w:t xml:space="preserve"> — лишь части, </w:t>
      </w:r>
      <w:r>
        <w:rPr>
          <w:b w:val="false"/>
          <w:sz w:val="28"/>
          <w:lang w:val="zxx"/>
        </w:rPr>
        <w:t>notExecuted</w:t>
      </w:r>
      <w:r>
        <w:rPr>
          <w:b w:val="false"/>
          <w:sz w:val="28"/>
        </w:rPr>
        <w:t xml:space="preserve"> — доказанное отсутствие всех, </w:t>
      </w:r>
      <w:r>
        <w:rPr>
          <w:b w:val="false"/>
          <w:sz w:val="28"/>
          <w:lang w:val="zxx"/>
        </w:rPr>
        <w:t>unknown</w:t>
      </w:r>
      <w:r>
        <w:rPr>
          <w:b w:val="false"/>
          <w:sz w:val="28"/>
        </w:rPr>
        <w:t xml:space="preserve"> — недостаток доказательств, </w:t>
      </w:r>
      <w:r>
        <w:rPr>
          <w:b w:val="false"/>
          <w:sz w:val="28"/>
          <w:lang w:val="zxx"/>
        </w:rPr>
        <w:t>pending</w:t>
      </w:r>
      <w:r>
        <w:rPr>
          <w:b w:val="false"/>
          <w:sz w:val="28"/>
        </w:rPr>
        <w:t xml:space="preserve"> — ожидание. Для </w:t>
      </w:r>
      <w:r>
        <w:rPr>
          <w:b w:val="false"/>
          <w:sz w:val="28"/>
          <w:lang w:val="zxx"/>
        </w:rPr>
        <w:t>program</w:t>
      </w:r>
      <w:r>
        <w:rPr>
          <w:b w:val="false"/>
          <w:sz w:val="28"/>
        </w:rPr>
        <w:t xml:space="preserve"> пауза не подтверждает звучание. </w:t>
      </w:r>
      <w:r>
        <w:rPr>
          <w:b w:val="false"/>
          <w:sz w:val="28"/>
          <w:lang w:val="zxx"/>
        </w:rPr>
        <w:t>completion</w:t>
      </w:r>
      <w:r>
        <w:rPr>
          <w:b w:val="false"/>
          <w:sz w:val="28"/>
        </w:rPr>
        <w:t xml:space="preserve"> переносит полноту исходного результата; посредник не выводит </w:t>
      </w:r>
      <w:r>
        <w:rPr>
          <w:b w:val="false"/>
          <w:sz w:val="28"/>
          <w:lang w:val="zxx"/>
        </w:rPr>
        <w:t>complete</w:t>
      </w:r>
      <w:r>
        <w:rPr>
          <w:b w:val="false"/>
          <w:sz w:val="28"/>
        </w:rPr>
        <w:t xml:space="preserve"> из </w:t>
      </w:r>
      <w:r>
        <w:rPr>
          <w:b w:val="false"/>
          <w:sz w:val="28"/>
          <w:lang w:val="zxx"/>
        </w:rPr>
        <w:t>succeeded/</w:t>
      </w:r>
      <w:r>
        <w:rPr>
          <w:b w:val="false"/>
          <w:sz w:val="28"/>
        </w:rPr>
        <w:t>​</w:t>
      </w:r>
      <w:r>
        <w:rPr>
          <w:b w:val="false"/>
          <w:sz w:val="28"/>
          <w:lang w:val="zxx"/>
        </w:rPr>
        <w:t>operatorStop.</w:t>
      </w:r>
      <w:r>
        <w:rPr>
          <w:b w:val="false"/>
          <w:sz w:val="28"/>
        </w:rPr>
        <w:t xml:space="preserve"> Полные </w:t>
      </w:r>
      <w:r>
        <w:rPr>
          <w:b w:val="false"/>
          <w:sz w:val="28"/>
          <w:lang w:val="zxx"/>
        </w:rPr>
        <w:t>execution/</w:t>
      </w:r>
      <w:r>
        <w:rPr>
          <w:b w:val="false"/>
          <w:sz w:val="28"/>
        </w:rPr>
        <w:t>​</w:t>
      </w:r>
      <w:r>
        <w:rPr>
          <w:b w:val="false"/>
          <w:sz w:val="28"/>
          <w:lang w:val="zxx"/>
        </w:rPr>
        <w:t>fault</w:t>
      </w:r>
      <w:r>
        <w:rPr>
          <w:b w:val="false"/>
          <w:sz w:val="28"/>
        </w:rPr>
        <w:t xml:space="preserve"> и источник доказательств читаются через </w:t>
      </w:r>
      <w:r>
        <w:rPr>
          <w:b w:val="false"/>
          <w:sz w:val="28"/>
          <w:lang w:val="zxx"/>
        </w:rPr>
        <w:t>result.read.</w:t>
      </w:r>
      <w:r>
        <w:rPr>
          <w:b w:val="false"/>
          <w:sz w:val="28"/>
        </w:rPr>
        <w:t xml:space="preserve"> До решения по цели обе сводки </w:t>
      </w:r>
      <w:r>
        <w:rPr>
          <w:b w:val="false"/>
          <w:sz w:val="28"/>
          <w:lang w:val="zxx"/>
        </w:rPr>
        <w:t>pending</w:t>
      </w:r>
      <w:r>
        <w:rPr>
          <w:b w:val="false"/>
          <w:sz w:val="28"/>
        </w:rPr>
        <w:t xml:space="preserve">; при отказе до воздействия </w:t>
      </w:r>
      <w:r>
        <w:rPr>
          <w:b w:val="false"/>
          <w:sz w:val="28"/>
          <w:lang w:val="zxx"/>
        </w:rPr>
        <w:t>execution=notExecuted</w:t>
      </w:r>
      <w:r>
        <w:rPr>
          <w:b w:val="false"/>
          <w:sz w:val="28"/>
        </w:rPr>
        <w:t xml:space="preserve">, </w:t>
      </w:r>
      <w:r>
        <w:rPr>
          <w:b w:val="false"/>
          <w:sz w:val="28"/>
          <w:lang w:val="zxx"/>
        </w:rPr>
        <w:t>completion=interrupted.</w:t>
      </w:r>
      <w:r>
        <w:rPr>
          <w:b w:val="false"/>
          <w:sz w:val="28"/>
        </w:rPr>
        <w:t xml:space="preserve"> </w:t>
      </w:r>
      <w:r>
        <w:rPr>
          <w:b w:val="false"/>
          <w:sz w:val="28"/>
          <w:lang w:val="zxx"/>
        </w:rPr>
        <w:t>pending</w:t>
      </w:r>
      <w:r>
        <w:rPr>
          <w:b w:val="false"/>
          <w:sz w:val="28"/>
        </w:rPr>
        <w:t xml:space="preserve"> имеет </w:t>
      </w:r>
      <w:r>
        <w:rPr>
          <w:b w:val="false"/>
          <w:sz w:val="28"/>
          <w:lang w:val="zxx"/>
        </w:rPr>
        <w:t>result=none</w:t>
      </w:r>
      <w:r>
        <w:rPr>
          <w:b w:val="false"/>
          <w:sz w:val="28"/>
        </w:rPr>
        <w:t xml:space="preserve">; </w:t>
      </w:r>
      <w:r>
        <w:rPr>
          <w:b w:val="false"/>
          <w:sz w:val="28"/>
          <w:lang w:val="zxx"/>
        </w:rPr>
        <w:t>notStarted</w:t>
      </w:r>
      <w:r>
        <w:rPr>
          <w:b w:val="false"/>
          <w:sz w:val="28"/>
        </w:rPr>
        <w:t xml:space="preserve"> требует </w:t>
      </w:r>
      <w:r>
        <w:rPr>
          <w:b w:val="false"/>
          <w:sz w:val="28"/>
          <w:lang w:val="zxx"/>
        </w:rPr>
        <w:t>admission=rejected</w:t>
      </w:r>
      <w:r>
        <w:rPr>
          <w:b w:val="false"/>
          <w:sz w:val="28"/>
        </w:rPr>
        <w:t xml:space="preserve"> и </w:t>
      </w:r>
      <w:r>
        <w:rPr>
          <w:b w:val="false"/>
          <w:sz w:val="28"/>
          <w:lang w:val="zxx"/>
        </w:rPr>
        <w:t>result=failed</w:t>
      </w:r>
      <w:r>
        <w:rPr>
          <w:b w:val="false"/>
          <w:sz w:val="28"/>
        </w:rPr>
        <w:t xml:space="preserve">, либо </w:t>
      </w:r>
      <w:r>
        <w:rPr>
          <w:b w:val="false"/>
          <w:sz w:val="28"/>
          <w:lang w:val="zxx"/>
        </w:rPr>
        <w:t>admission=unknown/</w:t>
      </w:r>
      <w:r>
        <w:rPr>
          <w:b w:val="false"/>
          <w:sz w:val="28"/>
        </w:rPr>
        <w:t>​</w:t>
      </w:r>
      <w:r>
        <w:rPr>
          <w:b w:val="false"/>
          <w:sz w:val="28"/>
          <w:lang w:val="zxx"/>
        </w:rPr>
        <w:t>result=unknown</w:t>
      </w:r>
      <w:r>
        <w:rPr>
          <w:b w:val="false"/>
          <w:sz w:val="28"/>
        </w:rPr>
        <w:t xml:space="preserve"> при утрате доказательств. </w:t>
      </w:r>
      <w:r>
        <w:rPr>
          <w:b w:val="false"/>
          <w:sz w:val="28"/>
          <w:lang w:val="zxx"/>
        </w:rPr>
        <w:t>starting/</w:t>
      </w:r>
      <w:r>
        <w:rPr>
          <w:b w:val="false"/>
          <w:sz w:val="28"/>
        </w:rPr>
        <w:t>​</w:t>
      </w:r>
      <w:r>
        <w:rPr>
          <w:b w:val="false"/>
          <w:sz w:val="28"/>
          <w:lang w:val="zxx"/>
        </w:rPr>
        <w:t>running/</w:t>
      </w:r>
      <w:r>
        <w:rPr>
          <w:b w:val="false"/>
          <w:sz w:val="28"/>
        </w:rPr>
        <w:t>​</w:t>
      </w:r>
      <w:r>
        <w:rPr>
          <w:b w:val="false"/>
          <w:sz w:val="28"/>
          <w:lang w:val="zxx"/>
        </w:rPr>
        <w:t>stopping</w:t>
      </w:r>
      <w:r>
        <w:rPr>
          <w:b w:val="false"/>
          <w:sz w:val="28"/>
        </w:rPr>
        <w:t xml:space="preserve"> требуют </w:t>
      </w:r>
      <w:r>
        <w:rPr>
          <w:b w:val="false"/>
          <w:sz w:val="28"/>
          <w:lang w:val="zxx"/>
        </w:rPr>
        <w:t>admission=accepted</w:t>
      </w:r>
      <w:r>
        <w:rPr>
          <w:b w:val="false"/>
          <w:sz w:val="28"/>
        </w:rPr>
        <w:t xml:space="preserve"> и </w:t>
      </w:r>
      <w:r>
        <w:rPr>
          <w:b w:val="false"/>
          <w:sz w:val="28"/>
          <w:lang w:val="zxx"/>
        </w:rPr>
        <w:t>result=none.</w:t>
      </w:r>
      <w:r>
        <w:rPr>
          <w:b w:val="false"/>
          <w:sz w:val="28"/>
        </w:rPr>
        <w:t xml:space="preserve"> </w:t>
      </w:r>
      <w:r>
        <w:rPr>
          <w:b w:val="false"/>
          <w:sz w:val="28"/>
          <w:lang w:val="zxx"/>
        </w:rPr>
        <w:t>finished</w:t>
      </w:r>
      <w:r>
        <w:rPr>
          <w:b w:val="false"/>
          <w:sz w:val="28"/>
        </w:rPr>
        <w:t xml:space="preserve"> требует </w:t>
      </w:r>
      <w:r>
        <w:rPr>
          <w:b w:val="false"/>
          <w:sz w:val="28"/>
          <w:lang w:val="zxx"/>
        </w:rPr>
        <w:t>admission=accepted</w:t>
      </w:r>
      <w:r>
        <w:rPr>
          <w:b w:val="false"/>
          <w:sz w:val="28"/>
        </w:rPr>
        <w:t xml:space="preserve">, </w:t>
      </w:r>
      <w:r>
        <w:rPr>
          <w:b w:val="false"/>
          <w:sz w:val="28"/>
          <w:lang w:val="zxx"/>
        </w:rPr>
        <w:t>sessionId/</w:t>
      </w:r>
      <w:r>
        <w:rPr>
          <w:b w:val="false"/>
          <w:sz w:val="28"/>
        </w:rPr>
        <w:t>​</w:t>
      </w:r>
      <w:r>
        <w:rPr>
          <w:b w:val="false"/>
          <w:sz w:val="28"/>
          <w:lang w:val="zxx"/>
        </w:rPr>
        <w:t>bootId</w:t>
      </w:r>
      <w:r>
        <w:rPr>
          <w:b w:val="false"/>
          <w:sz w:val="28"/>
        </w:rPr>
        <w:t xml:space="preserve"> и терминальный </w:t>
      </w:r>
      <w:r>
        <w:rPr>
          <w:b w:val="false"/>
          <w:sz w:val="28"/>
          <w:lang w:val="zxx"/>
        </w:rPr>
        <w:t>result/</w:t>
      </w:r>
      <w:r>
        <w:rPr>
          <w:b w:val="false"/>
          <w:sz w:val="28"/>
        </w:rPr>
        <w:t>​</w:t>
      </w:r>
      <w:r>
        <w:rPr>
          <w:b w:val="false"/>
          <w:sz w:val="28"/>
          <w:lang w:val="zxx"/>
        </w:rPr>
        <w:t>reason</w:t>
      </w:r>
      <w:r>
        <w:rPr>
          <w:b w:val="false"/>
          <w:sz w:val="28"/>
        </w:rPr>
        <w:t xml:space="preserve"> раздела </w:t>
      </w:r>
      <w:r>
        <w:rPr>
          <w:b w:val="false"/>
          <w:sz w:val="28"/>
          <w:lang w:val="zxx"/>
        </w:rPr>
        <w:t>8.</w:t>
      </w:r>
      <w:r>
        <w:rPr>
          <w:b w:val="false"/>
          <w:sz w:val="28"/>
        </w:rPr>
        <w:t xml:space="preserve"> В неисполненных состояниях </w:t>
      </w:r>
      <w:r>
        <w:rPr>
          <w:b w:val="false"/>
          <w:sz w:val="28"/>
          <w:lang w:val="zxx"/>
        </w:rPr>
        <w:t>sessionId</w:t>
      </w:r>
      <w:r>
        <w:rPr>
          <w:b w:val="false"/>
          <w:sz w:val="28"/>
        </w:rPr>
        <w:t xml:space="preserve"> отсутствует. </w:t>
      </w:r>
      <w:r>
        <w:rPr>
          <w:b w:val="false"/>
          <w:sz w:val="28"/>
          <w:lang w:val="zxx"/>
        </w:rPr>
        <w:t>sourceNodeId</w:t>
      </w:r>
      <w:r>
        <w:rPr>
          <w:b w:val="false"/>
          <w:sz w:val="28"/>
        </w:rPr>
        <w:t xml:space="preserve"> и </w:t>
      </w:r>
      <w:r>
        <w:rPr>
          <w:b w:val="false"/>
          <w:sz w:val="28"/>
          <w:lang w:val="zxx"/>
        </w:rPr>
        <w:t>deviceId</w:t>
      </w:r>
      <w:r>
        <w:rPr>
          <w:b w:val="false"/>
          <w:sz w:val="28"/>
        </w:rPr>
        <w:t xml:space="preserve"> берутся из зафиксированного реестра. Общий </w:t>
      </w:r>
      <w:r>
        <w:rPr>
          <w:b w:val="false"/>
          <w:sz w:val="28"/>
          <w:lang w:val="zxx"/>
        </w:rPr>
        <w:t>state=finished</w:t>
      </w:r>
      <w:r>
        <w:rPr>
          <w:b w:val="false"/>
          <w:sz w:val="28"/>
        </w:rPr>
        <w:t xml:space="preserve"> означает отсутствие незавершенных целей, а не общий успех; успех возможен лишь при </w:t>
      </w:r>
      <w:r>
        <w:rPr>
          <w:b w:val="false"/>
          <w:sz w:val="28"/>
          <w:lang w:val="zxx"/>
        </w:rPr>
        <w:t>succeeded</w:t>
      </w:r>
      <w:r>
        <w:rPr>
          <w:b w:val="false"/>
          <w:sz w:val="28"/>
        </w:rPr>
        <w:t xml:space="preserve"> каждой ожидаемой цели. </w:t>
      </w:r>
      <w:r>
        <w:rPr>
          <w:b w:val="false"/>
          <w:sz w:val="28"/>
          <w:lang w:val="zxx"/>
        </w:rPr>
        <w:t>reason=none</w:t>
      </w:r>
      <w:r>
        <w:rPr>
          <w:b w:val="false"/>
          <w:sz w:val="28"/>
        </w:rPr>
        <w:t xml:space="preserve"> используется только при </w:t>
      </w:r>
      <w:r>
        <w:rPr>
          <w:b w:val="false"/>
          <w:sz w:val="28"/>
          <w:lang w:val="zxx"/>
        </w:rPr>
        <w:t>result=none</w:t>
      </w:r>
      <w:r>
        <w:rPr>
          <w:b w:val="false"/>
          <w:sz w:val="28"/>
        </w:rPr>
        <w:t xml:space="preserve">; причина отказа допуска - код ошибки профиля. Таймаут канала не создает </w:t>
      </w:r>
      <w:r>
        <w:rPr>
          <w:b w:val="false"/>
          <w:sz w:val="28"/>
          <w:lang w:val="zxx"/>
        </w:rPr>
        <w:t>finished/</w:t>
      </w:r>
      <w:r>
        <w:rPr>
          <w:b w:val="false"/>
          <w:sz w:val="28"/>
        </w:rPr>
        <w:t>​</w:t>
      </w:r>
      <w:r>
        <w:rPr>
          <w:b w:val="false"/>
          <w:sz w:val="28"/>
          <w:lang w:val="zxx"/>
        </w:rPr>
        <w:t>succeeded.</w:t>
      </w:r>
    </w:p>
    <w:p>
      <w:pPr>
        <w:pStyle w:val="Normal"/>
        <w:jc w:val="both"/>
        <w:rPr/>
      </w:pPr>
      <w:r>
        <w:rPr>
          <w:b w:val="false"/>
          <w:sz w:val="28"/>
          <w:lang w:val="zxx"/>
        </w:rPr>
        <w:t>21.13</w:t>
      </w:r>
      <w:r>
        <w:rPr>
          <w:b w:val="false"/>
          <w:sz w:val="28"/>
        </w:rPr>
        <w:t xml:space="preserve"> </w:t>
      </w:r>
      <w:r>
        <w:rPr>
          <w:b w:val="false"/>
          <w:sz w:val="28"/>
          <w:lang w:val="zxx"/>
        </w:rPr>
        <w:t>result.read</w:t>
      </w:r>
      <w:r>
        <w:rPr>
          <w:b w:val="false"/>
          <w:sz w:val="28"/>
        </w:rPr>
        <w:t xml:space="preserve"> возвращает исходную пару </w:t>
      </w:r>
      <w:r>
        <w:rPr>
          <w:b w:val="false"/>
          <w:sz w:val="28"/>
          <w:lang w:val="zxx"/>
        </w:rPr>
        <w:t>XML</w:t>
      </w:r>
      <w:r>
        <w:rPr>
          <w:b w:val="false"/>
          <w:sz w:val="28"/>
        </w:rPr>
        <w:t xml:space="preserve"> </w:t>
      </w:r>
      <w:r>
        <w:rPr>
          <w:b w:val="false"/>
          <w:sz w:val="28"/>
          <w:lang w:val="zxx"/>
        </w:rPr>
        <w:t>request/</w:t>
      </w:r>
      <w:r>
        <w:rPr>
          <w:b w:val="false"/>
          <w:sz w:val="28"/>
        </w:rPr>
        <w:t>​</w:t>
      </w:r>
      <w:r>
        <w:rPr>
          <w:b w:val="false"/>
          <w:sz w:val="28"/>
          <w:lang w:val="zxx"/>
        </w:rPr>
        <w:t>response</w:t>
      </w:r>
      <w:r>
        <w:rPr>
          <w:b w:val="false"/>
          <w:sz w:val="28"/>
        </w:rPr>
        <w:t xml:space="preserve"> </w:t>
      </w:r>
      <w:r>
        <w:rPr>
          <w:b w:val="false"/>
          <w:sz w:val="28"/>
          <w:lang w:val="zxx"/>
        </w:rPr>
        <w:t>session.get</w:t>
      </w:r>
      <w:r>
        <w:rPr>
          <w:b w:val="false"/>
          <w:sz w:val="28"/>
        </w:rPr>
        <w:t xml:space="preserve"> от конкретного УУ, каждую не более </w:t>
      </w:r>
      <w:r>
        <w:rPr>
          <w:b w:val="false"/>
          <w:sz w:val="28"/>
          <w:lang w:val="zxx"/>
        </w:rPr>
        <w:t>1024</w:t>
      </w:r>
      <w:r>
        <w:rPr>
          <w:b w:val="false"/>
          <w:sz w:val="28"/>
        </w:rPr>
        <w:t xml:space="preserve"> байт </w:t>
      </w:r>
      <w:r>
        <w:rPr>
          <w:b w:val="false"/>
          <w:sz w:val="28"/>
          <w:lang w:val="zxx"/>
        </w:rPr>
        <w:t>UTF-</w:t>
      </w:r>
      <w:r>
        <w:rPr>
          <w:b w:val="false"/>
          <w:sz w:val="28"/>
        </w:rPr>
        <w:t>⁠</w:t>
      </w:r>
      <w:r>
        <w:rPr>
          <w:b w:val="false"/>
          <w:sz w:val="28"/>
          <w:lang w:val="zxx"/>
        </w:rPr>
        <w:t>8</w:t>
      </w:r>
      <w:r>
        <w:rPr>
          <w:b w:val="false"/>
          <w:sz w:val="28"/>
        </w:rPr>
        <w:t xml:space="preserve">, с исходными </w:t>
      </w:r>
      <w:r>
        <w:rPr>
          <w:b w:val="false"/>
          <w:sz w:val="28"/>
          <w:lang w:val="zxx"/>
        </w:rPr>
        <w:t>bootId</w:t>
      </w:r>
      <w:r>
        <w:rPr>
          <w:b w:val="false"/>
          <w:sz w:val="28"/>
        </w:rPr>
        <w:t xml:space="preserve">, ссылками, временем и качеством. Внешний </w:t>
      </w:r>
      <w:r>
        <w:rPr>
          <w:b w:val="false"/>
          <w:sz w:val="28"/>
          <w:lang w:val="zxx"/>
        </w:rPr>
        <w:t>snapshotId/</w:t>
      </w:r>
      <w:r>
        <w:rPr>
          <w:b w:val="false"/>
          <w:sz w:val="28"/>
        </w:rPr>
        <w:t>​</w:t>
      </w:r>
      <w:r>
        <w:rPr>
          <w:b w:val="false"/>
          <w:sz w:val="28"/>
          <w:lang w:val="zxx"/>
        </w:rPr>
        <w:t>cursor</w:t>
      </w:r>
      <w:r>
        <w:rPr>
          <w:b w:val="false"/>
          <w:sz w:val="28"/>
        </w:rPr>
        <w:t xml:space="preserve"> принадлежит сохраненной коллекции, внутренний </w:t>
      </w:r>
      <w:r>
        <w:rPr>
          <w:b w:val="false"/>
          <w:sz w:val="28"/>
          <w:lang w:val="zxx"/>
        </w:rPr>
        <w:t>XML</w:t>
      </w:r>
      <w:r>
        <w:rPr>
          <w:b w:val="false"/>
          <w:sz w:val="28"/>
        </w:rPr>
        <w:t xml:space="preserve"> не переписывается. Получатель проверяет полный исходный снимок по правилам АРМ—УУ; одно сообщение не доказывает его полноту. </w:t>
      </w:r>
      <w:r>
        <w:rPr>
          <w:b w:val="false"/>
          <w:sz w:val="28"/>
          <w:lang w:val="zxx"/>
        </w:rPr>
        <w:t>catalog.get</w:t>
      </w:r>
      <w:r>
        <w:rPr>
          <w:b w:val="false"/>
          <w:sz w:val="28"/>
        </w:rPr>
        <w:t xml:space="preserve"> передает замороженный разрешенный каталог </w:t>
      </w:r>
      <w:r>
        <w:rPr>
          <w:b w:val="false"/>
          <w:sz w:val="28"/>
          <w:lang w:val="zxx"/>
        </w:rPr>
        <w:t>targets/</w:t>
      </w:r>
      <w:r>
        <w:rPr>
          <w:b w:val="false"/>
          <w:sz w:val="28"/>
        </w:rPr>
        <w:t>​</w:t>
      </w:r>
      <w:r>
        <w:rPr>
          <w:b w:val="false"/>
          <w:sz w:val="28"/>
          <w:lang w:val="zxx"/>
        </w:rPr>
        <w:t>groups/</w:t>
      </w:r>
      <w:r>
        <w:rPr>
          <w:b w:val="false"/>
          <w:sz w:val="28"/>
        </w:rPr>
        <w:t>​</w:t>
      </w:r>
      <w:r>
        <w:rPr>
          <w:b w:val="false"/>
          <w:sz w:val="28"/>
          <w:lang w:val="zxx"/>
        </w:rPr>
        <w:t>programs</w:t>
      </w:r>
      <w:r>
        <w:rPr>
          <w:b w:val="false"/>
          <w:sz w:val="28"/>
        </w:rPr>
        <w:t xml:space="preserve"> схемы конфигурации; отсутствие записи не отзывается частичной страницей. Объявленные квоты </w:t>
      </w:r>
      <w:r>
        <w:rPr>
          <w:b w:val="false"/>
          <w:sz w:val="28"/>
          <w:lang w:val="zxx"/>
        </w:rPr>
        <w:t>ДОЛЖНЫ</w:t>
      </w:r>
      <w:r>
        <w:rPr>
          <w:b w:val="false"/>
          <w:sz w:val="28"/>
        </w:rPr>
        <w:t xml:space="preserve"> позволять кодировать одну полную запись и считывать весь снимок за </w:t>
      </w:r>
      <w:r>
        <w:rPr>
          <w:b w:val="false"/>
          <w:sz w:val="28"/>
          <w:lang w:val="zxx"/>
        </w:rPr>
        <w:t>27000</w:t>
      </w:r>
      <w:r>
        <w:rPr>
          <w:b w:val="false"/>
          <w:sz w:val="28"/>
        </w:rPr>
        <w:t xml:space="preserve"> мс.</w:t>
      </w:r>
    </w:p>
    <w:p>
      <w:pPr>
        <w:pStyle w:val="Normal"/>
        <w:jc w:val="start"/>
        <w:rPr/>
      </w:pPr>
      <w:r>
        <w:rPr>
          <w:b w:val="false"/>
          <w:sz w:val="28"/>
          <w:lang w:val="zxx"/>
        </w:rPr>
        <w:t>21.14</w:t>
      </w:r>
      <w:r>
        <w:rPr>
          <w:b w:val="false"/>
          <w:sz w:val="28"/>
        </w:rPr>
        <w:t xml:space="preserve"> </w:t>
      </w:r>
      <w:r>
        <w:rPr>
          <w:b w:val="false"/>
          <w:sz w:val="28"/>
          <w:lang w:val="zxx"/>
        </w:rPr>
        <w:t>observations.get</w:t>
      </w:r>
      <w:r>
        <w:rPr>
          <w:b w:val="false"/>
          <w:sz w:val="28"/>
        </w:rPr>
        <w:t xml:space="preserve"> возвращает ровно запрошенные </w:t>
      </w:r>
      <w:r>
        <w:rPr>
          <w:b w:val="false"/>
          <w:sz w:val="28"/>
          <w:lang w:val="zxx"/>
        </w:rPr>
        <w:t>1..8</w:t>
      </w:r>
      <w:r>
        <w:rPr>
          <w:b w:val="false"/>
          <w:sz w:val="28"/>
        </w:rPr>
        <w:t xml:space="preserve"> точек целевого УУ одним ответом; неподдержанная цель дает </w:t>
      </w:r>
      <w:r>
        <w:rPr>
          <w:b w:val="false"/>
          <w:sz w:val="28"/>
          <w:lang w:val="zxx"/>
        </w:rPr>
        <w:t>notFound</w:t>
      </w:r>
      <w:r>
        <w:rPr>
          <w:b w:val="false"/>
          <w:sz w:val="28"/>
        </w:rPr>
        <w:t xml:space="preserve">, недоступная точка - </w:t>
      </w:r>
      <w:r>
        <w:rPr>
          <w:b w:val="false"/>
          <w:sz w:val="28"/>
          <w:lang w:val="zxx"/>
        </w:rPr>
        <w:t>unavailable/</w:t>
      </w:r>
      <w:r>
        <w:rPr>
          <w:b w:val="false"/>
          <w:sz w:val="28"/>
        </w:rPr>
        <w:t>​</w:t>
      </w:r>
      <w:r>
        <w:rPr>
          <w:b w:val="false"/>
          <w:sz w:val="28"/>
          <w:lang w:val="zxx"/>
        </w:rPr>
        <w:t>never/</w:t>
      </w:r>
      <w:r>
        <w:rPr>
          <w:b w:val="false"/>
          <w:sz w:val="28"/>
        </w:rPr>
        <w:t>​</w:t>
      </w:r>
      <w:r>
        <w:rPr>
          <w:b w:val="false"/>
          <w:sz w:val="28"/>
          <w:lang w:val="zxx"/>
        </w:rPr>
        <w:t>reason</w:t>
      </w:r>
      <w:r>
        <w:rPr>
          <w:b w:val="false"/>
          <w:sz w:val="28"/>
        </w:rPr>
        <w:t xml:space="preserve"> с </w:t>
      </w:r>
      <w:r>
        <w:rPr>
          <w:b w:val="false"/>
          <w:sz w:val="28"/>
          <w:lang w:val="zxx"/>
        </w:rPr>
        <w:t>observedAtMs=0</w:t>
      </w:r>
      <w:r>
        <w:rPr>
          <w:b w:val="false"/>
          <w:sz w:val="28"/>
        </w:rPr>
        <w:t xml:space="preserve"> без </w:t>
      </w:r>
      <w:r>
        <w:rPr>
          <w:b w:val="false"/>
          <w:sz w:val="28"/>
          <w:lang w:val="zxx"/>
        </w:rPr>
        <w:t>value.</w:t>
      </w:r>
      <w:r>
        <w:rPr>
          <w:b w:val="false"/>
          <w:sz w:val="28"/>
        </w:rPr>
        <w:t xml:space="preserve"> Тип и </w:t>
      </w:r>
      <w:r>
        <w:rPr>
          <w:b w:val="false"/>
          <w:sz w:val="28"/>
          <w:lang w:val="zxx"/>
        </w:rPr>
        <w:t>enum</w:t>
      </w:r>
      <w:r>
        <w:rPr>
          <w:b w:val="false"/>
          <w:sz w:val="28"/>
        </w:rPr>
        <w:t xml:space="preserve"> берутся из полного каталога УУ; </w:t>
      </w:r>
      <w:r>
        <w:rPr>
          <w:b w:val="false"/>
          <w:sz w:val="28"/>
          <w:lang w:val="zxx"/>
        </w:rPr>
        <w:t>valid</w:t>
      </w:r>
      <w:r>
        <w:rPr>
          <w:b w:val="false"/>
          <w:sz w:val="28"/>
        </w:rPr>
        <w:t xml:space="preserve"> требует </w:t>
      </w:r>
      <w:r>
        <w:rPr>
          <w:b w:val="false"/>
          <w:sz w:val="28"/>
          <w:lang w:val="zxx"/>
        </w:rPr>
        <w:t>value</w:t>
      </w:r>
      <w:r>
        <w:rPr>
          <w:b w:val="false"/>
          <w:sz w:val="28"/>
        </w:rPr>
        <w:t xml:space="preserve">, </w:t>
      </w:r>
      <w:r>
        <w:rPr>
          <w:b w:val="false"/>
          <w:sz w:val="28"/>
          <w:lang w:val="zxx"/>
        </w:rPr>
        <w:t>invalid/</w:t>
      </w:r>
      <w:r>
        <w:rPr>
          <w:b w:val="false"/>
          <w:sz w:val="28"/>
        </w:rPr>
        <w:t>​</w:t>
      </w:r>
      <w:r>
        <w:rPr>
          <w:b w:val="false"/>
          <w:sz w:val="28"/>
          <w:lang w:val="zxx"/>
        </w:rPr>
        <w:t>unavailable</w:t>
      </w:r>
      <w:r>
        <w:rPr>
          <w:b w:val="false"/>
          <w:sz w:val="28"/>
        </w:rPr>
        <w:t xml:space="preserve"> требуют </w:t>
      </w:r>
      <w:r>
        <w:rPr>
          <w:b w:val="false"/>
          <w:sz w:val="28"/>
          <w:lang w:val="zxx"/>
        </w:rPr>
        <w:t>reason</w:t>
      </w:r>
      <w:r>
        <w:rPr>
          <w:b w:val="false"/>
          <w:sz w:val="28"/>
        </w:rPr>
        <w:t xml:space="preserve"> и запрещают </w:t>
      </w:r>
      <w:r>
        <w:rPr>
          <w:b w:val="false"/>
          <w:sz w:val="28"/>
          <w:lang w:val="zxx"/>
        </w:rPr>
        <w:t>value.</w:t>
      </w:r>
      <w:r>
        <w:rPr>
          <w:b w:val="false"/>
          <w:sz w:val="28"/>
        </w:rPr>
        <w:t xml:space="preserve"> Ответ сохраняет исходные </w:t>
      </w:r>
      <w:r>
        <w:rPr>
          <w:b w:val="false"/>
          <w:sz w:val="28"/>
          <w:lang w:val="zxx"/>
        </w:rPr>
        <w:t>bootId</w:t>
      </w:r>
      <w:r>
        <w:rPr>
          <w:b w:val="false"/>
          <w:sz w:val="28"/>
        </w:rPr>
        <w:t xml:space="preserve">, </w:t>
      </w:r>
      <w:r>
        <w:rPr>
          <w:b w:val="false"/>
          <w:sz w:val="28"/>
          <w:lang w:val="zxx"/>
        </w:rPr>
        <w:t>evaluatedAtMs</w:t>
      </w:r>
      <w:r>
        <w:rPr>
          <w:b w:val="false"/>
          <w:sz w:val="28"/>
        </w:rPr>
        <w:t xml:space="preserve"> и </w:t>
      </w:r>
      <w:r>
        <w:rPr>
          <w:b w:val="false"/>
          <w:sz w:val="28"/>
          <w:lang w:val="zxx"/>
        </w:rPr>
        <w:t>observedAtMs.</w:t>
      </w:r>
      <w:r>
        <w:rPr>
          <w:b w:val="false"/>
          <w:sz w:val="28"/>
        </w:rPr>
        <w:t xml:space="preserve"> </w:t>
      </w:r>
      <w:r>
        <w:rPr>
          <w:b w:val="false"/>
          <w:sz w:val="28"/>
          <w:lang w:val="zxx"/>
        </w:rPr>
        <w:t>fresh</w:t>
      </w:r>
      <w:r>
        <w:rPr>
          <w:b w:val="false"/>
          <w:sz w:val="28"/>
        </w:rPr>
        <w:t xml:space="preserve"> дополнительно требует </w:t>
      </w:r>
      <w:r>
        <w:rPr>
          <w:b w:val="false"/>
          <w:sz w:val="28"/>
          <w:lang w:val="zxx"/>
        </w:rPr>
        <w:t>validUntilUtcMs:</w:t>
      </w:r>
      <w:r>
        <w:rPr>
          <w:b w:val="false"/>
          <w:sz w:val="28"/>
        </w:rPr>
        <w:t xml:space="preserve"> консервативную нижнюю оценку срока свежести, рассчитанную конечным узлом по исходному </w:t>
      </w:r>
      <w:r>
        <w:rPr>
          <w:b w:val="false"/>
          <w:sz w:val="28"/>
          <w:lang w:val="zxx"/>
        </w:rPr>
        <w:t>maxAgeMs</w:t>
      </w:r>
      <w:r>
        <w:rPr>
          <w:b w:val="false"/>
          <w:sz w:val="28"/>
        </w:rPr>
        <w:t xml:space="preserve">, возрасту, задержке доставки и погрешности </w:t>
      </w:r>
      <w:r>
        <w:rPr>
          <w:b w:val="false"/>
          <w:sz w:val="28"/>
          <w:lang w:val="zxx"/>
        </w:rPr>
        <w:t>UTC.</w:t>
      </w:r>
      <w:r>
        <w:rPr>
          <w:b w:val="false"/>
          <w:sz w:val="28"/>
        </w:rPr>
        <w:t xml:space="preserve"> Посредники не увеличивают этот срок. При неизвестной границе задержки или </w:t>
      </w:r>
      <w:r>
        <w:rPr>
          <w:b w:val="false"/>
          <w:sz w:val="28"/>
          <w:lang w:val="zxx"/>
        </w:rPr>
        <w:t>UTC</w:t>
      </w:r>
      <w:r>
        <w:rPr>
          <w:b w:val="false"/>
          <w:sz w:val="28"/>
        </w:rPr>
        <w:t xml:space="preserve"> свежесть не заявляется. Получатель считает значение </w:t>
      </w:r>
      <w:r>
        <w:rPr>
          <w:b w:val="false"/>
          <w:sz w:val="28"/>
          <w:lang w:val="zxx"/>
        </w:rPr>
        <w:t>fresh</w:t>
      </w:r>
      <w:r>
        <w:rPr>
          <w:b w:val="false"/>
          <w:sz w:val="28"/>
        </w:rPr>
        <w:t xml:space="preserve"> только пока его верхнее </w:t>
      </w:r>
      <w:r>
        <w:rPr>
          <w:b w:val="false"/>
          <w:sz w:val="28"/>
          <w:lang w:val="zxx"/>
        </w:rPr>
        <w:t>UTC</w:t>
      </w:r>
      <w:r>
        <w:rPr>
          <w:b w:val="false"/>
          <w:sz w:val="28"/>
        </w:rPr>
        <w:t xml:space="preserve"> не превысило </w:t>
      </w:r>
      <w:r>
        <w:rPr>
          <w:b w:val="false"/>
          <w:sz w:val="28"/>
          <w:lang w:val="zxx"/>
        </w:rPr>
        <w:t>validUntilUtcMs.</w:t>
      </w:r>
      <w:r>
        <w:rPr>
          <w:b w:val="false"/>
          <w:sz w:val="28"/>
        </w:rPr>
        <w:t xml:space="preserve"> Получение сообщения само по себе не освежает данные.</w:t>
      </w:r>
    </w:p>
    <w:p>
      <w:pPr>
        <w:pStyle w:val="Normal"/>
        <w:jc w:val="both"/>
        <w:rPr/>
      </w:pPr>
      <w:r>
        <w:rPr>
          <w:b w:val="false"/>
          <w:sz w:val="28"/>
          <w:lang w:val="zxx"/>
        </w:rPr>
        <w:t>21.15</w:t>
      </w:r>
      <w:r>
        <w:rPr>
          <w:b w:val="false"/>
          <w:sz w:val="28"/>
        </w:rPr>
        <w:t xml:space="preserve"> </w:t>
      </w:r>
      <w:r>
        <w:rPr>
          <w:b w:val="false"/>
          <w:sz w:val="28"/>
          <w:lang w:val="zxx"/>
        </w:rPr>
        <w:t>XML</w:t>
      </w:r>
      <w:r>
        <w:rPr>
          <w:b w:val="false"/>
          <w:sz w:val="28"/>
        </w:rPr>
        <w:t xml:space="preserve"> управления, </w:t>
      </w:r>
      <w:r>
        <w:rPr>
          <w:b w:val="false"/>
          <w:sz w:val="28"/>
          <w:lang w:val="zxx"/>
        </w:rPr>
        <w:t>JSON</w:t>
      </w:r>
      <w:r>
        <w:rPr>
          <w:b w:val="false"/>
          <w:sz w:val="28"/>
        </w:rPr>
        <w:t xml:space="preserve"> конфигурации и строка исходного </w:t>
      </w:r>
      <w:r>
        <w:rPr>
          <w:b w:val="false"/>
          <w:sz w:val="28"/>
          <w:lang w:val="zxx"/>
        </w:rPr>
        <w:t>XML</w:t>
      </w:r>
      <w:r>
        <w:rPr>
          <w:b w:val="false"/>
          <w:sz w:val="28"/>
        </w:rPr>
        <w:t xml:space="preserve"> в </w:t>
      </w:r>
      <w:r>
        <w:rPr>
          <w:b w:val="false"/>
          <w:sz w:val="28"/>
          <w:lang w:val="zxx"/>
        </w:rPr>
        <w:t>result.read</w:t>
      </w:r>
      <w:r>
        <w:rPr>
          <w:b w:val="false"/>
          <w:sz w:val="28"/>
        </w:rPr>
        <w:t xml:space="preserve"> обслуживают разные границы. </w:t>
      </w:r>
      <w:r>
        <w:rPr>
          <w:b w:val="false"/>
          <w:sz w:val="28"/>
          <w:lang w:val="zxx"/>
        </w:rPr>
        <w:t>result.read</w:t>
      </w:r>
      <w:r>
        <w:rPr>
          <w:b w:val="false"/>
          <w:sz w:val="28"/>
        </w:rPr>
        <w:t xml:space="preserve"> сохраняет исходное доказательство УУ: </w:t>
      </w:r>
      <w:r>
        <w:rPr>
          <w:b w:val="false"/>
          <w:sz w:val="28"/>
          <w:lang w:val="zxx"/>
        </w:rPr>
        <w:t>JSON-</w:t>
      </w:r>
      <w:r>
        <w:rPr>
          <w:b w:val="false"/>
          <w:sz w:val="28"/>
        </w:rPr>
        <w:t xml:space="preserve">экранирование снимается ровно один раз, полученная </w:t>
      </w:r>
      <w:r>
        <w:rPr>
          <w:b w:val="false"/>
          <w:sz w:val="28"/>
          <w:lang w:val="zxx"/>
        </w:rPr>
        <w:t>UTF-</w:t>
      </w:r>
      <w:r>
        <w:rPr>
          <w:b w:val="false"/>
          <w:sz w:val="28"/>
        </w:rPr>
        <w:t>⁠</w:t>
      </w:r>
      <w:r>
        <w:rPr>
          <w:b w:val="false"/>
          <w:sz w:val="28"/>
          <w:lang w:val="zxx"/>
        </w:rPr>
        <w:t>8</w:t>
      </w:r>
      <w:r>
        <w:rPr>
          <w:b w:val="false"/>
          <w:sz w:val="28"/>
        </w:rPr>
        <w:t xml:space="preserve"> строка проверяется как отдельный кадр </w:t>
      </w:r>
      <w:r>
        <w:rPr>
          <w:b w:val="false"/>
          <w:sz w:val="28"/>
          <w:lang w:val="zxx"/>
        </w:rPr>
        <w:t>XML</w:t>
      </w:r>
      <w:r>
        <w:rPr>
          <w:b w:val="false"/>
          <w:sz w:val="28"/>
        </w:rPr>
        <w:t xml:space="preserve"> до </w:t>
      </w:r>
      <w:r>
        <w:rPr>
          <w:b w:val="false"/>
          <w:sz w:val="28"/>
          <w:lang w:val="zxx"/>
        </w:rPr>
        <w:t>1024</w:t>
      </w:r>
      <w:r>
        <w:rPr>
          <w:b w:val="false"/>
          <w:sz w:val="28"/>
        </w:rPr>
        <w:t xml:space="preserve"> байт с обычными ограничениями глубины, элементов и сущностей. </w:t>
      </w:r>
      <w:r>
        <w:rPr>
          <w:b w:val="false"/>
          <w:sz w:val="28"/>
          <w:lang w:val="zxx"/>
        </w:rPr>
        <w:t>XML</w:t>
      </w:r>
      <w:r>
        <w:rPr>
          <w:b w:val="false"/>
          <w:sz w:val="28"/>
        </w:rPr>
        <w:t xml:space="preserve"> не исполняется как команда, внешние сущности и </w:t>
      </w:r>
      <w:r>
        <w:rPr>
          <w:b w:val="false"/>
          <w:sz w:val="28"/>
          <w:lang w:val="zxx"/>
        </w:rPr>
        <w:t>DTD</w:t>
      </w:r>
      <w:r>
        <w:rPr>
          <w:b w:val="false"/>
          <w:sz w:val="28"/>
        </w:rPr>
        <w:t xml:space="preserve"> запрещены. Для </w:t>
      </w:r>
      <w:r>
        <w:rPr>
          <w:b w:val="false"/>
          <w:sz w:val="28"/>
          <w:lang w:val="zxx"/>
        </w:rPr>
        <w:t>JSON</w:t>
      </w:r>
      <w:r>
        <w:rPr>
          <w:b w:val="false"/>
          <w:sz w:val="28"/>
        </w:rPr>
        <w:t xml:space="preserve"> отдельно действуют пределы внешнего кадра и глубины; они не заменяют внутренние. Хеш исходного </w:t>
      </w:r>
      <w:r>
        <w:rPr>
          <w:b w:val="false"/>
          <w:sz w:val="28"/>
          <w:lang w:val="zxx"/>
        </w:rPr>
        <w:t>XML</w:t>
      </w:r>
      <w:r>
        <w:rPr>
          <w:b w:val="false"/>
          <w:sz w:val="28"/>
        </w:rPr>
        <w:t xml:space="preserve">, если используется вне этого профиля, относится к исходным байтам, а не к их </w:t>
      </w:r>
      <w:r>
        <w:rPr>
          <w:b w:val="false"/>
          <w:sz w:val="28"/>
          <w:lang w:val="zxx"/>
        </w:rPr>
        <w:t>JSON-</w:t>
      </w:r>
      <w:r>
        <w:rPr>
          <w:b w:val="false"/>
          <w:sz w:val="28"/>
        </w:rPr>
        <w:t xml:space="preserve">экранированию. Контроллер УУ не обязан реализовывать межузловой </w:t>
      </w:r>
      <w:r>
        <w:rPr>
          <w:b w:val="false"/>
          <w:sz w:val="28"/>
          <w:lang w:val="zxx"/>
        </w:rPr>
        <w:t>JSON-</w:t>
      </w:r>
      <w:r>
        <w:rPr>
          <w:b w:val="false"/>
          <w:sz w:val="28"/>
        </w:rPr>
        <w:t>парсер.</w:t>
      </w:r>
    </w:p>
    <w:p>
      <w:pPr>
        <w:pStyle w:val="1"/>
        <w:rPr/>
      </w:pPr>
      <w:bookmarkStart w:id="22" w:name="__RefHeading___Toc43293_1766585215"/>
      <w:bookmarkEnd w:id="22"/>
      <w:r>
        <w:rPr/>
        <w:t>22 Готовность плана и проверка записей</w:t>
      </w:r>
    </w:p>
    <w:p>
      <w:pPr>
        <w:pStyle w:val="Normal"/>
        <w:jc w:val="both"/>
        <w:rPr/>
      </w:pPr>
      <w:r>
        <w:rPr>
          <w:b w:val="false"/>
          <w:sz w:val="28"/>
          <w:lang w:val="zxx"/>
        </w:rPr>
        <w:t>22.1</w:t>
      </w:r>
      <w:r>
        <w:rPr>
          <w:b w:val="false"/>
          <w:sz w:val="28"/>
        </w:rPr>
        <w:t xml:space="preserve"> </w:t>
      </w:r>
      <w:r>
        <w:rPr>
          <w:b w:val="false"/>
          <w:sz w:val="28"/>
          <w:lang w:val="zxx"/>
        </w:rPr>
        <w:t>readiness.get</w:t>
      </w:r>
      <w:r>
        <w:rPr>
          <w:b w:val="false"/>
          <w:sz w:val="28"/>
        </w:rPr>
        <w:t xml:space="preserve"> отвечает на вопрос о готовности конкретного режима, набора ресурсов и версии контента. Ответ основан на наблюдениях и не включает выходы, не запускает скрытый функциональный тест, не резервирует ресурс и не дает права управления.</w:t>
      </w:r>
    </w:p>
    <w:p>
      <w:pPr>
        <w:pStyle w:val="Normal"/>
        <w:keepNext w:val="true"/>
        <w:ind w:hanging="0"/>
        <w:jc w:val="start"/>
        <w:rPr/>
      </w:pPr>
      <w:r>
        <w:rPr>
          <w:b w:val="false"/>
          <w:sz w:val="24"/>
        </w:rPr>
        <w:t xml:space="preserve">Таблица </w:t>
      </w:r>
      <w:r>
        <w:rPr>
          <w:b w:val="false"/>
          <w:sz w:val="24"/>
          <w:lang w:val="zxx"/>
        </w:rPr>
        <w:t>49</w:t>
      </w:r>
      <w:r>
        <w:rPr>
          <w:b w:val="false"/>
          <w:sz w:val="24"/>
        </w:rPr>
        <w:t xml:space="preserve"> - Готовность плана и проверка записей</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2875"/>
        <w:gridCol w:w="6762"/>
      </w:tblGrid>
      <w:tr>
        <w:trPr>
          <w:cantSplit w:val="true"/>
        </w:trPr>
        <w:tc>
          <w:tcPr>
            <w:tcW w:w="287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Результат</w:t>
            </w:r>
          </w:p>
        </w:tc>
        <w:tc>
          <w:tcPr>
            <w:tcW w:w="676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Правило оценки</w:t>
            </w:r>
          </w:p>
        </w:tc>
      </w:tr>
      <w:tr>
        <w:trPr>
          <w:cantSplit w:val="true"/>
        </w:trPr>
        <w:tc>
          <w:tcPr>
            <w:tcW w:w="287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blocked</w:t>
            </w:r>
          </w:p>
        </w:tc>
        <w:tc>
          <w:tcPr>
            <w:tcW w:w="676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Есть обязательное препятствие: например, ресурс занят, выключение неизвестно, контент не совпадает или функция не поддерживается.</w:t>
            </w:r>
          </w:p>
        </w:tc>
      </w:tr>
      <w:tr>
        <w:trPr>
          <w:cantSplit w:val="true"/>
        </w:trPr>
        <w:tc>
          <w:tcPr>
            <w:tcW w:w="287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unknown</w:t>
            </w:r>
          </w:p>
        </w:tc>
        <w:tc>
          <w:tcPr>
            <w:tcW w:w="676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Обязательных доказательств недостаточно либо они устарели; отсутствие данных не считается нормой.</w:t>
            </w:r>
          </w:p>
        </w:tc>
      </w:tr>
      <w:tr>
        <w:trPr>
          <w:cantSplit w:val="true"/>
        </w:trPr>
        <w:tc>
          <w:tcPr>
            <w:tcW w:w="287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degraded</w:t>
            </w:r>
          </w:p>
        </w:tc>
        <w:tc>
          <w:tcPr>
            <w:tcW w:w="676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Обязательные условия выполнены, но есть ухудшение, которое явно разрешено данным профилем и политикой.</w:t>
            </w:r>
          </w:p>
        </w:tc>
      </w:tr>
      <w:tr>
        <w:trPr>
          <w:cantSplit w:val="true"/>
        </w:trPr>
        <w:tc>
          <w:tcPr>
            <w:tcW w:w="287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ready</w:t>
            </w:r>
          </w:p>
        </w:tc>
        <w:tc>
          <w:tcPr>
            <w:tcW w:w="6762"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Все обязательные условия на момент оценки выполнены; допустимых ухудшений нет. Это не гарантия будущего звучания.</w:t>
            </w:r>
          </w:p>
        </w:tc>
      </w:tr>
    </w:tbl>
    <w:p>
      <w:pPr>
        <w:pStyle w:val="Normal"/>
        <w:spacing w:before="0" w:after="0"/>
        <w:rPr/>
      </w:pPr>
      <w:r>
        <w:rPr/>
      </w:r>
    </w:p>
    <w:p>
      <w:pPr>
        <w:pStyle w:val="Normal"/>
        <w:jc w:val="both"/>
        <w:rPr/>
      </w:pPr>
      <w:r>
        <w:rPr>
          <w:b w:val="false"/>
          <w:sz w:val="28"/>
          <w:lang w:val="zxx"/>
        </w:rPr>
        <w:t>22.2</w:t>
      </w:r>
      <w:r>
        <w:rPr>
          <w:b w:val="false"/>
          <w:sz w:val="28"/>
        </w:rPr>
        <w:t xml:space="preserve"> Приоритет сводки: </w:t>
      </w:r>
      <w:r>
        <w:rPr>
          <w:b w:val="false"/>
          <w:sz w:val="28"/>
          <w:lang w:val="zxx"/>
        </w:rPr>
        <w:t>blocked</w:t>
      </w:r>
      <w:r>
        <w:rPr>
          <w:b w:val="false"/>
          <w:sz w:val="28"/>
        </w:rPr>
        <w:t xml:space="preserve">, затем </w:t>
      </w:r>
      <w:r>
        <w:rPr>
          <w:b w:val="false"/>
          <w:sz w:val="28"/>
          <w:lang w:val="zxx"/>
        </w:rPr>
        <w:t>unknown</w:t>
      </w:r>
      <w:r>
        <w:rPr>
          <w:b w:val="false"/>
          <w:sz w:val="28"/>
        </w:rPr>
        <w:t xml:space="preserve">, затем </w:t>
      </w:r>
      <w:r>
        <w:rPr>
          <w:b w:val="false"/>
          <w:sz w:val="28"/>
          <w:lang w:val="zxx"/>
        </w:rPr>
        <w:t>degraded</w:t>
      </w:r>
      <w:r>
        <w:rPr>
          <w:b w:val="false"/>
          <w:sz w:val="28"/>
        </w:rPr>
        <w:t xml:space="preserve">, иначе </w:t>
      </w:r>
      <w:r>
        <w:rPr>
          <w:b w:val="false"/>
          <w:sz w:val="28"/>
          <w:lang w:val="zxx"/>
        </w:rPr>
        <w:t>ready.</w:t>
      </w:r>
      <w:r>
        <w:rPr>
          <w:b w:val="false"/>
          <w:sz w:val="28"/>
        </w:rPr>
        <w:t xml:space="preserve"> По каждому ресурсу сохраняются </w:t>
      </w:r>
      <w:r>
        <w:rPr>
          <w:b w:val="false"/>
          <w:sz w:val="28"/>
          <w:lang w:val="zxx"/>
        </w:rPr>
        <w:t>reason</w:t>
      </w:r>
      <w:r>
        <w:rPr>
          <w:b w:val="false"/>
          <w:sz w:val="28"/>
        </w:rPr>
        <w:t>, обязательность проверки, источник, возраст и срок применимости доказательства. Отсутствие необязательного акустического датчика отражает глубину наблюдаемости и само по себе не блокирует все запуски.</w:t>
      </w:r>
    </w:p>
    <w:p>
      <w:pPr>
        <w:pStyle w:val="Normal"/>
        <w:jc w:val="start"/>
        <w:rPr/>
      </w:pPr>
      <w:r>
        <w:rPr>
          <w:b w:val="false"/>
          <w:sz w:val="28"/>
          <w:lang w:val="zxx"/>
        </w:rPr>
        <w:t>22.3</w:t>
      </w:r>
      <w:r>
        <w:rPr>
          <w:b w:val="false"/>
          <w:sz w:val="28"/>
        </w:rPr>
        <w:t xml:space="preserve"> Оценка связывается с </w:t>
      </w:r>
      <w:r>
        <w:rPr>
          <w:b w:val="false"/>
          <w:sz w:val="28"/>
          <w:lang w:val="zxx"/>
        </w:rPr>
        <w:t>mode</w:t>
      </w:r>
      <w:r>
        <w:rPr>
          <w:b w:val="false"/>
          <w:sz w:val="28"/>
        </w:rPr>
        <w:t xml:space="preserve">, выбранными ресурсами, </w:t>
      </w:r>
      <w:r>
        <w:rPr>
          <w:b w:val="false"/>
          <w:sz w:val="28"/>
          <w:lang w:val="zxx"/>
        </w:rPr>
        <w:t>contentId/</w:t>
      </w:r>
      <w:r>
        <w:rPr>
          <w:b w:val="false"/>
          <w:sz w:val="28"/>
        </w:rPr>
        <w:t>​</w:t>
      </w:r>
      <w:r>
        <w:rPr>
          <w:b w:val="false"/>
          <w:sz w:val="28"/>
          <w:lang w:val="zxx"/>
        </w:rPr>
        <w:t>revision/</w:t>
      </w:r>
      <w:r>
        <w:rPr>
          <w:b w:val="false"/>
          <w:sz w:val="28"/>
        </w:rPr>
        <w:t>​</w:t>
      </w:r>
      <w:r>
        <w:rPr>
          <w:b w:val="false"/>
          <w:sz w:val="28"/>
          <w:lang w:val="zxx"/>
        </w:rPr>
        <w:t>hash</w:t>
      </w:r>
      <w:r>
        <w:rPr>
          <w:b w:val="false"/>
          <w:sz w:val="28"/>
        </w:rPr>
        <w:t xml:space="preserve">, </w:t>
      </w:r>
      <w:r>
        <w:rPr>
          <w:b w:val="false"/>
          <w:sz w:val="28"/>
          <w:lang w:val="zxx"/>
        </w:rPr>
        <w:t>bootId</w:t>
      </w:r>
      <w:r>
        <w:rPr>
          <w:b w:val="false"/>
          <w:sz w:val="28"/>
        </w:rPr>
        <w:t xml:space="preserve">, </w:t>
      </w:r>
      <w:r>
        <w:rPr>
          <w:b w:val="false"/>
          <w:sz w:val="28"/>
          <w:lang w:val="zxx"/>
        </w:rPr>
        <w:t>bindingGeneration</w:t>
      </w:r>
      <w:r>
        <w:rPr>
          <w:b w:val="false"/>
          <w:sz w:val="28"/>
        </w:rPr>
        <w:t xml:space="preserve">, </w:t>
      </w:r>
      <w:r>
        <w:rPr>
          <w:b w:val="false"/>
          <w:sz w:val="28"/>
          <w:lang w:val="zxx"/>
        </w:rPr>
        <w:t>configRevision</w:t>
      </w:r>
      <w:r>
        <w:rPr>
          <w:b w:val="false"/>
          <w:sz w:val="28"/>
        </w:rPr>
        <w:t xml:space="preserve">, </w:t>
      </w:r>
      <w:r>
        <w:rPr>
          <w:b w:val="false"/>
          <w:sz w:val="28"/>
          <w:lang w:val="zxx"/>
        </w:rPr>
        <w:t>capabilityRevision</w:t>
      </w:r>
      <w:r>
        <w:rPr>
          <w:b w:val="false"/>
          <w:sz w:val="28"/>
        </w:rPr>
        <w:t xml:space="preserve"> и </w:t>
      </w:r>
      <w:r>
        <w:rPr>
          <w:b w:val="false"/>
          <w:sz w:val="28"/>
          <w:lang w:val="zxx"/>
        </w:rPr>
        <w:t>stateRevision.</w:t>
      </w:r>
      <w:r>
        <w:rPr>
          <w:b w:val="false"/>
          <w:sz w:val="28"/>
        </w:rPr>
        <w:t xml:space="preserve"> </w:t>
      </w:r>
      <w:r>
        <w:rPr>
          <w:b w:val="false"/>
          <w:sz w:val="28"/>
          <w:lang w:val="zxx"/>
        </w:rPr>
        <w:t>session.start</w:t>
      </w:r>
      <w:r>
        <w:rPr>
          <w:b w:val="false"/>
          <w:sz w:val="28"/>
        </w:rPr>
        <w:t xml:space="preserve"> повторяет быстрые обязательные проверки актуального контекста. Изменение внутреннего интерфейса, ресурса или записи после </w:t>
      </w:r>
      <w:r>
        <w:rPr>
          <w:b w:val="false"/>
          <w:sz w:val="28"/>
          <w:lang w:val="zxx"/>
        </w:rPr>
        <w:t>ready</w:t>
      </w:r>
      <w:r>
        <w:rPr>
          <w:b w:val="false"/>
          <w:sz w:val="28"/>
        </w:rPr>
        <w:t xml:space="preserve"> не позволяет использовать устаревшее заключение как разрешение.</w:t>
      </w:r>
    </w:p>
    <w:p>
      <w:pPr>
        <w:pStyle w:val="Normal"/>
        <w:jc w:val="both"/>
        <w:rPr/>
      </w:pPr>
      <w:r>
        <w:rPr>
          <w:b w:val="false"/>
          <w:sz w:val="24"/>
        </w:rPr>
        <w:t xml:space="preserve">Предпусковая оценка не включает звучащий тест. Обязательные текущие доказательства исправности и </w:t>
      </w:r>
      <w:r>
        <w:rPr>
          <w:b w:val="false"/>
          <w:sz w:val="24"/>
          <w:lang w:val="zxx"/>
        </w:rPr>
        <w:t>off</w:t>
      </w:r>
      <w:r>
        <w:rPr>
          <w:b w:val="false"/>
          <w:sz w:val="24"/>
        </w:rPr>
        <w:t xml:space="preserve"> имеют возраст не более </w:t>
      </w:r>
      <w:r>
        <w:rPr>
          <w:b w:val="false"/>
          <w:sz w:val="24"/>
          <w:lang w:val="zxx"/>
        </w:rPr>
        <w:t>1000</w:t>
      </w:r>
      <w:r>
        <w:rPr>
          <w:b w:val="false"/>
          <w:sz w:val="24"/>
        </w:rPr>
        <w:t xml:space="preserve"> мс; решение </w:t>
      </w:r>
      <w:r>
        <w:rPr>
          <w:b w:val="false"/>
          <w:sz w:val="24"/>
          <w:lang w:val="zxx"/>
        </w:rPr>
        <w:t>readiness</w:t>
      </w:r>
      <w:r>
        <w:rPr>
          <w:b w:val="false"/>
          <w:sz w:val="24"/>
        </w:rPr>
        <w:t xml:space="preserve"> формируется не более чем за </w:t>
      </w:r>
      <w:r>
        <w:rPr>
          <w:b w:val="false"/>
          <w:sz w:val="24"/>
          <w:lang w:val="zxx"/>
        </w:rPr>
        <w:t>500</w:t>
      </w:r>
      <w:r>
        <w:rPr>
          <w:b w:val="false"/>
          <w:sz w:val="24"/>
        </w:rPr>
        <w:t xml:space="preserve"> мс. Отсутствие необязательного акустического датчика допускает </w:t>
      </w:r>
      <w:r>
        <w:rPr>
          <w:b w:val="false"/>
          <w:sz w:val="24"/>
          <w:lang w:val="zxx"/>
        </w:rPr>
        <w:t>degraded</w:t>
      </w:r>
      <w:r>
        <w:rPr>
          <w:b w:val="false"/>
          <w:sz w:val="24"/>
        </w:rPr>
        <w:t xml:space="preserve"> только при выполнении заявленного обязательного электрического или цифрового критерия. Права, ревизии, подлинность контента и неизвестное состояние выхода обходить запрещено. Универсальной команды </w:t>
      </w:r>
      <w:r>
        <w:rPr>
          <w:b w:val="false"/>
          <w:sz w:val="24"/>
          <w:lang w:val="zxx"/>
        </w:rPr>
        <w:t>force</w:t>
      </w:r>
      <w:r>
        <w:rPr>
          <w:b w:val="false"/>
          <w:sz w:val="24"/>
        </w:rPr>
        <w:t xml:space="preserve"> нет.</w:t>
      </w:r>
    </w:p>
    <w:p>
      <w:pPr>
        <w:pStyle w:val="2"/>
        <w:rPr/>
      </w:pPr>
      <w:r>
        <w:rPr/>
        <w:t>Готовность содержимого</w:t>
      </w:r>
    </w:p>
    <w:p>
      <w:pPr>
        <w:pStyle w:val="Normal"/>
        <w:jc w:val="both"/>
        <w:rPr/>
      </w:pPr>
      <w:r>
        <w:rPr>
          <w:b w:val="false"/>
          <w:sz w:val="28"/>
          <w:lang w:val="zxx"/>
        </w:rPr>
        <w:t>22.4</w:t>
      </w:r>
      <w:r>
        <w:rPr>
          <w:b w:val="false"/>
          <w:sz w:val="28"/>
        </w:rPr>
        <w:t xml:space="preserve"> </w:t>
      </w:r>
      <w:r>
        <w:rPr>
          <w:b w:val="false"/>
          <w:sz w:val="28"/>
          <w:lang w:val="zxx"/>
        </w:rPr>
        <w:t>content.describe</w:t>
      </w:r>
      <w:r>
        <w:rPr>
          <w:b w:val="false"/>
          <w:sz w:val="28"/>
        </w:rPr>
        <w:t xml:space="preserve"> возвращает манифест записи: </w:t>
      </w:r>
      <w:r>
        <w:rPr>
          <w:b w:val="false"/>
          <w:sz w:val="28"/>
          <w:lang w:val="zxx"/>
        </w:rPr>
        <w:t>contentId</w:t>
      </w:r>
      <w:r>
        <w:rPr>
          <w:b w:val="false"/>
          <w:sz w:val="28"/>
        </w:rPr>
        <w:t xml:space="preserve">, </w:t>
      </w:r>
      <w:r>
        <w:rPr>
          <w:b w:val="false"/>
          <w:sz w:val="28"/>
          <w:lang w:val="zxx"/>
        </w:rPr>
        <w:t>revision</w:t>
      </w:r>
      <w:r>
        <w:rPr>
          <w:b w:val="false"/>
          <w:sz w:val="28"/>
        </w:rPr>
        <w:t xml:space="preserve">, </w:t>
      </w:r>
      <w:r>
        <w:rPr>
          <w:b w:val="false"/>
          <w:sz w:val="28"/>
          <w:lang w:val="zxx"/>
        </w:rPr>
        <w:t>hashAlgorithm/</w:t>
      </w:r>
      <w:r>
        <w:rPr>
          <w:b w:val="false"/>
          <w:sz w:val="28"/>
        </w:rPr>
        <w:t>​</w:t>
      </w:r>
      <w:r>
        <w:rPr>
          <w:b w:val="false"/>
          <w:sz w:val="28"/>
          <w:lang w:val="zxx"/>
        </w:rPr>
        <w:t>hash</w:t>
      </w:r>
      <w:r>
        <w:rPr>
          <w:b w:val="false"/>
          <w:sz w:val="28"/>
        </w:rPr>
        <w:t>, формат, длительность, размер, место хранения/исполнения, состояние проверки и ее возраст. Ожидаемый хеш манифеста и хеш реально проверенных байтов различаются. Номер слота и имя файла не подтверждают содержание.</w:t>
      </w:r>
    </w:p>
    <w:p>
      <w:pPr>
        <w:pStyle w:val="Normal"/>
        <w:jc w:val="both"/>
        <w:rPr/>
      </w:pPr>
      <w:r>
        <w:rPr>
          <w:b w:val="false"/>
          <w:sz w:val="28"/>
          <w:lang w:val="zxx"/>
        </w:rPr>
        <w:t>22.5</w:t>
      </w:r>
      <w:r>
        <w:rPr>
          <w:b w:val="false"/>
          <w:sz w:val="28"/>
        </w:rPr>
        <w:t xml:space="preserve"> Если интерфейс ОУ не позволяет проверить байты встроенной записи, </w:t>
      </w:r>
      <w:r>
        <w:rPr>
          <w:b w:val="false"/>
          <w:sz w:val="28"/>
          <w:lang w:val="zxx"/>
        </w:rPr>
        <w:t>verified</w:t>
      </w:r>
      <w:r>
        <w:rPr>
          <w:b w:val="false"/>
          <w:sz w:val="28"/>
        </w:rPr>
        <w:t xml:space="preserve"> не выдается. Фоновая проверка или отдельная сервисная работа </w:t>
      </w:r>
      <w:r>
        <w:rPr>
          <w:b w:val="false"/>
          <w:sz w:val="28"/>
          <w:lang w:val="zxx"/>
        </w:rPr>
        <w:t>ДОЛЖНЫ</w:t>
      </w:r>
      <w:r>
        <w:rPr>
          <w:b w:val="false"/>
          <w:sz w:val="28"/>
        </w:rPr>
        <w:t xml:space="preserve"> иметь конечный бюджет; чтение описания не запускает скрыто полное хеширование. Необходимая проверка перед </w:t>
      </w:r>
      <w:r>
        <w:rPr>
          <w:b w:val="false"/>
          <w:sz w:val="28"/>
          <w:lang w:val="zxx"/>
        </w:rPr>
        <w:t>session.start</w:t>
      </w:r>
      <w:r>
        <w:rPr>
          <w:b w:val="false"/>
          <w:sz w:val="28"/>
        </w:rPr>
        <w:t xml:space="preserve"> либо уже достоверна, либо дает понятную причину отказа/неопределенности в пределах бюджета. Текст и видео остаются отдельными возможностями и не следуют из типа ВАУ или Сирена.</w:t>
      </w:r>
    </w:p>
    <w:p>
      <w:pPr>
        <w:pStyle w:val="Normal"/>
        <w:jc w:val="start"/>
        <w:rPr/>
      </w:pPr>
      <w:r>
        <w:rPr>
          <w:b w:val="false"/>
          <w:sz w:val="28"/>
          <w:lang w:val="zxx"/>
        </w:rPr>
        <w:t>22.6</w:t>
      </w:r>
      <w:r>
        <w:rPr>
          <w:b w:val="false"/>
          <w:sz w:val="28"/>
        </w:rPr>
        <w:t xml:space="preserve"> </w:t>
      </w:r>
      <w:r>
        <w:rPr>
          <w:b w:val="false"/>
          <w:sz w:val="28"/>
          <w:lang w:val="zxx"/>
        </w:rPr>
        <w:t>readiness.get:</w:t>
      </w:r>
      <w:r>
        <w:rPr>
          <w:b w:val="false"/>
          <w:sz w:val="28"/>
        </w:rPr>
        <w:t xml:space="preserve"> запрос </w:t>
      </w:r>
      <w:r>
        <w:rPr>
          <w:b w:val="false"/>
          <w:sz w:val="28"/>
          <w:lang w:val="zxx"/>
        </w:rPr>
        <w:t>plan</w:t>
      </w:r>
      <w:r>
        <w:rPr>
          <w:b w:val="false"/>
          <w:sz w:val="28"/>
        </w:rPr>
        <w:t xml:space="preserve"> с </w:t>
      </w:r>
      <w:r>
        <w:rPr>
          <w:b w:val="false"/>
          <w:sz w:val="28"/>
          <w:lang w:val="zxx"/>
        </w:rPr>
        <w:t>mode=siren|</w:t>
      </w:r>
      <w:r>
        <w:rPr>
          <w:b w:val="false"/>
          <w:sz w:val="28"/>
        </w:rPr>
        <w:t>​</w:t>
      </w:r>
      <w:r>
        <w:rPr>
          <w:b w:val="false"/>
          <w:sz w:val="28"/>
          <w:lang w:val="zxx"/>
        </w:rPr>
        <w:t>recording|</w:t>
      </w:r>
      <w:r>
        <w:rPr>
          <w:b w:val="false"/>
          <w:sz w:val="28"/>
        </w:rPr>
        <w:t>​</w:t>
      </w:r>
      <w:r>
        <w:rPr>
          <w:b w:val="false"/>
          <w:sz w:val="28"/>
          <w:lang w:val="zxx"/>
        </w:rPr>
        <w:t>program|</w:t>
      </w:r>
      <w:r>
        <w:rPr>
          <w:b w:val="false"/>
          <w:sz w:val="28"/>
        </w:rPr>
        <w:t>​</w:t>
      </w:r>
      <w:r>
        <w:rPr>
          <w:b w:val="false"/>
          <w:sz w:val="28"/>
          <w:lang w:val="zxx"/>
        </w:rPr>
        <w:t>stream|</w:t>
      </w:r>
      <w:r>
        <w:rPr>
          <w:b w:val="false"/>
          <w:sz w:val="28"/>
        </w:rPr>
        <w:t>​</w:t>
      </w:r>
      <w:r>
        <w:rPr>
          <w:b w:val="false"/>
          <w:sz w:val="28"/>
          <w:lang w:val="zxx"/>
        </w:rPr>
        <w:t>test</w:t>
      </w:r>
      <w:r>
        <w:rPr>
          <w:b w:val="false"/>
          <w:sz w:val="28"/>
        </w:rPr>
        <w:t xml:space="preserve">, </w:t>
      </w:r>
      <w:r>
        <w:rPr>
          <w:b w:val="false"/>
          <w:sz w:val="28"/>
          <w:lang w:val="zxx"/>
        </w:rPr>
        <w:t>configRevision</w:t>
      </w:r>
      <w:r>
        <w:rPr>
          <w:b w:val="false"/>
          <w:sz w:val="28"/>
        </w:rPr>
        <w:t xml:space="preserve">, </w:t>
      </w:r>
      <w:r>
        <w:rPr>
          <w:b w:val="false"/>
          <w:sz w:val="28"/>
          <w:lang w:val="zxx"/>
        </w:rPr>
        <w:t>capabilityRevision</w:t>
      </w:r>
      <w:r>
        <w:rPr>
          <w:b w:val="false"/>
          <w:sz w:val="28"/>
        </w:rPr>
        <w:t xml:space="preserve">; </w:t>
      </w:r>
      <w:r>
        <w:rPr>
          <w:b w:val="false"/>
          <w:sz w:val="28"/>
          <w:lang w:val="zxx"/>
        </w:rPr>
        <w:t>resources</w:t>
      </w:r>
      <w:r>
        <w:rPr>
          <w:b w:val="false"/>
          <w:sz w:val="28"/>
        </w:rPr>
        <w:t xml:space="preserve"> и ровно один элемент режима с теми же полями, что </w:t>
      </w:r>
      <w:r>
        <w:rPr>
          <w:b w:val="false"/>
          <w:sz w:val="28"/>
          <w:lang w:val="zxx"/>
        </w:rPr>
        <w:t>session.start</w:t>
      </w:r>
      <w:r>
        <w:rPr>
          <w:b w:val="false"/>
          <w:sz w:val="28"/>
        </w:rPr>
        <w:t xml:space="preserve">, но без </w:t>
      </w:r>
      <w:r>
        <w:rPr>
          <w:b w:val="false"/>
          <w:sz w:val="28"/>
          <w:lang w:val="zxx"/>
        </w:rPr>
        <w:t>acceptBeforeMs.</w:t>
      </w:r>
      <w:r>
        <w:rPr>
          <w:b w:val="false"/>
          <w:sz w:val="28"/>
        </w:rPr>
        <w:t xml:space="preserve"> Для оценки длительности обязателен </w:t>
      </w:r>
      <w:r>
        <w:rPr>
          <w:b w:val="false"/>
          <w:sz w:val="28"/>
          <w:lang w:val="zxx"/>
        </w:rPr>
        <w:t>maxDurationMs</w:t>
      </w:r>
      <w:r>
        <w:rPr>
          <w:b w:val="false"/>
          <w:sz w:val="28"/>
        </w:rPr>
        <w:t xml:space="preserve"> в </w:t>
      </w:r>
      <w:r>
        <w:rPr>
          <w:b w:val="false"/>
          <w:sz w:val="28"/>
          <w:lang w:val="zxx"/>
        </w:rPr>
        <w:t>plan.</w:t>
      </w:r>
      <w:r>
        <w:rPr>
          <w:b w:val="false"/>
          <w:sz w:val="28"/>
        </w:rPr>
        <w:t xml:space="preserve"> Ответ </w:t>
      </w:r>
      <w:r>
        <w:rPr>
          <w:b w:val="false"/>
          <w:sz w:val="28"/>
          <w:lang w:val="zxx"/>
        </w:rPr>
        <w:t>readiness</w:t>
      </w:r>
      <w:r>
        <w:rPr>
          <w:b w:val="false"/>
          <w:sz w:val="28"/>
        </w:rPr>
        <w:t xml:space="preserve"> - неизменный снимок с </w:t>
      </w:r>
      <w:r>
        <w:rPr>
          <w:b w:val="false"/>
          <w:sz w:val="28"/>
          <w:lang w:val="zxx"/>
        </w:rPr>
        <w:t>snapshotId</w:t>
      </w:r>
      <w:r>
        <w:rPr>
          <w:b w:val="false"/>
          <w:sz w:val="28"/>
        </w:rPr>
        <w:t xml:space="preserve">, </w:t>
      </w:r>
      <w:r>
        <w:rPr>
          <w:b w:val="false"/>
          <w:sz w:val="28"/>
          <w:lang w:val="zxx"/>
        </w:rPr>
        <w:t>evaluatedAtMs</w:t>
      </w:r>
      <w:r>
        <w:rPr>
          <w:b w:val="false"/>
          <w:sz w:val="28"/>
        </w:rPr>
        <w:t xml:space="preserve">, </w:t>
      </w:r>
      <w:r>
        <w:rPr>
          <w:b w:val="false"/>
          <w:sz w:val="28"/>
          <w:lang w:val="zxx"/>
        </w:rPr>
        <w:t>validUntilMs=evaluatedAtMs+1000</w:t>
      </w:r>
      <w:r>
        <w:rPr>
          <w:b w:val="false"/>
          <w:sz w:val="28"/>
        </w:rPr>
        <w:t xml:space="preserve">, </w:t>
      </w:r>
      <w:r>
        <w:rPr>
          <w:b w:val="false"/>
          <w:sz w:val="28"/>
          <w:lang w:val="zxx"/>
        </w:rPr>
        <w:t>stateRevision</w:t>
      </w:r>
      <w:r>
        <w:rPr>
          <w:b w:val="false"/>
          <w:sz w:val="28"/>
        </w:rPr>
        <w:t xml:space="preserve">, </w:t>
      </w:r>
      <w:r>
        <w:rPr>
          <w:b w:val="false"/>
          <w:sz w:val="28"/>
          <w:lang w:val="zxx"/>
        </w:rPr>
        <w:t>more/</w:t>
      </w:r>
      <w:r>
        <w:rPr>
          <w:b w:val="false"/>
          <w:sz w:val="28"/>
        </w:rPr>
        <w:t>​</w:t>
      </w:r>
      <w:r>
        <w:rPr>
          <w:b w:val="false"/>
          <w:sz w:val="28"/>
          <w:lang w:val="zxx"/>
        </w:rPr>
        <w:t>cursor.</w:t>
      </w:r>
      <w:r>
        <w:rPr>
          <w:b w:val="false"/>
          <w:sz w:val="28"/>
        </w:rPr>
        <w:t xml:space="preserve"> Первая страница содержит </w:t>
      </w:r>
      <w:r>
        <w:rPr>
          <w:b w:val="false"/>
          <w:sz w:val="28"/>
          <w:lang w:val="zxx"/>
        </w:rPr>
        <w:t>summary</w:t>
      </w:r>
      <w:r>
        <w:rPr>
          <w:b w:val="false"/>
          <w:sz w:val="28"/>
        </w:rPr>
        <w:t xml:space="preserve"> </w:t>
      </w:r>
      <w:r>
        <w:rPr>
          <w:b w:val="false"/>
          <w:sz w:val="28"/>
          <w:lang w:val="zxx"/>
        </w:rPr>
        <w:t>state=ready|</w:t>
      </w:r>
      <w:r>
        <w:rPr>
          <w:b w:val="false"/>
          <w:sz w:val="28"/>
        </w:rPr>
        <w:t>​</w:t>
      </w:r>
      <w:r>
        <w:rPr>
          <w:b w:val="false"/>
          <w:sz w:val="28"/>
          <w:lang w:val="zxx"/>
        </w:rPr>
        <w:t>degraded|</w:t>
      </w:r>
      <w:r>
        <w:rPr>
          <w:b w:val="false"/>
          <w:sz w:val="28"/>
        </w:rPr>
        <w:t>​</w:t>
      </w:r>
      <w:r>
        <w:rPr>
          <w:b w:val="false"/>
          <w:sz w:val="28"/>
          <w:lang w:val="zxx"/>
        </w:rPr>
        <w:t>blocked|</w:t>
      </w:r>
      <w:r>
        <w:rPr>
          <w:b w:val="false"/>
          <w:sz w:val="28"/>
        </w:rPr>
        <w:t>​</w:t>
      </w:r>
      <w:r>
        <w:rPr>
          <w:b w:val="false"/>
          <w:sz w:val="28"/>
          <w:lang w:val="zxx"/>
        </w:rPr>
        <w:t>unknown</w:t>
      </w:r>
      <w:r>
        <w:rPr>
          <w:b w:val="false"/>
          <w:sz w:val="28"/>
        </w:rPr>
        <w:t xml:space="preserve">; записи </w:t>
      </w:r>
      <w:r>
        <w:rPr>
          <w:b w:val="false"/>
          <w:sz w:val="28"/>
          <w:lang w:val="zxx"/>
        </w:rPr>
        <w:t>resource</w:t>
      </w:r>
      <w:r>
        <w:rPr>
          <w:b w:val="false"/>
          <w:sz w:val="28"/>
        </w:rPr>
        <w:t xml:space="preserve"> содержат </w:t>
      </w:r>
      <w:r>
        <w:rPr>
          <w:b w:val="false"/>
          <w:sz w:val="28"/>
          <w:lang w:val="zxx"/>
        </w:rPr>
        <w:t>id/</w:t>
      </w:r>
      <w:r>
        <w:rPr>
          <w:b w:val="false"/>
          <w:sz w:val="28"/>
        </w:rPr>
        <w:t>​</w:t>
      </w:r>
      <w:r>
        <w:rPr>
          <w:b w:val="false"/>
          <w:sz w:val="28"/>
          <w:lang w:val="zxx"/>
        </w:rPr>
        <w:t>bindingGeneration/</w:t>
      </w:r>
      <w:r>
        <w:rPr>
          <w:b w:val="false"/>
          <w:sz w:val="28"/>
        </w:rPr>
        <w:t>​</w:t>
      </w:r>
      <w:r>
        <w:rPr>
          <w:b w:val="false"/>
          <w:sz w:val="28"/>
          <w:lang w:val="zxx"/>
        </w:rPr>
        <w:t>state/</w:t>
      </w:r>
      <w:r>
        <w:rPr>
          <w:b w:val="false"/>
          <w:sz w:val="28"/>
        </w:rPr>
        <w:t>​</w:t>
      </w:r>
      <w:r>
        <w:rPr>
          <w:b w:val="false"/>
          <w:sz w:val="28"/>
          <w:lang w:val="zxx"/>
        </w:rPr>
        <w:t>reason.</w:t>
      </w:r>
      <w:r>
        <w:rPr>
          <w:b w:val="false"/>
          <w:sz w:val="28"/>
        </w:rPr>
        <w:t xml:space="preserve"> Записи </w:t>
      </w:r>
      <w:r>
        <w:rPr>
          <w:b w:val="false"/>
          <w:sz w:val="28"/>
          <w:lang w:val="zxx"/>
        </w:rPr>
        <w:t>evidence</w:t>
      </w:r>
      <w:r>
        <w:rPr>
          <w:b w:val="false"/>
          <w:sz w:val="28"/>
        </w:rPr>
        <w:t xml:space="preserve"> содержат </w:t>
      </w:r>
      <w:r>
        <w:rPr>
          <w:b w:val="false"/>
          <w:sz w:val="28"/>
          <w:lang w:val="zxx"/>
        </w:rPr>
        <w:t>resourceId/</w:t>
      </w:r>
      <w:r>
        <w:rPr>
          <w:b w:val="false"/>
          <w:sz w:val="28"/>
        </w:rPr>
        <w:t>​</w:t>
      </w:r>
      <w:r>
        <w:rPr>
          <w:b w:val="false"/>
          <w:sz w:val="28"/>
          <w:lang w:val="zxx"/>
        </w:rPr>
        <w:t>pointId/</w:t>
      </w:r>
      <w:r>
        <w:rPr>
          <w:b w:val="false"/>
          <w:sz w:val="28"/>
        </w:rPr>
        <w:t>​</w:t>
      </w:r>
      <w:r>
        <w:rPr>
          <w:b w:val="false"/>
          <w:sz w:val="28"/>
          <w:lang w:val="zxx"/>
        </w:rPr>
        <w:t>required/</w:t>
      </w:r>
      <w:r>
        <w:rPr>
          <w:b w:val="false"/>
          <w:sz w:val="28"/>
        </w:rPr>
        <w:t>​</w:t>
      </w:r>
      <w:r>
        <w:rPr>
          <w:b w:val="false"/>
          <w:sz w:val="28"/>
          <w:lang w:val="zxx"/>
        </w:rPr>
        <w:t>observedAtMs/</w:t>
      </w:r>
      <w:r>
        <w:rPr>
          <w:b w:val="false"/>
          <w:sz w:val="28"/>
        </w:rPr>
        <w:t>​</w:t>
      </w:r>
      <w:r>
        <w:rPr>
          <w:b w:val="false"/>
          <w:sz w:val="28"/>
          <w:lang w:val="zxx"/>
        </w:rPr>
        <w:t>validUntilMs/</w:t>
      </w:r>
      <w:r>
        <w:rPr>
          <w:b w:val="false"/>
          <w:sz w:val="28"/>
        </w:rPr>
        <w:t>​</w:t>
      </w:r>
      <w:r>
        <w:rPr>
          <w:b w:val="false"/>
          <w:sz w:val="28"/>
          <w:lang w:val="zxx"/>
        </w:rPr>
        <w:t>validity.</w:t>
      </w:r>
      <w:r>
        <w:rPr>
          <w:b w:val="false"/>
          <w:sz w:val="28"/>
        </w:rPr>
        <w:t xml:space="preserve"> Продолжение: </w:t>
      </w:r>
      <w:r>
        <w:rPr>
          <w:b w:val="false"/>
          <w:sz w:val="28"/>
          <w:lang w:val="zxx"/>
        </w:rPr>
        <w:t>selection</w:t>
      </w:r>
      <w:r>
        <w:rPr>
          <w:b w:val="false"/>
          <w:sz w:val="28"/>
        </w:rPr>
        <w:t xml:space="preserve"> </w:t>
      </w:r>
      <w:r>
        <w:rPr>
          <w:b w:val="false"/>
          <w:sz w:val="28"/>
          <w:lang w:val="zxx"/>
        </w:rPr>
        <w:t>snapshotId/</w:t>
      </w:r>
      <w:r>
        <w:rPr>
          <w:b w:val="false"/>
          <w:sz w:val="28"/>
        </w:rPr>
        <w:t>​</w:t>
      </w:r>
      <w:r>
        <w:rPr>
          <w:b w:val="false"/>
          <w:sz w:val="28"/>
          <w:lang w:val="zxx"/>
        </w:rPr>
        <w:t>cursor</w:t>
      </w:r>
      <w:r>
        <w:rPr>
          <w:b w:val="false"/>
          <w:sz w:val="28"/>
        </w:rPr>
        <w:t>, исходный план фиксируется снимком. Оценка не резервирует ресурс.</w:t>
      </w:r>
    </w:p>
    <w:p>
      <w:pPr>
        <w:pStyle w:val="Normal"/>
        <w:jc w:val="start"/>
        <w:rPr/>
      </w:pPr>
      <w:r>
        <w:rPr>
          <w:b w:val="false"/>
          <w:sz w:val="28"/>
          <w:lang w:val="zxx"/>
        </w:rPr>
        <w:t>22.7</w:t>
      </w:r>
      <w:r>
        <w:rPr>
          <w:b w:val="false"/>
          <w:sz w:val="28"/>
        </w:rPr>
        <w:t xml:space="preserve"> </w:t>
      </w:r>
      <w:r>
        <w:rPr>
          <w:b w:val="false"/>
          <w:sz w:val="28"/>
          <w:lang w:val="zxx"/>
        </w:rPr>
        <w:t>content.describe:</w:t>
      </w:r>
      <w:r>
        <w:rPr>
          <w:b w:val="false"/>
          <w:sz w:val="28"/>
        </w:rPr>
        <w:t xml:space="preserve"> </w:t>
      </w:r>
      <w:r>
        <w:rPr>
          <w:b w:val="false"/>
          <w:sz w:val="28"/>
          <w:lang w:val="zxx"/>
        </w:rPr>
        <w:t>selection</w:t>
      </w:r>
      <w:r>
        <w:rPr>
          <w:b w:val="false"/>
          <w:sz w:val="28"/>
        </w:rPr>
        <w:t xml:space="preserve"> </w:t>
      </w:r>
      <w:r>
        <w:rPr>
          <w:b w:val="false"/>
          <w:sz w:val="28"/>
          <w:lang w:val="zxx"/>
        </w:rPr>
        <w:t>contentId/</w:t>
      </w:r>
      <w:r>
        <w:rPr>
          <w:b w:val="false"/>
          <w:sz w:val="28"/>
        </w:rPr>
        <w:t>​</w:t>
      </w:r>
      <w:r>
        <w:rPr>
          <w:b w:val="false"/>
          <w:sz w:val="28"/>
          <w:lang w:val="zxx"/>
        </w:rPr>
        <w:t>revision</w:t>
      </w:r>
      <w:r>
        <w:rPr>
          <w:b w:val="false"/>
          <w:sz w:val="28"/>
        </w:rPr>
        <w:t xml:space="preserve"> либо </w:t>
      </w:r>
      <w:r>
        <w:rPr>
          <w:b w:val="false"/>
          <w:sz w:val="28"/>
          <w:lang w:val="zxx"/>
        </w:rPr>
        <w:t>snapshotId/</w:t>
      </w:r>
      <w:r>
        <w:rPr>
          <w:b w:val="false"/>
          <w:sz w:val="28"/>
        </w:rPr>
        <w:t>​</w:t>
      </w:r>
      <w:r>
        <w:rPr>
          <w:b w:val="false"/>
          <w:sz w:val="28"/>
          <w:lang w:val="zxx"/>
        </w:rPr>
        <w:t>cursor.</w:t>
      </w:r>
      <w:r>
        <w:rPr>
          <w:b w:val="false"/>
          <w:sz w:val="28"/>
        </w:rPr>
        <w:t xml:space="preserve"> Ответ </w:t>
      </w:r>
      <w:r>
        <w:rPr>
          <w:b w:val="false"/>
          <w:sz w:val="28"/>
          <w:lang w:val="zxx"/>
        </w:rPr>
        <w:t>contents:</w:t>
      </w:r>
      <w:r>
        <w:rPr>
          <w:b w:val="false"/>
          <w:sz w:val="28"/>
        </w:rPr>
        <w:t xml:space="preserve"> </w:t>
      </w:r>
      <w:r>
        <w:rPr>
          <w:b w:val="false"/>
          <w:sz w:val="28"/>
          <w:lang w:val="zxx"/>
        </w:rPr>
        <w:t>snapshotId</w:t>
      </w:r>
      <w:r>
        <w:rPr>
          <w:b w:val="false"/>
          <w:sz w:val="28"/>
        </w:rPr>
        <w:t xml:space="preserve">, </w:t>
      </w:r>
      <w:r>
        <w:rPr>
          <w:b w:val="false"/>
          <w:sz w:val="28"/>
          <w:lang w:val="zxx"/>
        </w:rPr>
        <w:t>capabilityRevision</w:t>
      </w:r>
      <w:r>
        <w:rPr>
          <w:b w:val="false"/>
          <w:sz w:val="28"/>
        </w:rPr>
        <w:t xml:space="preserve">, </w:t>
      </w:r>
      <w:r>
        <w:rPr>
          <w:b w:val="false"/>
          <w:sz w:val="28"/>
          <w:lang w:val="zxx"/>
        </w:rPr>
        <w:t>more/</w:t>
      </w:r>
      <w:r>
        <w:rPr>
          <w:b w:val="false"/>
          <w:sz w:val="28"/>
        </w:rPr>
        <w:t>​</w:t>
      </w:r>
      <w:r>
        <w:rPr>
          <w:b w:val="false"/>
          <w:sz w:val="28"/>
          <w:lang w:val="zxx"/>
        </w:rPr>
        <w:t>cursor.</w:t>
      </w:r>
      <w:r>
        <w:rPr>
          <w:b w:val="false"/>
          <w:sz w:val="28"/>
        </w:rPr>
        <w:t xml:space="preserve"> Для каждой записи </w:t>
      </w:r>
      <w:r>
        <w:rPr>
          <w:b w:val="false"/>
          <w:sz w:val="28"/>
          <w:lang w:val="zxx"/>
        </w:rPr>
        <w:t>content</w:t>
      </w:r>
      <w:r>
        <w:rPr>
          <w:b w:val="false"/>
          <w:sz w:val="28"/>
        </w:rPr>
        <w:t xml:space="preserve"> передаются </w:t>
      </w:r>
      <w:r>
        <w:rPr>
          <w:b w:val="false"/>
          <w:sz w:val="28"/>
          <w:lang w:val="zxx"/>
        </w:rPr>
        <w:t>id/</w:t>
      </w:r>
      <w:r>
        <w:rPr>
          <w:b w:val="false"/>
          <w:sz w:val="28"/>
        </w:rPr>
        <w:t>​</w:t>
      </w:r>
      <w:r>
        <w:rPr>
          <w:b w:val="false"/>
          <w:sz w:val="28"/>
          <w:lang w:val="zxx"/>
        </w:rPr>
        <w:t>revision/</w:t>
      </w:r>
      <w:r>
        <w:rPr>
          <w:b w:val="false"/>
          <w:sz w:val="28"/>
        </w:rPr>
        <w:t>​</w:t>
      </w:r>
      <w:r>
        <w:rPr>
          <w:b w:val="false"/>
          <w:sz w:val="28"/>
          <w:lang w:val="zxx"/>
        </w:rPr>
        <w:t>bytes/</w:t>
      </w:r>
      <w:r>
        <w:rPr>
          <w:b w:val="false"/>
          <w:sz w:val="28"/>
        </w:rPr>
        <w:t>​</w:t>
      </w:r>
      <w:r>
        <w:rPr>
          <w:b w:val="false"/>
          <w:sz w:val="28"/>
          <w:lang w:val="zxx"/>
        </w:rPr>
        <w:t>sampleCount/</w:t>
      </w:r>
      <w:r>
        <w:rPr>
          <w:b w:val="false"/>
          <w:sz w:val="28"/>
        </w:rPr>
        <w:t>​</w:t>
      </w:r>
      <w:r>
        <w:rPr>
          <w:b w:val="false"/>
          <w:sz w:val="28"/>
          <w:lang w:val="zxx"/>
        </w:rPr>
        <w:t>codec/</w:t>
      </w:r>
      <w:r>
        <w:rPr>
          <w:b w:val="false"/>
          <w:sz w:val="28"/>
        </w:rPr>
        <w:t>​</w:t>
      </w:r>
      <w:r>
        <w:rPr>
          <w:b w:val="false"/>
          <w:sz w:val="28"/>
          <w:lang w:val="zxx"/>
        </w:rPr>
        <w:t>hashAlgorithm/</w:t>
      </w:r>
      <w:r>
        <w:rPr>
          <w:b w:val="false"/>
          <w:sz w:val="28"/>
        </w:rPr>
        <w:t>​</w:t>
      </w:r>
      <w:r>
        <w:rPr>
          <w:b w:val="false"/>
          <w:sz w:val="28"/>
          <w:lang w:val="zxx"/>
        </w:rPr>
        <w:t>hash/</w:t>
      </w:r>
      <w:r>
        <w:rPr>
          <w:b w:val="false"/>
          <w:sz w:val="28"/>
        </w:rPr>
        <w:t>​</w:t>
      </w:r>
      <w:r>
        <w:rPr>
          <w:b w:val="false"/>
          <w:sz w:val="28"/>
          <w:lang w:val="zxx"/>
        </w:rPr>
        <w:t>location</w:t>
      </w:r>
      <w:r>
        <w:rPr>
          <w:b w:val="false"/>
          <w:sz w:val="28"/>
        </w:rPr>
        <w:t xml:space="preserve">; </w:t>
      </w:r>
      <w:r>
        <w:rPr>
          <w:b w:val="false"/>
          <w:sz w:val="28"/>
          <w:lang w:val="zxx"/>
        </w:rPr>
        <w:t>location=controller|</w:t>
      </w:r>
      <w:r>
        <w:rPr>
          <w:b w:val="false"/>
          <w:sz w:val="28"/>
        </w:rPr>
        <w:t>​</w:t>
      </w:r>
      <w:r>
        <w:rPr>
          <w:b w:val="false"/>
          <w:sz w:val="28"/>
          <w:lang w:val="zxx"/>
        </w:rPr>
        <w:t>ou.</w:t>
      </w:r>
      <w:r>
        <w:rPr>
          <w:b w:val="false"/>
          <w:sz w:val="28"/>
        </w:rPr>
        <w:t xml:space="preserve"> Отдельная запись </w:t>
      </w:r>
      <w:r>
        <w:rPr>
          <w:b w:val="false"/>
          <w:sz w:val="28"/>
          <w:lang w:val="zxx"/>
        </w:rPr>
        <w:t>verification</w:t>
      </w:r>
      <w:r>
        <w:rPr>
          <w:b w:val="false"/>
          <w:sz w:val="28"/>
        </w:rPr>
        <w:t xml:space="preserve"> с </w:t>
      </w:r>
      <w:r>
        <w:rPr>
          <w:b w:val="false"/>
          <w:sz w:val="28"/>
          <w:lang w:val="zxx"/>
        </w:rPr>
        <w:t>contentId/</w:t>
      </w:r>
      <w:r>
        <w:rPr>
          <w:b w:val="false"/>
          <w:sz w:val="28"/>
        </w:rPr>
        <w:t>​</w:t>
      </w:r>
      <w:r>
        <w:rPr>
          <w:b w:val="false"/>
          <w:sz w:val="28"/>
          <w:lang w:val="zxx"/>
        </w:rPr>
        <w:t>revision</w:t>
      </w:r>
      <w:r>
        <w:rPr>
          <w:b w:val="false"/>
          <w:sz w:val="28"/>
        </w:rPr>
        <w:t xml:space="preserve">, </w:t>
      </w:r>
      <w:r>
        <w:rPr>
          <w:b w:val="false"/>
          <w:sz w:val="28"/>
          <w:lang w:val="zxx"/>
        </w:rPr>
        <w:t>state=verified|</w:t>
      </w:r>
      <w:r>
        <w:rPr>
          <w:b w:val="false"/>
          <w:sz w:val="28"/>
        </w:rPr>
        <w:t>​</w:t>
      </w:r>
      <w:r>
        <w:rPr>
          <w:b w:val="false"/>
          <w:sz w:val="28"/>
          <w:lang w:val="zxx"/>
        </w:rPr>
        <w:t>unknown|</w:t>
      </w:r>
      <w:r>
        <w:rPr>
          <w:b w:val="false"/>
          <w:sz w:val="28"/>
        </w:rPr>
        <w:t>​</w:t>
      </w:r>
      <w:r>
        <w:rPr>
          <w:b w:val="false"/>
          <w:sz w:val="28"/>
          <w:lang w:val="zxx"/>
        </w:rPr>
        <w:t>invalid</w:t>
      </w:r>
      <w:r>
        <w:rPr>
          <w:b w:val="false"/>
          <w:sz w:val="28"/>
        </w:rPr>
        <w:t xml:space="preserve">, </w:t>
      </w:r>
      <w:r>
        <w:rPr>
          <w:b w:val="false"/>
          <w:sz w:val="28"/>
          <w:lang w:val="zxx"/>
        </w:rPr>
        <w:t>observedAtMs</w:t>
      </w:r>
      <w:r>
        <w:rPr>
          <w:b w:val="false"/>
          <w:sz w:val="28"/>
        </w:rPr>
        <w:t xml:space="preserve">, </w:t>
      </w:r>
      <w:r>
        <w:rPr>
          <w:b w:val="false"/>
          <w:sz w:val="28"/>
          <w:lang w:val="zxx"/>
        </w:rPr>
        <w:t>sourceId</w:t>
      </w:r>
      <w:r>
        <w:rPr>
          <w:b w:val="false"/>
          <w:sz w:val="28"/>
        </w:rPr>
        <w:t xml:space="preserve"> и </w:t>
      </w:r>
      <w:r>
        <w:rPr>
          <w:b w:val="false"/>
          <w:sz w:val="28"/>
          <w:lang w:val="zxx"/>
        </w:rPr>
        <w:t>actualHash</w:t>
      </w:r>
      <w:r>
        <w:rPr>
          <w:b w:val="false"/>
          <w:sz w:val="28"/>
        </w:rPr>
        <w:t xml:space="preserve"> при доступных байтах. </w:t>
      </w:r>
      <w:r>
        <w:rPr>
          <w:b w:val="false"/>
          <w:sz w:val="28"/>
          <w:lang w:val="zxx"/>
        </w:rPr>
        <w:t>verified</w:t>
      </w:r>
      <w:r>
        <w:rPr>
          <w:b w:val="false"/>
          <w:sz w:val="28"/>
        </w:rPr>
        <w:t xml:space="preserve"> требует совпадения </w:t>
      </w:r>
      <w:r>
        <w:rPr>
          <w:b w:val="false"/>
          <w:sz w:val="28"/>
          <w:lang w:val="zxx"/>
        </w:rPr>
        <w:t>actualHash</w:t>
      </w:r>
      <w:r>
        <w:rPr>
          <w:b w:val="false"/>
          <w:sz w:val="28"/>
        </w:rPr>
        <w:t xml:space="preserve"> с </w:t>
      </w:r>
      <w:r>
        <w:rPr>
          <w:b w:val="false"/>
          <w:sz w:val="28"/>
          <w:lang w:val="zxx"/>
        </w:rPr>
        <w:t>hash</w:t>
      </w:r>
      <w:r>
        <w:rPr>
          <w:b w:val="false"/>
          <w:sz w:val="28"/>
        </w:rPr>
        <w:t xml:space="preserve"> той же неизменной ревизии; </w:t>
      </w:r>
      <w:r>
        <w:rPr>
          <w:b w:val="false"/>
          <w:sz w:val="28"/>
          <w:lang w:val="zxx"/>
        </w:rPr>
        <w:t>unknown</w:t>
      </w:r>
      <w:r>
        <w:rPr>
          <w:b w:val="false"/>
          <w:sz w:val="28"/>
        </w:rPr>
        <w:t xml:space="preserve"> не содержит </w:t>
      </w:r>
      <w:r>
        <w:rPr>
          <w:b w:val="false"/>
          <w:sz w:val="28"/>
          <w:lang w:val="zxx"/>
        </w:rPr>
        <w:t>actualHash.</w:t>
      </w:r>
      <w:r>
        <w:rPr>
          <w:b w:val="false"/>
          <w:sz w:val="28"/>
        </w:rPr>
        <w:t xml:space="preserve"> Для локальной программы УУ допускает только </w:t>
      </w:r>
      <w:r>
        <w:rPr>
          <w:b w:val="false"/>
          <w:sz w:val="28"/>
          <w:lang w:val="zxx"/>
        </w:rPr>
        <w:t>verified</w:t>
      </w:r>
      <w:r>
        <w:rPr>
          <w:b w:val="false"/>
          <w:sz w:val="28"/>
        </w:rPr>
        <w:t xml:space="preserve"> и удерживает неизменные байты до завершения исполнения.</w:t>
      </w:r>
    </w:p>
    <w:p>
      <w:pPr>
        <w:pStyle w:val="1"/>
        <w:rPr/>
      </w:pPr>
      <w:bookmarkStart w:id="23" w:name="__RefHeading___Toc43295_1766585215"/>
      <w:bookmarkEnd w:id="23"/>
      <w:r>
        <w:rPr/>
        <w:t>23 Каскадная диагностика и групповой отчет</w:t>
      </w:r>
    </w:p>
    <w:p>
      <w:pPr>
        <w:pStyle w:val="Normal"/>
        <w:jc w:val="both"/>
        <w:rPr/>
      </w:pPr>
      <w:r>
        <w:rPr>
          <w:b w:val="false"/>
          <w:sz w:val="28"/>
          <w:lang w:val="zxx"/>
        </w:rPr>
        <w:t>23.1</w:t>
      </w:r>
      <w:r>
        <w:rPr>
          <w:b w:val="false"/>
          <w:sz w:val="28"/>
        </w:rPr>
        <w:t xml:space="preserve"> АРМ может запросить наблюдения через несколько подчиненных узлов, имея отдельное право чтения в указанной области </w:t>
      </w:r>
      <w:r>
        <w:rPr>
          <w:b w:val="false"/>
          <w:sz w:val="28"/>
          <w:lang w:val="zxx"/>
        </w:rPr>
        <w:t>targetId.</w:t>
      </w:r>
      <w:r>
        <w:rPr>
          <w:b w:val="false"/>
          <w:sz w:val="28"/>
        </w:rPr>
        <w:t xml:space="preserve"> Запрос имеет </w:t>
      </w:r>
      <w:r>
        <w:rPr>
          <w:b w:val="false"/>
          <w:sz w:val="28"/>
          <w:lang w:val="zxx"/>
        </w:rPr>
        <w:t>operationId</w:t>
      </w:r>
      <w:r>
        <w:rPr>
          <w:b w:val="false"/>
          <w:sz w:val="28"/>
        </w:rPr>
        <w:t xml:space="preserve"> и срок. Каждый посредник сохраняет источник, </w:t>
      </w:r>
      <w:r>
        <w:rPr>
          <w:b w:val="false"/>
          <w:sz w:val="28"/>
          <w:lang w:val="zxx"/>
        </w:rPr>
        <w:t>bootId</w:t>
      </w:r>
      <w:r>
        <w:rPr>
          <w:b w:val="false"/>
          <w:sz w:val="28"/>
        </w:rPr>
        <w:t xml:space="preserve">, качество и возраст исходного доказательства; время получения посредником не превращает старое наблюдение в </w:t>
      </w:r>
      <w:r>
        <w:rPr>
          <w:b w:val="false"/>
          <w:sz w:val="28"/>
          <w:lang w:val="zxx"/>
        </w:rPr>
        <w:t>fresh.</w:t>
      </w:r>
    </w:p>
    <w:p>
      <w:pPr>
        <w:pStyle w:val="Normal"/>
        <w:jc w:val="both"/>
        <w:rPr/>
      </w:pPr>
      <w:r>
        <w:rPr>
          <w:b w:val="false"/>
          <w:sz w:val="28"/>
          <w:lang w:val="zxx"/>
        </w:rPr>
        <w:t>23.2</w:t>
      </w:r>
      <w:r>
        <w:rPr>
          <w:b w:val="false"/>
          <w:sz w:val="28"/>
        </w:rPr>
        <w:t xml:space="preserve"> Итог оповещения связан с </w:t>
      </w:r>
      <w:r>
        <w:rPr>
          <w:b w:val="false"/>
          <w:sz w:val="28"/>
          <w:lang w:val="zxx"/>
        </w:rPr>
        <w:t>runId/</w:t>
      </w:r>
      <w:r>
        <w:rPr>
          <w:b w:val="false"/>
          <w:sz w:val="28"/>
        </w:rPr>
        <w:t>​</w:t>
      </w:r>
      <w:r>
        <w:rPr>
          <w:b w:val="false"/>
          <w:sz w:val="28"/>
          <w:lang w:val="zxx"/>
        </w:rPr>
        <w:t>branchId</w:t>
      </w:r>
      <w:r>
        <w:rPr>
          <w:b w:val="false"/>
          <w:sz w:val="28"/>
        </w:rPr>
        <w:t xml:space="preserve">, </w:t>
      </w:r>
      <w:r>
        <w:rPr>
          <w:b w:val="false"/>
          <w:sz w:val="28"/>
          <w:lang w:val="zxx"/>
        </w:rPr>
        <w:t>planRevision</w:t>
      </w:r>
      <w:r>
        <w:rPr>
          <w:b w:val="false"/>
          <w:sz w:val="28"/>
        </w:rPr>
        <w:t xml:space="preserve"> и неизменным набором целей с ревизией/хешем состава. Для каждой цели разделяются принятие команды, исполнение и физическое наблюдение. Подтверждение промежуточного узла не означает срабатывания всех его ОУ.</w:t>
      </w:r>
    </w:p>
    <w:p>
      <w:pPr>
        <w:pStyle w:val="Normal"/>
        <w:keepNext w:val="true"/>
        <w:ind w:hanging="0"/>
        <w:jc w:val="start"/>
        <w:rPr/>
      </w:pPr>
      <w:r>
        <w:rPr>
          <w:b w:val="false"/>
          <w:sz w:val="24"/>
        </w:rPr>
        <w:t xml:space="preserve">Таблица </w:t>
      </w:r>
      <w:r>
        <w:rPr>
          <w:b w:val="false"/>
          <w:sz w:val="24"/>
          <w:lang w:val="zxx"/>
        </w:rPr>
        <w:t>50</w:t>
      </w:r>
      <w:r>
        <w:rPr>
          <w:b w:val="false"/>
          <w:sz w:val="24"/>
        </w:rPr>
        <w:t xml:space="preserve"> - Каскадная диагностика и групповой отчет</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514"/>
        <w:gridCol w:w="6123"/>
      </w:tblGrid>
      <w:tr>
        <w:trPr>
          <w:cantSplit w:val="true"/>
        </w:trPr>
        <w:tc>
          <w:tcPr>
            <w:tcW w:w="3514"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Текущее состояние цели</w:t>
            </w:r>
          </w:p>
        </w:tc>
        <w:tc>
          <w:tcPr>
            <w:tcW w:w="6123"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Значение</w:t>
            </w:r>
          </w:p>
        </w:tc>
      </w:tr>
      <w:tr>
        <w:trPr>
          <w:cantSplit w:val="true"/>
        </w:trPr>
        <w:tc>
          <w:tcPr>
            <w:tcW w:w="351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pending</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active</w:t>
            </w:r>
          </w:p>
        </w:tc>
        <w:tc>
          <w:tcPr>
            <w:tcW w:w="612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Ожидание решения / принятое незавершенное исполнение.</w:t>
            </w:r>
          </w:p>
        </w:tc>
      </w:tr>
      <w:tr>
        <w:trPr>
          <w:cantSplit w:val="true"/>
        </w:trPr>
        <w:tc>
          <w:tcPr>
            <w:tcW w:w="351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succeeded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failed</w:t>
            </w:r>
          </w:p>
        </w:tc>
        <w:tc>
          <w:tcPr>
            <w:tcW w:w="612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Установленный успех по объявленному критерию / установленная ошибка. Критерий и доказательство доступны отдельно.</w:t>
            </w:r>
          </w:p>
        </w:tc>
      </w:tr>
      <w:tr>
        <w:trPr>
          <w:cantSplit w:val="true"/>
        </w:trPr>
        <w:tc>
          <w:tcPr>
            <w:tcW w:w="3514"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cancelled</w:t>
            </w:r>
            <w:r>
              <w:rPr>
                <w:rFonts w:eastAsia="ＭＳ 明朝" w:cs=""/>
                <w:b w:val="false"/>
                <w:kern w:val="0"/>
                <w:sz w:val="28"/>
                <w:szCs w:val="22"/>
                <w:lang w:eastAsia="en-US" w:bidi="ar-SA"/>
              </w:rPr>
              <w:t xml:space="preserve"> / </w:t>
            </w:r>
            <w:r>
              <w:rPr>
                <w:rFonts w:eastAsia="ＭＳ 明朝" w:cs=""/>
                <w:b w:val="false"/>
                <w:kern w:val="0"/>
                <w:sz w:val="28"/>
                <w:szCs w:val="22"/>
                <w:lang w:val="zxx" w:eastAsia="en-US" w:bidi="ar-SA"/>
              </w:rPr>
              <w:t>notStarted</w:t>
            </w:r>
          </w:p>
        </w:tc>
        <w:tc>
          <w:tcPr>
            <w:tcW w:w="6123"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Подтвержденная отмена исполнения / установленный факт отсутствия старта в данной ветви.</w:t>
            </w:r>
          </w:p>
        </w:tc>
      </w:tr>
      <w:tr>
        <w:trPr>
          <w:cantSplit w:val="true"/>
        </w:trPr>
        <w:tc>
          <w:tcPr>
            <w:tcW w:w="3514"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unknown</w:t>
            </w:r>
          </w:p>
        </w:tc>
        <w:tc>
          <w:tcPr>
            <w:tcW w:w="6123"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Доступные данные не позволяют установить исход. Потеря связи не превращается автоматически в </w:t>
            </w:r>
            <w:r>
              <w:rPr>
                <w:rFonts w:eastAsia="ＭＳ 明朝" w:cs=""/>
                <w:b w:val="false"/>
                <w:kern w:val="0"/>
                <w:sz w:val="28"/>
                <w:szCs w:val="22"/>
                <w:lang w:val="zxx" w:eastAsia="en-US" w:bidi="ar-SA"/>
              </w:rPr>
              <w:t>failed</w:t>
            </w:r>
            <w:r>
              <w:rPr>
                <w:rFonts w:eastAsia="ＭＳ 明朝" w:cs=""/>
                <w:b w:val="false"/>
                <w:kern w:val="0"/>
                <w:sz w:val="28"/>
                <w:szCs w:val="22"/>
                <w:lang w:eastAsia="en-US" w:bidi="ar-SA"/>
              </w:rPr>
              <w:t xml:space="preserve"> или </w:t>
            </w:r>
            <w:r>
              <w:rPr>
                <w:rFonts w:eastAsia="ＭＳ 明朝" w:cs=""/>
                <w:b w:val="false"/>
                <w:kern w:val="0"/>
                <w:sz w:val="28"/>
                <w:szCs w:val="22"/>
                <w:lang w:val="zxx" w:eastAsia="en-US" w:bidi="ar-SA"/>
              </w:rPr>
              <w:t>notStarted.</w:t>
            </w:r>
          </w:p>
        </w:tc>
      </w:tr>
    </w:tbl>
    <w:p>
      <w:pPr>
        <w:pStyle w:val="Normal"/>
        <w:spacing w:before="0" w:after="0"/>
        <w:rPr/>
      </w:pPr>
      <w:r>
        <w:rPr/>
      </w:r>
    </w:p>
    <w:p>
      <w:pPr>
        <w:pStyle w:val="Normal"/>
        <w:jc w:val="both"/>
        <w:rPr/>
      </w:pPr>
      <w:r>
        <w:rPr>
          <w:b w:val="false"/>
          <w:sz w:val="28"/>
          <w:lang w:val="zxx"/>
        </w:rPr>
        <w:t>23.3</w:t>
      </w:r>
      <w:r>
        <w:rPr>
          <w:b w:val="false"/>
          <w:sz w:val="28"/>
        </w:rPr>
        <w:t xml:space="preserve"> Состояния взаимоисключающие и в сумме покрывают весь зафиксированный набор получателей. Счетчики переходов хранятся отдельно. Повтор той же ревизии отчета не увеличивает итоги; позднее доказательство создает новую ревизию и сохраняет аудит. Два маршрута к одному физическому ресурсу не дают двух успехов.</w:t>
      </w:r>
    </w:p>
    <w:p>
      <w:pPr>
        <w:pStyle w:val="Normal"/>
        <w:jc w:val="both"/>
        <w:rPr/>
      </w:pPr>
      <w:r>
        <w:rPr>
          <w:b w:val="false"/>
          <w:sz w:val="28"/>
          <w:lang w:val="zxx"/>
        </w:rPr>
        <w:t>23.4</w:t>
      </w:r>
      <w:r>
        <w:rPr>
          <w:b w:val="false"/>
          <w:sz w:val="28"/>
        </w:rPr>
        <w:t xml:space="preserve"> Сводка раскрывается до страниц исходных результатов с учетом прав наблюдателя. Недоступная ветвь сохраняется в </w:t>
      </w:r>
      <w:r>
        <w:rPr>
          <w:b w:val="false"/>
          <w:sz w:val="28"/>
          <w:lang w:val="zxx"/>
        </w:rPr>
        <w:t>expected-</w:t>
      </w:r>
      <w:r>
        <w:rPr>
          <w:b w:val="false"/>
          <w:sz w:val="28"/>
        </w:rPr>
        <w:t xml:space="preserve">наборе с неизвестным результатом. Отменяющий ответ без исторических данных не доказывает </w:t>
      </w:r>
      <w:r>
        <w:rPr>
          <w:b w:val="false"/>
          <w:sz w:val="28"/>
          <w:lang w:val="zxx"/>
        </w:rPr>
        <w:t>notStarted.</w:t>
      </w:r>
      <w:r>
        <w:rPr>
          <w:b w:val="false"/>
          <w:sz w:val="28"/>
        </w:rPr>
        <w:t xml:space="preserve"> Старая привязка не сливается с новой по совпадению </w:t>
      </w:r>
      <w:r>
        <w:rPr>
          <w:b w:val="false"/>
          <w:sz w:val="28"/>
          <w:lang w:val="zxx"/>
        </w:rPr>
        <w:t>IP.</w:t>
      </w:r>
    </w:p>
    <w:p>
      <w:pPr>
        <w:pStyle w:val="Normal"/>
        <w:jc w:val="both"/>
        <w:rPr/>
      </w:pPr>
      <w:r>
        <w:rPr>
          <w:b w:val="false"/>
          <w:sz w:val="24"/>
        </w:rPr>
        <w:t>Групповой запуск не является атомарной транзакцией. Политика частичной готовности задается до запуска. Остановка уже исполняемых ветвей по этой политике возможна только в своей области полномочий; приоритет или соседняя неисправность не дают права прервать чужое оповещение.</w:t>
      </w:r>
    </w:p>
    <w:p>
      <w:pPr>
        <w:pStyle w:val="1"/>
        <w:rPr/>
      </w:pPr>
      <w:bookmarkStart w:id="24" w:name="__RefHeading___Toc43297_1766585215"/>
      <w:bookmarkEnd w:id="24"/>
      <w:r>
        <w:rPr/>
        <w:t>24 Регистрация и согласованная конфигурация</w:t>
      </w:r>
    </w:p>
    <w:p>
      <w:pPr>
        <w:pStyle w:val="Normal"/>
        <w:jc w:val="both"/>
        <w:rPr/>
      </w:pPr>
      <w:r>
        <w:rPr>
          <w:b w:val="false"/>
          <w:sz w:val="28"/>
          <w:lang w:val="zxx"/>
        </w:rPr>
        <w:t>24.1</w:t>
      </w:r>
      <w:r>
        <w:rPr>
          <w:b w:val="false"/>
          <w:sz w:val="28"/>
        </w:rPr>
        <w:t xml:space="preserve"> Обнаружение сообщает кандидата, регистрация устанавливает доверие и назначение. </w:t>
      </w:r>
      <w:r>
        <w:rPr>
          <w:b w:val="false"/>
          <w:sz w:val="28"/>
          <w:lang w:val="zxx"/>
        </w:rPr>
        <w:t>Discovery</w:t>
      </w:r>
      <w:r>
        <w:rPr>
          <w:b w:val="false"/>
          <w:sz w:val="28"/>
        </w:rPr>
        <w:t xml:space="preserve"> опционально, ограничено разрешенной областью, временем и квотой; статическая настройка остается возможной. Найденный </w:t>
      </w:r>
      <w:r>
        <w:rPr>
          <w:b w:val="false"/>
          <w:sz w:val="28"/>
          <w:lang w:val="zxx"/>
        </w:rPr>
        <w:t>IP</w:t>
      </w:r>
      <w:r>
        <w:rPr>
          <w:b w:val="false"/>
          <w:sz w:val="28"/>
        </w:rPr>
        <w:t>, имя и объявленные возможности не дают устройству права управления.</w:t>
      </w:r>
    </w:p>
    <w:p>
      <w:pPr>
        <w:pStyle w:val="Normal"/>
        <w:keepNext w:val="true"/>
        <w:jc w:val="start"/>
        <w:rPr/>
      </w:pPr>
      <w:r>
        <w:rPr>
          <w:b/>
          <w:sz w:val="28"/>
          <w:lang w:val="zxx"/>
        </w:rPr>
        <w:t>24.2</w:t>
      </w:r>
      <w:r>
        <w:rPr>
          <w:b/>
          <w:sz w:val="28"/>
        </w:rPr>
        <w:t xml:space="preserve"> Допуск</w:t>
      </w:r>
    </w:p>
    <w:p>
      <w:pPr>
        <w:pStyle w:val="Normal"/>
        <w:jc w:val="both"/>
        <w:rPr/>
      </w:pPr>
      <w:r>
        <w:rPr>
          <w:b w:val="false"/>
          <w:sz w:val="28"/>
        </w:rPr>
        <w:t xml:space="preserve">Проверка идентичности УУ, уникальности </w:t>
      </w:r>
      <w:r>
        <w:rPr>
          <w:b w:val="false"/>
          <w:sz w:val="28"/>
          <w:lang w:val="zxx"/>
        </w:rPr>
        <w:t>ID</w:t>
      </w:r>
      <w:r>
        <w:rPr>
          <w:b w:val="false"/>
          <w:sz w:val="28"/>
        </w:rPr>
        <w:t>, роли, права регистрации и привязки конкретного ОУ.</w:t>
      </w:r>
    </w:p>
    <w:p>
      <w:pPr>
        <w:pStyle w:val="Normal"/>
        <w:keepNext w:val="true"/>
        <w:jc w:val="start"/>
        <w:rPr/>
      </w:pPr>
      <w:r>
        <w:rPr>
          <w:b/>
          <w:sz w:val="28"/>
          <w:lang w:val="zxx"/>
        </w:rPr>
        <w:t>24.3</w:t>
      </w:r>
      <w:r>
        <w:rPr>
          <w:b/>
          <w:sz w:val="28"/>
        </w:rPr>
        <w:t xml:space="preserve"> Импорт</w:t>
      </w:r>
    </w:p>
    <w:p>
      <w:pPr>
        <w:pStyle w:val="Normal"/>
        <w:jc w:val="both"/>
        <w:rPr/>
      </w:pPr>
      <w:r>
        <w:rPr>
          <w:b w:val="false"/>
          <w:sz w:val="28"/>
        </w:rPr>
        <w:t xml:space="preserve">Пакет содержит </w:t>
      </w:r>
      <w:r>
        <w:rPr>
          <w:b w:val="false"/>
          <w:sz w:val="28"/>
          <w:lang w:val="zxx"/>
        </w:rPr>
        <w:t>schemaVersion</w:t>
      </w:r>
      <w:r>
        <w:rPr>
          <w:b w:val="false"/>
          <w:sz w:val="28"/>
        </w:rPr>
        <w:t xml:space="preserve">, </w:t>
      </w:r>
      <w:r>
        <w:rPr>
          <w:b w:val="false"/>
          <w:sz w:val="28"/>
          <w:lang w:val="zxx"/>
        </w:rPr>
        <w:t>configId/</w:t>
      </w:r>
      <w:r>
        <w:rPr>
          <w:b w:val="false"/>
          <w:sz w:val="28"/>
        </w:rPr>
        <w:t>​</w:t>
      </w:r>
      <w:r>
        <w:rPr>
          <w:b w:val="false"/>
          <w:sz w:val="28"/>
          <w:lang w:val="zxx"/>
        </w:rPr>
        <w:t>revision</w:t>
      </w:r>
      <w:r>
        <w:rPr>
          <w:b w:val="false"/>
          <w:sz w:val="28"/>
        </w:rPr>
        <w:t xml:space="preserve">, целевые </w:t>
      </w:r>
      <w:r>
        <w:rPr>
          <w:b w:val="false"/>
          <w:sz w:val="28"/>
          <w:lang w:val="zxx"/>
        </w:rPr>
        <w:t>ID</w:t>
      </w:r>
      <w:r>
        <w:rPr>
          <w:b w:val="false"/>
          <w:sz w:val="28"/>
        </w:rPr>
        <w:t>, профили, группы, сценарии, манифесты контента и происхождение. Рабочие ключи и идентичность не клонируются.</w:t>
      </w:r>
    </w:p>
    <w:p>
      <w:pPr>
        <w:pStyle w:val="Normal"/>
        <w:keepNext w:val="true"/>
        <w:jc w:val="start"/>
        <w:rPr/>
      </w:pPr>
      <w:r>
        <w:rPr>
          <w:b/>
          <w:sz w:val="28"/>
          <w:lang w:val="zxx"/>
        </w:rPr>
        <w:t>24.4</w:t>
      </w:r>
      <w:r>
        <w:rPr>
          <w:b/>
          <w:sz w:val="28"/>
        </w:rPr>
        <w:t xml:space="preserve"> Валидация</w:t>
      </w:r>
    </w:p>
    <w:p>
      <w:pPr>
        <w:pStyle w:val="Normal"/>
        <w:jc w:val="both"/>
        <w:rPr/>
      </w:pPr>
      <w:r>
        <w:rPr>
          <w:b w:val="false"/>
          <w:sz w:val="28"/>
        </w:rPr>
        <w:t>До применения проверяются ссылки, коллизии, права, циклы, неподдержанные функции, отсутствующие записи и лимиты.</w:t>
      </w:r>
    </w:p>
    <w:p>
      <w:pPr>
        <w:pStyle w:val="Normal"/>
        <w:keepNext w:val="true"/>
        <w:jc w:val="start"/>
        <w:rPr/>
      </w:pPr>
      <w:r>
        <w:rPr>
          <w:b/>
          <w:sz w:val="28"/>
          <w:lang w:val="zxx"/>
        </w:rPr>
        <w:t>24.5</w:t>
      </w:r>
      <w:r>
        <w:rPr>
          <w:b/>
          <w:sz w:val="28"/>
        </w:rPr>
        <w:t xml:space="preserve"> Согласование групп</w:t>
      </w:r>
    </w:p>
    <w:p>
      <w:pPr>
        <w:pStyle w:val="Normal"/>
        <w:jc w:val="both"/>
        <w:rPr/>
      </w:pPr>
      <w:r>
        <w:rPr>
          <w:b w:val="false"/>
          <w:sz w:val="28"/>
        </w:rPr>
        <w:t xml:space="preserve">Уполномоченный автор области, </w:t>
      </w:r>
      <w:r>
        <w:rPr>
          <w:b w:val="false"/>
          <w:sz w:val="28"/>
          <w:lang w:val="zxx"/>
        </w:rPr>
        <w:t>groupRevision</w:t>
      </w:r>
      <w:r>
        <w:rPr>
          <w:b w:val="false"/>
          <w:sz w:val="28"/>
        </w:rPr>
        <w:t xml:space="preserve"> и </w:t>
      </w:r>
      <w:r>
        <w:rPr>
          <w:b w:val="false"/>
          <w:sz w:val="28"/>
          <w:lang w:val="zxx"/>
        </w:rPr>
        <w:t>digest</w:t>
      </w:r>
      <w:r>
        <w:rPr>
          <w:b w:val="false"/>
          <w:sz w:val="28"/>
        </w:rPr>
        <w:t xml:space="preserve"> состава. Неизвестная ревизия не заменяется одноименной локальной группой.</w:t>
      </w:r>
    </w:p>
    <w:p>
      <w:pPr>
        <w:pStyle w:val="Normal"/>
        <w:keepNext w:val="true"/>
        <w:jc w:val="start"/>
        <w:rPr/>
      </w:pPr>
      <w:r>
        <w:rPr>
          <w:b/>
          <w:sz w:val="28"/>
          <w:lang w:val="zxx"/>
        </w:rPr>
        <w:t>24.6</w:t>
      </w:r>
      <w:r>
        <w:rPr>
          <w:b/>
          <w:sz w:val="28"/>
        </w:rPr>
        <w:t xml:space="preserve"> Применение</w:t>
      </w:r>
    </w:p>
    <w:p>
      <w:pPr>
        <w:pStyle w:val="Normal"/>
        <w:jc w:val="both"/>
        <w:rPr/>
      </w:pPr>
      <w:r>
        <w:rPr>
          <w:b w:val="false"/>
          <w:sz w:val="28"/>
        </w:rPr>
        <w:t xml:space="preserve">Раздельные </w:t>
      </w:r>
      <w:r>
        <w:rPr>
          <w:b w:val="false"/>
          <w:sz w:val="28"/>
          <w:lang w:val="zxx"/>
        </w:rPr>
        <w:t>desired</w:t>
      </w:r>
      <w:r>
        <w:rPr>
          <w:b w:val="false"/>
          <w:sz w:val="28"/>
        </w:rPr>
        <w:t xml:space="preserve">, </w:t>
      </w:r>
      <w:r>
        <w:rPr>
          <w:b w:val="false"/>
          <w:sz w:val="28"/>
          <w:lang w:val="zxx"/>
        </w:rPr>
        <w:t>saved</w:t>
      </w:r>
      <w:r>
        <w:rPr>
          <w:b w:val="false"/>
          <w:sz w:val="28"/>
        </w:rPr>
        <w:t xml:space="preserve"> и </w:t>
      </w:r>
      <w:r>
        <w:rPr>
          <w:b w:val="false"/>
          <w:sz w:val="28"/>
          <w:lang w:val="zxx"/>
        </w:rPr>
        <w:t>applied</w:t>
      </w:r>
      <w:r>
        <w:rPr>
          <w:b w:val="false"/>
          <w:sz w:val="28"/>
        </w:rPr>
        <w:t xml:space="preserve">, причина расхождения и ожидаемый перезапуск. Ответ на </w:t>
      </w:r>
      <w:r>
        <w:rPr>
          <w:b w:val="false"/>
          <w:sz w:val="28"/>
          <w:lang w:val="zxx"/>
        </w:rPr>
        <w:t>SET</w:t>
      </w:r>
      <w:r>
        <w:rPr>
          <w:b w:val="false"/>
          <w:sz w:val="28"/>
        </w:rPr>
        <w:t xml:space="preserve"> не заменяет чтения фактического состояния.</w:t>
      </w:r>
    </w:p>
    <w:p>
      <w:pPr>
        <w:pStyle w:val="Normal"/>
        <w:keepNext w:val="true"/>
        <w:jc w:val="start"/>
        <w:rPr/>
      </w:pPr>
      <w:r>
        <w:rPr>
          <w:b/>
          <w:sz w:val="28"/>
          <w:lang w:val="zxx"/>
        </w:rPr>
        <w:t>24.7</w:t>
      </w:r>
      <w:r>
        <w:rPr>
          <w:b/>
          <w:sz w:val="28"/>
        </w:rPr>
        <w:t xml:space="preserve"> Замена оборудования</w:t>
      </w:r>
    </w:p>
    <w:p>
      <w:pPr>
        <w:pStyle w:val="Normal"/>
        <w:jc w:val="both"/>
        <w:rPr/>
      </w:pPr>
      <w:r>
        <w:rPr>
          <w:b w:val="false"/>
          <w:sz w:val="28"/>
        </w:rPr>
        <w:t>Новая физическая идентичность и привязка, отзыв прежнего назначения, проверяемый перенос совместимых параметров. Активные сеансы не переносятся.</w:t>
      </w:r>
    </w:p>
    <w:p>
      <w:pPr>
        <w:pStyle w:val="Normal"/>
        <w:jc w:val="both"/>
        <w:rPr/>
      </w:pPr>
      <w:r>
        <w:rPr>
          <w:b w:val="false"/>
          <w:sz w:val="28"/>
          <w:lang w:val="zxx"/>
        </w:rPr>
        <w:t>24.8</w:t>
      </w:r>
      <w:r>
        <w:rPr>
          <w:b w:val="false"/>
          <w:sz w:val="28"/>
        </w:rPr>
        <w:t xml:space="preserve"> Распределенное применение пакета возвращает </w:t>
      </w:r>
      <w:r>
        <w:rPr>
          <w:b w:val="false"/>
          <w:sz w:val="28"/>
          <w:lang w:val="zxx"/>
        </w:rPr>
        <w:t>applied/</w:t>
      </w:r>
      <w:r>
        <w:rPr>
          <w:b w:val="false"/>
          <w:sz w:val="28"/>
        </w:rPr>
        <w:t>​</w:t>
      </w:r>
      <w:r>
        <w:rPr>
          <w:b w:val="false"/>
          <w:sz w:val="28"/>
          <w:lang w:val="zxx"/>
        </w:rPr>
        <w:t>rejected/</w:t>
      </w:r>
      <w:r>
        <w:rPr>
          <w:b w:val="false"/>
          <w:sz w:val="28"/>
        </w:rPr>
        <w:t>​</w:t>
      </w:r>
      <w:r>
        <w:rPr>
          <w:b w:val="false"/>
          <w:sz w:val="28"/>
          <w:lang w:val="zxx"/>
        </w:rPr>
        <w:t>pending/</w:t>
      </w:r>
      <w:r>
        <w:rPr>
          <w:b w:val="false"/>
          <w:sz w:val="28"/>
        </w:rPr>
        <w:t>​</w:t>
      </w:r>
      <w:r>
        <w:rPr>
          <w:b w:val="false"/>
          <w:sz w:val="28"/>
          <w:lang w:val="zxx"/>
        </w:rPr>
        <w:t>unknown</w:t>
      </w:r>
      <w:r>
        <w:rPr>
          <w:b w:val="false"/>
          <w:sz w:val="28"/>
        </w:rPr>
        <w:t xml:space="preserve"> по каждому элементу и позволяет повторное согласование. Оно не является одной атомарной транзакцией всех устройств. Откат проходит валидацию как новое разрешенное изменение и не отменяет исторически выполненные физические действия.</w:t>
      </w:r>
    </w:p>
    <w:p>
      <w:pPr>
        <w:pStyle w:val="Normal"/>
        <w:jc w:val="start"/>
        <w:rPr/>
      </w:pPr>
      <w:r>
        <w:rPr>
          <w:b w:val="false"/>
          <w:sz w:val="28"/>
          <w:lang w:val="zxx"/>
        </w:rPr>
        <w:t>24.9</w:t>
      </w:r>
      <w:r>
        <w:rPr>
          <w:b w:val="false"/>
          <w:sz w:val="28"/>
        </w:rPr>
        <w:t xml:space="preserve"> Пакет конфигурации - </w:t>
      </w:r>
      <w:r>
        <w:rPr>
          <w:b w:val="false"/>
          <w:sz w:val="28"/>
          <w:lang w:val="zxx"/>
        </w:rPr>
        <w:t>UTF-</w:t>
      </w:r>
      <w:r>
        <w:rPr>
          <w:b w:val="false"/>
          <w:sz w:val="28"/>
        </w:rPr>
        <w:t>⁠</w:t>
      </w:r>
      <w:r>
        <w:rPr>
          <w:b w:val="false"/>
          <w:sz w:val="28"/>
          <w:lang w:val="zxx"/>
        </w:rPr>
        <w:t>8</w:t>
      </w:r>
      <w:r>
        <w:rPr>
          <w:b w:val="false"/>
          <w:sz w:val="28"/>
        </w:rPr>
        <w:t xml:space="preserve"> </w:t>
      </w:r>
      <w:r>
        <w:rPr>
          <w:b w:val="false"/>
          <w:sz w:val="28"/>
          <w:lang w:val="zxx"/>
        </w:rPr>
        <w:t>JSON</w:t>
      </w:r>
      <w:r>
        <w:rPr>
          <w:b w:val="false"/>
          <w:sz w:val="28"/>
        </w:rPr>
        <w:t xml:space="preserve"> с обязательными </w:t>
      </w:r>
      <w:r>
        <w:rPr>
          <w:b w:val="false"/>
          <w:sz w:val="28"/>
          <w:lang w:val="zxx"/>
        </w:rPr>
        <w:t>schemaVersion=</w:t>
      </w:r>
      <w:r>
        <w:rPr>
          <w:b w:val="false"/>
          <w:sz w:val="28"/>
        </w:rPr>
        <w:t>"</w:t>
      </w:r>
      <w:r>
        <w:rPr>
          <w:b w:val="false"/>
          <w:sz w:val="28"/>
          <w:lang w:val="zxx"/>
        </w:rPr>
        <w:t>open-</w:t>
      </w:r>
      <w:r>
        <w:rPr>
          <w:b w:val="false"/>
          <w:sz w:val="28"/>
        </w:rPr>
        <w:t>⁠</w:t>
      </w:r>
      <w:r>
        <w:rPr>
          <w:b w:val="false"/>
          <w:sz w:val="28"/>
          <w:lang w:val="zxx"/>
        </w:rPr>
        <w:t>alert-</w:t>
      </w:r>
      <w:r>
        <w:rPr>
          <w:b w:val="false"/>
          <w:sz w:val="28"/>
        </w:rPr>
        <w:t>⁠</w:t>
      </w:r>
      <w:r>
        <w:rPr>
          <w:b w:val="false"/>
          <w:sz w:val="28"/>
          <w:lang w:val="zxx"/>
        </w:rPr>
        <w:t>config/</w:t>
      </w:r>
      <w:r>
        <w:rPr>
          <w:b w:val="false"/>
          <w:sz w:val="28"/>
        </w:rPr>
        <w:t>⁠</w:t>
      </w:r>
      <w:r>
        <w:rPr>
          <w:b w:val="false"/>
          <w:sz w:val="28"/>
          <w:lang w:val="zxx"/>
        </w:rPr>
        <w:t>5</w:t>
      </w:r>
      <w:r>
        <w:rPr>
          <w:b w:val="false"/>
          <w:sz w:val="28"/>
        </w:rPr>
        <w:t xml:space="preserve">", </w:t>
      </w:r>
      <w:r>
        <w:rPr>
          <w:b w:val="false"/>
          <w:sz w:val="28"/>
          <w:lang w:val="zxx"/>
        </w:rPr>
        <w:t>configId</w:t>
      </w:r>
      <w:r>
        <w:rPr>
          <w:b w:val="false"/>
          <w:sz w:val="28"/>
        </w:rPr>
        <w:t xml:space="preserve">, </w:t>
      </w:r>
      <w:r>
        <w:rPr>
          <w:b w:val="false"/>
          <w:sz w:val="28"/>
          <w:lang w:val="zxx"/>
        </w:rPr>
        <w:t>revision</w:t>
      </w:r>
      <w:r>
        <w:rPr>
          <w:b w:val="false"/>
          <w:sz w:val="28"/>
        </w:rPr>
        <w:t xml:space="preserve">, </w:t>
      </w:r>
      <w:r>
        <w:rPr>
          <w:b w:val="false"/>
          <w:sz w:val="28"/>
          <w:lang w:val="zxx"/>
        </w:rPr>
        <w:t>authorId</w:t>
      </w:r>
      <w:r>
        <w:rPr>
          <w:b w:val="false"/>
          <w:sz w:val="28"/>
        </w:rPr>
        <w:t xml:space="preserve">, </w:t>
      </w:r>
      <w:r>
        <w:rPr>
          <w:b w:val="false"/>
          <w:sz w:val="28"/>
          <w:lang w:val="zxx"/>
        </w:rPr>
        <w:t>targets</w:t>
      </w:r>
      <w:r>
        <w:rPr>
          <w:b w:val="false"/>
          <w:sz w:val="28"/>
        </w:rPr>
        <w:t xml:space="preserve">, </w:t>
      </w:r>
      <w:r>
        <w:rPr>
          <w:b w:val="false"/>
          <w:sz w:val="28"/>
          <w:lang w:val="zxx"/>
        </w:rPr>
        <w:t>groups</w:t>
      </w:r>
      <w:r>
        <w:rPr>
          <w:b w:val="false"/>
          <w:sz w:val="28"/>
        </w:rPr>
        <w:t xml:space="preserve">, </w:t>
      </w:r>
      <w:r>
        <w:rPr>
          <w:b w:val="false"/>
          <w:sz w:val="28"/>
          <w:lang w:val="zxx"/>
        </w:rPr>
        <w:t>programs</w:t>
      </w:r>
      <w:r>
        <w:rPr>
          <w:b w:val="false"/>
          <w:sz w:val="28"/>
        </w:rPr>
        <w:t xml:space="preserve">, </w:t>
      </w:r>
      <w:r>
        <w:rPr>
          <w:b w:val="false"/>
          <w:sz w:val="28"/>
          <w:lang w:val="zxx"/>
        </w:rPr>
        <w:t>content</w:t>
      </w:r>
      <w:r>
        <w:rPr>
          <w:b w:val="false"/>
          <w:sz w:val="28"/>
        </w:rPr>
        <w:t xml:space="preserve">, </w:t>
      </w:r>
      <w:r>
        <w:rPr>
          <w:b w:val="false"/>
          <w:sz w:val="28"/>
          <w:lang w:val="zxx"/>
        </w:rPr>
        <w:t>profiles</w:t>
      </w:r>
      <w:r>
        <w:rPr>
          <w:b w:val="false"/>
          <w:sz w:val="28"/>
        </w:rPr>
        <w:t xml:space="preserve">, </w:t>
      </w:r>
      <w:r>
        <w:rPr>
          <w:b w:val="false"/>
          <w:sz w:val="28"/>
          <w:lang w:val="zxx"/>
        </w:rPr>
        <w:t>signalSpecs</w:t>
      </w:r>
      <w:r>
        <w:rPr>
          <w:b w:val="false"/>
          <w:sz w:val="28"/>
        </w:rPr>
        <w:t xml:space="preserve">, </w:t>
      </w:r>
      <w:r>
        <w:rPr>
          <w:b w:val="false"/>
          <w:sz w:val="28"/>
          <w:lang w:val="zxx"/>
        </w:rPr>
        <w:t>controllers</w:t>
      </w:r>
      <w:r>
        <w:rPr>
          <w:b w:val="false"/>
          <w:sz w:val="28"/>
        </w:rPr>
        <w:t xml:space="preserve"> и </w:t>
      </w:r>
      <w:r>
        <w:rPr>
          <w:b w:val="false"/>
          <w:sz w:val="28"/>
          <w:lang w:val="zxx"/>
        </w:rPr>
        <w:t>localRules.</w:t>
      </w:r>
      <w:r>
        <w:rPr>
          <w:b w:val="false"/>
          <w:sz w:val="28"/>
        </w:rPr>
        <w:t xml:space="preserve"> </w:t>
      </w:r>
      <w:r>
        <w:rPr>
          <w:b w:val="false"/>
          <w:sz w:val="28"/>
          <w:lang w:val="zxx"/>
        </w:rPr>
        <w:t>ID</w:t>
      </w:r>
      <w:r>
        <w:rPr>
          <w:b w:val="false"/>
          <w:sz w:val="28"/>
        </w:rPr>
        <w:t xml:space="preserve"> и </w:t>
      </w:r>
      <w:r>
        <w:rPr>
          <w:b w:val="false"/>
          <w:sz w:val="28"/>
          <w:lang w:val="zxx"/>
        </w:rPr>
        <w:t>uint64</w:t>
      </w:r>
      <w:r>
        <w:rPr>
          <w:b w:val="false"/>
          <w:sz w:val="28"/>
        </w:rPr>
        <w:t xml:space="preserve"> представлены строками, повтор ключа запрещен. Для </w:t>
      </w:r>
      <w:r>
        <w:rPr>
          <w:b w:val="false"/>
          <w:sz w:val="28"/>
          <w:lang w:val="zxx"/>
        </w:rPr>
        <w:t>digest</w:t>
      </w:r>
      <w:r>
        <w:rPr>
          <w:b w:val="false"/>
          <w:sz w:val="28"/>
        </w:rPr>
        <w:t xml:space="preserve"> применяется Стрибог-</w:t>
      </w:r>
      <w:r>
        <w:rPr>
          <w:b w:val="false"/>
          <w:sz w:val="28"/>
          <w:lang w:val="zxx"/>
        </w:rPr>
        <w:t>256</w:t>
      </w:r>
      <w:r>
        <w:rPr>
          <w:b w:val="false"/>
          <w:sz w:val="28"/>
        </w:rPr>
        <w:t xml:space="preserve"> от </w:t>
      </w:r>
      <w:r>
        <w:rPr>
          <w:b w:val="false"/>
          <w:sz w:val="28"/>
          <w:lang w:val="zxx"/>
        </w:rPr>
        <w:t>JCS</w:t>
      </w:r>
      <w:r>
        <w:rPr>
          <w:b w:val="false"/>
          <w:sz w:val="28"/>
        </w:rPr>
        <w:t xml:space="preserve"> по </w:t>
      </w:r>
      <w:r>
        <w:rPr>
          <w:b w:val="false"/>
          <w:sz w:val="28"/>
          <w:lang w:val="zxx"/>
        </w:rPr>
        <w:t>RFC</w:t>
      </w:r>
      <w:r>
        <w:rPr>
          <w:b w:val="false"/>
          <w:sz w:val="28"/>
        </w:rPr>
        <w:t xml:space="preserve"> </w:t>
      </w:r>
      <w:r>
        <w:rPr>
          <w:b w:val="false"/>
          <w:sz w:val="28"/>
          <w:lang w:val="zxx"/>
        </w:rPr>
        <w:t>8785</w:t>
      </w:r>
      <w:r>
        <w:rPr>
          <w:b w:val="false"/>
          <w:sz w:val="28"/>
        </w:rPr>
        <w:t xml:space="preserve">; перед канонизацией множества и вложенные коллекции сортируются по правилам схемы </w:t>
      </w:r>
      <w:r>
        <w:rPr>
          <w:b w:val="false"/>
          <w:sz w:val="28"/>
          <w:lang w:val="zxx"/>
        </w:rPr>
        <w:t>open-</w:t>
      </w:r>
      <w:r>
        <w:rPr>
          <w:b w:val="false"/>
          <w:sz w:val="28"/>
        </w:rPr>
        <w:t>⁠</w:t>
      </w:r>
      <w:r>
        <w:rPr>
          <w:b w:val="false"/>
          <w:sz w:val="28"/>
          <w:lang w:val="zxx"/>
        </w:rPr>
        <w:t>alert-</w:t>
      </w:r>
      <w:r>
        <w:rPr>
          <w:b w:val="false"/>
          <w:sz w:val="28"/>
        </w:rPr>
        <w:t>⁠</w:t>
      </w:r>
      <w:r>
        <w:rPr>
          <w:b w:val="false"/>
          <w:sz w:val="28"/>
          <w:lang w:val="zxx"/>
        </w:rPr>
        <w:t>config/</w:t>
      </w:r>
      <w:r>
        <w:rPr>
          <w:b w:val="false"/>
          <w:sz w:val="28"/>
        </w:rPr>
        <w:t>⁠</w:t>
      </w:r>
      <w:r>
        <w:rPr>
          <w:b w:val="false"/>
          <w:sz w:val="28"/>
          <w:lang w:val="zxx"/>
        </w:rPr>
        <w:t>5</w:t>
      </w:r>
      <w:r>
        <w:rPr>
          <w:b w:val="false"/>
          <w:sz w:val="28"/>
        </w:rPr>
        <w:t xml:space="preserve"> ниже; порядок этапов сохраняется. </w:t>
      </w:r>
      <w:r>
        <w:rPr>
          <w:b w:val="false"/>
          <w:sz w:val="28"/>
          <w:lang w:val="zxx"/>
        </w:rPr>
        <w:t>authorId</w:t>
      </w:r>
      <w:r>
        <w:rPr>
          <w:b w:val="false"/>
          <w:sz w:val="28"/>
        </w:rPr>
        <w:t xml:space="preserve"> связывается с аутентифицированным правом изменения области, а не принимается на доверии из файла. Импорт не переносит </w:t>
      </w:r>
      <w:r>
        <w:rPr>
          <w:b w:val="false"/>
          <w:sz w:val="28"/>
          <w:lang w:val="zxx"/>
        </w:rPr>
        <w:t>PSK</w:t>
      </w:r>
      <w:r>
        <w:rPr>
          <w:b w:val="false"/>
          <w:sz w:val="28"/>
        </w:rPr>
        <w:t xml:space="preserve">, </w:t>
      </w:r>
      <w:r>
        <w:rPr>
          <w:b w:val="false"/>
          <w:sz w:val="28"/>
          <w:lang w:val="zxx"/>
        </w:rPr>
        <w:t>deviceId</w:t>
      </w:r>
      <w:r>
        <w:rPr>
          <w:b w:val="false"/>
          <w:sz w:val="28"/>
        </w:rPr>
        <w:t xml:space="preserve">, </w:t>
      </w:r>
      <w:r>
        <w:rPr>
          <w:b w:val="false"/>
          <w:sz w:val="28"/>
          <w:lang w:val="zxx"/>
        </w:rPr>
        <w:t>bootId</w:t>
      </w:r>
      <w:r>
        <w:rPr>
          <w:b w:val="false"/>
          <w:sz w:val="28"/>
        </w:rPr>
        <w:t xml:space="preserve"> или текущие контексты владения.</w:t>
      </w:r>
    </w:p>
    <w:p>
      <w:pPr>
        <w:pStyle w:val="Normal"/>
        <w:jc w:val="both"/>
        <w:rPr/>
      </w:pPr>
      <w:r>
        <w:rPr>
          <w:b w:val="false"/>
          <w:sz w:val="28"/>
          <w:lang w:val="zxx"/>
        </w:rPr>
        <w:t>24.10</w:t>
      </w:r>
      <w:r>
        <w:rPr>
          <w:b w:val="false"/>
          <w:sz w:val="28"/>
        </w:rPr>
        <w:t xml:space="preserve"> Применение нового </w:t>
      </w:r>
      <w:r>
        <w:rPr>
          <w:b w:val="false"/>
          <w:sz w:val="28"/>
          <w:lang w:val="zxx"/>
        </w:rPr>
        <w:t>configRevision</w:t>
      </w:r>
      <w:r>
        <w:rPr>
          <w:b w:val="false"/>
          <w:sz w:val="28"/>
        </w:rPr>
        <w:t xml:space="preserve"> сохраняет состояние эпизода неизменного </w:t>
      </w:r>
      <w:r>
        <w:rPr>
          <w:b w:val="false"/>
          <w:sz w:val="28"/>
          <w:lang w:val="zxx"/>
        </w:rPr>
        <w:t>localRule.id/</w:t>
      </w:r>
      <w:r>
        <w:rPr>
          <w:b w:val="false"/>
          <w:sz w:val="28"/>
        </w:rPr>
        <w:t>​</w:t>
      </w:r>
      <w:r>
        <w:rPr>
          <w:b w:val="false"/>
          <w:sz w:val="28"/>
          <w:lang w:val="zxx"/>
        </w:rPr>
        <w:t>revision.</w:t>
      </w:r>
      <w:r>
        <w:rPr>
          <w:b w:val="false"/>
          <w:sz w:val="28"/>
        </w:rPr>
        <w:t xml:space="preserve"> Смена постороннего параметра не взводит вход заново и не повторяет запуск. Любое изменение самого правила требует увеличения его </w:t>
      </w:r>
      <w:r>
        <w:rPr>
          <w:b w:val="false"/>
          <w:sz w:val="28"/>
          <w:lang w:val="zxx"/>
        </w:rPr>
        <w:t>revision</w:t>
      </w:r>
      <w:r>
        <w:rPr>
          <w:b w:val="false"/>
          <w:sz w:val="28"/>
        </w:rPr>
        <w:t xml:space="preserve">; новый набор проверяется с правами на указанный </w:t>
      </w:r>
      <w:r>
        <w:rPr>
          <w:b w:val="false"/>
          <w:sz w:val="28"/>
          <w:lang w:val="zxx"/>
        </w:rPr>
        <w:t>purpose</w:t>
      </w:r>
      <w:r>
        <w:rPr>
          <w:b w:val="false"/>
          <w:sz w:val="28"/>
        </w:rPr>
        <w:t xml:space="preserve"> до </w:t>
      </w:r>
      <w:r>
        <w:rPr>
          <w:b w:val="false"/>
          <w:sz w:val="28"/>
          <w:lang w:val="zxx"/>
        </w:rPr>
        <w:t>commit.</w:t>
      </w:r>
      <w:r>
        <w:rPr>
          <w:b w:val="false"/>
          <w:sz w:val="28"/>
        </w:rPr>
        <w:t xml:space="preserve"> Для получателя-УУ пакет обязан содержать </w:t>
      </w:r>
      <w:r>
        <w:rPr>
          <w:b w:val="false"/>
          <w:sz w:val="28"/>
          <w:lang w:val="zxx"/>
        </w:rPr>
        <w:t>controller</w:t>
      </w:r>
      <w:r>
        <w:rPr>
          <w:b w:val="false"/>
          <w:sz w:val="28"/>
        </w:rPr>
        <w:t xml:space="preserve"> с собственным </w:t>
      </w:r>
      <w:r>
        <w:rPr>
          <w:b w:val="false"/>
          <w:sz w:val="28"/>
          <w:lang w:val="zxx"/>
        </w:rPr>
        <w:t>deviceId</w:t>
      </w:r>
      <w:r>
        <w:rPr>
          <w:b w:val="false"/>
          <w:sz w:val="28"/>
        </w:rPr>
        <w:t xml:space="preserve"> и его локальные цели; отсутствие собственной политики не заменяется значением по умолчанию.</w:t>
      </w:r>
    </w:p>
    <w:p>
      <w:pPr>
        <w:pStyle w:val="Normal"/>
        <w:jc w:val="start"/>
        <w:rPr/>
      </w:pPr>
      <w:r>
        <w:rPr>
          <w:b w:val="false"/>
          <w:sz w:val="28"/>
          <w:lang w:val="zxx"/>
        </w:rPr>
        <w:t>24.11</w:t>
      </w:r>
      <w:r>
        <w:rPr>
          <w:b w:val="false"/>
          <w:sz w:val="28"/>
        </w:rPr>
        <w:t xml:space="preserve"> </w:t>
      </w:r>
      <w:r>
        <w:rPr>
          <w:b w:val="false"/>
          <w:sz w:val="28"/>
          <w:lang w:val="zxx"/>
        </w:rPr>
        <w:t>open-</w:t>
      </w:r>
      <w:r>
        <w:rPr>
          <w:b w:val="false"/>
          <w:sz w:val="28"/>
        </w:rPr>
        <w:t>⁠</w:t>
      </w:r>
      <w:r>
        <w:rPr>
          <w:b w:val="false"/>
          <w:sz w:val="28"/>
          <w:lang w:val="zxx"/>
        </w:rPr>
        <w:t>alert-</w:t>
      </w:r>
      <w:r>
        <w:rPr>
          <w:b w:val="false"/>
          <w:sz w:val="28"/>
        </w:rPr>
        <w:t>⁠</w:t>
      </w:r>
      <w:r>
        <w:rPr>
          <w:b w:val="false"/>
          <w:sz w:val="28"/>
          <w:lang w:val="zxx"/>
        </w:rPr>
        <w:t>config/</w:t>
      </w:r>
      <w:r>
        <w:rPr>
          <w:b w:val="false"/>
          <w:sz w:val="28"/>
        </w:rPr>
        <w:t>⁠</w:t>
      </w:r>
      <w:r>
        <w:rPr>
          <w:b w:val="false"/>
          <w:sz w:val="28"/>
          <w:lang w:val="zxx"/>
        </w:rPr>
        <w:t>5</w:t>
      </w:r>
      <w:r>
        <w:rPr>
          <w:b w:val="false"/>
          <w:sz w:val="28"/>
        </w:rPr>
        <w:t xml:space="preserve"> содержит обязательные коллекции </w:t>
      </w:r>
      <w:r>
        <w:rPr>
          <w:b w:val="false"/>
          <w:sz w:val="28"/>
          <w:lang w:val="zxx"/>
        </w:rPr>
        <w:t>controllers</w:t>
      </w:r>
      <w:r>
        <w:rPr>
          <w:b w:val="false"/>
          <w:sz w:val="28"/>
        </w:rPr>
        <w:t xml:space="preserve"> и </w:t>
      </w:r>
      <w:r>
        <w:rPr>
          <w:b w:val="false"/>
          <w:sz w:val="28"/>
          <w:lang w:val="zxx"/>
        </w:rPr>
        <w:t>localRules.</w:t>
      </w:r>
      <w:r>
        <w:rPr>
          <w:b w:val="false"/>
          <w:sz w:val="28"/>
        </w:rPr>
        <w:t xml:space="preserve"> </w:t>
      </w:r>
      <w:r>
        <w:rPr>
          <w:b w:val="false"/>
          <w:sz w:val="28"/>
          <w:lang w:val="zxx"/>
        </w:rPr>
        <w:t>controller.id</w:t>
      </w:r>
      <w:r>
        <w:rPr>
          <w:b w:val="false"/>
          <w:sz w:val="28"/>
        </w:rPr>
        <w:t xml:space="preserve"> равен </w:t>
      </w:r>
      <w:r>
        <w:rPr>
          <w:b w:val="false"/>
          <w:sz w:val="28"/>
          <w:lang w:val="zxx"/>
        </w:rPr>
        <w:t>deviceId</w:t>
      </w:r>
      <w:r>
        <w:rPr>
          <w:b w:val="false"/>
          <w:sz w:val="28"/>
        </w:rPr>
        <w:t xml:space="preserve">; каждому </w:t>
      </w:r>
      <w:r>
        <w:rPr>
          <w:b w:val="false"/>
          <w:sz w:val="28"/>
          <w:lang w:val="zxx"/>
        </w:rPr>
        <w:t>deviceId</w:t>
      </w:r>
      <w:r>
        <w:rPr>
          <w:b w:val="false"/>
          <w:sz w:val="28"/>
        </w:rPr>
        <w:t xml:space="preserve"> из </w:t>
      </w:r>
      <w:r>
        <w:rPr>
          <w:b w:val="false"/>
          <w:sz w:val="28"/>
          <w:lang w:val="zxx"/>
        </w:rPr>
        <w:t>targets</w:t>
      </w:r>
      <w:r>
        <w:rPr>
          <w:b w:val="false"/>
          <w:sz w:val="28"/>
        </w:rPr>
        <w:t xml:space="preserve"> соответствует ровно одна запись </w:t>
      </w:r>
      <w:r>
        <w:rPr>
          <w:b w:val="false"/>
          <w:sz w:val="28"/>
          <w:lang w:val="zxx"/>
        </w:rPr>
        <w:t>controllers.</w:t>
      </w:r>
      <w:r>
        <w:rPr>
          <w:b w:val="false"/>
          <w:sz w:val="28"/>
        </w:rPr>
        <w:t xml:space="preserve"> </w:t>
      </w:r>
      <w:r>
        <w:rPr>
          <w:b w:val="false"/>
          <w:sz w:val="28"/>
          <w:lang w:val="zxx"/>
        </w:rPr>
        <w:t>onControlLoss</w:t>
      </w:r>
      <w:r>
        <w:rPr>
          <w:b w:val="false"/>
          <w:sz w:val="28"/>
        </w:rPr>
        <w:t xml:space="preserve"> задает сохраненную политику </w:t>
      </w:r>
      <w:r>
        <w:rPr>
          <w:b w:val="false"/>
          <w:sz w:val="28"/>
          <w:lang w:val="zxx"/>
        </w:rPr>
        <w:t>real-</w:t>
      </w:r>
      <w:r>
        <w:rPr>
          <w:b w:val="false"/>
          <w:sz w:val="28"/>
        </w:rPr>
        <w:t xml:space="preserve">сеансов этого УУ. Для </w:t>
      </w:r>
      <w:r>
        <w:rPr>
          <w:b w:val="false"/>
          <w:sz w:val="28"/>
          <w:lang w:val="zxx"/>
        </w:rPr>
        <w:t>exercise/</w:t>
      </w:r>
      <w:r>
        <w:rPr>
          <w:b w:val="false"/>
          <w:sz w:val="28"/>
        </w:rPr>
        <w:t>​</w:t>
      </w:r>
      <w:r>
        <w:rPr>
          <w:b w:val="false"/>
          <w:sz w:val="28"/>
          <w:lang w:val="zxx"/>
        </w:rPr>
        <w:t>technical</w:t>
      </w:r>
      <w:r>
        <w:rPr>
          <w:b w:val="false"/>
          <w:sz w:val="28"/>
        </w:rPr>
        <w:t xml:space="preserve"> и сетевой речи действует </w:t>
      </w:r>
      <w:r>
        <w:rPr>
          <w:b w:val="false"/>
          <w:sz w:val="28"/>
          <w:lang w:val="zxx"/>
        </w:rPr>
        <w:t>stop</w:t>
      </w:r>
      <w:r>
        <w:rPr>
          <w:b w:val="false"/>
          <w:sz w:val="28"/>
        </w:rPr>
        <w:t xml:space="preserve"> независимо от этой настройки. Пустая </w:t>
      </w:r>
      <w:r>
        <w:rPr>
          <w:b w:val="false"/>
          <w:sz w:val="28"/>
          <w:lang w:val="zxx"/>
        </w:rPr>
        <w:t>localRules</w:t>
      </w:r>
      <w:r>
        <w:rPr>
          <w:b w:val="false"/>
          <w:sz w:val="28"/>
        </w:rPr>
        <w:t xml:space="preserve"> явно отключает локальные запуски; отсутствие любой обязательной коллекции отклоняет пакет. Политики не кодируются произвольными именами </w:t>
      </w:r>
      <w:r>
        <w:rPr>
          <w:b w:val="false"/>
          <w:sz w:val="28"/>
          <w:lang w:val="zxx"/>
        </w:rPr>
        <w:t>profiles.parameters.</w:t>
      </w:r>
    </w:p>
    <w:p>
      <w:pPr>
        <w:pStyle w:val="Normal"/>
        <w:jc w:val="start"/>
        <w:rPr/>
      </w:pPr>
      <w:r>
        <w:rPr>
          <w:b w:val="false"/>
          <w:sz w:val="28"/>
          <w:lang w:val="zxx"/>
        </w:rPr>
        <w:t>24.12</w:t>
      </w:r>
      <w:r>
        <w:rPr>
          <w:b w:val="false"/>
          <w:sz w:val="28"/>
        </w:rPr>
        <w:t xml:space="preserve"> </w:t>
      </w:r>
      <w:r>
        <w:rPr>
          <w:b w:val="false"/>
          <w:sz w:val="28"/>
          <w:lang w:val="zxx"/>
        </w:rPr>
        <w:t>localRule.id</w:t>
      </w:r>
      <w:r>
        <w:rPr>
          <w:b w:val="false"/>
          <w:sz w:val="28"/>
        </w:rPr>
        <w:t xml:space="preserve"> и </w:t>
      </w:r>
      <w:r>
        <w:rPr>
          <w:b w:val="false"/>
          <w:sz w:val="28"/>
          <w:lang w:val="zxx"/>
        </w:rPr>
        <w:t>revision</w:t>
      </w:r>
      <w:r>
        <w:rPr>
          <w:b w:val="false"/>
          <w:sz w:val="28"/>
        </w:rPr>
        <w:t xml:space="preserve"> идентифицируют правило и его редакцию; </w:t>
      </w:r>
      <w:r>
        <w:rPr>
          <w:b w:val="false"/>
          <w:sz w:val="28"/>
          <w:lang w:val="zxx"/>
        </w:rPr>
        <w:t>deviceId/</w:t>
      </w:r>
      <w:r>
        <w:rPr>
          <w:b w:val="false"/>
          <w:sz w:val="28"/>
        </w:rPr>
        <w:t>​</w:t>
      </w:r>
      <w:r>
        <w:rPr>
          <w:b w:val="false"/>
          <w:sz w:val="28"/>
          <w:lang w:val="zxx"/>
        </w:rPr>
        <w:t>inputId</w:t>
      </w:r>
      <w:r>
        <w:rPr>
          <w:b w:val="false"/>
          <w:sz w:val="28"/>
        </w:rPr>
        <w:t xml:space="preserve"> связывают его с существующим физическим </w:t>
      </w:r>
      <w:r>
        <w:rPr>
          <w:b w:val="false"/>
          <w:sz w:val="28"/>
          <w:lang w:val="zxx"/>
        </w:rPr>
        <w:t>bool-</w:t>
      </w:r>
      <w:r>
        <w:rPr>
          <w:b w:val="false"/>
          <w:sz w:val="28"/>
        </w:rPr>
        <w:t xml:space="preserve">входом каталога этого УУ. Для пары </w:t>
      </w:r>
      <w:r>
        <w:rPr>
          <w:b w:val="false"/>
          <w:sz w:val="28"/>
          <w:lang w:val="zxx"/>
        </w:rPr>
        <w:t>deviceId/</w:t>
      </w:r>
      <w:r>
        <w:rPr>
          <w:b w:val="false"/>
          <w:sz w:val="28"/>
        </w:rPr>
        <w:t>​</w:t>
      </w:r>
      <w:r>
        <w:rPr>
          <w:b w:val="false"/>
          <w:sz w:val="28"/>
          <w:lang w:val="zxx"/>
        </w:rPr>
        <w:t>inputId</w:t>
      </w:r>
      <w:r>
        <w:rPr>
          <w:b w:val="false"/>
          <w:sz w:val="28"/>
        </w:rPr>
        <w:t xml:space="preserve"> </w:t>
      </w:r>
      <w:r>
        <w:rPr>
          <w:b w:val="false"/>
          <w:sz w:val="28"/>
          <w:lang w:val="zxx"/>
        </w:rPr>
        <w:t>ДОПУСКАЕТСЯ</w:t>
      </w:r>
      <w:r>
        <w:rPr>
          <w:b w:val="false"/>
          <w:sz w:val="28"/>
        </w:rPr>
        <w:t xml:space="preserve"> одно правило. </w:t>
      </w:r>
      <w:r>
        <w:rPr>
          <w:b w:val="false"/>
          <w:sz w:val="28"/>
          <w:lang w:val="zxx"/>
        </w:rPr>
        <w:t>activeValue</w:t>
      </w:r>
      <w:r>
        <w:rPr>
          <w:b w:val="false"/>
          <w:sz w:val="28"/>
        </w:rPr>
        <w:t xml:space="preserve"> задает активную полярность; </w:t>
      </w:r>
      <w:r>
        <w:rPr>
          <w:b w:val="false"/>
          <w:sz w:val="28"/>
          <w:lang w:val="zxx"/>
        </w:rPr>
        <w:t>trigger=edge|</w:t>
      </w:r>
      <w:r>
        <w:rPr>
          <w:b w:val="false"/>
          <w:sz w:val="28"/>
        </w:rPr>
        <w:t>​</w:t>
      </w:r>
      <w:r>
        <w:rPr>
          <w:b w:val="false"/>
          <w:sz w:val="28"/>
          <w:lang w:val="zxx"/>
        </w:rPr>
        <w:t>level</w:t>
      </w:r>
      <w:r>
        <w:rPr>
          <w:b w:val="false"/>
          <w:sz w:val="28"/>
        </w:rPr>
        <w:t xml:space="preserve"> определяет поведение раздела </w:t>
      </w:r>
      <w:r>
        <w:rPr>
          <w:b w:val="false"/>
          <w:sz w:val="28"/>
          <w:lang w:val="zxx"/>
        </w:rPr>
        <w:t>27.</w:t>
      </w:r>
      <w:r>
        <w:rPr>
          <w:b w:val="false"/>
          <w:sz w:val="28"/>
        </w:rPr>
        <w:t xml:space="preserve"> </w:t>
      </w:r>
      <w:r>
        <w:rPr>
          <w:b w:val="false"/>
          <w:sz w:val="28"/>
          <w:lang w:val="zxx"/>
        </w:rPr>
        <w:t>debounceMs</w:t>
      </w:r>
      <w:r>
        <w:rPr>
          <w:b w:val="false"/>
          <w:sz w:val="28"/>
        </w:rPr>
        <w:t xml:space="preserve"> и </w:t>
      </w:r>
      <w:r>
        <w:rPr>
          <w:b w:val="false"/>
          <w:sz w:val="28"/>
          <w:lang w:val="zxx"/>
        </w:rPr>
        <w:t>rearmMs:</w:t>
      </w:r>
      <w:r>
        <w:rPr>
          <w:b w:val="false"/>
          <w:sz w:val="28"/>
        </w:rPr>
        <w:t xml:space="preserve"> </w:t>
      </w:r>
      <w:r>
        <w:rPr>
          <w:b w:val="false"/>
          <w:sz w:val="28"/>
          <w:lang w:val="zxx"/>
        </w:rPr>
        <w:t>1..60000</w:t>
      </w:r>
      <w:r>
        <w:rPr>
          <w:b w:val="false"/>
          <w:sz w:val="28"/>
        </w:rPr>
        <w:t xml:space="preserve">; </w:t>
      </w:r>
      <w:r>
        <w:rPr>
          <w:b w:val="false"/>
          <w:sz w:val="28"/>
          <w:lang w:val="zxx"/>
        </w:rPr>
        <w:t>programId/</w:t>
      </w:r>
      <w:r>
        <w:rPr>
          <w:b w:val="false"/>
          <w:sz w:val="28"/>
        </w:rPr>
        <w:t>​</w:t>
      </w:r>
      <w:r>
        <w:rPr>
          <w:b w:val="false"/>
          <w:sz w:val="28"/>
          <w:lang w:val="zxx"/>
        </w:rPr>
        <w:t>programRevision</w:t>
      </w:r>
      <w:r>
        <w:rPr>
          <w:b w:val="false"/>
          <w:sz w:val="28"/>
        </w:rPr>
        <w:t xml:space="preserve"> ссылаются на неизменную локальную программу пакета. </w:t>
      </w:r>
      <w:r>
        <w:rPr>
          <w:b w:val="false"/>
          <w:sz w:val="28"/>
          <w:lang w:val="zxx"/>
        </w:rPr>
        <w:t>targetIds:</w:t>
      </w:r>
      <w:r>
        <w:rPr>
          <w:b w:val="false"/>
          <w:sz w:val="28"/>
        </w:rPr>
        <w:t xml:space="preserve"> </w:t>
      </w:r>
      <w:r>
        <w:rPr>
          <w:b w:val="false"/>
          <w:sz w:val="28"/>
          <w:lang w:val="zxx"/>
        </w:rPr>
        <w:t>1..4</w:t>
      </w:r>
      <w:r>
        <w:rPr>
          <w:b w:val="false"/>
          <w:sz w:val="28"/>
        </w:rPr>
        <w:t xml:space="preserve"> различные цели того же </w:t>
      </w:r>
      <w:r>
        <w:rPr>
          <w:b w:val="false"/>
          <w:sz w:val="28"/>
          <w:lang w:val="zxx"/>
        </w:rPr>
        <w:t>deviceId</w:t>
      </w:r>
      <w:r>
        <w:rPr>
          <w:b w:val="false"/>
          <w:sz w:val="28"/>
        </w:rPr>
        <w:t xml:space="preserve">; сеть и цели другого УУ для автономного правила запрещены. </w:t>
      </w:r>
      <w:r>
        <w:rPr>
          <w:b w:val="false"/>
          <w:sz w:val="28"/>
          <w:lang w:val="zxx"/>
        </w:rPr>
        <w:t>purpose=real|</w:t>
      </w:r>
      <w:r>
        <w:rPr>
          <w:b w:val="false"/>
          <w:sz w:val="28"/>
        </w:rPr>
        <w:t>​</w:t>
      </w:r>
      <w:r>
        <w:rPr>
          <w:b w:val="false"/>
          <w:sz w:val="28"/>
          <w:lang w:val="zxx"/>
        </w:rPr>
        <w:t>exercise</w:t>
      </w:r>
      <w:r>
        <w:rPr>
          <w:b w:val="false"/>
          <w:sz w:val="28"/>
        </w:rPr>
        <w:t xml:space="preserve"> требует соответствующего разрешения регистрации источника. </w:t>
      </w:r>
      <w:r>
        <w:rPr>
          <w:b w:val="false"/>
          <w:sz w:val="28"/>
          <w:lang w:val="zxx"/>
        </w:rPr>
        <w:t>maxDurationMs:</w:t>
      </w:r>
      <w:r>
        <w:rPr>
          <w:b w:val="false"/>
          <w:sz w:val="28"/>
        </w:rPr>
        <w:t xml:space="preserve"> </w:t>
      </w:r>
      <w:r>
        <w:rPr>
          <w:b w:val="false"/>
          <w:sz w:val="28"/>
          <w:lang w:val="zxx"/>
        </w:rPr>
        <w:t>100..86400000</w:t>
      </w:r>
      <w:r>
        <w:rPr>
          <w:b w:val="false"/>
          <w:sz w:val="28"/>
        </w:rPr>
        <w:t xml:space="preserve">, для </w:t>
      </w:r>
      <w:r>
        <w:rPr>
          <w:b w:val="false"/>
          <w:sz w:val="28"/>
          <w:lang w:val="zxx"/>
        </w:rPr>
        <w:t>exercise</w:t>
      </w:r>
      <w:r>
        <w:rPr>
          <w:b w:val="false"/>
          <w:sz w:val="28"/>
        </w:rPr>
        <w:t xml:space="preserve"> не более </w:t>
      </w:r>
      <w:r>
        <w:rPr>
          <w:b w:val="false"/>
          <w:sz w:val="28"/>
          <w:lang w:val="zxx"/>
        </w:rPr>
        <w:t>1080000</w:t>
      </w:r>
      <w:r>
        <w:rPr>
          <w:b w:val="false"/>
          <w:sz w:val="28"/>
        </w:rPr>
        <w:t xml:space="preserve"> с выполнением правил допуска длительных учений; это полный срок вместе с подготовкой и паузами. Допустимость программы, наличие локального контента и физические границы остановки проверяются до </w:t>
      </w:r>
      <w:r>
        <w:rPr>
          <w:b w:val="false"/>
          <w:sz w:val="28"/>
          <w:lang w:val="zxx"/>
        </w:rPr>
        <w:t>commit.</w:t>
      </w:r>
      <w:r>
        <w:rPr>
          <w:b w:val="false"/>
          <w:sz w:val="28"/>
        </w:rPr>
        <w:t xml:space="preserve"> Неизвестный вход, неподтвержденная привязка, отсутствующая редакция или недостаточные полномочия отклоняют весь пакет.</w:t>
      </w:r>
    </w:p>
    <w:p>
      <w:pPr>
        <w:pStyle w:val="Normal"/>
        <w:jc w:val="both"/>
        <w:rPr/>
      </w:pPr>
      <w:r>
        <w:rPr>
          <w:b w:val="false"/>
          <w:sz w:val="28"/>
          <w:lang w:val="zxx"/>
        </w:rPr>
        <w:t>24.13</w:t>
      </w:r>
      <w:r>
        <w:rPr>
          <w:b w:val="false"/>
          <w:sz w:val="28"/>
        </w:rPr>
        <w:t xml:space="preserve"> </w:t>
      </w:r>
      <w:r>
        <w:rPr>
          <w:b w:val="false"/>
          <w:sz w:val="28"/>
          <w:lang w:val="zxx"/>
        </w:rPr>
        <w:t>controllers</w:t>
      </w:r>
      <w:r>
        <w:rPr>
          <w:b w:val="false"/>
          <w:sz w:val="28"/>
        </w:rPr>
        <w:t xml:space="preserve"> сортируются по </w:t>
      </w:r>
      <w:r>
        <w:rPr>
          <w:b w:val="false"/>
          <w:sz w:val="28"/>
          <w:lang w:val="zxx"/>
        </w:rPr>
        <w:t>id</w:t>
      </w:r>
      <w:r>
        <w:rPr>
          <w:b w:val="false"/>
          <w:sz w:val="28"/>
        </w:rPr>
        <w:t xml:space="preserve">, </w:t>
      </w:r>
      <w:r>
        <w:rPr>
          <w:b w:val="false"/>
          <w:sz w:val="28"/>
          <w:lang w:val="zxx"/>
        </w:rPr>
        <w:t>localRules</w:t>
      </w:r>
      <w:r>
        <w:rPr>
          <w:b w:val="false"/>
          <w:sz w:val="28"/>
        </w:rPr>
        <w:t xml:space="preserve"> по </w:t>
      </w:r>
      <w:r>
        <w:rPr>
          <w:b w:val="false"/>
          <w:sz w:val="28"/>
          <w:lang w:val="zxx"/>
        </w:rPr>
        <w:t>id</w:t>
      </w:r>
      <w:r>
        <w:rPr>
          <w:b w:val="false"/>
          <w:sz w:val="28"/>
        </w:rPr>
        <w:t xml:space="preserve">, </w:t>
      </w:r>
      <w:r>
        <w:rPr>
          <w:b w:val="false"/>
          <w:sz w:val="28"/>
          <w:lang w:val="zxx"/>
        </w:rPr>
        <w:t>localRule.targetIds</w:t>
      </w:r>
      <w:r>
        <w:rPr>
          <w:b w:val="false"/>
          <w:sz w:val="28"/>
        </w:rPr>
        <w:t xml:space="preserve"> по строке </w:t>
      </w:r>
      <w:r>
        <w:rPr>
          <w:b w:val="false"/>
          <w:sz w:val="28"/>
          <w:lang w:val="zxx"/>
        </w:rPr>
        <w:t>ID</w:t>
      </w:r>
      <w:r>
        <w:rPr>
          <w:b w:val="false"/>
          <w:sz w:val="28"/>
        </w:rPr>
        <w:t xml:space="preserve">; повтор запрещен. Смена конфигурации не является фронтом входа. Новое или измененное правило </w:t>
      </w:r>
      <w:r>
        <w:rPr>
          <w:b w:val="false"/>
          <w:sz w:val="28"/>
          <w:lang w:val="zxx"/>
        </w:rPr>
        <w:t>edge</w:t>
      </w:r>
      <w:r>
        <w:rPr>
          <w:b w:val="false"/>
          <w:sz w:val="28"/>
        </w:rPr>
        <w:t xml:space="preserve"> сначала ожидает устойчивой неактивности; </w:t>
      </w:r>
      <w:r>
        <w:rPr>
          <w:b w:val="false"/>
          <w:sz w:val="28"/>
          <w:lang w:val="zxx"/>
        </w:rPr>
        <w:t>level</w:t>
      </w:r>
      <w:r>
        <w:rPr>
          <w:b w:val="false"/>
          <w:sz w:val="28"/>
        </w:rPr>
        <w:t xml:space="preserve"> получает новое наблюдение после атомарного применения конфигурации. Изменение или удаление правила с выполняющимся либо неопределенным сеансом запрещено. Пакет атомарно сохраняет политику потери управления и весь набор локальных правил вместе с </w:t>
      </w:r>
      <w:r>
        <w:rPr>
          <w:b w:val="false"/>
          <w:sz w:val="28"/>
          <w:lang w:val="zxx"/>
        </w:rPr>
        <w:t>configRevision.</w:t>
      </w:r>
    </w:p>
    <w:p>
      <w:pPr>
        <w:pStyle w:val="2"/>
        <w:rPr/>
      </w:pPr>
      <w:r>
        <w:rPr/>
        <w:t>Закрытая схема конфигурации open-alert-config/5</w:t>
      </w:r>
    </w:p>
    <w:p>
      <w:pPr>
        <w:pStyle w:val="Normal"/>
        <w:jc w:val="both"/>
        <w:rPr/>
      </w:pPr>
      <w:r>
        <w:rPr>
          <w:b w:val="false"/>
          <w:sz w:val="28"/>
          <w:lang w:val="zxx"/>
        </w:rPr>
        <w:t>24.14</w:t>
      </w:r>
      <w:r>
        <w:rPr>
          <w:b w:val="false"/>
          <w:sz w:val="28"/>
        </w:rPr>
        <w:t xml:space="preserve"> </w:t>
      </w:r>
      <w:r>
        <w:rPr>
          <w:b w:val="false"/>
          <w:sz w:val="28"/>
          <w:lang w:val="zxx"/>
        </w:rPr>
        <w:t>config-</w:t>
      </w:r>
      <w:r>
        <w:rPr>
          <w:b w:val="false"/>
          <w:sz w:val="28"/>
        </w:rPr>
        <w:t>⁠</w:t>
      </w:r>
      <w:r>
        <w:rPr>
          <w:b w:val="false"/>
          <w:sz w:val="28"/>
          <w:lang w:val="zxx"/>
        </w:rPr>
        <w:t>schema-</w:t>
      </w:r>
      <w:r>
        <w:rPr>
          <w:b w:val="false"/>
          <w:sz w:val="28"/>
        </w:rPr>
        <w:t>⁠</w:t>
      </w:r>
      <w:r>
        <w:rPr>
          <w:b w:val="false"/>
          <w:sz w:val="28"/>
          <w:lang w:val="zxx"/>
        </w:rPr>
        <w:t>0.21.json</w:t>
      </w:r>
      <w:r>
        <w:rPr>
          <w:b w:val="false"/>
          <w:sz w:val="28"/>
        </w:rPr>
        <w:t xml:space="preserve"> является нормативной </w:t>
      </w:r>
      <w:r>
        <w:rPr>
          <w:b w:val="false"/>
          <w:sz w:val="28"/>
          <w:lang w:val="zxx"/>
        </w:rPr>
        <w:t>JSON</w:t>
      </w:r>
      <w:r>
        <w:rPr>
          <w:b w:val="false"/>
          <w:sz w:val="28"/>
        </w:rPr>
        <w:t xml:space="preserve"> </w:t>
      </w:r>
      <w:r>
        <w:rPr>
          <w:b w:val="false"/>
          <w:sz w:val="28"/>
          <w:lang w:val="zxx"/>
        </w:rPr>
        <w:t>Schema</w:t>
      </w:r>
      <w:r>
        <w:rPr>
          <w:b w:val="false"/>
          <w:sz w:val="28"/>
        </w:rPr>
        <w:t xml:space="preserve"> </w:t>
      </w:r>
      <w:r>
        <w:rPr>
          <w:b w:val="false"/>
          <w:sz w:val="28"/>
          <w:lang w:val="zxx"/>
        </w:rPr>
        <w:t>Draft</w:t>
      </w:r>
      <w:r>
        <w:rPr>
          <w:b w:val="false"/>
          <w:sz w:val="28"/>
        </w:rPr>
        <w:t xml:space="preserve"> </w:t>
      </w:r>
      <w:r>
        <w:rPr>
          <w:b w:val="false"/>
          <w:sz w:val="28"/>
          <w:lang w:val="zxx"/>
        </w:rPr>
        <w:t>2020-</w:t>
      </w:r>
      <w:r>
        <w:rPr>
          <w:b w:val="false"/>
          <w:sz w:val="28"/>
        </w:rPr>
        <w:t>⁠</w:t>
      </w:r>
      <w:r>
        <w:rPr>
          <w:b w:val="false"/>
          <w:sz w:val="28"/>
          <w:lang w:val="zxx"/>
        </w:rPr>
        <w:t>12.</w:t>
      </w:r>
      <w:r>
        <w:rPr>
          <w:b w:val="false"/>
          <w:sz w:val="28"/>
        </w:rPr>
        <w:t xml:space="preserve"> Все объекты закрыты: неизвестное поле, </w:t>
      </w:r>
      <w:r>
        <w:rPr>
          <w:b w:val="false"/>
          <w:sz w:val="28"/>
          <w:lang w:val="zxx"/>
        </w:rPr>
        <w:t>null</w:t>
      </w:r>
      <w:r>
        <w:rPr>
          <w:b w:val="false"/>
          <w:sz w:val="28"/>
        </w:rPr>
        <w:t xml:space="preserve"> вместо значения, повтор ключа, неканоническое число или превышение </w:t>
      </w:r>
      <w:r>
        <w:rPr>
          <w:b w:val="false"/>
          <w:sz w:val="28"/>
          <w:lang w:val="zxx"/>
        </w:rPr>
        <w:t>uint64</w:t>
      </w:r>
      <w:r>
        <w:rPr>
          <w:b w:val="false"/>
          <w:sz w:val="28"/>
        </w:rPr>
        <w:t xml:space="preserve"> отклоняет весь пакет до </w:t>
      </w:r>
      <w:r>
        <w:rPr>
          <w:b w:val="false"/>
          <w:sz w:val="28"/>
          <w:lang w:val="zxx"/>
        </w:rPr>
        <w:t>stage.</w:t>
      </w:r>
      <w:r>
        <w:rPr>
          <w:b w:val="false"/>
          <w:sz w:val="28"/>
        </w:rPr>
        <w:t xml:space="preserve"> Строки без </w:t>
      </w:r>
      <w:r>
        <w:rPr>
          <w:b w:val="false"/>
          <w:sz w:val="28"/>
          <w:lang w:val="zxx"/>
        </w:rPr>
        <w:t>Unicode-</w:t>
      </w:r>
      <w:r>
        <w:rPr>
          <w:b w:val="false"/>
          <w:sz w:val="28"/>
        </w:rPr>
        <w:t xml:space="preserve">нормализации, предел текстового значения </w:t>
      </w:r>
      <w:r>
        <w:rPr>
          <w:b w:val="false"/>
          <w:sz w:val="28"/>
          <w:lang w:val="zxx"/>
        </w:rPr>
        <w:t>128</w:t>
      </w:r>
      <w:r>
        <w:rPr>
          <w:b w:val="false"/>
          <w:sz w:val="28"/>
        </w:rPr>
        <w:t xml:space="preserve"> байт </w:t>
      </w:r>
      <w:r>
        <w:rPr>
          <w:b w:val="false"/>
          <w:sz w:val="28"/>
          <w:lang w:val="zxx"/>
        </w:rPr>
        <w:t>UTF-</w:t>
      </w:r>
      <w:r>
        <w:rPr>
          <w:b w:val="false"/>
          <w:sz w:val="28"/>
        </w:rPr>
        <w:t>⁠</w:t>
      </w:r>
      <w:r>
        <w:rPr>
          <w:b w:val="false"/>
          <w:sz w:val="28"/>
          <w:lang w:val="zxx"/>
        </w:rPr>
        <w:t>8</w:t>
      </w:r>
      <w:r>
        <w:rPr>
          <w:b w:val="false"/>
          <w:sz w:val="28"/>
        </w:rPr>
        <w:t xml:space="preserve">; </w:t>
      </w:r>
      <w:r>
        <w:rPr>
          <w:b w:val="false"/>
          <w:sz w:val="28"/>
          <w:lang w:val="zxx"/>
        </w:rPr>
        <w:t>ID/</w:t>
      </w:r>
      <w:r>
        <w:rPr>
          <w:b w:val="false"/>
          <w:sz w:val="28"/>
        </w:rPr>
        <w:t>​</w:t>
      </w:r>
      <w:r>
        <w:rPr>
          <w:b w:val="false"/>
          <w:sz w:val="28"/>
          <w:lang w:val="zxx"/>
        </w:rPr>
        <w:t>token</w:t>
      </w:r>
      <w:r>
        <w:rPr>
          <w:b w:val="false"/>
          <w:sz w:val="28"/>
        </w:rPr>
        <w:t xml:space="preserve"> и максимальные количества заданы схемой. Пакет не более </w:t>
      </w:r>
      <w:r>
        <w:rPr>
          <w:b w:val="false"/>
          <w:sz w:val="28"/>
          <w:lang w:val="zxx"/>
        </w:rPr>
        <w:t>1048576</w:t>
      </w:r>
      <w:r>
        <w:rPr>
          <w:b w:val="false"/>
          <w:sz w:val="28"/>
        </w:rPr>
        <w:t xml:space="preserve"> байт после нормализации и </w:t>
      </w:r>
      <w:r>
        <w:rPr>
          <w:b w:val="false"/>
          <w:sz w:val="28"/>
          <w:lang w:val="zxx"/>
        </w:rPr>
        <w:t>JCS.</w:t>
      </w:r>
      <w:r>
        <w:rPr>
          <w:b w:val="false"/>
          <w:sz w:val="28"/>
        </w:rPr>
        <w:t xml:space="preserve"> Пределы </w:t>
      </w:r>
      <w:r>
        <w:rPr>
          <w:b w:val="false"/>
          <w:sz w:val="28"/>
          <w:lang w:val="zxx"/>
        </w:rPr>
        <w:t>maxItems</w:t>
      </w:r>
      <w:r>
        <w:rPr>
          <w:b w:val="false"/>
          <w:sz w:val="28"/>
        </w:rPr>
        <w:t xml:space="preserve"> каждой коллекции и общего размера действуют одновременно: их произведение не является обещанной емкостью одного пакета. Набор с допустимыми размерами отдельных коллекций, но превышающий общий размер, недопустим. Автор вычисляет точную длину </w:t>
      </w:r>
      <w:r>
        <w:rPr>
          <w:b w:val="false"/>
          <w:sz w:val="28"/>
          <w:lang w:val="zxx"/>
        </w:rPr>
        <w:t>JCS</w:t>
      </w:r>
      <w:r>
        <w:rPr>
          <w:b w:val="false"/>
          <w:sz w:val="28"/>
        </w:rPr>
        <w:t xml:space="preserve"> до передачи; </w:t>
      </w:r>
      <w:r>
        <w:rPr>
          <w:b w:val="false"/>
          <w:sz w:val="28"/>
          <w:lang w:val="zxx"/>
        </w:rPr>
        <w:t>config.stage</w:t>
      </w:r>
      <w:r>
        <w:rPr>
          <w:b w:val="false"/>
          <w:sz w:val="28"/>
        </w:rPr>
        <w:t xml:space="preserve"> с </w:t>
      </w:r>
      <w:r>
        <w:rPr>
          <w:b w:val="false"/>
          <w:sz w:val="28"/>
          <w:lang w:val="zxx"/>
        </w:rPr>
        <w:t>bytes</w:t>
      </w:r>
      <w:r>
        <w:rPr>
          <w:b w:val="false"/>
          <w:sz w:val="28"/>
        </w:rPr>
        <w:t xml:space="preserve"> выше предела получает </w:t>
      </w:r>
      <w:r>
        <w:rPr>
          <w:b w:val="false"/>
          <w:sz w:val="28"/>
          <w:lang w:val="zxx"/>
        </w:rPr>
        <w:t>invalidArgument</w:t>
      </w:r>
      <w:r>
        <w:rPr>
          <w:b w:val="false"/>
          <w:sz w:val="28"/>
        </w:rPr>
        <w:t xml:space="preserve"> до выделения </w:t>
      </w:r>
      <w:r>
        <w:rPr>
          <w:b w:val="false"/>
          <w:sz w:val="28"/>
          <w:lang w:val="zxx"/>
        </w:rPr>
        <w:t>staging.</w:t>
      </w:r>
      <w:r>
        <w:rPr>
          <w:b w:val="false"/>
          <w:sz w:val="28"/>
        </w:rPr>
        <w:t xml:space="preserve"> Общий пакет не разбивается на независимые частичные </w:t>
      </w:r>
      <w:r>
        <w:rPr>
          <w:b w:val="false"/>
          <w:sz w:val="28"/>
          <w:lang w:val="zxx"/>
        </w:rPr>
        <w:t>commit.</w:t>
      </w:r>
      <w:r>
        <w:rPr>
          <w:b w:val="false"/>
          <w:sz w:val="28"/>
        </w:rPr>
        <w:t xml:space="preserve"> Машинный параметр </w:t>
      </w:r>
      <w:r>
        <w:rPr>
          <w:b w:val="false"/>
          <w:sz w:val="28"/>
          <w:lang w:val="zxx"/>
        </w:rPr>
        <w:t>x-</w:t>
      </w:r>
      <w:r>
        <w:rPr>
          <w:b w:val="false"/>
          <w:sz w:val="28"/>
        </w:rPr>
        <w:t>⁠</w:t>
      </w:r>
      <w:r>
        <w:rPr>
          <w:b w:val="false"/>
          <w:sz w:val="28"/>
          <w:lang w:val="zxx"/>
        </w:rPr>
        <w:t>maxJcsBytes</w:t>
      </w:r>
      <w:r>
        <w:rPr>
          <w:b w:val="false"/>
          <w:sz w:val="28"/>
        </w:rPr>
        <w:t xml:space="preserve"> требует отдельной проверки длины канонических байтов, поскольку стандарт </w:t>
      </w:r>
      <w:r>
        <w:rPr>
          <w:b w:val="false"/>
          <w:sz w:val="28"/>
          <w:lang w:val="zxx"/>
        </w:rPr>
        <w:t>JSON</w:t>
      </w:r>
      <w:r>
        <w:rPr>
          <w:b w:val="false"/>
          <w:sz w:val="28"/>
        </w:rPr>
        <w:t xml:space="preserve"> </w:t>
      </w:r>
      <w:r>
        <w:rPr>
          <w:b w:val="false"/>
          <w:sz w:val="28"/>
          <w:lang w:val="zxx"/>
        </w:rPr>
        <w:t>Schema</w:t>
      </w:r>
      <w:r>
        <w:rPr>
          <w:b w:val="false"/>
          <w:sz w:val="28"/>
        </w:rPr>
        <w:t xml:space="preserve"> не измеряет сериализованный размер. Отдельная машинная схема и таблицы полей описывают один формат.</w:t>
      </w:r>
    </w:p>
    <w:p>
      <w:pPr>
        <w:pStyle w:val="Normal"/>
        <w:jc w:val="both"/>
        <w:rPr/>
      </w:pPr>
      <w:r>
        <w:rPr>
          <w:b w:val="false"/>
          <w:sz w:val="28"/>
          <w:lang w:val="zxx"/>
        </w:rPr>
        <w:t>24.15</w:t>
      </w:r>
      <w:r>
        <w:rPr>
          <w:b w:val="false"/>
          <w:sz w:val="28"/>
        </w:rPr>
        <w:t xml:space="preserve"> В таблицах каждое поле занимает отдельную строку. Знак ? после имени обозначает необязательное поле; остальные поля обязательны. Варианты объекта приведены отдельно. Целые в строке передаются в канонической десятичной записи; обе границы диапазона включены. Предел в байтах </w:t>
      </w:r>
      <w:r>
        <w:rPr>
          <w:b w:val="false"/>
          <w:sz w:val="28"/>
          <w:lang w:val="zxx"/>
        </w:rPr>
        <w:t>UTF-</w:t>
      </w:r>
      <w:r>
        <w:rPr>
          <w:b w:val="false"/>
          <w:sz w:val="28"/>
        </w:rPr>
        <w:t>⁠</w:t>
      </w:r>
      <w:r>
        <w:rPr>
          <w:b w:val="false"/>
          <w:sz w:val="28"/>
          <w:lang w:val="zxx"/>
        </w:rPr>
        <w:t>8</w:t>
      </w:r>
      <w:r>
        <w:rPr>
          <w:b w:val="false"/>
          <w:sz w:val="28"/>
        </w:rPr>
        <w:t xml:space="preserve"> применяется к декодированному значению; непарные суррогаты ЗАПРЕЩЕНЫ. Для массива указаны минимальное и максимальное количество элементов и тип элемента. Дополнительные межполевые условия приведены в правилах соответствующего профиля.</w:t>
      </w:r>
    </w:p>
    <w:p>
      <w:pPr>
        <w:pStyle w:val="Normal"/>
        <w:keepNext w:val="true"/>
        <w:ind w:hanging="0"/>
        <w:jc w:val="start"/>
        <w:rPr/>
      </w:pPr>
      <w:r>
        <w:rPr>
          <w:b w:val="false"/>
          <w:sz w:val="24"/>
        </w:rPr>
        <w:t xml:space="preserve">Таблица </w:t>
      </w:r>
      <w:r>
        <w:rPr>
          <w:b w:val="false"/>
          <w:sz w:val="24"/>
          <w:lang w:val="zxx"/>
        </w:rPr>
        <w:t>51</w:t>
      </w:r>
      <w:r>
        <w:rPr>
          <w:b w:val="false"/>
          <w:sz w:val="24"/>
        </w:rPr>
        <w:t xml:space="preserve"> - Объект </w:t>
      </w:r>
      <w:r>
        <w:rPr>
          <w:b w:val="false"/>
          <w:sz w:val="24"/>
          <w:lang w:val="zxx"/>
        </w:rPr>
        <w:t>root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schemaVersion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open-</w:t>
            </w:r>
            <w:r>
              <w:rPr>
                <w:rFonts w:eastAsia="ＭＳ 明朝" w:cs=""/>
                <w:b w:val="false"/>
                <w:kern w:val="0"/>
                <w:sz w:val="28"/>
                <w:szCs w:val="22"/>
                <w:lang w:eastAsia="en-US" w:bidi="ar-SA"/>
              </w:rPr>
              <w:t>⁠</w:t>
            </w:r>
            <w:r>
              <w:rPr>
                <w:rFonts w:eastAsia="ＭＳ 明朝" w:cs=""/>
                <w:b w:val="false"/>
                <w:kern w:val="0"/>
                <w:sz w:val="28"/>
                <w:szCs w:val="22"/>
                <w:lang w:val="zxx" w:eastAsia="en-US" w:bidi="ar-SA"/>
              </w:rPr>
              <w:t>alert-</w:t>
            </w:r>
            <w:r>
              <w:rPr>
                <w:rFonts w:eastAsia="ＭＳ 明朝" w:cs=""/>
                <w:b w:val="false"/>
                <w:kern w:val="0"/>
                <w:sz w:val="28"/>
                <w:szCs w:val="22"/>
                <w:lang w:eastAsia="en-US" w:bidi="ar-SA"/>
              </w:rPr>
              <w:t>⁠</w:t>
            </w:r>
            <w:r>
              <w:rPr>
                <w:rFonts w:eastAsia="ＭＳ 明朝" w:cs=""/>
                <w:b w:val="false"/>
                <w:kern w:val="0"/>
                <w:sz w:val="28"/>
                <w:szCs w:val="22"/>
                <w:lang w:val="zxx" w:eastAsia="en-US" w:bidi="ar-SA"/>
              </w:rPr>
              <w:t>config/</w:t>
            </w:r>
            <w:r>
              <w:rPr>
                <w:rFonts w:eastAsia="ＭＳ 明朝" w:cs=""/>
                <w:b w:val="false"/>
                <w:kern w:val="0"/>
                <w:sz w:val="28"/>
                <w:szCs w:val="22"/>
                <w:lang w:eastAsia="en-US" w:bidi="ar-SA"/>
              </w:rPr>
              <w:t>⁠</w:t>
            </w:r>
            <w:r>
              <w:rPr>
                <w:rFonts w:eastAsia="ＭＳ 明朝" w:cs=""/>
                <w:b w:val="false"/>
                <w:kern w:val="0"/>
                <w:sz w:val="28"/>
                <w:szCs w:val="22"/>
                <w:lang w:val="zxx" w:eastAsia="en-US" w:bidi="ar-SA"/>
              </w:rPr>
              <w:t>5</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configId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authorId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0..256:</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target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groups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0..128:</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group</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programs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0..128:</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program</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content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0..256:</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content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profiles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0..256:</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profile</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signalSpecs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0..256:</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signalSpec</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mediaGroups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0..128:</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mediaGroup</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controllers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0..256:</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controller</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localRules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0..128:</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localRule</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52</w:t>
      </w:r>
      <w:r>
        <w:rPr>
          <w:b w:val="false"/>
          <w:sz w:val="24"/>
        </w:rPr>
        <w:t xml:space="preserve"> - Объект </w:t>
      </w:r>
      <w:r>
        <w:rPr>
          <w:b w:val="false"/>
          <w:sz w:val="24"/>
          <w:lang w:val="zxx"/>
        </w:rPr>
        <w:t>mediaGroup</w:t>
      </w:r>
      <w:r>
        <w:rPr>
          <w:b w:val="false"/>
          <w:sz w:val="24"/>
        </w:rPr>
        <w:t xml:space="preserve"> — </w:t>
      </w:r>
      <w:r>
        <w:rPr>
          <w:b w:val="false"/>
          <w:sz w:val="24"/>
          <w:lang w:val="zxx"/>
        </w:rPr>
        <w:t>security=</w:t>
      </w:r>
      <w:r>
        <w:rPr>
          <w:b w:val="false"/>
          <w:sz w:val="24"/>
        </w:rPr>
        <w:t>"</w:t>
      </w:r>
      <w:r>
        <w:rPr>
          <w:b w:val="false"/>
          <w:sz w:val="24"/>
          <w:lang w:val="zxx"/>
        </w:rPr>
        <w:t>tls</w:t>
      </w:r>
      <w:r>
        <w:rPr>
          <w:b w:val="false"/>
          <w:sz w:val="24"/>
        </w:rPr>
        <w: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deviceId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sourcePrincipalId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security</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tls</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sourceAddress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адрес </w:t>
            </w:r>
            <w:r>
              <w:rPr>
                <w:rFonts w:eastAsia="ＭＳ 明朝" w:cs=""/>
                <w:b w:val="false"/>
                <w:kern w:val="0"/>
                <w:sz w:val="28"/>
                <w:szCs w:val="22"/>
                <w:lang w:val="zxx" w:eastAsia="en-US" w:bidi="ar-SA"/>
              </w:rPr>
              <w:t>IPv4</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sourcePort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1..65535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groupAddress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адрес </w:t>
            </w:r>
            <w:r>
              <w:rPr>
                <w:rFonts w:eastAsia="ＭＳ 明朝" w:cs=""/>
                <w:b w:val="false"/>
                <w:kern w:val="0"/>
                <w:sz w:val="28"/>
                <w:szCs w:val="22"/>
                <w:lang w:val="zxx" w:eastAsia="en-US" w:bidi="ar-SA"/>
              </w:rPr>
              <w:t>IPv4</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destinationPort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1..65535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ttl</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1..255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sourceKeyId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publicX</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64</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publicY</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64</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resources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1..4:</w:t>
            </w:r>
            <w:r>
              <w:rPr>
                <w:rFonts w:eastAsia="ＭＳ 明朝" w:cs=""/>
                <w:b w:val="false"/>
                <w:kern w:val="0"/>
                <w:sz w:val="28"/>
                <w:szCs w:val="22"/>
                <w:lang w:eastAsia="en-US" w:bidi="ar-SA"/>
              </w:rPr>
              <w:t xml:space="preserve"> Объект </w:t>
            </w:r>
            <w:r>
              <w:rPr>
                <w:rFonts w:eastAsia="ＭＳ 明朝" w:cs=""/>
                <w:b w:val="false"/>
                <w:kern w:val="0"/>
                <w:sz w:val="28"/>
                <w:szCs w:val="22"/>
                <w:lang w:val="zxx" w:eastAsia="en-US" w:bidi="ar-SA"/>
              </w:rPr>
              <w:t>mediaGroup.resources</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53</w:t>
      </w:r>
      <w:r>
        <w:rPr>
          <w:b w:val="false"/>
          <w:sz w:val="24"/>
        </w:rPr>
        <w:t xml:space="preserve"> - Объект </w:t>
      </w:r>
      <w:r>
        <w:rPr>
          <w:b w:val="false"/>
          <w:sz w:val="24"/>
          <w:lang w:val="zxx"/>
        </w:rPr>
        <w:t>mediaGroup</w:t>
      </w:r>
      <w:r>
        <w:rPr>
          <w:b w:val="false"/>
          <w:sz w:val="24"/>
        </w:rPr>
        <w:t xml:space="preserve"> — </w:t>
      </w:r>
      <w:r>
        <w:rPr>
          <w:b w:val="false"/>
          <w:sz w:val="24"/>
          <w:lang w:val="zxx"/>
        </w:rPr>
        <w:t>security=</w:t>
      </w:r>
      <w:r>
        <w:rPr>
          <w:b w:val="false"/>
          <w:sz w:val="24"/>
        </w:rPr>
        <w:t>"</w:t>
      </w:r>
      <w:r>
        <w:rPr>
          <w:b w:val="false"/>
          <w:sz w:val="24"/>
          <w:lang w:val="zxx"/>
        </w:rPr>
        <w:t>plain</w:t>
      </w:r>
      <w:r>
        <w:rPr>
          <w:b w:val="false"/>
          <w:sz w:val="24"/>
        </w:rPr>
        <w: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deviceId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sourcePrincipalId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security</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plain</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sourceAddress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адрес </w:t>
            </w:r>
            <w:r>
              <w:rPr>
                <w:rFonts w:eastAsia="ＭＳ 明朝" w:cs=""/>
                <w:b w:val="false"/>
                <w:kern w:val="0"/>
                <w:sz w:val="28"/>
                <w:szCs w:val="22"/>
                <w:lang w:val="zxx" w:eastAsia="en-US" w:bidi="ar-SA"/>
              </w:rPr>
              <w:t>IPv4</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sourcePort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1..65535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groupAddress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адрес </w:t>
            </w:r>
            <w:r>
              <w:rPr>
                <w:rFonts w:eastAsia="ＭＳ 明朝" w:cs=""/>
                <w:b w:val="false"/>
                <w:kern w:val="0"/>
                <w:sz w:val="28"/>
                <w:szCs w:val="22"/>
                <w:lang w:val="zxx" w:eastAsia="en-US" w:bidi="ar-SA"/>
              </w:rPr>
              <w:t>IPv4</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destinationPort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1..65535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ttl</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1..255</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resources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1..4:</w:t>
            </w:r>
            <w:r>
              <w:rPr>
                <w:rFonts w:eastAsia="ＭＳ 明朝" w:cs=""/>
                <w:b w:val="false"/>
                <w:kern w:val="0"/>
                <w:sz w:val="28"/>
                <w:szCs w:val="22"/>
                <w:lang w:eastAsia="en-US" w:bidi="ar-SA"/>
              </w:rPr>
              <w:t xml:space="preserve"> Объект </w:t>
            </w:r>
            <w:r>
              <w:rPr>
                <w:rFonts w:eastAsia="ＭＳ 明朝" w:cs=""/>
                <w:b w:val="false"/>
                <w:kern w:val="0"/>
                <w:sz w:val="28"/>
                <w:szCs w:val="22"/>
                <w:lang w:val="zxx" w:eastAsia="en-US" w:bidi="ar-SA"/>
              </w:rPr>
              <w:t>mediaGroup.resources</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54</w:t>
      </w:r>
      <w:r>
        <w:rPr>
          <w:b w:val="false"/>
          <w:sz w:val="24"/>
        </w:rPr>
        <w:t xml:space="preserve"> - Объект </w:t>
      </w:r>
      <w:r>
        <w:rPr>
          <w:b w:val="false"/>
          <w:sz w:val="24"/>
          <w:lang w:val="zxx"/>
        </w:rPr>
        <w:t>mediaGroup.resources</w:t>
      </w:r>
      <w:r>
        <w:rPr>
          <w:b w:val="false"/>
          <w:sz w:val="24"/>
        </w:rPr>
        <w: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resourceId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bindingGeneration</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55</w:t>
      </w:r>
      <w:r>
        <w:rPr>
          <w:b w:val="false"/>
          <w:sz w:val="24"/>
        </w:rPr>
        <w:t xml:space="preserve"> - Объект </w:t>
      </w:r>
      <w:r>
        <w:rPr>
          <w:b w:val="false"/>
          <w:sz w:val="24"/>
          <w:lang w:val="zxx"/>
        </w:rPr>
        <w:t>signalSpec</w:t>
      </w:r>
      <w:r>
        <w:rPr>
          <w:b w:val="false"/>
          <w:sz w:val="24"/>
        </w:rPr>
        <w:t xml:space="preserve"> — </w:t>
      </w:r>
      <w:r>
        <w:rPr>
          <w:b w:val="false"/>
          <w:sz w:val="24"/>
          <w:lang w:val="zxx"/>
        </w:rPr>
        <w:t>kind=</w:t>
      </w:r>
      <w:r>
        <w:rPr>
          <w:b w:val="false"/>
          <w:sz w:val="24"/>
        </w:rPr>
        <w:t>"</w:t>
      </w:r>
      <w:r>
        <w:rPr>
          <w:b w:val="false"/>
          <w:sz w:val="24"/>
          <w:lang w:val="zxx"/>
        </w:rPr>
        <w:t>builtIn</w:t>
      </w:r>
      <w:r>
        <w:rPr>
          <w:b w:val="false"/>
          <w:sz w:val="24"/>
        </w:rPr>
        <w: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kind</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builtIn</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56</w:t>
      </w:r>
      <w:r>
        <w:rPr>
          <w:b w:val="false"/>
          <w:sz w:val="24"/>
        </w:rPr>
        <w:t xml:space="preserve"> - Объект </w:t>
      </w:r>
      <w:r>
        <w:rPr>
          <w:b w:val="false"/>
          <w:sz w:val="24"/>
          <w:lang w:val="zxx"/>
        </w:rPr>
        <w:t>signalSpec</w:t>
      </w:r>
      <w:r>
        <w:rPr>
          <w:b w:val="false"/>
          <w:sz w:val="24"/>
        </w:rPr>
        <w:t xml:space="preserve"> — вариант </w:t>
      </w:r>
      <w:r>
        <w:rPr>
          <w:b w:val="false"/>
          <w:sz w:val="24"/>
          <w:lang w:val="zxx"/>
        </w:rPr>
        <w:t>2</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kind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tone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linearSweep</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mechanical</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waveform</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sine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square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mechanical</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minHz</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1..20000</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maxHz</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1..20000</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toleranceHz</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0..19999</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periodMs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 xml:space="preserve">" ИЛИ Целое в строке: </w:t>
            </w:r>
            <w:r>
              <w:rPr>
                <w:rFonts w:eastAsia="ＭＳ 明朝" w:cs=""/>
                <w:b w:val="false"/>
                <w:kern w:val="0"/>
                <w:sz w:val="28"/>
                <w:szCs w:val="22"/>
                <w:lang w:val="zxx" w:eastAsia="en-US" w:bidi="ar-SA"/>
              </w:rPr>
              <w:t>100..60000</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57</w:t>
      </w:r>
      <w:r>
        <w:rPr>
          <w:b w:val="false"/>
          <w:sz w:val="24"/>
        </w:rPr>
        <w:t xml:space="preserve"> - Объект </w:t>
      </w:r>
      <w:r>
        <w:rPr>
          <w:b w:val="false"/>
          <w:sz w:val="24"/>
          <w:lang w:val="zxx"/>
        </w:rPr>
        <w:t>target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ownerNodeId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deviceId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resourceId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bindingGeneration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networkScope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address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адрес </w:t>
            </w:r>
            <w:r>
              <w:rPr>
                <w:rFonts w:eastAsia="ＭＳ 明朝" w:cs=""/>
                <w:b w:val="false"/>
                <w:kern w:val="0"/>
                <w:sz w:val="28"/>
                <w:szCs w:val="22"/>
                <w:lang w:val="zxx" w:eastAsia="en-US" w:bidi="ar-SA"/>
              </w:rPr>
              <w:t>IPv4</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port</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1..65535</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58</w:t>
      </w:r>
      <w:r>
        <w:rPr>
          <w:b w:val="false"/>
          <w:sz w:val="24"/>
        </w:rPr>
        <w:t xml:space="preserve"> - Объект </w:t>
      </w:r>
      <w:r>
        <w:rPr>
          <w:b w:val="false"/>
          <w:sz w:val="24"/>
          <w:lang w:val="zxx"/>
        </w:rPr>
        <w:t>group</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members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1..256:</w:t>
            </w:r>
            <w:r>
              <w:rPr>
                <w:rFonts w:eastAsia="ＭＳ 明朝" w:cs=""/>
                <w:b w:val="false"/>
                <w:kern w:val="0"/>
                <w:sz w:val="28"/>
                <w:szCs w:val="22"/>
                <w:lang w:eastAsia="en-US" w:bidi="ar-SA"/>
              </w:rPr>
              <w:t xml:space="preserve"> 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 без повторов</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59</w:t>
      </w:r>
      <w:r>
        <w:rPr>
          <w:b w:val="false"/>
          <w:sz w:val="24"/>
        </w:rPr>
        <w:t xml:space="preserve"> - Объект </w:t>
      </w:r>
      <w:r>
        <w:rPr>
          <w:b w:val="false"/>
          <w:sz w:val="24"/>
          <w:lang w:val="zxx"/>
        </w:rPr>
        <w:t>siren</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pattern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continuous</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intermittent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durationMs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100..3600000</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signalProfileId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signalProfileRevision</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60</w:t>
      </w:r>
      <w:r>
        <w:rPr>
          <w:b w:val="false"/>
          <w:sz w:val="24"/>
        </w:rPr>
        <w:t xml:space="preserve"> - Объект </w:t>
      </w:r>
      <w:r>
        <w:rPr>
          <w:b w:val="false"/>
          <w:sz w:val="24"/>
          <w:lang w:val="zxx"/>
        </w:rPr>
        <w:t>recording</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contentId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hashAlgorithm</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streebog256</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hash</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64</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61</w:t>
      </w:r>
      <w:r>
        <w:rPr>
          <w:b w:val="false"/>
          <w:sz w:val="24"/>
        </w:rPr>
        <w:t xml:space="preserve"> - Объект </w:t>
      </w:r>
      <w:r>
        <w:rPr>
          <w:b w:val="false"/>
          <w:sz w:val="24"/>
          <w:lang w:val="zxx"/>
        </w:rPr>
        <w:t>pause</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durationMs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0..60000</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62</w:t>
      </w:r>
      <w:r>
        <w:rPr>
          <w:b w:val="false"/>
          <w:sz w:val="24"/>
        </w:rPr>
        <w:t xml:space="preserve"> - Объект </w:t>
      </w:r>
      <w:r>
        <w:rPr>
          <w:b w:val="false"/>
          <w:sz w:val="24"/>
          <w:lang w:val="zxx"/>
        </w:rPr>
        <w:t>stage</w:t>
      </w:r>
      <w:r>
        <w:rPr>
          <w:b w:val="false"/>
          <w:sz w:val="24"/>
        </w:rPr>
        <w:t xml:space="preserve"> — </w:t>
      </w:r>
      <w:r>
        <w:rPr>
          <w:b w:val="false"/>
          <w:sz w:val="24"/>
          <w:lang w:val="zxx"/>
        </w:rPr>
        <w:t>kind=</w:t>
      </w:r>
      <w:r>
        <w:rPr>
          <w:b w:val="false"/>
          <w:sz w:val="24"/>
        </w:rPr>
        <w:t>"</w:t>
      </w:r>
      <w:r>
        <w:rPr>
          <w:b w:val="false"/>
          <w:sz w:val="24"/>
          <w:lang w:val="zxx"/>
        </w:rPr>
        <w:t>siren</w:t>
      </w:r>
      <w:r>
        <w:rPr>
          <w:b w:val="false"/>
          <w:sz w:val="24"/>
        </w:rPr>
        <w: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index</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1..8</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kind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siren</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repeat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1..16</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gapMs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0..60000</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siren</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siren</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63</w:t>
      </w:r>
      <w:r>
        <w:rPr>
          <w:b w:val="false"/>
          <w:sz w:val="24"/>
        </w:rPr>
        <w:t xml:space="preserve"> - Объект </w:t>
      </w:r>
      <w:r>
        <w:rPr>
          <w:b w:val="false"/>
          <w:sz w:val="24"/>
          <w:lang w:val="zxx"/>
        </w:rPr>
        <w:t>stage</w:t>
      </w:r>
      <w:r>
        <w:rPr>
          <w:b w:val="false"/>
          <w:sz w:val="24"/>
        </w:rPr>
        <w:t xml:space="preserve"> — </w:t>
      </w:r>
      <w:r>
        <w:rPr>
          <w:b w:val="false"/>
          <w:sz w:val="24"/>
          <w:lang w:val="zxx"/>
        </w:rPr>
        <w:t>kind=</w:t>
      </w:r>
      <w:r>
        <w:rPr>
          <w:b w:val="false"/>
          <w:sz w:val="24"/>
        </w:rPr>
        <w:t>"</w:t>
      </w:r>
      <w:r>
        <w:rPr>
          <w:b w:val="false"/>
          <w:sz w:val="24"/>
          <w:lang w:val="zxx"/>
        </w:rPr>
        <w:t>recording</w:t>
      </w:r>
      <w:r>
        <w:rPr>
          <w:b w:val="false"/>
          <w:sz w:val="24"/>
        </w:rPr>
        <w: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index</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1..8</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kind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recording</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repeat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1..16</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gapMs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0..60000</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recording</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recording</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64</w:t>
      </w:r>
      <w:r>
        <w:rPr>
          <w:b w:val="false"/>
          <w:sz w:val="24"/>
        </w:rPr>
        <w:t xml:space="preserve"> - Объект </w:t>
      </w:r>
      <w:r>
        <w:rPr>
          <w:b w:val="false"/>
          <w:sz w:val="24"/>
          <w:lang w:val="zxx"/>
        </w:rPr>
        <w:t>stage</w:t>
      </w:r>
      <w:r>
        <w:rPr>
          <w:b w:val="false"/>
          <w:sz w:val="24"/>
        </w:rPr>
        <w:t xml:space="preserve"> — </w:t>
      </w:r>
      <w:r>
        <w:rPr>
          <w:b w:val="false"/>
          <w:sz w:val="24"/>
          <w:lang w:val="zxx"/>
        </w:rPr>
        <w:t>kind=</w:t>
      </w:r>
      <w:r>
        <w:rPr>
          <w:b w:val="false"/>
          <w:sz w:val="24"/>
        </w:rPr>
        <w:t>"</w:t>
      </w:r>
      <w:r>
        <w:rPr>
          <w:b w:val="false"/>
          <w:sz w:val="24"/>
          <w:lang w:val="zxx"/>
        </w:rPr>
        <w:t>pause</w:t>
      </w:r>
      <w:r>
        <w:rPr>
          <w:b w:val="false"/>
          <w:sz w:val="24"/>
        </w:rPr>
        <w: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index</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1..8</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kind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pause</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repeat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1</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gapMs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pause</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pause</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65</w:t>
      </w:r>
      <w:r>
        <w:rPr>
          <w:b w:val="false"/>
          <w:sz w:val="24"/>
        </w:rPr>
        <w:t xml:space="preserve"> - Объект </w:t>
      </w:r>
      <w:r>
        <w:rPr>
          <w:b w:val="false"/>
          <w:sz w:val="24"/>
          <w:lang w:val="zxx"/>
        </w:rPr>
        <w:t>program</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stages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1..8:</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stage</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66</w:t>
      </w:r>
      <w:r>
        <w:rPr>
          <w:b w:val="false"/>
          <w:sz w:val="24"/>
        </w:rPr>
        <w:t xml:space="preserve"> - Объект </w:t>
      </w:r>
      <w:r>
        <w:rPr>
          <w:b w:val="false"/>
          <w:sz w:val="24"/>
          <w:lang w:val="zxx"/>
        </w:rPr>
        <w:t>placement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location</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controller</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ou</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67</w:t>
      </w:r>
      <w:r>
        <w:rPr>
          <w:b w:val="false"/>
          <w:sz w:val="24"/>
        </w:rPr>
        <w:t xml:space="preserve"> - Объект </w:t>
      </w:r>
      <w:r>
        <w:rPr>
          <w:b w:val="false"/>
          <w:sz w:val="24"/>
          <w:lang w:val="zxx"/>
        </w:rPr>
        <w:t>content</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codec</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PCMA</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GSM</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bytes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1..33554432</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sampleCount</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hashAlgorithm</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Точное значение: "</w:t>
            </w:r>
            <w:r>
              <w:rPr>
                <w:rFonts w:eastAsia="ＭＳ 明朝" w:cs=""/>
                <w:b w:val="false"/>
                <w:kern w:val="0"/>
                <w:sz w:val="28"/>
                <w:szCs w:val="22"/>
                <w:lang w:val="zxx" w:eastAsia="en-US" w:bidi="ar-SA"/>
              </w:rPr>
              <w:t>streebog256</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hash</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64</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placements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1..256:</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placement</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68</w:t>
      </w:r>
      <w:r>
        <w:rPr>
          <w:b w:val="false"/>
          <w:sz w:val="24"/>
        </w:rPr>
        <w:t xml:space="preserve"> - Объект </w:t>
      </w:r>
      <w:r>
        <w:rPr>
          <w:b w:val="false"/>
          <w:sz w:val="24"/>
          <w:lang w:val="zxx"/>
        </w:rPr>
        <w:t>parameter</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name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type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bool</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enum</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int</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counter</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string</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value</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не более </w:t>
            </w:r>
            <w:r>
              <w:rPr>
                <w:rFonts w:eastAsia="ＭＳ 明朝" w:cs=""/>
                <w:b w:val="false"/>
                <w:kern w:val="0"/>
                <w:sz w:val="28"/>
                <w:szCs w:val="22"/>
                <w:lang w:val="zxx" w:eastAsia="en-US" w:bidi="ar-SA"/>
              </w:rPr>
              <w:t>128</w:t>
            </w:r>
            <w:r>
              <w:rPr>
                <w:rFonts w:eastAsia="ＭＳ 明朝" w:cs=""/>
                <w:b w:val="false"/>
                <w:kern w:val="0"/>
                <w:sz w:val="28"/>
                <w:szCs w:val="22"/>
                <w:lang w:eastAsia="en-US" w:bidi="ar-SA"/>
              </w:rPr>
              <w:t xml:space="preserve"> байт </w:t>
            </w:r>
            <w:r>
              <w:rPr>
                <w:rFonts w:eastAsia="ＭＳ 明朝" w:cs=""/>
                <w:b w:val="false"/>
                <w:kern w:val="0"/>
                <w:sz w:val="28"/>
                <w:szCs w:val="22"/>
                <w:lang w:val="zxx" w:eastAsia="en-US" w:bidi="ar-SA"/>
              </w:rPr>
              <w:t>UTF-</w:t>
            </w:r>
            <w:r>
              <w:rPr>
                <w:rFonts w:eastAsia="ＭＳ 明朝" w:cs=""/>
                <w:b w:val="false"/>
                <w:kern w:val="0"/>
                <w:sz w:val="28"/>
                <w:szCs w:val="22"/>
                <w:lang w:eastAsia="en-US" w:bidi="ar-SA"/>
              </w:rPr>
              <w:t>⁠</w:t>
            </w:r>
            <w:r>
              <w:rPr>
                <w:rFonts w:eastAsia="ＭＳ 明朝" w:cs=""/>
                <w:b w:val="false"/>
                <w:kern w:val="0"/>
                <w:sz w:val="28"/>
                <w:szCs w:val="22"/>
                <w:lang w:val="zxx" w:eastAsia="en-US" w:bidi="ar-SA"/>
              </w:rPr>
              <w:t>8</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69</w:t>
      </w:r>
      <w:r>
        <w:rPr>
          <w:b w:val="false"/>
          <w:sz w:val="24"/>
        </w:rPr>
        <w:t xml:space="preserve"> - Объект </w:t>
      </w:r>
      <w:r>
        <w:rPr>
          <w:b w:val="false"/>
          <w:sz w:val="24"/>
          <w:lang w:val="zxx"/>
        </w:rPr>
        <w:t>profile</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kind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vau</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siren</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1..256:</w:t>
            </w:r>
            <w:r>
              <w:rPr>
                <w:rFonts w:eastAsia="ＭＳ 明朝" w:cs=""/>
                <w:b w:val="false"/>
                <w:kern w:val="0"/>
                <w:sz w:val="28"/>
                <w:szCs w:val="22"/>
                <w:lang w:eastAsia="en-US" w:bidi="ar-SA"/>
              </w:rPr>
              <w:t xml:space="preserve"> 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 без повторов</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parameters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1..64:</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parameter</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70</w:t>
      </w:r>
      <w:r>
        <w:rPr>
          <w:b w:val="false"/>
          <w:sz w:val="24"/>
        </w:rPr>
        <w:t xml:space="preserve"> - Объект </w:t>
      </w:r>
      <w:r>
        <w:rPr>
          <w:b w:val="false"/>
          <w:sz w:val="24"/>
          <w:lang w:val="zxx"/>
        </w:rPr>
        <w:t>controller</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onControlLoss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stop</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finish</w:t>
            </w:r>
          </w:p>
        </w:tc>
      </w:tr>
    </w:tbl>
    <w:p>
      <w:pPr>
        <w:pStyle w:val="Normal"/>
        <w:spacing w:before="0" w:after="0"/>
        <w:rPr/>
      </w:pPr>
      <w:r>
        <w:rPr/>
      </w:r>
    </w:p>
    <w:p>
      <w:pPr>
        <w:pStyle w:val="Normal"/>
        <w:keepNext w:val="true"/>
        <w:ind w:hanging="0"/>
        <w:jc w:val="start"/>
        <w:rPr/>
      </w:pPr>
      <w:r>
        <w:rPr>
          <w:b w:val="false"/>
          <w:sz w:val="24"/>
        </w:rPr>
        <w:t xml:space="preserve">Таблица </w:t>
      </w:r>
      <w:r>
        <w:rPr>
          <w:b w:val="false"/>
          <w:sz w:val="24"/>
          <w:lang w:val="zxx"/>
        </w:rPr>
        <w:t>71</w:t>
      </w:r>
      <w:r>
        <w:rPr>
          <w:b w:val="false"/>
          <w:sz w:val="24"/>
        </w:rPr>
        <w:t xml:space="preserve"> - Объект </w:t>
      </w:r>
      <w:r>
        <w:rPr>
          <w:b w:val="false"/>
          <w:sz w:val="24"/>
          <w:lang w:val="zxx"/>
        </w:rPr>
        <w:t>localRule</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116"/>
        <w:gridCol w:w="6521"/>
      </w:tblGrid>
      <w:tr>
        <w:trPr>
          <w:cantSplit w:val="true"/>
        </w:trPr>
        <w:tc>
          <w:tcPr>
            <w:tcW w:w="311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Поле</w:t>
            </w:r>
          </w:p>
        </w:tc>
        <w:tc>
          <w:tcPr>
            <w:tcW w:w="65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Тип и допустимые значения</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deviceId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inputId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trigger</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edge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level</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activeValue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true</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false</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debounceMs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1..60000</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rearmMs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1..60000</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programId</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w:t>
            </w:r>
            <w:r>
              <w:rPr>
                <w:rFonts w:eastAsia="ＭＳ 明朝" w:cs=""/>
                <w:b w:val="false"/>
                <w:kern w:val="0"/>
                <w:sz w:val="28"/>
                <w:szCs w:val="22"/>
                <w:lang w:val="zxx" w:eastAsia="en-US" w:bidi="ar-SA"/>
              </w:rPr>
              <w:t>1..32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Za-</w:t>
            </w:r>
            <w:r>
              <w:rPr>
                <w:rFonts w:eastAsia="ＭＳ 明朝" w:cs=""/>
                <w:b w:val="false"/>
                <w:kern w:val="0"/>
                <w:sz w:val="28"/>
                <w:szCs w:val="22"/>
                <w:lang w:eastAsia="en-US" w:bidi="ar-SA"/>
              </w:rPr>
              <w:t>⁠</w:t>
            </w:r>
            <w:r>
              <w:rPr>
                <w:rFonts w:eastAsia="ＭＳ 明朝" w:cs=""/>
                <w:b w:val="false"/>
                <w:kern w:val="0"/>
                <w:sz w:val="28"/>
                <w:szCs w:val="22"/>
                <w:lang w:val="zxx" w:eastAsia="en-US" w:bidi="ar-SA"/>
              </w:rPr>
              <w:t>z0-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9_.:-</w:t>
            </w:r>
            <w:r>
              <w:rPr>
                <w:rFonts w:eastAsia="ＭＳ 明朝" w:cs=""/>
                <w:b w:val="false"/>
                <w:kern w:val="0"/>
                <w:sz w:val="28"/>
                <w:szCs w:val="22"/>
                <w:lang w:eastAsia="en-US" w:bidi="ar-SA"/>
              </w:rPr>
              <w:t>]</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programRevision</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1..18446744073709551615</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purpose</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Строка; одно из: </w:t>
            </w:r>
            <w:r>
              <w:rPr>
                <w:rFonts w:eastAsia="ＭＳ 明朝" w:cs=""/>
                <w:b w:val="false"/>
                <w:kern w:val="0"/>
                <w:sz w:val="28"/>
                <w:szCs w:val="22"/>
                <w:lang w:val="zxx" w:eastAsia="en-US" w:bidi="ar-SA"/>
              </w:rPr>
              <w:t>real</w:t>
            </w:r>
            <w:r>
              <w:rPr>
                <w:rFonts w:eastAsia="ＭＳ 明朝" w:cs=""/>
                <w:b w:val="false"/>
                <w:kern w:val="0"/>
                <w:sz w:val="28"/>
                <w:szCs w:val="22"/>
                <w:lang w:eastAsia="en-US" w:bidi="ar-SA"/>
              </w:rPr>
              <w:t xml:space="preserve">, </w:t>
            </w:r>
            <w:r>
              <w:rPr>
                <w:rFonts w:eastAsia="ＭＳ 明朝" w:cs=""/>
                <w:b w:val="false"/>
                <w:kern w:val="0"/>
                <w:sz w:val="28"/>
                <w:szCs w:val="22"/>
                <w:lang w:val="zxx" w:eastAsia="en-US" w:bidi="ar-SA"/>
              </w:rPr>
              <w:t>exercise</w:t>
            </w:r>
          </w:p>
        </w:tc>
      </w:tr>
      <w:tr>
        <w:trPr>
          <w:cantSplit w:val="true"/>
        </w:trPr>
        <w:tc>
          <w:tcPr>
            <w:tcW w:w="311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maxDurationMs</w:t>
            </w:r>
          </w:p>
        </w:tc>
        <w:tc>
          <w:tcPr>
            <w:tcW w:w="65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Целое в строке: </w:t>
            </w:r>
            <w:r>
              <w:rPr>
                <w:rFonts w:eastAsia="ＭＳ 明朝" w:cs=""/>
                <w:b w:val="false"/>
                <w:kern w:val="0"/>
                <w:sz w:val="28"/>
                <w:szCs w:val="22"/>
                <w:lang w:val="zxx" w:eastAsia="en-US" w:bidi="ar-SA"/>
              </w:rPr>
              <w:t>100..86400000</w:t>
            </w:r>
          </w:p>
        </w:tc>
      </w:tr>
      <w:tr>
        <w:trPr>
          <w:cantSplit w:val="true"/>
        </w:trPr>
        <w:tc>
          <w:tcPr>
            <w:tcW w:w="311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targetIds</w:t>
            </w:r>
          </w:p>
        </w:tc>
        <w:tc>
          <w:tcPr>
            <w:tcW w:w="65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Массив </w:t>
            </w:r>
            <w:r>
              <w:rPr>
                <w:rFonts w:eastAsia="ＭＳ 明朝" w:cs=""/>
                <w:b w:val="false"/>
                <w:kern w:val="0"/>
                <w:sz w:val="28"/>
                <w:szCs w:val="22"/>
                <w:lang w:val="zxx" w:eastAsia="en-US" w:bidi="ar-SA"/>
              </w:rPr>
              <w:t>1..4:</w:t>
            </w:r>
            <w:r>
              <w:rPr>
                <w:rFonts w:eastAsia="ＭＳ 明朝" w:cs=""/>
                <w:b w:val="false"/>
                <w:kern w:val="0"/>
                <w:sz w:val="28"/>
                <w:szCs w:val="22"/>
                <w:lang w:eastAsia="en-US" w:bidi="ar-SA"/>
              </w:rPr>
              <w:t xml:space="preserve"> Строка: </w:t>
            </w:r>
            <w:r>
              <w:rPr>
                <w:rFonts w:eastAsia="ＭＳ 明朝" w:cs=""/>
                <w:b w:val="false"/>
                <w:kern w:val="0"/>
                <w:sz w:val="28"/>
                <w:szCs w:val="22"/>
                <w:lang w:val="zxx" w:eastAsia="en-US" w:bidi="ar-SA"/>
              </w:rPr>
              <w:t>32</w:t>
            </w:r>
            <w:r>
              <w:rPr>
                <w:rFonts w:eastAsia="ＭＳ 明朝" w:cs=""/>
                <w:b w:val="false"/>
                <w:kern w:val="0"/>
                <w:sz w:val="28"/>
                <w:szCs w:val="22"/>
                <w:lang w:eastAsia="en-US" w:bidi="ar-SA"/>
              </w:rPr>
              <w:t xml:space="preserve"> символа [</w:t>
            </w:r>
            <w:r>
              <w:rPr>
                <w:rFonts w:eastAsia="ＭＳ 明朝" w:cs=""/>
                <w:b w:val="false"/>
                <w:kern w:val="0"/>
                <w:sz w:val="28"/>
                <w:szCs w:val="22"/>
                <w:lang w:val="zxx" w:eastAsia="en-US" w:bidi="ar-SA"/>
              </w:rPr>
              <w:t>0-</w:t>
            </w:r>
            <w:r>
              <w:rPr>
                <w:rFonts w:eastAsia="ＭＳ 明朝" w:cs=""/>
                <w:b w:val="false"/>
                <w:kern w:val="0"/>
                <w:sz w:val="28"/>
                <w:szCs w:val="22"/>
                <w:lang w:eastAsia="en-US" w:bidi="ar-SA"/>
              </w:rPr>
              <w:t>⁠</w:t>
            </w:r>
            <w:r>
              <w:rPr>
                <w:rFonts w:eastAsia="ＭＳ 明朝" w:cs=""/>
                <w:b w:val="false"/>
                <w:kern w:val="0"/>
                <w:sz w:val="28"/>
                <w:szCs w:val="22"/>
                <w:lang w:val="zxx" w:eastAsia="en-US" w:bidi="ar-SA"/>
              </w:rPr>
              <w:t>9a-</w:t>
            </w:r>
            <w:r>
              <w:rPr>
                <w:rFonts w:eastAsia="ＭＳ 明朝" w:cs=""/>
                <w:b w:val="false"/>
                <w:kern w:val="0"/>
                <w:sz w:val="28"/>
                <w:szCs w:val="22"/>
                <w:lang w:eastAsia="en-US" w:bidi="ar-SA"/>
              </w:rPr>
              <w:t>⁠</w:t>
            </w:r>
            <w:r>
              <w:rPr>
                <w:rFonts w:eastAsia="ＭＳ 明朝" w:cs=""/>
                <w:b w:val="false"/>
                <w:kern w:val="0"/>
                <w:sz w:val="28"/>
                <w:szCs w:val="22"/>
                <w:lang w:val="zxx" w:eastAsia="en-US" w:bidi="ar-SA"/>
              </w:rPr>
              <w:t>f</w:t>
            </w:r>
            <w:r>
              <w:rPr>
                <w:rFonts w:eastAsia="ＭＳ 明朝" w:cs=""/>
                <w:b w:val="false"/>
                <w:kern w:val="0"/>
                <w:sz w:val="28"/>
                <w:szCs w:val="22"/>
                <w:lang w:eastAsia="en-US" w:bidi="ar-SA"/>
              </w:rPr>
              <w:t>]; без повторов</w:t>
            </w:r>
          </w:p>
        </w:tc>
      </w:tr>
    </w:tbl>
    <w:p>
      <w:pPr>
        <w:pStyle w:val="Normal"/>
        <w:spacing w:before="0" w:after="0"/>
        <w:rPr/>
      </w:pPr>
      <w:r>
        <w:rPr/>
      </w:r>
    </w:p>
    <w:p>
      <w:pPr>
        <w:pStyle w:val="Normal"/>
        <w:jc w:val="start"/>
        <w:rPr/>
      </w:pPr>
      <w:r>
        <w:rPr>
          <w:b w:val="false"/>
          <w:sz w:val="28"/>
          <w:lang w:val="zxx"/>
        </w:rPr>
        <w:t>24.16</w:t>
      </w:r>
      <w:r>
        <w:rPr>
          <w:b w:val="false"/>
          <w:sz w:val="28"/>
        </w:rPr>
        <w:t xml:space="preserve"> В каждой коллекции </w:t>
      </w:r>
      <w:r>
        <w:rPr>
          <w:b w:val="false"/>
          <w:sz w:val="28"/>
          <w:lang w:val="zxx"/>
        </w:rPr>
        <w:t>id</w:t>
      </w:r>
      <w:r>
        <w:rPr>
          <w:b w:val="false"/>
          <w:sz w:val="28"/>
        </w:rPr>
        <w:t xml:space="preserve"> уникален; каждая цель связана не более чем с одним физическим профилем. </w:t>
      </w:r>
      <w:r>
        <w:rPr>
          <w:b w:val="false"/>
          <w:sz w:val="28"/>
          <w:lang w:val="zxx"/>
        </w:rPr>
        <w:t>Targets</w:t>
      </w:r>
      <w:r>
        <w:rPr>
          <w:b w:val="false"/>
          <w:sz w:val="28"/>
        </w:rPr>
        <w:t xml:space="preserve"> описывают адресацию существующих ресурсов, а не меняют </w:t>
      </w:r>
      <w:r>
        <w:rPr>
          <w:b w:val="false"/>
          <w:sz w:val="28"/>
          <w:lang w:val="zxx"/>
        </w:rPr>
        <w:t>deviceId</w:t>
      </w:r>
      <w:r>
        <w:rPr>
          <w:b w:val="false"/>
          <w:sz w:val="28"/>
        </w:rPr>
        <w:t xml:space="preserve"> прибора. </w:t>
      </w:r>
      <w:r>
        <w:rPr>
          <w:b w:val="false"/>
          <w:sz w:val="28"/>
          <w:lang w:val="zxx"/>
        </w:rPr>
        <w:t>port:1..65535</w:t>
      </w:r>
      <w:r>
        <w:rPr>
          <w:b w:val="false"/>
          <w:sz w:val="28"/>
        </w:rPr>
        <w:t xml:space="preserve">; </w:t>
      </w:r>
      <w:r>
        <w:rPr>
          <w:b w:val="false"/>
          <w:sz w:val="28"/>
          <w:lang w:val="zxx"/>
        </w:rPr>
        <w:t>bindingGeneration/</w:t>
      </w:r>
      <w:r>
        <w:rPr>
          <w:b w:val="false"/>
          <w:sz w:val="28"/>
        </w:rPr>
        <w:t>​</w:t>
      </w:r>
      <w:r>
        <w:rPr>
          <w:b w:val="false"/>
          <w:sz w:val="28"/>
          <w:lang w:val="zxx"/>
        </w:rPr>
        <w:t>revision</w:t>
      </w:r>
      <w:r>
        <w:rPr>
          <w:b w:val="false"/>
          <w:sz w:val="28"/>
        </w:rPr>
        <w:t xml:space="preserve"> положительны. Тройка </w:t>
      </w:r>
      <w:r>
        <w:rPr>
          <w:b w:val="false"/>
          <w:sz w:val="28"/>
          <w:lang w:val="zxx"/>
        </w:rPr>
        <w:t>ownerNodeId/</w:t>
      </w:r>
      <w:r>
        <w:rPr>
          <w:b w:val="false"/>
          <w:sz w:val="28"/>
        </w:rPr>
        <w:t>​</w:t>
      </w:r>
      <w:r>
        <w:rPr>
          <w:b w:val="false"/>
          <w:sz w:val="28"/>
          <w:lang w:val="zxx"/>
        </w:rPr>
        <w:t>deviceId/</w:t>
      </w:r>
      <w:r>
        <w:rPr>
          <w:b w:val="false"/>
          <w:sz w:val="28"/>
        </w:rPr>
        <w:t>​</w:t>
      </w:r>
      <w:r>
        <w:rPr>
          <w:b w:val="false"/>
          <w:sz w:val="28"/>
          <w:lang w:val="zxx"/>
        </w:rPr>
        <w:t>resourceId</w:t>
      </w:r>
      <w:r>
        <w:rPr>
          <w:b w:val="false"/>
          <w:sz w:val="28"/>
        </w:rPr>
        <w:t xml:space="preserve"> не повторяется. </w:t>
      </w:r>
      <w:r>
        <w:rPr>
          <w:b w:val="false"/>
          <w:sz w:val="28"/>
          <w:lang w:val="zxx"/>
        </w:rPr>
        <w:t>IPv4</w:t>
      </w:r>
      <w:r>
        <w:rPr>
          <w:b w:val="false"/>
          <w:sz w:val="28"/>
        </w:rPr>
        <w:t xml:space="preserve"> используется только в указанной </w:t>
      </w:r>
      <w:r>
        <w:rPr>
          <w:b w:val="false"/>
          <w:sz w:val="28"/>
          <w:lang w:val="zxx"/>
        </w:rPr>
        <w:t>networkScope</w:t>
      </w:r>
      <w:r>
        <w:rPr>
          <w:b w:val="false"/>
          <w:sz w:val="28"/>
        </w:rPr>
        <w:t xml:space="preserve">; авторизованный реестр связывает </w:t>
      </w:r>
      <w:r>
        <w:rPr>
          <w:b w:val="false"/>
          <w:sz w:val="28"/>
          <w:lang w:val="zxx"/>
        </w:rPr>
        <w:t>ownerNodeId</w:t>
      </w:r>
      <w:r>
        <w:rPr>
          <w:b w:val="false"/>
          <w:sz w:val="28"/>
        </w:rPr>
        <w:t xml:space="preserve"> с доверенным узлом. </w:t>
      </w:r>
      <w:r>
        <w:rPr>
          <w:b w:val="false"/>
          <w:sz w:val="28"/>
          <w:lang w:val="zxx"/>
        </w:rPr>
        <w:t>group.members</w:t>
      </w:r>
      <w:r>
        <w:rPr>
          <w:b w:val="false"/>
          <w:sz w:val="28"/>
        </w:rPr>
        <w:t xml:space="preserve"> ссылаются только на </w:t>
      </w:r>
      <w:r>
        <w:rPr>
          <w:b w:val="false"/>
          <w:sz w:val="28"/>
          <w:lang w:val="zxx"/>
        </w:rPr>
        <w:t>targets</w:t>
      </w:r>
      <w:r>
        <w:rPr>
          <w:b w:val="false"/>
          <w:sz w:val="28"/>
        </w:rPr>
        <w:t xml:space="preserve"> этого пакета, вложенных групп и циклов нет. Все </w:t>
      </w:r>
      <w:r>
        <w:rPr>
          <w:b w:val="false"/>
          <w:sz w:val="28"/>
          <w:lang w:val="zxx"/>
        </w:rPr>
        <w:t>profile.targetIds</w:t>
      </w:r>
      <w:r>
        <w:rPr>
          <w:b w:val="false"/>
          <w:sz w:val="28"/>
        </w:rPr>
        <w:t xml:space="preserve"> и </w:t>
      </w:r>
      <w:r>
        <w:rPr>
          <w:b w:val="false"/>
          <w:sz w:val="28"/>
          <w:lang w:val="zxx"/>
        </w:rPr>
        <w:t>content.placements.targetId</w:t>
      </w:r>
      <w:r>
        <w:rPr>
          <w:b w:val="false"/>
          <w:sz w:val="28"/>
        </w:rPr>
        <w:t xml:space="preserve"> также существуют в </w:t>
      </w:r>
      <w:r>
        <w:rPr>
          <w:b w:val="false"/>
          <w:sz w:val="28"/>
          <w:lang w:val="zxx"/>
        </w:rPr>
        <w:t>targets</w:t>
      </w:r>
      <w:r>
        <w:rPr>
          <w:b w:val="false"/>
          <w:sz w:val="28"/>
        </w:rPr>
        <w:t xml:space="preserve">; </w:t>
      </w:r>
      <w:r>
        <w:rPr>
          <w:b w:val="false"/>
          <w:sz w:val="28"/>
          <w:lang w:val="zxx"/>
        </w:rPr>
        <w:t>placement</w:t>
      </w:r>
      <w:r>
        <w:rPr>
          <w:b w:val="false"/>
          <w:sz w:val="28"/>
        </w:rPr>
        <w:t xml:space="preserve"> не повторяет </w:t>
      </w:r>
      <w:r>
        <w:rPr>
          <w:b w:val="false"/>
          <w:sz w:val="28"/>
          <w:lang w:val="zxx"/>
        </w:rPr>
        <w:t>targetId.</w:t>
      </w:r>
      <w:r>
        <w:rPr>
          <w:b w:val="false"/>
          <w:sz w:val="28"/>
        </w:rPr>
        <w:t xml:space="preserve"> Программа ссылается на </w:t>
      </w:r>
      <w:r>
        <w:rPr>
          <w:b w:val="false"/>
          <w:sz w:val="28"/>
          <w:lang w:val="zxx"/>
        </w:rPr>
        <w:t>content.id/</w:t>
      </w:r>
      <w:r>
        <w:rPr>
          <w:b w:val="false"/>
          <w:sz w:val="28"/>
        </w:rPr>
        <w:t>​</w:t>
      </w:r>
      <w:r>
        <w:rPr>
          <w:b w:val="false"/>
          <w:sz w:val="28"/>
          <w:lang w:val="zxx"/>
        </w:rPr>
        <w:t>revision/</w:t>
      </w:r>
      <w:r>
        <w:rPr>
          <w:b w:val="false"/>
          <w:sz w:val="28"/>
        </w:rPr>
        <w:t>​</w:t>
      </w:r>
      <w:r>
        <w:rPr>
          <w:b w:val="false"/>
          <w:sz w:val="28"/>
          <w:lang w:val="zxx"/>
        </w:rPr>
        <w:t>hash</w:t>
      </w:r>
      <w:r>
        <w:rPr>
          <w:b w:val="false"/>
          <w:sz w:val="28"/>
        </w:rPr>
        <w:t xml:space="preserve"> и </w:t>
      </w:r>
      <w:r>
        <w:rPr>
          <w:b w:val="false"/>
          <w:sz w:val="28"/>
          <w:lang w:val="zxx"/>
        </w:rPr>
        <w:t>signalProfileId/</w:t>
      </w:r>
      <w:r>
        <w:rPr>
          <w:b w:val="false"/>
          <w:sz w:val="28"/>
        </w:rPr>
        <w:t>​</w:t>
      </w:r>
      <w:r>
        <w:rPr>
          <w:b w:val="false"/>
          <w:sz w:val="28"/>
          <w:lang w:val="zxx"/>
        </w:rPr>
        <w:t>revision</w:t>
      </w:r>
      <w:r>
        <w:rPr>
          <w:b w:val="false"/>
          <w:sz w:val="28"/>
        </w:rPr>
        <w:t xml:space="preserve"> из того же пакета; несогласованность отклоняет весь пакет. Профили, требуемые программой, </w:t>
      </w:r>
      <w:r>
        <w:rPr>
          <w:b w:val="false"/>
          <w:sz w:val="28"/>
          <w:lang w:val="zxx"/>
        </w:rPr>
        <w:t>ДОЛЖНЫ</w:t>
      </w:r>
      <w:r>
        <w:rPr>
          <w:b w:val="false"/>
          <w:sz w:val="28"/>
        </w:rPr>
        <w:t xml:space="preserve"> быть применимы ко всем выбранным целям </w:t>
      </w:r>
      <w:r>
        <w:rPr>
          <w:b w:val="false"/>
          <w:sz w:val="28"/>
          <w:lang w:val="zxx"/>
        </w:rPr>
        <w:t>session.start.</w:t>
      </w:r>
    </w:p>
    <w:p>
      <w:pPr>
        <w:pStyle w:val="Normal"/>
        <w:jc w:val="start"/>
        <w:rPr/>
      </w:pPr>
      <w:r>
        <w:rPr>
          <w:b w:val="false"/>
          <w:sz w:val="28"/>
          <w:lang w:val="zxx"/>
        </w:rPr>
        <w:t>24.17</w:t>
      </w:r>
      <w:r>
        <w:rPr>
          <w:b w:val="false"/>
          <w:sz w:val="28"/>
        </w:rPr>
        <w:t xml:space="preserve"> </w:t>
      </w:r>
      <w:r>
        <w:rPr>
          <w:b w:val="false"/>
          <w:sz w:val="28"/>
          <w:lang w:val="zxx"/>
        </w:rPr>
        <w:t>stage.index</w:t>
      </w:r>
      <w:r>
        <w:rPr>
          <w:b w:val="false"/>
          <w:sz w:val="28"/>
        </w:rPr>
        <w:t xml:space="preserve"> последовательно </w:t>
      </w:r>
      <w:r>
        <w:rPr>
          <w:b w:val="false"/>
          <w:sz w:val="28"/>
          <w:lang w:val="zxx"/>
        </w:rPr>
        <w:t>1..</w:t>
      </w:r>
      <w:r>
        <w:rPr>
          <w:b w:val="false"/>
          <w:sz w:val="28"/>
        </w:rPr>
        <w:t xml:space="preserve">число этапов; </w:t>
      </w:r>
      <w:r>
        <w:rPr>
          <w:b w:val="false"/>
          <w:sz w:val="28"/>
          <w:lang w:val="zxx"/>
        </w:rPr>
        <w:t>repeat:1..16</w:t>
      </w:r>
      <w:r>
        <w:rPr>
          <w:b w:val="false"/>
          <w:sz w:val="28"/>
        </w:rPr>
        <w:t xml:space="preserve">, </w:t>
      </w:r>
      <w:r>
        <w:rPr>
          <w:b w:val="false"/>
          <w:sz w:val="28"/>
          <w:lang w:val="zxx"/>
        </w:rPr>
        <w:t>gapMs:0..60000.</w:t>
      </w:r>
      <w:r>
        <w:rPr>
          <w:b w:val="false"/>
          <w:sz w:val="28"/>
        </w:rPr>
        <w:t xml:space="preserve"> </w:t>
      </w:r>
      <w:r>
        <w:rPr>
          <w:b w:val="false"/>
          <w:sz w:val="28"/>
          <w:lang w:val="zxx"/>
        </w:rPr>
        <w:t>pause</w:t>
      </w:r>
      <w:r>
        <w:rPr>
          <w:b w:val="false"/>
          <w:sz w:val="28"/>
        </w:rPr>
        <w:t xml:space="preserve"> требует </w:t>
      </w:r>
      <w:r>
        <w:rPr>
          <w:b w:val="false"/>
          <w:sz w:val="28"/>
          <w:lang w:val="zxx"/>
        </w:rPr>
        <w:t>repeat=1/</w:t>
      </w:r>
      <w:r>
        <w:rPr>
          <w:b w:val="false"/>
          <w:sz w:val="28"/>
        </w:rPr>
        <w:t>​</w:t>
      </w:r>
      <w:r>
        <w:rPr>
          <w:b w:val="false"/>
          <w:sz w:val="28"/>
          <w:lang w:val="zxx"/>
        </w:rPr>
        <w:t>gapMs=0</w:t>
      </w:r>
      <w:r>
        <w:rPr>
          <w:b w:val="false"/>
          <w:sz w:val="28"/>
        </w:rPr>
        <w:t xml:space="preserve"> и </w:t>
      </w:r>
      <w:r>
        <w:rPr>
          <w:b w:val="false"/>
          <w:sz w:val="28"/>
          <w:lang w:val="zxx"/>
        </w:rPr>
        <w:t>durationMs:0..60000</w:t>
      </w:r>
      <w:r>
        <w:rPr>
          <w:b w:val="false"/>
          <w:sz w:val="28"/>
        </w:rPr>
        <w:t xml:space="preserve">; </w:t>
      </w:r>
      <w:r>
        <w:rPr>
          <w:b w:val="false"/>
          <w:sz w:val="28"/>
          <w:lang w:val="zxx"/>
        </w:rPr>
        <w:t>siren.durationMs:100..3600000.</w:t>
      </w:r>
      <w:r>
        <w:rPr>
          <w:b w:val="false"/>
          <w:sz w:val="28"/>
        </w:rPr>
        <w:t xml:space="preserve"> В </w:t>
      </w:r>
      <w:r>
        <w:rPr>
          <w:b w:val="false"/>
          <w:sz w:val="28"/>
          <w:lang w:val="zxx"/>
        </w:rPr>
        <w:t>config/</w:t>
      </w:r>
      <w:r>
        <w:rPr>
          <w:b w:val="false"/>
          <w:sz w:val="28"/>
        </w:rPr>
        <w:t>⁠</w:t>
      </w:r>
      <w:r>
        <w:rPr>
          <w:b w:val="false"/>
          <w:sz w:val="28"/>
          <w:lang w:val="zxx"/>
        </w:rPr>
        <w:t>5</w:t>
      </w:r>
      <w:r>
        <w:rPr>
          <w:b w:val="false"/>
          <w:sz w:val="28"/>
        </w:rPr>
        <w:t xml:space="preserve"> длительность этапа всегда конечная; </w:t>
      </w:r>
      <w:r>
        <w:rPr>
          <w:b w:val="false"/>
          <w:sz w:val="28"/>
          <w:lang w:val="zxx"/>
        </w:rPr>
        <w:t>stopMode</w:t>
      </w:r>
      <w:r>
        <w:rPr>
          <w:b w:val="false"/>
          <w:sz w:val="28"/>
        </w:rPr>
        <w:t xml:space="preserve"> в </w:t>
      </w:r>
      <w:r>
        <w:rPr>
          <w:b w:val="false"/>
          <w:sz w:val="28"/>
          <w:lang w:val="zxx"/>
        </w:rPr>
        <w:t>JSON</w:t>
      </w:r>
      <w:r>
        <w:rPr>
          <w:b w:val="false"/>
          <w:sz w:val="28"/>
        </w:rPr>
        <w:t xml:space="preserve"> не передается, при экспорте </w:t>
      </w:r>
      <w:r>
        <w:rPr>
          <w:b w:val="false"/>
          <w:sz w:val="28"/>
          <w:lang w:val="zxx"/>
        </w:rPr>
        <w:t>XML</w:t>
      </w:r>
      <w:r>
        <w:rPr>
          <w:b w:val="false"/>
          <w:sz w:val="28"/>
        </w:rPr>
        <w:t xml:space="preserve"> </w:t>
      </w:r>
      <w:r>
        <w:rPr>
          <w:b w:val="false"/>
          <w:sz w:val="28"/>
          <w:lang w:val="zxx"/>
        </w:rPr>
        <w:t>programs.list</w:t>
      </w:r>
      <w:r>
        <w:rPr>
          <w:b w:val="false"/>
          <w:sz w:val="28"/>
        </w:rPr>
        <w:t xml:space="preserve"> указывается </w:t>
      </w:r>
      <w:r>
        <w:rPr>
          <w:b w:val="false"/>
          <w:sz w:val="28"/>
          <w:lang w:val="zxx"/>
        </w:rPr>
        <w:t>stopMode=duration.</w:t>
      </w:r>
      <w:r>
        <w:rPr>
          <w:b w:val="false"/>
          <w:sz w:val="28"/>
        </w:rPr>
        <w:t xml:space="preserve"> Размер </w:t>
      </w:r>
      <w:r>
        <w:rPr>
          <w:b w:val="false"/>
          <w:sz w:val="28"/>
          <w:lang w:val="zxx"/>
        </w:rPr>
        <w:t>content.bytes:1..33554432</w:t>
      </w:r>
      <w:r>
        <w:rPr>
          <w:b w:val="false"/>
          <w:sz w:val="28"/>
        </w:rPr>
        <w:t xml:space="preserve">, кодек и </w:t>
      </w:r>
      <w:r>
        <w:rPr>
          <w:b w:val="false"/>
          <w:sz w:val="28"/>
          <w:lang w:val="zxx"/>
        </w:rPr>
        <w:t>sampleCount</w:t>
      </w:r>
      <w:r>
        <w:rPr>
          <w:b w:val="false"/>
          <w:sz w:val="28"/>
        </w:rPr>
        <w:t xml:space="preserve"> удовлетворяют правилам локального файла раздела </w:t>
      </w:r>
      <w:r>
        <w:rPr>
          <w:b w:val="false"/>
          <w:sz w:val="28"/>
          <w:lang w:val="zxx"/>
        </w:rPr>
        <w:t>15.</w:t>
      </w:r>
      <w:r>
        <w:rPr>
          <w:b w:val="false"/>
          <w:sz w:val="28"/>
        </w:rPr>
        <w:t xml:space="preserve"> </w:t>
      </w:r>
      <w:r>
        <w:rPr>
          <w:b w:val="false"/>
          <w:sz w:val="28"/>
          <w:lang w:val="zxx"/>
        </w:rPr>
        <w:t>parameter.name</w:t>
      </w:r>
      <w:r>
        <w:rPr>
          <w:b w:val="false"/>
          <w:sz w:val="28"/>
        </w:rPr>
        <w:t xml:space="preserve"> уникален в профиле; </w:t>
      </w:r>
      <w:r>
        <w:rPr>
          <w:b w:val="false"/>
          <w:sz w:val="28"/>
          <w:lang w:val="zxx"/>
        </w:rPr>
        <w:t>bool</w:t>
      </w:r>
      <w:r>
        <w:rPr>
          <w:b w:val="false"/>
          <w:sz w:val="28"/>
        </w:rPr>
        <w:t xml:space="preserve"> имеет </w:t>
      </w:r>
      <w:r>
        <w:rPr>
          <w:b w:val="false"/>
          <w:sz w:val="28"/>
          <w:lang w:val="zxx"/>
        </w:rPr>
        <w:t>true/</w:t>
      </w:r>
      <w:r>
        <w:rPr>
          <w:b w:val="false"/>
          <w:sz w:val="28"/>
        </w:rPr>
        <w:t>​</w:t>
      </w:r>
      <w:r>
        <w:rPr>
          <w:b w:val="false"/>
          <w:sz w:val="28"/>
          <w:lang w:val="zxx"/>
        </w:rPr>
        <w:t>false</w:t>
      </w:r>
      <w:r>
        <w:rPr>
          <w:b w:val="false"/>
          <w:sz w:val="28"/>
        </w:rPr>
        <w:t xml:space="preserve">, </w:t>
      </w:r>
      <w:r>
        <w:rPr>
          <w:b w:val="false"/>
          <w:sz w:val="28"/>
          <w:lang w:val="zxx"/>
        </w:rPr>
        <w:t>int</w:t>
      </w:r>
      <w:r>
        <w:rPr>
          <w:b w:val="false"/>
          <w:sz w:val="28"/>
        </w:rPr>
        <w:t xml:space="preserve"> - </w:t>
      </w:r>
      <w:r>
        <w:rPr>
          <w:b w:val="false"/>
          <w:sz w:val="28"/>
          <w:lang w:val="zxx"/>
        </w:rPr>
        <w:t>int64</w:t>
      </w:r>
      <w:r>
        <w:rPr>
          <w:b w:val="false"/>
          <w:sz w:val="28"/>
        </w:rPr>
        <w:t xml:space="preserve">, </w:t>
      </w:r>
      <w:r>
        <w:rPr>
          <w:b w:val="false"/>
          <w:sz w:val="28"/>
          <w:lang w:val="zxx"/>
        </w:rPr>
        <w:t>counter</w:t>
      </w:r>
      <w:r>
        <w:rPr>
          <w:b w:val="false"/>
          <w:sz w:val="28"/>
        </w:rPr>
        <w:t xml:space="preserve"> - </w:t>
      </w:r>
      <w:r>
        <w:rPr>
          <w:b w:val="false"/>
          <w:sz w:val="28"/>
          <w:lang w:val="zxx"/>
        </w:rPr>
        <w:t>uint64</w:t>
      </w:r>
      <w:r>
        <w:rPr>
          <w:b w:val="false"/>
          <w:sz w:val="28"/>
        </w:rPr>
        <w:t xml:space="preserve">, </w:t>
      </w:r>
      <w:r>
        <w:rPr>
          <w:b w:val="false"/>
          <w:sz w:val="28"/>
          <w:lang w:val="zxx"/>
        </w:rPr>
        <w:t>enum</w:t>
      </w:r>
      <w:r>
        <w:rPr>
          <w:b w:val="false"/>
          <w:sz w:val="28"/>
        </w:rPr>
        <w:t xml:space="preserve"> - </w:t>
      </w:r>
      <w:r>
        <w:rPr>
          <w:b w:val="false"/>
          <w:sz w:val="28"/>
          <w:lang w:val="zxx"/>
        </w:rPr>
        <w:t>token</w:t>
      </w:r>
      <w:r>
        <w:rPr>
          <w:b w:val="false"/>
          <w:sz w:val="28"/>
        </w:rPr>
        <w:t xml:space="preserve">, </w:t>
      </w:r>
      <w:r>
        <w:rPr>
          <w:b w:val="false"/>
          <w:sz w:val="28"/>
          <w:lang w:val="zxx"/>
        </w:rPr>
        <w:t>string</w:t>
      </w:r>
      <w:r>
        <w:rPr>
          <w:b w:val="false"/>
          <w:sz w:val="28"/>
        </w:rPr>
        <w:t xml:space="preserve"> - строку до </w:t>
      </w:r>
      <w:r>
        <w:rPr>
          <w:b w:val="false"/>
          <w:sz w:val="28"/>
          <w:lang w:val="zxx"/>
        </w:rPr>
        <w:t>128</w:t>
      </w:r>
      <w:r>
        <w:rPr>
          <w:b w:val="false"/>
          <w:sz w:val="28"/>
        </w:rPr>
        <w:t xml:space="preserve"> байт. Обязательные параметры физического паспорта и межполевые ограничения раздела </w:t>
      </w:r>
      <w:r>
        <w:rPr>
          <w:b w:val="false"/>
          <w:sz w:val="28"/>
          <w:lang w:val="zxx"/>
        </w:rPr>
        <w:t>10</w:t>
      </w:r>
      <w:r>
        <w:rPr>
          <w:b w:val="false"/>
          <w:sz w:val="28"/>
        </w:rPr>
        <w:t xml:space="preserve"> проверяются сверх структуры </w:t>
      </w:r>
      <w:r>
        <w:rPr>
          <w:b w:val="false"/>
          <w:sz w:val="28"/>
          <w:lang w:val="zxx"/>
        </w:rPr>
        <w:t>JSON.</w:t>
      </w:r>
      <w:r>
        <w:rPr>
          <w:b w:val="false"/>
          <w:sz w:val="28"/>
        </w:rPr>
        <w:t xml:space="preserve"> Импорт манифеста не присваивает </w:t>
      </w:r>
      <w:r>
        <w:rPr>
          <w:b w:val="false"/>
          <w:sz w:val="28"/>
          <w:lang w:val="zxx"/>
        </w:rPr>
        <w:t>verified:</w:t>
      </w:r>
      <w:r>
        <w:rPr>
          <w:b w:val="false"/>
          <w:sz w:val="28"/>
        </w:rPr>
        <w:t xml:space="preserve"> фактические байты и наблюдения проверяются независимо.</w:t>
      </w:r>
    </w:p>
    <w:p>
      <w:pPr>
        <w:pStyle w:val="Normal"/>
        <w:jc w:val="start"/>
        <w:rPr/>
      </w:pPr>
      <w:r>
        <w:rPr>
          <w:b w:val="false"/>
          <w:sz w:val="28"/>
          <w:lang w:val="zxx"/>
        </w:rPr>
        <w:t>24.18</w:t>
      </w:r>
      <w:r>
        <w:rPr>
          <w:b w:val="false"/>
          <w:sz w:val="28"/>
        </w:rPr>
        <w:t xml:space="preserve"> Нормализация множеств перед </w:t>
      </w:r>
      <w:r>
        <w:rPr>
          <w:b w:val="false"/>
          <w:sz w:val="28"/>
          <w:lang w:val="zxx"/>
        </w:rPr>
        <w:t>JCS:</w:t>
      </w:r>
      <w:r>
        <w:rPr>
          <w:b w:val="false"/>
          <w:sz w:val="28"/>
        </w:rPr>
        <w:t xml:space="preserve"> </w:t>
      </w:r>
      <w:r>
        <w:rPr>
          <w:b w:val="false"/>
          <w:sz w:val="28"/>
          <w:lang w:val="zxx"/>
        </w:rPr>
        <w:t>targets/</w:t>
      </w:r>
      <w:r>
        <w:rPr>
          <w:b w:val="false"/>
          <w:sz w:val="28"/>
        </w:rPr>
        <w:t>​</w:t>
      </w:r>
      <w:r>
        <w:rPr>
          <w:b w:val="false"/>
          <w:sz w:val="28"/>
          <w:lang w:val="zxx"/>
        </w:rPr>
        <w:t>groups/</w:t>
      </w:r>
      <w:r>
        <w:rPr>
          <w:b w:val="false"/>
          <w:sz w:val="28"/>
        </w:rPr>
        <w:t>​</w:t>
      </w:r>
      <w:r>
        <w:rPr>
          <w:b w:val="false"/>
          <w:sz w:val="28"/>
          <w:lang w:val="zxx"/>
        </w:rPr>
        <w:t>programs/</w:t>
      </w:r>
      <w:r>
        <w:rPr>
          <w:b w:val="false"/>
          <w:sz w:val="28"/>
        </w:rPr>
        <w:t>​</w:t>
      </w:r>
      <w:r>
        <w:rPr>
          <w:b w:val="false"/>
          <w:sz w:val="28"/>
          <w:lang w:val="zxx"/>
        </w:rPr>
        <w:t>content/</w:t>
      </w:r>
      <w:r>
        <w:rPr>
          <w:b w:val="false"/>
          <w:sz w:val="28"/>
        </w:rPr>
        <w:t>​</w:t>
      </w:r>
      <w:r>
        <w:rPr>
          <w:b w:val="false"/>
          <w:sz w:val="28"/>
          <w:lang w:val="zxx"/>
        </w:rPr>
        <w:t>profiles/</w:t>
      </w:r>
      <w:r>
        <w:rPr>
          <w:b w:val="false"/>
          <w:sz w:val="28"/>
        </w:rPr>
        <w:t>​</w:t>
      </w:r>
      <w:r>
        <w:rPr>
          <w:b w:val="false"/>
          <w:sz w:val="28"/>
          <w:lang w:val="zxx"/>
        </w:rPr>
        <w:t>signalSpecs/</w:t>
      </w:r>
      <w:r>
        <w:rPr>
          <w:b w:val="false"/>
          <w:sz w:val="28"/>
        </w:rPr>
        <w:t>​</w:t>
      </w:r>
      <w:r>
        <w:rPr>
          <w:b w:val="false"/>
          <w:sz w:val="28"/>
          <w:lang w:val="zxx"/>
        </w:rPr>
        <w:t>controllers/</w:t>
      </w:r>
      <w:r>
        <w:rPr>
          <w:b w:val="false"/>
          <w:sz w:val="28"/>
        </w:rPr>
        <w:t>​</w:t>
      </w:r>
      <w:r>
        <w:rPr>
          <w:b w:val="false"/>
          <w:sz w:val="28"/>
          <w:lang w:val="zxx"/>
        </w:rPr>
        <w:t>localRules</w:t>
      </w:r>
      <w:r>
        <w:rPr>
          <w:b w:val="false"/>
          <w:sz w:val="28"/>
        </w:rPr>
        <w:t xml:space="preserve"> сортируются по </w:t>
      </w:r>
      <w:r>
        <w:rPr>
          <w:b w:val="false"/>
          <w:sz w:val="28"/>
          <w:lang w:val="zxx"/>
        </w:rPr>
        <w:t>id</w:t>
      </w:r>
      <w:r>
        <w:rPr>
          <w:b w:val="false"/>
          <w:sz w:val="28"/>
        </w:rPr>
        <w:t xml:space="preserve">, </w:t>
      </w:r>
      <w:r>
        <w:rPr>
          <w:b w:val="false"/>
          <w:sz w:val="28"/>
          <w:lang w:val="zxx"/>
        </w:rPr>
        <w:t>members</w:t>
      </w:r>
      <w:r>
        <w:rPr>
          <w:b w:val="false"/>
          <w:sz w:val="28"/>
        </w:rPr>
        <w:t xml:space="preserve"> и </w:t>
      </w:r>
      <w:r>
        <w:rPr>
          <w:b w:val="false"/>
          <w:sz w:val="28"/>
          <w:lang w:val="zxx"/>
        </w:rPr>
        <w:t>targetIds</w:t>
      </w:r>
      <w:r>
        <w:rPr>
          <w:b w:val="false"/>
          <w:sz w:val="28"/>
        </w:rPr>
        <w:t xml:space="preserve"> - по строке </w:t>
      </w:r>
      <w:r>
        <w:rPr>
          <w:b w:val="false"/>
          <w:sz w:val="28"/>
          <w:lang w:val="zxx"/>
        </w:rPr>
        <w:t>ID</w:t>
      </w:r>
      <w:r>
        <w:rPr>
          <w:b w:val="false"/>
          <w:sz w:val="28"/>
        </w:rPr>
        <w:t xml:space="preserve">, </w:t>
      </w:r>
      <w:r>
        <w:rPr>
          <w:b w:val="false"/>
          <w:sz w:val="28"/>
          <w:lang w:val="zxx"/>
        </w:rPr>
        <w:t>placements</w:t>
      </w:r>
      <w:r>
        <w:rPr>
          <w:b w:val="false"/>
          <w:sz w:val="28"/>
        </w:rPr>
        <w:t xml:space="preserve"> - по </w:t>
      </w:r>
      <w:r>
        <w:rPr>
          <w:b w:val="false"/>
          <w:sz w:val="28"/>
          <w:lang w:val="zxx"/>
        </w:rPr>
        <w:t>targetId</w:t>
      </w:r>
      <w:r>
        <w:rPr>
          <w:b w:val="false"/>
          <w:sz w:val="28"/>
        </w:rPr>
        <w:t xml:space="preserve">, </w:t>
      </w:r>
      <w:r>
        <w:rPr>
          <w:b w:val="false"/>
          <w:sz w:val="28"/>
          <w:lang w:val="zxx"/>
        </w:rPr>
        <w:t>parameters</w:t>
      </w:r>
      <w:r>
        <w:rPr>
          <w:b w:val="false"/>
          <w:sz w:val="28"/>
        </w:rPr>
        <w:t xml:space="preserve"> - по </w:t>
      </w:r>
      <w:r>
        <w:rPr>
          <w:b w:val="false"/>
          <w:sz w:val="28"/>
          <w:lang w:val="zxx"/>
        </w:rPr>
        <w:t>name.</w:t>
      </w:r>
      <w:r>
        <w:rPr>
          <w:b w:val="false"/>
          <w:sz w:val="28"/>
        </w:rPr>
        <w:t xml:space="preserve"> Порядок </w:t>
      </w:r>
      <w:r>
        <w:rPr>
          <w:b w:val="false"/>
          <w:sz w:val="28"/>
          <w:lang w:val="zxx"/>
        </w:rPr>
        <w:t>stages</w:t>
      </w:r>
      <w:r>
        <w:rPr>
          <w:b w:val="false"/>
          <w:sz w:val="28"/>
        </w:rPr>
        <w:t xml:space="preserve"> сохраняется; индекс сверяется с позицией, перестановка не исправляется автоматически. УУ принимает по </w:t>
      </w:r>
      <w:r>
        <w:rPr>
          <w:b w:val="false"/>
          <w:sz w:val="28"/>
          <w:lang w:val="zxx"/>
        </w:rPr>
        <w:t>config.stage</w:t>
      </w:r>
      <w:r>
        <w:rPr>
          <w:b w:val="false"/>
          <w:sz w:val="28"/>
        </w:rPr>
        <w:t xml:space="preserve"> только полученные канонические байты; их хеш совпадает с хешем сохраненного пакета. </w:t>
      </w:r>
      <w:r>
        <w:rPr>
          <w:b w:val="false"/>
          <w:sz w:val="28"/>
          <w:lang w:val="zxx"/>
        </w:rPr>
        <w:t>configId</w:t>
      </w:r>
      <w:r>
        <w:rPr>
          <w:b w:val="false"/>
          <w:sz w:val="28"/>
        </w:rPr>
        <w:t xml:space="preserve"> идентифицирует линию конфигурации, </w:t>
      </w:r>
      <w:r>
        <w:rPr>
          <w:b w:val="false"/>
          <w:sz w:val="28"/>
          <w:lang w:val="zxx"/>
        </w:rPr>
        <w:t>revision</w:t>
      </w:r>
      <w:r>
        <w:rPr>
          <w:b w:val="false"/>
          <w:sz w:val="28"/>
        </w:rPr>
        <w:t xml:space="preserve"> возрастает; одинаковая пара с другими байтами дает </w:t>
      </w:r>
      <w:r>
        <w:rPr>
          <w:b w:val="false"/>
          <w:sz w:val="28"/>
          <w:lang w:val="zxx"/>
        </w:rPr>
        <w:t>conflict.</w:t>
      </w:r>
      <w:r>
        <w:rPr>
          <w:b w:val="false"/>
          <w:sz w:val="28"/>
        </w:rPr>
        <w:t xml:space="preserve"> </w:t>
      </w:r>
      <w:r>
        <w:rPr>
          <w:b w:val="false"/>
          <w:sz w:val="28"/>
          <w:lang w:val="zxx"/>
        </w:rPr>
        <w:t>authorId</w:t>
      </w:r>
      <w:r>
        <w:rPr>
          <w:b w:val="false"/>
          <w:sz w:val="28"/>
        </w:rPr>
        <w:t xml:space="preserve"> </w:t>
      </w:r>
      <w:r>
        <w:rPr>
          <w:b w:val="false"/>
          <w:sz w:val="28"/>
          <w:lang w:val="zxx"/>
        </w:rPr>
        <w:t>ДОЛЖЕН</w:t>
      </w:r>
      <w:r>
        <w:rPr>
          <w:b w:val="false"/>
          <w:sz w:val="28"/>
        </w:rPr>
        <w:t xml:space="preserve"> совпадать с разрешенным автором аутентифицированного </w:t>
      </w:r>
      <w:r>
        <w:rPr>
          <w:b w:val="false"/>
          <w:sz w:val="28"/>
          <w:lang w:val="zxx"/>
        </w:rPr>
        <w:t>principalId.</w:t>
      </w:r>
      <w:r>
        <w:rPr>
          <w:b w:val="false"/>
          <w:sz w:val="28"/>
        </w:rPr>
        <w:t xml:space="preserve"> Общий пакет содержит полное локальное состояние, а не неявный </w:t>
      </w:r>
      <w:r>
        <w:rPr>
          <w:b w:val="false"/>
          <w:sz w:val="28"/>
          <w:lang w:val="zxx"/>
        </w:rPr>
        <w:t>patch</w:t>
      </w:r>
      <w:r>
        <w:rPr>
          <w:b w:val="false"/>
          <w:sz w:val="28"/>
        </w:rPr>
        <w:t>; удаление занятого объекта запрещено.</w:t>
      </w:r>
    </w:p>
    <w:p>
      <w:pPr>
        <w:pStyle w:val="1"/>
        <w:rPr/>
      </w:pPr>
      <w:bookmarkStart w:id="25" w:name="__RefHeading___Toc43299_1766585215"/>
      <w:bookmarkEnd w:id="25"/>
      <w:r>
        <w:rPr/>
        <w:t>25 Паспорт масштаба и бюджета времени</w:t>
      </w:r>
    </w:p>
    <w:p>
      <w:pPr>
        <w:pStyle w:val="Normal"/>
        <w:jc w:val="both"/>
        <w:rPr/>
      </w:pPr>
      <w:r>
        <w:rPr>
          <w:b w:val="false"/>
          <w:sz w:val="28"/>
          <w:lang w:val="zxx"/>
        </w:rPr>
        <w:t>25.1</w:t>
      </w:r>
      <w:r>
        <w:rPr>
          <w:b w:val="false"/>
          <w:sz w:val="28"/>
        </w:rPr>
        <w:t xml:space="preserve"> Системная емкость не вычисляется из размера адресного поля или числа резервных копий АРМ. </w:t>
      </w:r>
      <w:r>
        <w:rPr>
          <w:b w:val="false"/>
          <w:sz w:val="28"/>
          <w:lang w:val="zxx"/>
        </w:rPr>
        <w:t>ТРЕБУЕТСЯ</w:t>
      </w:r>
      <w:r>
        <w:rPr>
          <w:b w:val="false"/>
          <w:sz w:val="28"/>
        </w:rPr>
        <w:t xml:space="preserve"> паспорт конкретного развертывания и испытание на объявленной нагрузке. Резервная копия того же узла не умножает число независимых подчиненных.</w:t>
      </w:r>
    </w:p>
    <w:p>
      <w:pPr>
        <w:pStyle w:val="Normal"/>
        <w:keepNext w:val="true"/>
        <w:ind w:hanging="0"/>
        <w:jc w:val="start"/>
        <w:rPr/>
      </w:pPr>
      <w:r>
        <w:rPr>
          <w:b w:val="false"/>
          <w:sz w:val="24"/>
        </w:rPr>
        <w:t xml:space="preserve">Таблица </w:t>
      </w:r>
      <w:r>
        <w:rPr>
          <w:b w:val="false"/>
          <w:sz w:val="24"/>
          <w:lang w:val="zxx"/>
        </w:rPr>
        <w:t>72</w:t>
      </w:r>
      <w:r>
        <w:rPr>
          <w:b w:val="false"/>
          <w:sz w:val="24"/>
        </w:rPr>
        <w:t xml:space="preserve"> - Паспорт масштаба и бюджета времени</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852"/>
        <w:gridCol w:w="5785"/>
      </w:tblGrid>
      <w:tr>
        <w:trPr>
          <w:cantSplit w:val="true"/>
        </w:trPr>
        <w:tc>
          <w:tcPr>
            <w:tcW w:w="385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Измерение</w:t>
            </w:r>
          </w:p>
        </w:tc>
        <w:tc>
          <w:tcPr>
            <w:tcW w:w="578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Что фиксируется</w:t>
            </w:r>
          </w:p>
        </w:tc>
      </w:tr>
      <w:tr>
        <w:trPr>
          <w:cantSplit w:val="true"/>
        </w:trPr>
        <w:tc>
          <w:tcPr>
            <w:tcW w:w="385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Топология</w:t>
            </w:r>
          </w:p>
        </w:tc>
        <w:tc>
          <w:tcPr>
            <w:tcW w:w="57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Число узлов, приборов и ресурсов, глубина маршрута, число целей группы и пересечения путей.</w:t>
            </w:r>
          </w:p>
        </w:tc>
      </w:tr>
      <w:tr>
        <w:trPr>
          <w:cantSplit w:val="true"/>
        </w:trPr>
        <w:tc>
          <w:tcPr>
            <w:tcW w:w="385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Канал</w:t>
            </w:r>
          </w:p>
        </w:tc>
        <w:tc>
          <w:tcPr>
            <w:tcW w:w="57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Полоса, </w:t>
            </w:r>
            <w:r>
              <w:rPr>
                <w:rFonts w:eastAsia="ＭＳ 明朝" w:cs=""/>
                <w:b w:val="false"/>
                <w:kern w:val="0"/>
                <w:sz w:val="28"/>
                <w:szCs w:val="22"/>
                <w:lang w:val="zxx" w:eastAsia="en-US" w:bidi="ar-SA"/>
              </w:rPr>
              <w:t>RTT</w:t>
            </w:r>
            <w:r>
              <w:rPr>
                <w:rFonts w:eastAsia="ＭＳ 明朝" w:cs=""/>
                <w:b w:val="false"/>
                <w:kern w:val="0"/>
                <w:sz w:val="28"/>
                <w:szCs w:val="22"/>
                <w:lang w:eastAsia="en-US" w:bidi="ar-SA"/>
              </w:rPr>
              <w:t>, потери, восстановление соединений и допустимые перерывы.</w:t>
            </w:r>
          </w:p>
        </w:tc>
      </w:tr>
      <w:tr>
        <w:trPr>
          <w:cantSplit w:val="true"/>
        </w:trPr>
        <w:tc>
          <w:tcPr>
            <w:tcW w:w="385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Конкурентность</w:t>
            </w:r>
          </w:p>
        </w:tc>
        <w:tc>
          <w:tcPr>
            <w:tcW w:w="57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Число одновременно запускаемых приборов, наблюдателей, опросов и сервисных работ; ограниченный пул на АРМ.</w:t>
            </w:r>
          </w:p>
        </w:tc>
      </w:tr>
      <w:tr>
        <w:trPr>
          <w:cantSplit w:val="true"/>
        </w:trPr>
        <w:tc>
          <w:tcPr>
            <w:tcW w:w="385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Ограничение нагрузки</w:t>
            </w:r>
          </w:p>
        </w:tc>
        <w:tc>
          <w:tcPr>
            <w:tcW w:w="57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Квоты очередей, событий, отчетов, </w:t>
            </w:r>
            <w:r>
              <w:rPr>
                <w:rFonts w:eastAsia="ＭＳ 明朝" w:cs=""/>
                <w:b w:val="false"/>
                <w:kern w:val="0"/>
                <w:sz w:val="28"/>
                <w:szCs w:val="22"/>
                <w:lang w:val="zxx" w:eastAsia="en-US" w:bidi="ar-SA"/>
              </w:rPr>
              <w:t>discovery</w:t>
            </w:r>
            <w:r>
              <w:rPr>
                <w:rFonts w:eastAsia="ＭＳ 明朝" w:cs=""/>
                <w:b w:val="false"/>
                <w:kern w:val="0"/>
                <w:sz w:val="28"/>
                <w:szCs w:val="22"/>
                <w:lang w:eastAsia="en-US" w:bidi="ar-SA"/>
              </w:rPr>
              <w:t xml:space="preserve"> и </w:t>
            </w:r>
            <w:r>
              <w:rPr>
                <w:rFonts w:eastAsia="ＭＳ 明朝" w:cs=""/>
                <w:b w:val="false"/>
                <w:kern w:val="0"/>
                <w:sz w:val="28"/>
                <w:szCs w:val="22"/>
                <w:lang w:val="zxx" w:eastAsia="en-US" w:bidi="ar-SA"/>
              </w:rPr>
              <w:t>reconnect</w:t>
            </w:r>
            <w:r>
              <w:rPr>
                <w:rFonts w:eastAsia="ＭＳ 明朝" w:cs=""/>
                <w:b w:val="false"/>
                <w:kern w:val="0"/>
                <w:sz w:val="28"/>
                <w:szCs w:val="22"/>
                <w:lang w:eastAsia="en-US" w:bidi="ar-SA"/>
              </w:rPr>
              <w:t>; разброс задержек повторного подключения.</w:t>
            </w:r>
          </w:p>
        </w:tc>
      </w:tr>
      <w:tr>
        <w:trPr>
          <w:cantSplit w:val="true"/>
        </w:trPr>
        <w:tc>
          <w:tcPr>
            <w:tcW w:w="385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Время</w:t>
            </w:r>
          </w:p>
        </w:tc>
        <w:tc>
          <w:tcPr>
            <w:tcW w:w="578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Срок приема, подготовка, время до наблюдаемого действия, </w:t>
            </w:r>
            <w:r>
              <w:rPr>
                <w:rFonts w:eastAsia="ＭＳ 明朝" w:cs=""/>
                <w:b w:val="false"/>
                <w:kern w:val="0"/>
                <w:sz w:val="28"/>
                <w:szCs w:val="22"/>
                <w:lang w:val="zxx" w:eastAsia="en-US" w:bidi="ar-SA"/>
              </w:rPr>
              <w:t>session.stop</w:t>
            </w:r>
            <w:r>
              <w:rPr>
                <w:rFonts w:eastAsia="ＭＳ 明朝" w:cs=""/>
                <w:b w:val="false"/>
                <w:kern w:val="0"/>
                <w:sz w:val="28"/>
                <w:szCs w:val="22"/>
                <w:lang w:eastAsia="en-US" w:bidi="ar-SA"/>
              </w:rPr>
              <w:t>, таймауты источников; критический путь вместо безусловного умножения таймеров.</w:t>
            </w:r>
          </w:p>
        </w:tc>
      </w:tr>
      <w:tr>
        <w:trPr>
          <w:cantSplit w:val="true"/>
        </w:trPr>
        <w:tc>
          <w:tcPr>
            <w:tcW w:w="3852"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Отказы</w:t>
            </w:r>
          </w:p>
        </w:tc>
        <w:tc>
          <w:tcPr>
            <w:tcW w:w="578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Шторм событий, недоступные ветви, разделение сети, потеря питания и насыщение журнала; отдельно каждый ожидаемый результат.</w:t>
            </w:r>
          </w:p>
        </w:tc>
      </w:tr>
    </w:tbl>
    <w:p>
      <w:pPr>
        <w:pStyle w:val="Normal"/>
        <w:spacing w:before="0" w:after="0"/>
        <w:rPr/>
      </w:pPr>
      <w:r>
        <w:rPr/>
      </w:r>
    </w:p>
    <w:p>
      <w:pPr>
        <w:pStyle w:val="Normal"/>
        <w:jc w:val="both"/>
        <w:rPr/>
      </w:pPr>
      <w:r>
        <w:rPr>
          <w:b w:val="false"/>
          <w:sz w:val="28"/>
          <w:lang w:val="zxx"/>
        </w:rPr>
        <w:t>25.2</w:t>
      </w:r>
      <w:r>
        <w:rPr>
          <w:b w:val="false"/>
          <w:sz w:val="28"/>
        </w:rPr>
        <w:t xml:space="preserve"> АРМ распараллеливает работу разных приборов в пределах квот, а УУ сохраняет установленный порядок изменяющих команд и воздействий на общие ресурсы ОУ. Оповещение не ожидает полного последовательного обхода всей диагностики. Численные целевые показатели задаются требованиями развертывания и подтверждаются стендовыми измерениями.</w:t>
      </w:r>
    </w:p>
    <w:p>
      <w:pPr>
        <w:pStyle w:val="Normal"/>
        <w:jc w:val="both"/>
        <w:rPr/>
      </w:pPr>
      <w:r>
        <w:rPr>
          <w:b w:val="false"/>
          <w:sz w:val="28"/>
          <w:lang w:val="zxx"/>
        </w:rPr>
        <w:t>25.3</w:t>
      </w:r>
      <w:r>
        <w:rPr>
          <w:b w:val="false"/>
          <w:sz w:val="28"/>
        </w:rPr>
        <w:t xml:space="preserve"> Предел задержки </w:t>
      </w:r>
      <w:r>
        <w:rPr>
          <w:b w:val="false"/>
          <w:sz w:val="28"/>
          <w:lang w:val="zxx"/>
        </w:rPr>
        <w:t>session.stop</w:t>
      </w:r>
      <w:r>
        <w:rPr>
          <w:b w:val="false"/>
          <w:sz w:val="28"/>
        </w:rPr>
        <w:t xml:space="preserve"> измеряется с учетом уже выполняемой операции внутреннего интерфейса, защищенной записи </w:t>
      </w:r>
      <w:r>
        <w:rPr>
          <w:b w:val="false"/>
          <w:sz w:val="28"/>
          <w:lang w:val="zxx"/>
        </w:rPr>
        <w:t>TLS</w:t>
      </w:r>
      <w:r>
        <w:rPr>
          <w:b w:val="false"/>
          <w:sz w:val="28"/>
        </w:rPr>
        <w:t xml:space="preserve">, медленного читателя </w:t>
      </w:r>
      <w:r>
        <w:rPr>
          <w:b w:val="false"/>
          <w:sz w:val="28"/>
          <w:lang w:val="zxx"/>
        </w:rPr>
        <w:t>TCP</w:t>
      </w:r>
      <w:r>
        <w:rPr>
          <w:b w:val="false"/>
          <w:sz w:val="28"/>
        </w:rPr>
        <w:t xml:space="preserve">, </w:t>
      </w:r>
      <w:r>
        <w:rPr>
          <w:b w:val="false"/>
          <w:sz w:val="28"/>
          <w:lang w:val="zxx"/>
        </w:rPr>
        <w:t>Flash</w:t>
      </w:r>
      <w:r>
        <w:rPr>
          <w:b w:val="false"/>
          <w:sz w:val="28"/>
        </w:rPr>
        <w:t xml:space="preserve"> и криптографической обработки. Приоритет внутри очереди не прерывает уже заблокированный обмен. Нужны конечные сроки каждого шага, ограничение исходящих данных и сохраняемая возможность принять отмену. Конкретные пределы подтверждаются на целевой плате.</w:t>
      </w:r>
    </w:p>
    <w:p>
      <w:pPr>
        <w:pStyle w:val="1"/>
        <w:rPr/>
      </w:pPr>
      <w:bookmarkStart w:id="26" w:name="__RefHeading___Toc43301_1766585215"/>
      <w:bookmarkEnd w:id="26"/>
      <w:r>
        <w:rPr/>
        <w:t>26 Этапы программы и повторы</w:t>
      </w:r>
    </w:p>
    <w:p>
      <w:pPr>
        <w:pStyle w:val="Normal"/>
        <w:jc w:val="both"/>
        <w:rPr/>
      </w:pPr>
      <w:r>
        <w:rPr>
          <w:b w:val="false"/>
          <w:sz w:val="28"/>
          <w:lang w:val="zxx"/>
        </w:rPr>
        <w:t>26.1</w:t>
      </w:r>
      <w:r>
        <w:rPr>
          <w:b w:val="false"/>
          <w:sz w:val="28"/>
        </w:rPr>
        <w:t xml:space="preserve"> Сценарий АРМ, запуск </w:t>
      </w:r>
      <w:r>
        <w:rPr>
          <w:b w:val="false"/>
          <w:sz w:val="28"/>
          <w:lang w:val="zxx"/>
        </w:rPr>
        <w:t>runId</w:t>
      </w:r>
      <w:r>
        <w:rPr>
          <w:b w:val="false"/>
          <w:sz w:val="28"/>
        </w:rPr>
        <w:t xml:space="preserve">, ветвь </w:t>
      </w:r>
      <w:r>
        <w:rPr>
          <w:b w:val="false"/>
          <w:sz w:val="28"/>
          <w:lang w:val="zxx"/>
        </w:rPr>
        <w:t>branchId</w:t>
      </w:r>
      <w:r>
        <w:rPr>
          <w:b w:val="false"/>
          <w:sz w:val="28"/>
        </w:rPr>
        <w:t>, сеанс УУ и этап программы различаются. Сирена, пауза, встроенная запись и живая речь не объединяются одним неопределенным признаком "идет оповещение". Изменение этапа сохраняет происхождение запуска и права остановки.</w:t>
      </w:r>
    </w:p>
    <w:p>
      <w:pPr>
        <w:pStyle w:val="Normal"/>
        <w:keepNext w:val="true"/>
        <w:ind w:hanging="0"/>
        <w:jc w:val="start"/>
        <w:rPr/>
      </w:pPr>
      <w:r>
        <w:rPr>
          <w:b w:val="false"/>
          <w:sz w:val="24"/>
        </w:rPr>
        <w:t xml:space="preserve">Таблица </w:t>
      </w:r>
      <w:r>
        <w:rPr>
          <w:b w:val="false"/>
          <w:sz w:val="24"/>
          <w:lang w:val="zxx"/>
        </w:rPr>
        <w:t>73</w:t>
      </w:r>
      <w:r>
        <w:rPr>
          <w:b w:val="false"/>
          <w:sz w:val="24"/>
        </w:rPr>
        <w:t xml:space="preserve"> - Этапы программы и повторы</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2981"/>
        <w:gridCol w:w="6656"/>
      </w:tblGrid>
      <w:tr>
        <w:trPr>
          <w:cantSplit w:val="true"/>
        </w:trPr>
        <w:tc>
          <w:tcPr>
            <w:tcW w:w="298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Правило</w:t>
            </w:r>
          </w:p>
        </w:tc>
        <w:tc>
          <w:tcPr>
            <w:tcW w:w="665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8"/>
                <w:szCs w:val="22"/>
                <w:lang w:eastAsia="en-US" w:bidi="ar-SA"/>
              </w:rPr>
              <w:t>Контракт</w:t>
            </w:r>
          </w:p>
        </w:tc>
      </w:tr>
      <w:tr>
        <w:trPr>
          <w:cantSplit w:val="true"/>
        </w:trPr>
        <w:tc>
          <w:tcPr>
            <w:tcW w:w="298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Контекст этапа</w:t>
            </w:r>
          </w:p>
        </w:tc>
        <w:tc>
          <w:tcPr>
            <w:tcW w:w="665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val="zxx" w:eastAsia="en-US" w:bidi="ar-SA"/>
              </w:rPr>
              <w:t>revision</w:t>
            </w:r>
            <w:r>
              <w:rPr>
                <w:rFonts w:eastAsia="ＭＳ 明朝" w:cs=""/>
                <w:b w:val="false"/>
                <w:kern w:val="0"/>
                <w:sz w:val="28"/>
                <w:szCs w:val="22"/>
                <w:lang w:eastAsia="en-US" w:bidi="ar-SA"/>
              </w:rPr>
              <w:t xml:space="preserve"> программы, </w:t>
            </w:r>
            <w:r>
              <w:rPr>
                <w:rFonts w:eastAsia="ＭＳ 明朝" w:cs=""/>
                <w:b w:val="false"/>
                <w:kern w:val="0"/>
                <w:sz w:val="28"/>
                <w:szCs w:val="22"/>
                <w:lang w:val="zxx" w:eastAsia="en-US" w:bidi="ar-SA"/>
              </w:rPr>
              <w:t>stageIndex</w:t>
            </w:r>
            <w:r>
              <w:rPr>
                <w:rFonts w:eastAsia="ＭＳ 明朝" w:cs=""/>
                <w:b w:val="false"/>
                <w:kern w:val="0"/>
                <w:sz w:val="28"/>
                <w:szCs w:val="22"/>
                <w:lang w:eastAsia="en-US" w:bidi="ar-SA"/>
              </w:rPr>
              <w:t xml:space="preserve"> и </w:t>
            </w:r>
            <w:r>
              <w:rPr>
                <w:rFonts w:eastAsia="ＭＳ 明朝" w:cs=""/>
                <w:b w:val="false"/>
                <w:kern w:val="0"/>
                <w:sz w:val="28"/>
                <w:szCs w:val="22"/>
                <w:lang w:val="zxx" w:eastAsia="en-US" w:bidi="ar-SA"/>
              </w:rPr>
              <w:t>passIndex</w:t>
            </w:r>
            <w:r>
              <w:rPr>
                <w:rFonts w:eastAsia="ＭＳ 明朝" w:cs=""/>
                <w:b w:val="false"/>
                <w:kern w:val="0"/>
                <w:sz w:val="28"/>
                <w:szCs w:val="22"/>
                <w:lang w:eastAsia="en-US" w:bidi="ar-SA"/>
              </w:rPr>
              <w:t>; результаты и отложенные действия относятся к точному этапу. Поздний ответ прежнего этапа не завершает новый.</w:t>
            </w:r>
          </w:p>
        </w:tc>
      </w:tr>
      <w:tr>
        <w:trPr>
          <w:cantSplit w:val="true"/>
        </w:trPr>
        <w:tc>
          <w:tcPr>
            <w:tcW w:w="298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Переход</w:t>
            </w:r>
          </w:p>
        </w:tc>
        <w:tc>
          <w:tcPr>
            <w:tcW w:w="665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 xml:space="preserve">Профиль определяет порядок остановки, подтверждения состояния, переключения входа и подготовки следующего действия. Нельзя включить речь и затем выполнить задержанный </w:t>
            </w:r>
            <w:r>
              <w:rPr>
                <w:rFonts w:eastAsia="ＭＳ 明朝" w:cs=""/>
                <w:b w:val="false"/>
                <w:kern w:val="0"/>
                <w:sz w:val="28"/>
                <w:szCs w:val="22"/>
                <w:lang w:val="zxx" w:eastAsia="en-US" w:bidi="ar-SA"/>
              </w:rPr>
              <w:t>session.stop</w:t>
            </w:r>
            <w:r>
              <w:rPr>
                <w:rFonts w:eastAsia="ＭＳ 明朝" w:cs=""/>
                <w:b w:val="false"/>
                <w:kern w:val="0"/>
                <w:sz w:val="28"/>
                <w:szCs w:val="22"/>
                <w:lang w:eastAsia="en-US" w:bidi="ar-SA"/>
              </w:rPr>
              <w:t xml:space="preserve"> сирены.</w:t>
            </w:r>
          </w:p>
        </w:tc>
      </w:tr>
      <w:tr>
        <w:trPr>
          <w:cantSplit w:val="true"/>
        </w:trPr>
        <w:tc>
          <w:tcPr>
            <w:tcW w:w="298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Повтор записи</w:t>
            </w:r>
          </w:p>
        </w:tc>
        <w:tc>
          <w:tcPr>
            <w:tcW w:w="665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Различаются повтор доставки команды и новый проход программы. Для нового прохода нужны подтвержденный конец предыдущего, предел числа проходов и длительности, интервал паузы и собственный контекст.</w:t>
            </w:r>
          </w:p>
        </w:tc>
      </w:tr>
      <w:tr>
        <w:trPr>
          <w:cantSplit w:val="true"/>
        </w:trPr>
        <w:tc>
          <w:tcPr>
            <w:tcW w:w="298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Отмена</w:t>
            </w:r>
          </w:p>
        </w:tc>
        <w:tc>
          <w:tcPr>
            <w:tcW w:w="665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Запрещает еще не исполненные этапы, повторы, таймеры и выдачу новых медиаразрешений. Подтверждение отмены не теряется после очистки исполнительной очереди.</w:t>
            </w:r>
          </w:p>
        </w:tc>
      </w:tr>
      <w:tr>
        <w:trPr>
          <w:cantSplit w:val="true"/>
        </w:trPr>
        <w:tc>
          <w:tcPr>
            <w:tcW w:w="298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Завершение</w:t>
            </w:r>
          </w:p>
        </w:tc>
        <w:tc>
          <w:tcPr>
            <w:tcW w:w="665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8"/>
                <w:szCs w:val="22"/>
                <w:lang w:eastAsia="en-US" w:bidi="ar-SA"/>
              </w:rPr>
              <w:t>Конец шага, выключение ресурса и завершение всей ветви являются отдельными результатами. Таймер АРМ не заменяет наблюдение результата ОУ.</w:t>
            </w:r>
          </w:p>
        </w:tc>
      </w:tr>
    </w:tbl>
    <w:p>
      <w:pPr>
        <w:pStyle w:val="Normal"/>
        <w:spacing w:before="0" w:after="0"/>
        <w:rPr/>
      </w:pPr>
      <w:r>
        <w:rPr/>
      </w:r>
    </w:p>
    <w:p>
      <w:pPr>
        <w:pStyle w:val="2"/>
        <w:rPr/>
      </w:pPr>
      <w:r>
        <w:rPr/>
        <w:t>Границы автономности</w:t>
      </w:r>
    </w:p>
    <w:p>
      <w:pPr>
        <w:pStyle w:val="Normal"/>
        <w:jc w:val="both"/>
        <w:rPr/>
      </w:pPr>
      <w:r>
        <w:rPr>
          <w:b w:val="false"/>
          <w:sz w:val="28"/>
          <w:lang w:val="zxx"/>
        </w:rPr>
        <w:t>26.2</w:t>
      </w:r>
      <w:r>
        <w:rPr>
          <w:b w:val="false"/>
          <w:sz w:val="28"/>
        </w:rPr>
        <w:t xml:space="preserve"> АРМ связывает отдельные конечные сеансы в управляемый им план либо запускает единый автономный </w:t>
      </w:r>
      <w:r>
        <w:rPr>
          <w:b w:val="false"/>
          <w:sz w:val="28"/>
          <w:lang w:val="zxx"/>
        </w:rPr>
        <w:t>mode=program.</w:t>
      </w:r>
      <w:r>
        <w:rPr>
          <w:b w:val="false"/>
          <w:sz w:val="28"/>
        </w:rPr>
        <w:t xml:space="preserve"> Для первого варианта следующий </w:t>
      </w:r>
      <w:r>
        <w:rPr>
          <w:b w:val="false"/>
          <w:sz w:val="28"/>
          <w:lang w:val="zxx"/>
        </w:rPr>
        <w:t>session.start</w:t>
      </w:r>
      <w:r>
        <w:rPr>
          <w:b w:val="false"/>
          <w:sz w:val="28"/>
        </w:rPr>
        <w:t xml:space="preserve"> является отдельным решением АРМ и требует живой связи; для второго весь план принят УУ заранее и исполняется по правилам настоящего раздела. Выбор варианта входит в задание оповещения.</w:t>
      </w:r>
    </w:p>
    <w:p>
      <w:pPr>
        <w:pStyle w:val="Normal"/>
        <w:jc w:val="both"/>
        <w:rPr/>
      </w:pPr>
      <w:r>
        <w:rPr>
          <w:b w:val="false"/>
          <w:sz w:val="28"/>
          <w:lang w:val="zxx"/>
        </w:rPr>
        <w:t>26.3</w:t>
      </w:r>
      <w:r>
        <w:rPr>
          <w:b w:val="false"/>
          <w:sz w:val="28"/>
        </w:rPr>
        <w:t xml:space="preserve"> Завершение сирены в плане "сирена, затем речь" закрывает этап сирены, а не всю ветвь. Для подготовки следующего этапа АРМ различает ожидание, готовность, неподдержанную функцию, отказ и неизвестный результат; показывает причину и число ожидаемых получателей. Недоступность медиарежима не маскируется под продолжающуюся подготовку или сетевой таймаут. Сводная готовность группы не доказывает готовность каждого прибора: учитываются возможности конкретных получателей и заранее выбранная политика частичного исполнения.</w:t>
      </w:r>
    </w:p>
    <w:p>
      <w:pPr>
        <w:pStyle w:val="Normal"/>
        <w:jc w:val="both"/>
        <w:rPr/>
      </w:pPr>
      <w:r>
        <w:rPr>
          <w:b w:val="false"/>
          <w:sz w:val="28"/>
          <w:lang w:val="zxx"/>
        </w:rPr>
        <w:t>26.4</w:t>
      </w:r>
      <w:r>
        <w:rPr>
          <w:b w:val="false"/>
          <w:sz w:val="28"/>
        </w:rPr>
        <w:t xml:space="preserve"> Отображение ожидания и доступность кнопок относятся к интерфейсу АРМ. Они не добавляют </w:t>
      </w:r>
      <w:r>
        <w:rPr>
          <w:b w:val="false"/>
          <w:sz w:val="28"/>
          <w:lang w:val="zxx"/>
        </w:rPr>
        <w:t>XML-</w:t>
      </w:r>
      <w:r>
        <w:rPr>
          <w:b w:val="false"/>
          <w:sz w:val="28"/>
        </w:rPr>
        <w:t xml:space="preserve">команд и не заменяют проверку готовности и прав исполнителем при фактическом запуске. Полученное прежде </w:t>
      </w:r>
      <w:r>
        <w:rPr>
          <w:b w:val="false"/>
          <w:sz w:val="28"/>
          <w:lang w:val="zxx"/>
        </w:rPr>
        <w:t>ready</w:t>
      </w:r>
      <w:r>
        <w:rPr>
          <w:b w:val="false"/>
          <w:sz w:val="28"/>
        </w:rPr>
        <w:t xml:space="preserve"> не дает права обойти изменившееся состояние УУ.</w:t>
      </w:r>
    </w:p>
    <w:p>
      <w:pPr>
        <w:pStyle w:val="Normal"/>
        <w:jc w:val="both"/>
        <w:rPr/>
      </w:pPr>
      <w:r>
        <w:rPr>
          <w:b w:val="false"/>
          <w:sz w:val="24"/>
        </w:rPr>
        <w:t xml:space="preserve">Для сценария, требующего завершения последовательности "сирена, затем речь" после потери АРМ, </w:t>
      </w:r>
      <w:r>
        <w:rPr>
          <w:b w:val="false"/>
          <w:sz w:val="24"/>
          <w:lang w:val="zxx"/>
        </w:rPr>
        <w:t>НЕОБХОДИМО</w:t>
      </w:r>
      <w:r>
        <w:rPr>
          <w:b w:val="false"/>
          <w:sz w:val="24"/>
        </w:rPr>
        <w:t xml:space="preserve"> использовать </w:t>
      </w:r>
      <w:r>
        <w:rPr>
          <w:b w:val="false"/>
          <w:sz w:val="24"/>
          <w:lang w:val="zxx"/>
        </w:rPr>
        <w:t>purpose=real</w:t>
      </w:r>
      <w:r>
        <w:rPr>
          <w:b w:val="false"/>
          <w:sz w:val="24"/>
        </w:rPr>
        <w:t xml:space="preserve">, </w:t>
      </w:r>
      <w:r>
        <w:rPr>
          <w:b w:val="false"/>
          <w:sz w:val="24"/>
          <w:lang w:val="zxx"/>
        </w:rPr>
        <w:t>mode=program</w:t>
      </w:r>
      <w:r>
        <w:rPr>
          <w:b w:val="false"/>
          <w:sz w:val="24"/>
        </w:rPr>
        <w:t xml:space="preserve"> с локальной записью и </w:t>
      </w:r>
      <w:r>
        <w:rPr>
          <w:b w:val="false"/>
          <w:sz w:val="24"/>
          <w:lang w:val="zxx"/>
        </w:rPr>
        <w:t>onControlLoss=finish.</w:t>
      </w:r>
      <w:r>
        <w:rPr>
          <w:b w:val="false"/>
          <w:sz w:val="24"/>
        </w:rPr>
        <w:t xml:space="preserve"> Последовательность самостоятельных сетевых </w:t>
      </w:r>
      <w:r>
        <w:rPr>
          <w:b w:val="false"/>
          <w:sz w:val="24"/>
          <w:lang w:val="zxx"/>
        </w:rPr>
        <w:t>session.start</w:t>
      </w:r>
      <w:r>
        <w:rPr>
          <w:b w:val="false"/>
          <w:sz w:val="24"/>
        </w:rPr>
        <w:t xml:space="preserve"> не удовлетворяет этому требованию.</w:t>
      </w:r>
    </w:p>
    <w:p>
      <w:pPr>
        <w:pStyle w:val="Normal"/>
        <w:jc w:val="both"/>
        <w:rPr/>
      </w:pPr>
      <w:r>
        <w:rPr>
          <w:b w:val="false"/>
          <w:sz w:val="28"/>
          <w:lang w:val="zxx"/>
        </w:rPr>
        <w:t>26.5</w:t>
      </w:r>
      <w:r>
        <w:rPr>
          <w:b w:val="false"/>
          <w:sz w:val="28"/>
        </w:rPr>
        <w:t xml:space="preserve"> Ядро определяет один конечный сеанс </w:t>
      </w:r>
      <w:r>
        <w:rPr>
          <w:b w:val="false"/>
          <w:sz w:val="28"/>
          <w:lang w:val="zxx"/>
        </w:rPr>
        <w:t>siren</w:t>
      </w:r>
      <w:r>
        <w:rPr>
          <w:b w:val="false"/>
          <w:sz w:val="28"/>
        </w:rPr>
        <w:t xml:space="preserve">, </w:t>
      </w:r>
      <w:r>
        <w:rPr>
          <w:b w:val="false"/>
          <w:sz w:val="28"/>
          <w:lang w:val="zxx"/>
        </w:rPr>
        <w:t>recording</w:t>
      </w:r>
      <w:r>
        <w:rPr>
          <w:b w:val="false"/>
          <w:sz w:val="28"/>
        </w:rPr>
        <w:t xml:space="preserve">, </w:t>
      </w:r>
      <w:r>
        <w:rPr>
          <w:b w:val="false"/>
          <w:sz w:val="28"/>
          <w:lang w:val="zxx"/>
        </w:rPr>
        <w:t>program</w:t>
      </w:r>
      <w:r>
        <w:rPr>
          <w:b w:val="false"/>
          <w:sz w:val="28"/>
        </w:rPr>
        <w:t xml:space="preserve">, </w:t>
      </w:r>
      <w:r>
        <w:rPr>
          <w:b w:val="false"/>
          <w:sz w:val="28"/>
          <w:lang w:val="zxx"/>
        </w:rPr>
        <w:t>stream</w:t>
      </w:r>
      <w:r>
        <w:rPr>
          <w:b w:val="false"/>
          <w:sz w:val="28"/>
        </w:rPr>
        <w:t xml:space="preserve"> или </w:t>
      </w:r>
      <w:r>
        <w:rPr>
          <w:b w:val="false"/>
          <w:sz w:val="28"/>
          <w:lang w:val="zxx"/>
        </w:rPr>
        <w:t>test.</w:t>
      </w:r>
      <w:r>
        <w:rPr>
          <w:b w:val="false"/>
          <w:sz w:val="28"/>
        </w:rPr>
        <w:t xml:space="preserve"> Объявление режима требует исполнения всего его контракта. Владение обычного оповещения сохраняется между самостоятельными сеансами при действующем </w:t>
      </w:r>
      <w:r>
        <w:rPr>
          <w:b w:val="false"/>
          <w:sz w:val="28"/>
          <w:lang w:val="zxx"/>
        </w:rPr>
        <w:t>lease</w:t>
      </w:r>
      <w:r>
        <w:rPr>
          <w:b w:val="false"/>
          <w:sz w:val="28"/>
        </w:rPr>
        <w:t xml:space="preserve">; технический тест освобождает эпоху автоматически после </w:t>
      </w:r>
      <w:r>
        <w:rPr>
          <w:b w:val="false"/>
          <w:sz w:val="28"/>
          <w:lang w:val="zxx"/>
        </w:rPr>
        <w:t>off</w:t>
      </w:r>
      <w:r>
        <w:rPr>
          <w:b w:val="false"/>
          <w:sz w:val="28"/>
        </w:rPr>
        <w:t xml:space="preserve"> и закрытия результата. Автономный </w:t>
      </w:r>
      <w:r>
        <w:rPr>
          <w:b w:val="false"/>
          <w:sz w:val="28"/>
          <w:lang w:val="zxx"/>
        </w:rPr>
        <w:t>plan</w:t>
      </w:r>
      <w:r>
        <w:rPr>
          <w:b w:val="false"/>
          <w:sz w:val="28"/>
        </w:rPr>
        <w:t xml:space="preserve"> фиксируется единым </w:t>
      </w:r>
      <w:r>
        <w:rPr>
          <w:b w:val="false"/>
          <w:sz w:val="28"/>
          <w:lang w:val="zxx"/>
        </w:rPr>
        <w:t>mode=program</w:t>
      </w:r>
      <w:r>
        <w:rPr>
          <w:b w:val="false"/>
          <w:sz w:val="28"/>
        </w:rPr>
        <w:t xml:space="preserve"> и выполняется без новых сетевых </w:t>
      </w:r>
      <w:r>
        <w:rPr>
          <w:b w:val="false"/>
          <w:sz w:val="28"/>
          <w:lang w:val="zxx"/>
        </w:rPr>
        <w:t>session.start.</w:t>
      </w:r>
    </w:p>
    <w:p>
      <w:pPr>
        <w:pStyle w:val="2"/>
        <w:rPr/>
      </w:pPr>
      <w:r>
        <w:rPr/>
        <w:t>Автономное исполнение составной программы</w:t>
      </w:r>
    </w:p>
    <w:p>
      <w:pPr>
        <w:pStyle w:val="Normal"/>
        <w:jc w:val="both"/>
        <w:rPr/>
      </w:pPr>
      <w:r>
        <w:rPr>
          <w:b w:val="false"/>
          <w:sz w:val="28"/>
          <w:lang w:val="zxx"/>
        </w:rPr>
        <w:t>26.6</w:t>
      </w:r>
      <w:r>
        <w:rPr>
          <w:b w:val="false"/>
          <w:sz w:val="28"/>
        </w:rPr>
        <w:t xml:space="preserve"> Составное оповещение с автономным завершением запускается одним </w:t>
      </w:r>
      <w:r>
        <w:rPr>
          <w:b w:val="false"/>
          <w:sz w:val="28"/>
          <w:lang w:val="zxx"/>
        </w:rPr>
        <w:t>session.start</w:t>
      </w:r>
      <w:r>
        <w:rPr>
          <w:b w:val="false"/>
          <w:sz w:val="28"/>
        </w:rPr>
        <w:t xml:space="preserve"> с </w:t>
      </w:r>
      <w:r>
        <w:rPr>
          <w:b w:val="false"/>
          <w:sz w:val="28"/>
          <w:lang w:val="zxx"/>
        </w:rPr>
        <w:t>mode=program</w:t>
      </w:r>
      <w:r>
        <w:rPr>
          <w:b w:val="false"/>
          <w:sz w:val="28"/>
        </w:rPr>
        <w:t xml:space="preserve"> и дочерним </w:t>
      </w:r>
      <w:r>
        <w:rPr>
          <w:b w:val="false"/>
          <w:sz w:val="28"/>
          <w:lang w:val="zxx"/>
        </w:rPr>
        <w:t>program</w:t>
      </w:r>
      <w:r>
        <w:rPr>
          <w:b w:val="false"/>
          <w:sz w:val="28"/>
        </w:rPr>
        <w:t xml:space="preserve">, содержащим </w:t>
      </w:r>
      <w:r>
        <w:rPr>
          <w:b w:val="false"/>
          <w:sz w:val="28"/>
          <w:lang w:val="zxx"/>
        </w:rPr>
        <w:t>id</w:t>
      </w:r>
      <w:r>
        <w:rPr>
          <w:b w:val="false"/>
          <w:sz w:val="28"/>
        </w:rPr>
        <w:t xml:space="preserve"> и </w:t>
      </w:r>
      <w:r>
        <w:rPr>
          <w:b w:val="false"/>
          <w:sz w:val="28"/>
          <w:lang w:val="zxx"/>
        </w:rPr>
        <w:t>revision.</w:t>
      </w:r>
      <w:r>
        <w:rPr>
          <w:b w:val="false"/>
          <w:sz w:val="28"/>
        </w:rPr>
        <w:t xml:space="preserve"> Программа хранится на стороне УУ как неизменяемый манифест из </w:t>
      </w:r>
      <w:r>
        <w:rPr>
          <w:b w:val="false"/>
          <w:sz w:val="28"/>
          <w:lang w:val="zxx"/>
        </w:rPr>
        <w:t>1..8</w:t>
      </w:r>
      <w:r>
        <w:rPr>
          <w:b w:val="false"/>
          <w:sz w:val="28"/>
        </w:rPr>
        <w:t xml:space="preserve"> последовательных этапов </w:t>
      </w:r>
      <w:r>
        <w:rPr>
          <w:b w:val="false"/>
          <w:sz w:val="28"/>
          <w:lang w:val="zxx"/>
        </w:rPr>
        <w:t>siren</w:t>
      </w:r>
      <w:r>
        <w:rPr>
          <w:b w:val="false"/>
          <w:sz w:val="28"/>
        </w:rPr>
        <w:t xml:space="preserve">, </w:t>
      </w:r>
      <w:r>
        <w:rPr>
          <w:b w:val="false"/>
          <w:sz w:val="28"/>
          <w:lang w:val="zxx"/>
        </w:rPr>
        <w:t>recording</w:t>
      </w:r>
      <w:r>
        <w:rPr>
          <w:b w:val="false"/>
          <w:sz w:val="28"/>
        </w:rPr>
        <w:t xml:space="preserve"> или </w:t>
      </w:r>
      <w:r>
        <w:rPr>
          <w:b w:val="false"/>
          <w:sz w:val="28"/>
          <w:lang w:val="zxx"/>
        </w:rPr>
        <w:t>pause.</w:t>
      </w:r>
      <w:r>
        <w:rPr>
          <w:b w:val="false"/>
          <w:sz w:val="28"/>
        </w:rPr>
        <w:t xml:space="preserve"> Ревизия идентифицирует весь упорядоченный план, параметры и манифесты записей. </w:t>
      </w:r>
      <w:r>
        <w:rPr>
          <w:b w:val="false"/>
          <w:sz w:val="28"/>
          <w:lang w:val="zxx"/>
        </w:rPr>
        <w:t>session.start</w:t>
      </w:r>
      <w:r>
        <w:rPr>
          <w:b w:val="false"/>
          <w:sz w:val="28"/>
        </w:rPr>
        <w:t xml:space="preserve"> фиксирует полный план в журнале намерения до первого воздействия; будущие этапы не требуют новых сетевых </w:t>
      </w:r>
      <w:r>
        <w:rPr>
          <w:b w:val="false"/>
          <w:sz w:val="28"/>
          <w:lang w:val="zxx"/>
        </w:rPr>
        <w:t>session.start.</w:t>
      </w:r>
    </w:p>
    <w:p>
      <w:pPr>
        <w:pStyle w:val="Normal"/>
        <w:keepNext w:val="true"/>
        <w:jc w:val="start"/>
        <w:rPr/>
      </w:pPr>
      <w:r>
        <w:rPr>
          <w:b/>
          <w:sz w:val="28"/>
          <w:lang w:val="zxx"/>
        </w:rPr>
        <w:t>26.7</w:t>
      </w:r>
      <w:r>
        <w:rPr>
          <w:b/>
          <w:sz w:val="28"/>
        </w:rPr>
        <w:t xml:space="preserve"> </w:t>
      </w:r>
      <w:r>
        <w:rPr>
          <w:b/>
          <w:sz w:val="28"/>
          <w:lang w:val="zxx"/>
        </w:rPr>
        <w:t>id</w:t>
      </w:r>
      <w:r>
        <w:rPr>
          <w:b/>
          <w:sz w:val="28"/>
        </w:rPr>
        <w:t xml:space="preserve"> / </w:t>
      </w:r>
      <w:r>
        <w:rPr>
          <w:b/>
          <w:sz w:val="28"/>
          <w:lang w:val="zxx"/>
        </w:rPr>
        <w:t>revision</w:t>
      </w:r>
    </w:p>
    <w:p>
      <w:pPr>
        <w:pStyle w:val="Normal"/>
        <w:jc w:val="both"/>
        <w:rPr/>
      </w:pPr>
      <w:r>
        <w:rPr>
          <w:b w:val="false"/>
          <w:sz w:val="28"/>
          <w:lang w:val="zxx"/>
        </w:rPr>
        <w:t>id:</w:t>
      </w:r>
      <w:r>
        <w:rPr>
          <w:b w:val="false"/>
          <w:sz w:val="28"/>
        </w:rPr>
        <w:t xml:space="preserve"> </w:t>
      </w:r>
      <w:r>
        <w:rPr>
          <w:b w:val="false"/>
          <w:sz w:val="28"/>
          <w:lang w:val="zxx"/>
        </w:rPr>
        <w:t>1..32</w:t>
      </w:r>
      <w:r>
        <w:rPr>
          <w:b w:val="false"/>
          <w:sz w:val="28"/>
        </w:rPr>
        <w:t xml:space="preserve"> </w:t>
      </w:r>
      <w:r>
        <w:rPr>
          <w:b w:val="false"/>
          <w:sz w:val="28"/>
          <w:lang w:val="zxx"/>
        </w:rPr>
        <w:t>ASCII-</w:t>
      </w:r>
      <w:r>
        <w:rPr>
          <w:b w:val="false"/>
          <w:sz w:val="28"/>
        </w:rPr>
        <w:t xml:space="preserve">символа; </w:t>
      </w:r>
      <w:r>
        <w:rPr>
          <w:b w:val="false"/>
          <w:sz w:val="28"/>
          <w:lang w:val="zxx"/>
        </w:rPr>
        <w:t>revision:</w:t>
      </w:r>
      <w:r>
        <w:rPr>
          <w:b w:val="false"/>
          <w:sz w:val="28"/>
        </w:rPr>
        <w:t xml:space="preserve"> </w:t>
      </w:r>
      <w:r>
        <w:rPr>
          <w:b w:val="false"/>
          <w:sz w:val="28"/>
          <w:lang w:val="zxx"/>
        </w:rPr>
        <w:t>uint64.</w:t>
      </w:r>
      <w:r>
        <w:rPr>
          <w:b w:val="false"/>
          <w:sz w:val="28"/>
        </w:rPr>
        <w:t xml:space="preserve"> Изменение любого этапа или содержимого создает новую ревизию. Программа и ее содержимое недоступны для изменения или удаления до завершения всех ссылающихся исполнений.</w:t>
      </w:r>
    </w:p>
    <w:p>
      <w:pPr>
        <w:pStyle w:val="Normal"/>
        <w:keepNext w:val="true"/>
        <w:jc w:val="start"/>
        <w:rPr/>
      </w:pPr>
      <w:r>
        <w:rPr>
          <w:b/>
          <w:sz w:val="28"/>
          <w:lang w:val="zxx"/>
        </w:rPr>
        <w:t>26.8</w:t>
      </w:r>
      <w:r>
        <w:rPr>
          <w:b/>
          <w:sz w:val="28"/>
        </w:rPr>
        <w:t xml:space="preserve"> </w:t>
      </w:r>
      <w:r>
        <w:rPr>
          <w:b/>
          <w:sz w:val="28"/>
          <w:lang w:val="zxx"/>
        </w:rPr>
        <w:t>stage</w:t>
      </w:r>
    </w:p>
    <w:p>
      <w:pPr>
        <w:pStyle w:val="Normal"/>
        <w:jc w:val="start"/>
        <w:rPr/>
      </w:pPr>
      <w:r>
        <w:rPr>
          <w:b w:val="false"/>
          <w:sz w:val="28"/>
          <w:lang w:val="zxx"/>
        </w:rPr>
        <w:t>index:</w:t>
      </w:r>
      <w:r>
        <w:rPr>
          <w:b w:val="false"/>
          <w:sz w:val="28"/>
        </w:rPr>
        <w:t xml:space="preserve"> </w:t>
      </w:r>
      <w:r>
        <w:rPr>
          <w:b w:val="false"/>
          <w:sz w:val="28"/>
          <w:lang w:val="zxx"/>
        </w:rPr>
        <w:t>1..8</w:t>
      </w:r>
      <w:r>
        <w:rPr>
          <w:b w:val="false"/>
          <w:sz w:val="28"/>
        </w:rPr>
        <w:t xml:space="preserve"> без пропусков; </w:t>
      </w:r>
      <w:r>
        <w:rPr>
          <w:b w:val="false"/>
          <w:sz w:val="28"/>
          <w:lang w:val="zxx"/>
        </w:rPr>
        <w:t>kind=siren|</w:t>
      </w:r>
      <w:r>
        <w:rPr>
          <w:b w:val="false"/>
          <w:sz w:val="28"/>
        </w:rPr>
        <w:t>​</w:t>
      </w:r>
      <w:r>
        <w:rPr>
          <w:b w:val="false"/>
          <w:sz w:val="28"/>
          <w:lang w:val="zxx"/>
        </w:rPr>
        <w:t>recording|</w:t>
      </w:r>
      <w:r>
        <w:rPr>
          <w:b w:val="false"/>
          <w:sz w:val="28"/>
        </w:rPr>
        <w:t>​</w:t>
      </w:r>
      <w:r>
        <w:rPr>
          <w:b w:val="false"/>
          <w:sz w:val="28"/>
          <w:lang w:val="zxx"/>
        </w:rPr>
        <w:t>pause</w:t>
      </w:r>
      <w:r>
        <w:rPr>
          <w:b w:val="false"/>
          <w:sz w:val="28"/>
        </w:rPr>
        <w:t xml:space="preserve">; </w:t>
      </w:r>
      <w:r>
        <w:rPr>
          <w:b w:val="false"/>
          <w:sz w:val="28"/>
          <w:lang w:val="zxx"/>
        </w:rPr>
        <w:t>repeat:</w:t>
      </w:r>
      <w:r>
        <w:rPr>
          <w:b w:val="false"/>
          <w:sz w:val="28"/>
        </w:rPr>
        <w:t xml:space="preserve"> </w:t>
      </w:r>
      <w:r>
        <w:rPr>
          <w:b w:val="false"/>
          <w:sz w:val="28"/>
          <w:lang w:val="zxx"/>
        </w:rPr>
        <w:t>1..16</w:t>
      </w:r>
      <w:r>
        <w:rPr>
          <w:b w:val="false"/>
          <w:sz w:val="28"/>
        </w:rPr>
        <w:t xml:space="preserve">; </w:t>
      </w:r>
      <w:r>
        <w:rPr>
          <w:b w:val="false"/>
          <w:sz w:val="28"/>
          <w:lang w:val="zxx"/>
        </w:rPr>
        <w:t>gapMs:</w:t>
      </w:r>
      <w:r>
        <w:rPr>
          <w:b w:val="false"/>
          <w:sz w:val="28"/>
        </w:rPr>
        <w:t xml:space="preserve"> </w:t>
      </w:r>
      <w:r>
        <w:rPr>
          <w:b w:val="false"/>
          <w:sz w:val="28"/>
          <w:lang w:val="zxx"/>
        </w:rPr>
        <w:t>0..60000.</w:t>
      </w:r>
      <w:r>
        <w:rPr>
          <w:b w:val="false"/>
          <w:sz w:val="28"/>
        </w:rPr>
        <w:t xml:space="preserve"> Ресурсы наследуются из </w:t>
      </w:r>
      <w:r>
        <w:rPr>
          <w:b w:val="false"/>
          <w:sz w:val="28"/>
          <w:lang w:val="zxx"/>
        </w:rPr>
        <w:t>session.start</w:t>
      </w:r>
      <w:r>
        <w:rPr>
          <w:b w:val="false"/>
          <w:sz w:val="28"/>
        </w:rPr>
        <w:t>; скрытые дополнительные ресурсы запрещены.</w:t>
      </w:r>
    </w:p>
    <w:p>
      <w:pPr>
        <w:pStyle w:val="Normal"/>
        <w:keepNext w:val="true"/>
        <w:jc w:val="start"/>
        <w:rPr/>
      </w:pPr>
      <w:r>
        <w:rPr>
          <w:b/>
          <w:sz w:val="28"/>
          <w:lang w:val="zxx"/>
        </w:rPr>
        <w:t>26.9</w:t>
      </w:r>
      <w:r>
        <w:rPr>
          <w:b/>
          <w:sz w:val="28"/>
        </w:rPr>
        <w:t xml:space="preserve"> </w:t>
      </w:r>
      <w:r>
        <w:rPr>
          <w:b/>
          <w:sz w:val="28"/>
          <w:lang w:val="zxx"/>
        </w:rPr>
        <w:t>siren</w:t>
      </w:r>
    </w:p>
    <w:p>
      <w:pPr>
        <w:pStyle w:val="Normal"/>
        <w:jc w:val="start"/>
        <w:rPr/>
      </w:pPr>
      <w:r>
        <w:rPr>
          <w:b w:val="false"/>
          <w:sz w:val="28"/>
          <w:lang w:val="zxx"/>
        </w:rPr>
        <w:t>pattern=continuous|</w:t>
      </w:r>
      <w:r>
        <w:rPr>
          <w:b w:val="false"/>
          <w:sz w:val="28"/>
        </w:rPr>
        <w:t>​</w:t>
      </w:r>
      <w:r>
        <w:rPr>
          <w:b w:val="false"/>
          <w:sz w:val="28"/>
          <w:lang w:val="zxx"/>
        </w:rPr>
        <w:t>intermittent</w:t>
      </w:r>
      <w:r>
        <w:rPr>
          <w:b w:val="false"/>
          <w:sz w:val="28"/>
        </w:rPr>
        <w:t xml:space="preserve">, </w:t>
      </w:r>
      <w:r>
        <w:rPr>
          <w:b w:val="false"/>
          <w:sz w:val="28"/>
          <w:lang w:val="zxx"/>
        </w:rPr>
        <w:t>stopMode=duration</w:t>
      </w:r>
      <w:r>
        <w:rPr>
          <w:b w:val="false"/>
          <w:sz w:val="28"/>
        </w:rPr>
        <w:t xml:space="preserve"> в </w:t>
      </w:r>
      <w:r>
        <w:rPr>
          <w:b w:val="false"/>
          <w:sz w:val="28"/>
          <w:lang w:val="zxx"/>
        </w:rPr>
        <w:t>XML</w:t>
      </w:r>
      <w:r>
        <w:rPr>
          <w:b w:val="false"/>
          <w:sz w:val="28"/>
        </w:rPr>
        <w:t xml:space="preserve"> </w:t>
      </w:r>
      <w:r>
        <w:rPr>
          <w:b w:val="false"/>
          <w:sz w:val="28"/>
          <w:lang w:val="zxx"/>
        </w:rPr>
        <w:t>programs.list</w:t>
      </w:r>
      <w:r>
        <w:rPr>
          <w:b w:val="false"/>
          <w:sz w:val="28"/>
        </w:rPr>
        <w:t xml:space="preserve">, </w:t>
      </w:r>
      <w:r>
        <w:rPr>
          <w:b w:val="false"/>
          <w:sz w:val="28"/>
          <w:lang w:val="zxx"/>
        </w:rPr>
        <w:t>durationMs=100..3600000</w:t>
      </w:r>
      <w:r>
        <w:rPr>
          <w:b w:val="false"/>
          <w:sz w:val="28"/>
        </w:rPr>
        <w:t xml:space="preserve">, </w:t>
      </w:r>
      <w:r>
        <w:rPr>
          <w:b w:val="false"/>
          <w:sz w:val="28"/>
          <w:lang w:val="zxx"/>
        </w:rPr>
        <w:t>signalProfileId</w:t>
      </w:r>
      <w:r>
        <w:rPr>
          <w:b w:val="false"/>
          <w:sz w:val="28"/>
        </w:rPr>
        <w:t xml:space="preserve"> и </w:t>
      </w:r>
      <w:r>
        <w:rPr>
          <w:b w:val="false"/>
          <w:sz w:val="28"/>
          <w:lang w:val="zxx"/>
        </w:rPr>
        <w:t>signalProfileRevision.</w:t>
      </w:r>
      <w:r>
        <w:rPr>
          <w:b w:val="false"/>
          <w:sz w:val="28"/>
        </w:rPr>
        <w:t xml:space="preserve"> Параметры каждого прохода неизменны.</w:t>
      </w:r>
    </w:p>
    <w:p>
      <w:pPr>
        <w:pStyle w:val="Normal"/>
        <w:keepNext w:val="true"/>
        <w:jc w:val="start"/>
        <w:rPr/>
      </w:pPr>
      <w:r>
        <w:rPr>
          <w:b/>
          <w:sz w:val="28"/>
          <w:lang w:val="zxx"/>
        </w:rPr>
        <w:t>26.10</w:t>
      </w:r>
      <w:r>
        <w:rPr>
          <w:b/>
          <w:sz w:val="28"/>
        </w:rPr>
        <w:t xml:space="preserve"> </w:t>
      </w:r>
      <w:r>
        <w:rPr>
          <w:b/>
          <w:sz w:val="28"/>
          <w:lang w:val="zxx"/>
        </w:rPr>
        <w:t>recording</w:t>
      </w:r>
    </w:p>
    <w:p>
      <w:pPr>
        <w:pStyle w:val="Normal"/>
        <w:jc w:val="start"/>
        <w:rPr/>
      </w:pPr>
      <w:r>
        <w:rPr>
          <w:b w:val="false"/>
          <w:sz w:val="28"/>
          <w:lang w:val="zxx"/>
        </w:rPr>
        <w:t>contentId</w:t>
      </w:r>
      <w:r>
        <w:rPr>
          <w:b w:val="false"/>
          <w:sz w:val="28"/>
        </w:rPr>
        <w:t xml:space="preserve">, </w:t>
      </w:r>
      <w:r>
        <w:rPr>
          <w:b w:val="false"/>
          <w:sz w:val="28"/>
          <w:lang w:val="zxx"/>
        </w:rPr>
        <w:t>revision</w:t>
      </w:r>
      <w:r>
        <w:rPr>
          <w:b w:val="false"/>
          <w:sz w:val="28"/>
        </w:rPr>
        <w:t xml:space="preserve">, </w:t>
      </w:r>
      <w:r>
        <w:rPr>
          <w:b w:val="false"/>
          <w:sz w:val="28"/>
          <w:lang w:val="zxx"/>
        </w:rPr>
        <w:t>hashAlgorithm=streebog256</w:t>
      </w:r>
      <w:r>
        <w:rPr>
          <w:b w:val="false"/>
          <w:sz w:val="28"/>
        </w:rPr>
        <w:t xml:space="preserve">, </w:t>
      </w:r>
      <w:r>
        <w:rPr>
          <w:b w:val="false"/>
          <w:sz w:val="28"/>
          <w:lang w:val="zxx"/>
        </w:rPr>
        <w:t>hash</w:t>
      </w:r>
      <w:r>
        <w:rPr>
          <w:b w:val="false"/>
          <w:sz w:val="28"/>
        </w:rPr>
        <w:t xml:space="preserve"> из </w:t>
      </w:r>
      <w:r>
        <w:rPr>
          <w:b w:val="false"/>
          <w:sz w:val="28"/>
          <w:lang w:val="zxx"/>
        </w:rPr>
        <w:t>64</w:t>
      </w:r>
      <w:r>
        <w:rPr>
          <w:b w:val="false"/>
          <w:sz w:val="28"/>
        </w:rPr>
        <w:t xml:space="preserve"> строчных </w:t>
      </w:r>
      <w:r>
        <w:rPr>
          <w:b w:val="false"/>
          <w:sz w:val="28"/>
          <w:lang w:val="zxx"/>
        </w:rPr>
        <w:t>hex</w:t>
      </w:r>
      <w:r>
        <w:rPr>
          <w:b w:val="false"/>
          <w:sz w:val="28"/>
        </w:rPr>
        <w:t>; целиком локально доступная запись, один проход за повтор.</w:t>
      </w:r>
    </w:p>
    <w:p>
      <w:pPr>
        <w:pStyle w:val="Normal"/>
        <w:keepNext w:val="true"/>
        <w:jc w:val="start"/>
        <w:rPr/>
      </w:pPr>
      <w:r>
        <w:rPr>
          <w:b/>
          <w:sz w:val="28"/>
          <w:lang w:val="zxx"/>
        </w:rPr>
        <w:t>26.11</w:t>
      </w:r>
      <w:r>
        <w:rPr>
          <w:b/>
          <w:sz w:val="28"/>
        </w:rPr>
        <w:t xml:space="preserve"> </w:t>
      </w:r>
      <w:r>
        <w:rPr>
          <w:b/>
          <w:sz w:val="28"/>
          <w:lang w:val="zxx"/>
        </w:rPr>
        <w:t>pause</w:t>
      </w:r>
    </w:p>
    <w:p>
      <w:pPr>
        <w:pStyle w:val="Normal"/>
        <w:jc w:val="start"/>
        <w:rPr/>
      </w:pPr>
      <w:r>
        <w:rPr>
          <w:b w:val="false"/>
          <w:sz w:val="28"/>
          <w:lang w:val="zxx"/>
        </w:rPr>
        <w:t>durationMs=0..60000</w:t>
      </w:r>
      <w:r>
        <w:rPr>
          <w:b w:val="false"/>
          <w:sz w:val="28"/>
        </w:rPr>
        <w:t xml:space="preserve">, </w:t>
      </w:r>
      <w:r>
        <w:rPr>
          <w:b w:val="false"/>
          <w:sz w:val="28"/>
          <w:lang w:val="zxx"/>
        </w:rPr>
        <w:t>repeat=1</w:t>
      </w:r>
      <w:r>
        <w:rPr>
          <w:b w:val="false"/>
          <w:sz w:val="28"/>
        </w:rPr>
        <w:t xml:space="preserve">, </w:t>
      </w:r>
      <w:r>
        <w:rPr>
          <w:b w:val="false"/>
          <w:sz w:val="28"/>
          <w:lang w:val="zxx"/>
        </w:rPr>
        <w:t>gapMs=0.</w:t>
      </w:r>
      <w:r>
        <w:rPr>
          <w:b w:val="false"/>
          <w:sz w:val="28"/>
        </w:rPr>
        <w:t xml:space="preserve"> Выходы остаются </w:t>
      </w:r>
      <w:r>
        <w:rPr>
          <w:b w:val="false"/>
          <w:sz w:val="28"/>
          <w:lang w:val="zxx"/>
        </w:rPr>
        <w:t>off</w:t>
      </w:r>
      <w:r>
        <w:rPr>
          <w:b w:val="false"/>
          <w:sz w:val="28"/>
        </w:rPr>
        <w:t>; отмена в паузе запрещает следующий этап.</w:t>
      </w:r>
    </w:p>
    <w:p>
      <w:pPr>
        <w:pStyle w:val="Normal"/>
        <w:keepNext w:val="true"/>
        <w:jc w:val="start"/>
        <w:rPr/>
      </w:pPr>
      <w:r>
        <w:rPr>
          <w:b/>
          <w:sz w:val="28"/>
          <w:lang w:val="zxx"/>
        </w:rPr>
        <w:t>26.12</w:t>
      </w:r>
      <w:r>
        <w:rPr>
          <w:b/>
          <w:sz w:val="28"/>
        </w:rPr>
        <w:t xml:space="preserve"> Предел</w:t>
      </w:r>
    </w:p>
    <w:p>
      <w:pPr>
        <w:pStyle w:val="Normal"/>
        <w:jc w:val="start"/>
        <w:rPr/>
      </w:pPr>
      <w:r>
        <w:rPr>
          <w:b w:val="false"/>
          <w:sz w:val="28"/>
        </w:rPr>
        <w:t xml:space="preserve">Сумма всех подготовок, проходов, остановок и пауз </w:t>
      </w:r>
      <w:r>
        <w:rPr>
          <w:b w:val="false"/>
          <w:sz w:val="28"/>
          <w:lang w:val="zxx"/>
        </w:rPr>
        <w:t>ДОЛЖНА</w:t>
      </w:r>
      <w:r>
        <w:rPr>
          <w:b w:val="false"/>
          <w:sz w:val="28"/>
        </w:rPr>
        <w:t xml:space="preserve"> укладываться в </w:t>
      </w:r>
      <w:r>
        <w:rPr>
          <w:b w:val="false"/>
          <w:sz w:val="28"/>
          <w:lang w:val="zxx"/>
        </w:rPr>
        <w:t>maxDurationMs</w:t>
      </w:r>
      <w:r>
        <w:rPr>
          <w:b w:val="false"/>
          <w:sz w:val="28"/>
        </w:rPr>
        <w:t xml:space="preserve"> </w:t>
      </w:r>
      <w:r>
        <w:rPr>
          <w:b w:val="false"/>
          <w:sz w:val="28"/>
          <w:lang w:val="zxx"/>
        </w:rPr>
        <w:t>session.start</w:t>
      </w:r>
      <w:r>
        <w:rPr>
          <w:b w:val="false"/>
          <w:sz w:val="28"/>
        </w:rPr>
        <w:t xml:space="preserve"> &lt;= </w:t>
      </w:r>
      <w:r>
        <w:rPr>
          <w:b w:val="false"/>
          <w:sz w:val="28"/>
          <w:lang w:val="zxx"/>
        </w:rPr>
        <w:t>86400000.</w:t>
      </w:r>
      <w:r>
        <w:rPr>
          <w:b w:val="false"/>
          <w:sz w:val="28"/>
        </w:rPr>
        <w:t xml:space="preserve"> УУ проверяет верхнюю оценку до </w:t>
      </w:r>
      <w:r>
        <w:rPr>
          <w:b w:val="false"/>
          <w:sz w:val="28"/>
          <w:lang w:val="zxx"/>
        </w:rPr>
        <w:t>accepted.</w:t>
      </w:r>
      <w:r>
        <w:rPr>
          <w:b w:val="false"/>
          <w:sz w:val="28"/>
        </w:rPr>
        <w:t xml:space="preserve"> При неизвестной верхней длительности записи </w:t>
      </w:r>
      <w:r>
        <w:rPr>
          <w:b w:val="false"/>
          <w:sz w:val="28"/>
          <w:lang w:val="zxx"/>
        </w:rPr>
        <w:t>session.start</w:t>
      </w:r>
      <w:r>
        <w:rPr>
          <w:b w:val="false"/>
          <w:sz w:val="28"/>
        </w:rPr>
        <w:t xml:space="preserve"> отклоняется.</w:t>
      </w:r>
    </w:p>
    <w:p>
      <w:pPr>
        <w:pStyle w:val="Normal"/>
        <w:jc w:val="both"/>
        <w:rPr/>
      </w:pPr>
      <w:r>
        <w:rPr>
          <w:b w:val="false"/>
          <w:sz w:val="28"/>
          <w:lang w:val="zxx"/>
        </w:rPr>
        <w:t>26.13</w:t>
      </w:r>
      <w:r>
        <w:rPr>
          <w:b w:val="false"/>
          <w:sz w:val="28"/>
        </w:rPr>
        <w:t xml:space="preserve"> Все ресурсы и записи программы проверяются до </w:t>
      </w:r>
      <w:r>
        <w:rPr>
          <w:b w:val="false"/>
          <w:sz w:val="28"/>
          <w:lang w:val="zxx"/>
        </w:rPr>
        <w:t>accepted.</w:t>
      </w:r>
      <w:r>
        <w:rPr>
          <w:b w:val="false"/>
          <w:sz w:val="28"/>
        </w:rPr>
        <w:t xml:space="preserve"> Для перехода к следующему этапу УУ подтверждает </w:t>
      </w:r>
      <w:r>
        <w:rPr>
          <w:b w:val="false"/>
          <w:sz w:val="28"/>
          <w:lang w:val="zxx"/>
        </w:rPr>
        <w:t>off</w:t>
      </w:r>
      <w:r>
        <w:rPr>
          <w:b w:val="false"/>
          <w:sz w:val="28"/>
        </w:rPr>
        <w:t xml:space="preserve"> предыдущего, прекращает его таймеры и медиаразрешения и присваивает локальные </w:t>
      </w:r>
      <w:r>
        <w:rPr>
          <w:b w:val="false"/>
          <w:sz w:val="28"/>
          <w:lang w:val="zxx"/>
        </w:rPr>
        <w:t>stageIndex/</w:t>
      </w:r>
      <w:r>
        <w:rPr>
          <w:b w:val="false"/>
          <w:sz w:val="28"/>
        </w:rPr>
        <w:t>​</w:t>
      </w:r>
      <w:r>
        <w:rPr>
          <w:b w:val="false"/>
          <w:sz w:val="28"/>
          <w:lang w:val="zxx"/>
        </w:rPr>
        <w:t>passIndex.</w:t>
      </w:r>
      <w:r>
        <w:rPr>
          <w:b w:val="false"/>
          <w:sz w:val="28"/>
        </w:rPr>
        <w:t xml:space="preserve"> Позднее сообщение предыдущего этапа не действует на новый. Любой отказ или </w:t>
      </w:r>
      <w:r>
        <w:rPr>
          <w:b w:val="false"/>
          <w:sz w:val="28"/>
          <w:lang w:val="zxx"/>
        </w:rPr>
        <w:t>unknown</w:t>
      </w:r>
      <w:r>
        <w:rPr>
          <w:b w:val="false"/>
          <w:sz w:val="28"/>
        </w:rPr>
        <w:t xml:space="preserve"> прерывает оставшуюся программу и инициирует остановку; пропуск этапа при ошибке запрещен. </w:t>
      </w:r>
      <w:r>
        <w:rPr>
          <w:b w:val="false"/>
          <w:sz w:val="28"/>
          <w:lang w:val="zxx"/>
        </w:rPr>
        <w:t>succeeded</w:t>
      </w:r>
      <w:r>
        <w:rPr>
          <w:b w:val="false"/>
          <w:sz w:val="28"/>
        </w:rPr>
        <w:t xml:space="preserve"> относится ко всей программе и требует выполнения всех этапов.</w:t>
      </w:r>
    </w:p>
    <w:p>
      <w:pPr>
        <w:pStyle w:val="Normal"/>
        <w:jc w:val="start"/>
        <w:rPr/>
      </w:pPr>
      <w:r>
        <w:rPr>
          <w:b w:val="false"/>
          <w:sz w:val="28"/>
          <w:lang w:val="zxx"/>
        </w:rPr>
        <w:t>26.14</w:t>
      </w:r>
      <w:r>
        <w:rPr>
          <w:b w:val="false"/>
          <w:sz w:val="28"/>
        </w:rPr>
        <w:t xml:space="preserve"> Результат </w:t>
      </w:r>
      <w:r>
        <w:rPr>
          <w:b w:val="false"/>
          <w:sz w:val="28"/>
          <w:lang w:val="zxx"/>
        </w:rPr>
        <w:t>program</w:t>
      </w:r>
      <w:r>
        <w:rPr>
          <w:b w:val="false"/>
          <w:sz w:val="28"/>
        </w:rPr>
        <w:t xml:space="preserve"> дополнительно содержит </w:t>
      </w:r>
      <w:r>
        <w:rPr>
          <w:b w:val="false"/>
          <w:sz w:val="28"/>
          <w:lang w:val="zxx"/>
        </w:rPr>
        <w:t>stageResult</w:t>
      </w:r>
      <w:r>
        <w:rPr>
          <w:b w:val="false"/>
          <w:sz w:val="28"/>
        </w:rPr>
        <w:t xml:space="preserve"> для каждого предусмотренного прохода: </w:t>
      </w:r>
      <w:r>
        <w:rPr>
          <w:b w:val="false"/>
          <w:sz w:val="28"/>
          <w:lang w:val="zxx"/>
        </w:rPr>
        <w:t>stageIndex</w:t>
      </w:r>
      <w:r>
        <w:rPr>
          <w:b w:val="false"/>
          <w:sz w:val="28"/>
        </w:rPr>
        <w:t xml:space="preserve">, </w:t>
      </w:r>
      <w:r>
        <w:rPr>
          <w:b w:val="false"/>
          <w:sz w:val="28"/>
          <w:lang w:val="zxx"/>
        </w:rPr>
        <w:t>passIndex</w:t>
      </w:r>
      <w:r>
        <w:rPr>
          <w:b w:val="false"/>
          <w:sz w:val="28"/>
        </w:rPr>
        <w:t xml:space="preserve">, </w:t>
      </w:r>
      <w:r>
        <w:rPr>
          <w:b w:val="false"/>
          <w:sz w:val="28"/>
          <w:lang w:val="zxx"/>
        </w:rPr>
        <w:t>state=pending|</w:t>
      </w:r>
      <w:r>
        <w:rPr>
          <w:b w:val="false"/>
          <w:sz w:val="28"/>
        </w:rPr>
        <w:t>​</w:t>
      </w:r>
      <w:r>
        <w:rPr>
          <w:b w:val="false"/>
          <w:sz w:val="28"/>
          <w:lang w:val="zxx"/>
        </w:rPr>
        <w:t>running|</w:t>
      </w:r>
      <w:r>
        <w:rPr>
          <w:b w:val="false"/>
          <w:sz w:val="28"/>
        </w:rPr>
        <w:t>​</w:t>
      </w:r>
      <w:r>
        <w:rPr>
          <w:b w:val="false"/>
          <w:sz w:val="28"/>
          <w:lang w:val="zxx"/>
        </w:rPr>
        <w:t>stopping|</w:t>
      </w:r>
      <w:r>
        <w:rPr>
          <w:b w:val="false"/>
          <w:sz w:val="28"/>
        </w:rPr>
        <w:t>​</w:t>
      </w:r>
      <w:r>
        <w:rPr>
          <w:b w:val="false"/>
          <w:sz w:val="28"/>
          <w:lang w:val="zxx"/>
        </w:rPr>
        <w:t>finished|</w:t>
      </w:r>
      <w:r>
        <w:rPr>
          <w:b w:val="false"/>
          <w:sz w:val="28"/>
        </w:rPr>
        <w:t>​</w:t>
      </w:r>
      <w:r>
        <w:rPr>
          <w:b w:val="false"/>
          <w:sz w:val="28"/>
          <w:lang w:val="zxx"/>
        </w:rPr>
        <w:t>notStarted</w:t>
      </w:r>
      <w:r>
        <w:rPr>
          <w:b w:val="false"/>
          <w:sz w:val="28"/>
        </w:rPr>
        <w:t xml:space="preserve"> и, при </w:t>
      </w:r>
      <w:r>
        <w:rPr>
          <w:b w:val="false"/>
          <w:sz w:val="28"/>
          <w:lang w:val="zxx"/>
        </w:rPr>
        <w:t>finished</w:t>
      </w:r>
      <w:r>
        <w:rPr>
          <w:b w:val="false"/>
          <w:sz w:val="28"/>
        </w:rPr>
        <w:t xml:space="preserve">, </w:t>
      </w:r>
      <w:r>
        <w:rPr>
          <w:b w:val="false"/>
          <w:sz w:val="28"/>
          <w:lang w:val="zxx"/>
        </w:rPr>
        <w:t>result/</w:t>
      </w:r>
      <w:r>
        <w:rPr>
          <w:b w:val="false"/>
          <w:sz w:val="28"/>
        </w:rPr>
        <w:t>​</w:t>
      </w:r>
      <w:r>
        <w:rPr>
          <w:b w:val="false"/>
          <w:sz w:val="28"/>
          <w:lang w:val="zxx"/>
        </w:rPr>
        <w:t>reason.</w:t>
      </w:r>
      <w:r>
        <w:rPr>
          <w:b w:val="false"/>
          <w:sz w:val="28"/>
        </w:rPr>
        <w:t xml:space="preserve"> Поля </w:t>
      </w:r>
      <w:r>
        <w:rPr>
          <w:b w:val="false"/>
          <w:sz w:val="28"/>
          <w:lang w:val="zxx"/>
        </w:rPr>
        <w:t>runningAtMs</w:t>
      </w:r>
      <w:r>
        <w:rPr>
          <w:b w:val="false"/>
          <w:sz w:val="28"/>
        </w:rPr>
        <w:t xml:space="preserve">, </w:t>
      </w:r>
      <w:r>
        <w:rPr>
          <w:b w:val="false"/>
          <w:sz w:val="28"/>
          <w:lang w:val="zxx"/>
        </w:rPr>
        <w:t>stoppingAtMs</w:t>
      </w:r>
      <w:r>
        <w:rPr>
          <w:b w:val="false"/>
          <w:sz w:val="28"/>
        </w:rPr>
        <w:t xml:space="preserve">, </w:t>
      </w:r>
      <w:r>
        <w:rPr>
          <w:b w:val="false"/>
          <w:sz w:val="28"/>
          <w:lang w:val="zxx"/>
        </w:rPr>
        <w:t>finishedAtMs</w:t>
      </w:r>
      <w:r>
        <w:rPr>
          <w:b w:val="false"/>
          <w:sz w:val="28"/>
        </w:rPr>
        <w:t xml:space="preserve"> присутствуют только для состоявшихся переходов. </w:t>
      </w:r>
      <w:r>
        <w:rPr>
          <w:b w:val="false"/>
          <w:sz w:val="28"/>
          <w:lang w:val="zxx"/>
        </w:rPr>
        <w:t>acceptedAtMs</w:t>
      </w:r>
      <w:r>
        <w:rPr>
          <w:b w:val="false"/>
          <w:sz w:val="28"/>
        </w:rPr>
        <w:t xml:space="preserve"> &lt;= </w:t>
      </w:r>
      <w:r>
        <w:rPr>
          <w:b w:val="false"/>
          <w:sz w:val="28"/>
          <w:lang w:val="zxx"/>
        </w:rPr>
        <w:t>runningAtMs</w:t>
      </w:r>
      <w:r>
        <w:rPr>
          <w:b w:val="false"/>
          <w:sz w:val="28"/>
        </w:rPr>
        <w:t xml:space="preserve"> &lt;= </w:t>
      </w:r>
      <w:r>
        <w:rPr>
          <w:b w:val="false"/>
          <w:sz w:val="28"/>
          <w:lang w:val="zxx"/>
        </w:rPr>
        <w:t>stoppingAtMs</w:t>
      </w:r>
      <w:r>
        <w:rPr>
          <w:b w:val="false"/>
          <w:sz w:val="28"/>
        </w:rPr>
        <w:t xml:space="preserve"> &lt;= </w:t>
      </w:r>
      <w:r>
        <w:rPr>
          <w:b w:val="false"/>
          <w:sz w:val="28"/>
          <w:lang w:val="zxx"/>
        </w:rPr>
        <w:t>finishedAtMs</w:t>
      </w:r>
      <w:r>
        <w:rPr>
          <w:b w:val="false"/>
          <w:sz w:val="28"/>
        </w:rPr>
        <w:t xml:space="preserve"> &lt;= </w:t>
      </w:r>
      <w:r>
        <w:rPr>
          <w:b w:val="false"/>
          <w:sz w:val="28"/>
          <w:lang w:val="zxx"/>
        </w:rPr>
        <w:t>evaluatedAtMs</w:t>
      </w:r>
      <w:r>
        <w:rPr>
          <w:b w:val="false"/>
          <w:sz w:val="28"/>
        </w:rPr>
        <w:t xml:space="preserve">; время следующего </w:t>
      </w:r>
      <w:r>
        <w:rPr>
          <w:b w:val="false"/>
          <w:sz w:val="28"/>
          <w:lang w:val="zxx"/>
        </w:rPr>
        <w:t>runningAtMs</w:t>
      </w:r>
      <w:r>
        <w:rPr>
          <w:b w:val="false"/>
          <w:sz w:val="28"/>
        </w:rPr>
        <w:t xml:space="preserve"> не меньше предыдущего </w:t>
      </w:r>
      <w:r>
        <w:rPr>
          <w:b w:val="false"/>
          <w:sz w:val="28"/>
          <w:lang w:val="zxx"/>
        </w:rPr>
        <w:t>finishedAtMs</w:t>
      </w:r>
      <w:r>
        <w:rPr>
          <w:b w:val="false"/>
          <w:sz w:val="28"/>
        </w:rPr>
        <w:t xml:space="preserve"> + </w:t>
      </w:r>
      <w:r>
        <w:rPr>
          <w:b w:val="false"/>
          <w:sz w:val="28"/>
          <w:lang w:val="zxx"/>
        </w:rPr>
        <w:t>gapMs</w:t>
      </w:r>
      <w:r>
        <w:rPr>
          <w:b w:val="false"/>
          <w:sz w:val="28"/>
        </w:rPr>
        <w:t xml:space="preserve"> между повторами. Времена каждого прохода лежат между началом плана и его </w:t>
      </w:r>
      <w:r>
        <w:rPr>
          <w:b w:val="false"/>
          <w:sz w:val="28"/>
          <w:lang w:val="zxx"/>
        </w:rPr>
        <w:t>finishedAtMs</w:t>
      </w:r>
      <w:r>
        <w:rPr>
          <w:b w:val="false"/>
          <w:sz w:val="28"/>
        </w:rPr>
        <w:t xml:space="preserve">, если он завершен. Для </w:t>
      </w:r>
      <w:r>
        <w:rPr>
          <w:b w:val="false"/>
          <w:sz w:val="28"/>
          <w:lang w:val="zxx"/>
        </w:rPr>
        <w:t>pause</w:t>
      </w:r>
      <w:r>
        <w:rPr>
          <w:b w:val="false"/>
          <w:sz w:val="28"/>
        </w:rPr>
        <w:t xml:space="preserve"> </w:t>
      </w:r>
      <w:r>
        <w:rPr>
          <w:b w:val="false"/>
          <w:sz w:val="28"/>
          <w:lang w:val="zxx"/>
        </w:rPr>
        <w:t>runningAtMs</w:t>
      </w:r>
      <w:r>
        <w:rPr>
          <w:b w:val="false"/>
          <w:sz w:val="28"/>
        </w:rPr>
        <w:t xml:space="preserve"> обозначает начало паузы и не является доказательством включения. </w:t>
      </w:r>
      <w:r>
        <w:rPr>
          <w:b w:val="false"/>
          <w:sz w:val="28"/>
          <w:lang w:val="zxx"/>
        </w:rPr>
        <w:t>pending</w:t>
      </w:r>
      <w:r>
        <w:rPr>
          <w:b w:val="false"/>
          <w:sz w:val="28"/>
        </w:rPr>
        <w:t xml:space="preserve"> относится только к будущему проходу активного плана; после прекращения плана он становится </w:t>
      </w:r>
      <w:r>
        <w:rPr>
          <w:b w:val="false"/>
          <w:sz w:val="28"/>
          <w:lang w:val="zxx"/>
        </w:rPr>
        <w:t>notStarted</w:t>
      </w:r>
      <w:r>
        <w:rPr>
          <w:b w:val="false"/>
          <w:sz w:val="28"/>
        </w:rPr>
        <w:t xml:space="preserve"> с </w:t>
      </w:r>
      <w:r>
        <w:rPr>
          <w:b w:val="false"/>
          <w:sz w:val="28"/>
          <w:lang w:val="zxx"/>
        </w:rPr>
        <w:t>reason=programAborted</w:t>
      </w:r>
      <w:r>
        <w:rPr>
          <w:b w:val="false"/>
          <w:sz w:val="28"/>
        </w:rPr>
        <w:t xml:space="preserve"> из закрытого словаря, без </w:t>
      </w:r>
      <w:r>
        <w:rPr>
          <w:b w:val="false"/>
          <w:sz w:val="28"/>
          <w:lang w:val="zxx"/>
        </w:rPr>
        <w:t>result</w:t>
      </w:r>
      <w:r>
        <w:rPr>
          <w:b w:val="false"/>
          <w:sz w:val="28"/>
        </w:rPr>
        <w:t xml:space="preserve"> и времен воздействия; </w:t>
      </w:r>
      <w:r>
        <w:rPr>
          <w:b w:val="false"/>
          <w:sz w:val="28"/>
          <w:lang w:val="zxx"/>
        </w:rPr>
        <w:t>programAborted</w:t>
      </w:r>
      <w:r>
        <w:rPr>
          <w:b w:val="false"/>
          <w:sz w:val="28"/>
        </w:rPr>
        <w:t xml:space="preserve"> запрещен у </w:t>
      </w:r>
      <w:r>
        <w:rPr>
          <w:b w:val="false"/>
          <w:sz w:val="28"/>
          <w:lang w:val="zxx"/>
        </w:rPr>
        <w:t>session</w:t>
      </w:r>
      <w:r>
        <w:rPr>
          <w:b w:val="false"/>
          <w:sz w:val="28"/>
        </w:rPr>
        <w:t xml:space="preserve"> и у </w:t>
      </w:r>
      <w:r>
        <w:rPr>
          <w:b w:val="false"/>
          <w:sz w:val="28"/>
          <w:lang w:val="zxx"/>
        </w:rPr>
        <w:t>finished-</w:t>
      </w:r>
      <w:r>
        <w:rPr>
          <w:b w:val="false"/>
          <w:sz w:val="28"/>
        </w:rPr>
        <w:t xml:space="preserve">этапа. Последний исполненный проход задает начало общей </w:t>
      </w:r>
      <w:r>
        <w:rPr>
          <w:b w:val="false"/>
          <w:sz w:val="28"/>
          <w:lang w:val="zxx"/>
        </w:rPr>
        <w:t>terminal</w:t>
      </w:r>
      <w:r>
        <w:rPr>
          <w:b w:val="false"/>
          <w:sz w:val="28"/>
        </w:rPr>
        <w:t xml:space="preserve"> </w:t>
      </w:r>
      <w:r>
        <w:rPr>
          <w:b w:val="false"/>
          <w:sz w:val="28"/>
          <w:lang w:val="zxx"/>
        </w:rPr>
        <w:t>stopping</w:t>
      </w:r>
      <w:r>
        <w:rPr>
          <w:b w:val="false"/>
          <w:sz w:val="28"/>
        </w:rPr>
        <w:t xml:space="preserve">; промежуточные остановки этапов не меняют общую </w:t>
      </w:r>
      <w:r>
        <w:rPr>
          <w:b w:val="false"/>
          <w:sz w:val="28"/>
          <w:lang w:val="zxx"/>
        </w:rPr>
        <w:t>timeline.</w:t>
      </w:r>
      <w:r>
        <w:rPr>
          <w:b w:val="false"/>
          <w:sz w:val="28"/>
        </w:rPr>
        <w:t xml:space="preserve"> У каждого прохода применяются собственные </w:t>
      </w:r>
      <w:r>
        <w:rPr>
          <w:b w:val="false"/>
          <w:sz w:val="28"/>
          <w:lang w:val="zxx"/>
        </w:rPr>
        <w:t>prepareTimeoutMs</w:t>
      </w:r>
      <w:r>
        <w:rPr>
          <w:b w:val="false"/>
          <w:sz w:val="28"/>
        </w:rPr>
        <w:t xml:space="preserve">, </w:t>
      </w:r>
      <w:r>
        <w:rPr>
          <w:b w:val="false"/>
          <w:sz w:val="28"/>
          <w:lang w:val="zxx"/>
        </w:rPr>
        <w:t>stopBeginMs</w:t>
      </w:r>
      <w:r>
        <w:rPr>
          <w:b w:val="false"/>
          <w:sz w:val="28"/>
        </w:rPr>
        <w:t xml:space="preserve"> и </w:t>
      </w:r>
      <w:r>
        <w:rPr>
          <w:b w:val="false"/>
          <w:sz w:val="28"/>
          <w:lang w:val="zxx"/>
        </w:rPr>
        <w:t>stopConfirmMs</w:t>
      </w:r>
      <w:r>
        <w:rPr>
          <w:b w:val="false"/>
          <w:sz w:val="28"/>
        </w:rPr>
        <w:t xml:space="preserve"> аппаратного профиля. Пара </w:t>
      </w:r>
      <w:r>
        <w:rPr>
          <w:b w:val="false"/>
          <w:sz w:val="28"/>
          <w:lang w:val="zxx"/>
        </w:rPr>
        <w:t>stageIndex/</w:t>
      </w:r>
      <w:r>
        <w:rPr>
          <w:b w:val="false"/>
          <w:sz w:val="28"/>
        </w:rPr>
        <w:t>​</w:t>
      </w:r>
      <w:r>
        <w:rPr>
          <w:b w:val="false"/>
          <w:sz w:val="28"/>
          <w:lang w:val="zxx"/>
        </w:rPr>
        <w:t>passIndex</w:t>
      </w:r>
      <w:r>
        <w:rPr>
          <w:b w:val="false"/>
          <w:sz w:val="28"/>
        </w:rPr>
        <w:t xml:space="preserve"> уникальна и соответствует зафиксированному манифесту. Снимок содержит все проходы, включая </w:t>
      </w:r>
      <w:r>
        <w:rPr>
          <w:b w:val="false"/>
          <w:sz w:val="28"/>
          <w:lang w:val="zxx"/>
        </w:rPr>
        <w:t>notStarted</w:t>
      </w:r>
      <w:r>
        <w:rPr>
          <w:b w:val="false"/>
          <w:sz w:val="28"/>
        </w:rPr>
        <w:t xml:space="preserve">; до </w:t>
      </w:r>
      <w:r>
        <w:rPr>
          <w:b w:val="false"/>
          <w:sz w:val="28"/>
          <w:lang w:val="zxx"/>
        </w:rPr>
        <w:t>session.start</w:t>
      </w:r>
      <w:r>
        <w:rPr>
          <w:b w:val="false"/>
          <w:sz w:val="28"/>
        </w:rPr>
        <w:t xml:space="preserve"> УУ проверяет, что их максимальное число укладывается в объявленные память, </w:t>
      </w:r>
      <w:r>
        <w:rPr>
          <w:b w:val="false"/>
          <w:sz w:val="28"/>
          <w:lang w:val="zxx"/>
        </w:rPr>
        <w:t>snapshotMaxPages</w:t>
      </w:r>
      <w:r>
        <w:rPr>
          <w:b w:val="false"/>
          <w:sz w:val="28"/>
        </w:rPr>
        <w:t xml:space="preserve"> и </w:t>
      </w:r>
      <w:r>
        <w:rPr>
          <w:b w:val="false"/>
          <w:sz w:val="28"/>
          <w:lang w:val="zxx"/>
        </w:rPr>
        <w:t>snapshotReadMaxMs.</w:t>
      </w:r>
      <w:r>
        <w:rPr>
          <w:b w:val="false"/>
          <w:sz w:val="28"/>
        </w:rPr>
        <w:t xml:space="preserve"> Успех требует </w:t>
      </w:r>
      <w:r>
        <w:rPr>
          <w:b w:val="false"/>
          <w:sz w:val="28"/>
          <w:lang w:val="zxx"/>
        </w:rPr>
        <w:t>finished/</w:t>
      </w:r>
      <w:r>
        <w:rPr>
          <w:b w:val="false"/>
          <w:sz w:val="28"/>
        </w:rPr>
        <w:t>​</w:t>
      </w:r>
      <w:r>
        <w:rPr>
          <w:b w:val="false"/>
          <w:sz w:val="28"/>
          <w:lang w:val="zxx"/>
        </w:rPr>
        <w:t>succeeded</w:t>
      </w:r>
      <w:r>
        <w:rPr>
          <w:b w:val="false"/>
          <w:sz w:val="28"/>
        </w:rPr>
        <w:t xml:space="preserve"> всех проходов.</w:t>
      </w:r>
    </w:p>
    <w:p>
      <w:pPr>
        <w:pStyle w:val="Normal"/>
        <w:jc w:val="both"/>
        <w:rPr/>
      </w:pPr>
      <w:r>
        <w:rPr>
          <w:b w:val="false"/>
          <w:sz w:val="28"/>
          <w:lang w:val="zxx"/>
        </w:rPr>
        <w:t>26.15</w:t>
      </w:r>
      <w:r>
        <w:rPr>
          <w:b w:val="false"/>
          <w:sz w:val="28"/>
        </w:rPr>
        <w:t xml:space="preserve"> При </w:t>
      </w:r>
      <w:r>
        <w:rPr>
          <w:b w:val="false"/>
          <w:sz w:val="28"/>
          <w:lang w:val="zxx"/>
        </w:rPr>
        <w:t>purpose=real</w:t>
      </w:r>
      <w:r>
        <w:rPr>
          <w:b w:val="false"/>
          <w:sz w:val="28"/>
        </w:rPr>
        <w:t xml:space="preserve"> </w:t>
      </w:r>
      <w:r>
        <w:rPr>
          <w:b w:val="false"/>
          <w:sz w:val="28"/>
          <w:lang w:val="zxx"/>
        </w:rPr>
        <w:t>onControlLoss=finish</w:t>
      </w:r>
      <w:r>
        <w:rPr>
          <w:b w:val="false"/>
          <w:sz w:val="28"/>
        </w:rPr>
        <w:t xml:space="preserve"> сохраняет исполнение всего принятого плана, включая подготовку, паузы и последующие локальные речевые этапы, в исходном </w:t>
      </w:r>
      <w:r>
        <w:rPr>
          <w:b w:val="false"/>
          <w:sz w:val="28"/>
          <w:lang w:val="zxx"/>
        </w:rPr>
        <w:t>maxDurationMs.</w:t>
      </w:r>
      <w:r>
        <w:rPr>
          <w:b w:val="false"/>
          <w:sz w:val="28"/>
        </w:rPr>
        <w:t xml:space="preserve"> </w:t>
      </w:r>
      <w:r>
        <w:rPr>
          <w:b w:val="false"/>
          <w:sz w:val="28"/>
          <w:lang w:val="zxx"/>
        </w:rPr>
        <w:t>stop</w:t>
      </w:r>
      <w:r>
        <w:rPr>
          <w:b w:val="false"/>
          <w:sz w:val="28"/>
        </w:rPr>
        <w:t xml:space="preserve"> отменяет все еще не исполненные этапы. После </w:t>
      </w:r>
      <w:r>
        <w:rPr>
          <w:b w:val="false"/>
          <w:sz w:val="28"/>
          <w:lang w:val="zxx"/>
        </w:rPr>
        <w:t>reboot</w:t>
      </w:r>
      <w:r>
        <w:rPr>
          <w:b w:val="false"/>
          <w:sz w:val="28"/>
        </w:rPr>
        <w:t xml:space="preserve"> автоматическое возобновление программы запрещено: выполняется восстановление ресурсов. Живой микрофон не включается в автономный план; для заранее предусмотренного сообщения используется локальная запись.</w:t>
      </w:r>
    </w:p>
    <w:p>
      <w:pPr>
        <w:pStyle w:val="Normal"/>
        <w:jc w:val="start"/>
        <w:rPr/>
      </w:pPr>
      <w:r>
        <w:rPr>
          <w:b w:val="false"/>
          <w:sz w:val="28"/>
          <w:lang w:val="zxx"/>
        </w:rPr>
        <w:t>26.16</w:t>
      </w:r>
      <w:r>
        <w:rPr>
          <w:b w:val="false"/>
          <w:sz w:val="28"/>
        </w:rPr>
        <w:t xml:space="preserve"> </w:t>
      </w:r>
      <w:r>
        <w:rPr>
          <w:b w:val="false"/>
          <w:sz w:val="28"/>
          <w:lang w:val="zxx"/>
        </w:rPr>
        <w:t>programs.list</w:t>
      </w:r>
      <w:r>
        <w:rPr>
          <w:b w:val="false"/>
          <w:sz w:val="28"/>
        </w:rPr>
        <w:t xml:space="preserve"> является обязательным чтением при объявлении </w:t>
      </w:r>
      <w:r>
        <w:rPr>
          <w:b w:val="false"/>
          <w:sz w:val="28"/>
          <w:lang w:val="zxx"/>
        </w:rPr>
        <w:t>mode=program.</w:t>
      </w:r>
      <w:r>
        <w:rPr>
          <w:b w:val="false"/>
          <w:sz w:val="28"/>
        </w:rPr>
        <w:t xml:space="preserve"> Запрос содержит </w:t>
      </w:r>
      <w:r>
        <w:rPr>
          <w:b w:val="false"/>
          <w:sz w:val="28"/>
          <w:lang w:val="zxx"/>
        </w:rPr>
        <w:t>selection</w:t>
      </w:r>
      <w:r>
        <w:rPr>
          <w:b w:val="false"/>
          <w:sz w:val="28"/>
        </w:rPr>
        <w:t xml:space="preserve"> с необязательным </w:t>
      </w:r>
      <w:r>
        <w:rPr>
          <w:b w:val="false"/>
          <w:sz w:val="28"/>
          <w:lang w:val="zxx"/>
        </w:rPr>
        <w:t>programId</w:t>
      </w:r>
      <w:r>
        <w:rPr>
          <w:b w:val="false"/>
          <w:sz w:val="28"/>
        </w:rPr>
        <w:t xml:space="preserve"> либо парой </w:t>
      </w:r>
      <w:r>
        <w:rPr>
          <w:b w:val="false"/>
          <w:sz w:val="28"/>
          <w:lang w:val="zxx"/>
        </w:rPr>
        <w:t>snapshotId/</w:t>
      </w:r>
      <w:r>
        <w:rPr>
          <w:b w:val="false"/>
          <w:sz w:val="28"/>
        </w:rPr>
        <w:t>​</w:t>
      </w:r>
      <w:r>
        <w:rPr>
          <w:b w:val="false"/>
          <w:sz w:val="28"/>
          <w:lang w:val="zxx"/>
        </w:rPr>
        <w:t>cursor.</w:t>
      </w:r>
      <w:r>
        <w:rPr>
          <w:b w:val="false"/>
          <w:sz w:val="28"/>
        </w:rPr>
        <w:t xml:space="preserve"> Ответ </w:t>
      </w:r>
      <w:r>
        <w:rPr>
          <w:b w:val="false"/>
          <w:sz w:val="28"/>
          <w:lang w:val="zxx"/>
        </w:rPr>
        <w:t>programs</w:t>
      </w:r>
      <w:r>
        <w:rPr>
          <w:b w:val="false"/>
          <w:sz w:val="28"/>
        </w:rPr>
        <w:t xml:space="preserve"> содержит </w:t>
      </w:r>
      <w:r>
        <w:rPr>
          <w:b w:val="false"/>
          <w:sz w:val="28"/>
          <w:lang w:val="zxx"/>
        </w:rPr>
        <w:t>snapshotId</w:t>
      </w:r>
      <w:r>
        <w:rPr>
          <w:b w:val="false"/>
          <w:sz w:val="28"/>
        </w:rPr>
        <w:t xml:space="preserve">, </w:t>
      </w:r>
      <w:r>
        <w:rPr>
          <w:b w:val="false"/>
          <w:sz w:val="28"/>
          <w:lang w:val="zxx"/>
        </w:rPr>
        <w:t>capabilityRevision</w:t>
      </w:r>
      <w:r>
        <w:rPr>
          <w:b w:val="false"/>
          <w:sz w:val="28"/>
        </w:rPr>
        <w:t xml:space="preserve">, </w:t>
      </w:r>
      <w:r>
        <w:rPr>
          <w:b w:val="false"/>
          <w:sz w:val="28"/>
          <w:lang w:val="zxx"/>
        </w:rPr>
        <w:t>more</w:t>
      </w:r>
      <w:r>
        <w:rPr>
          <w:b w:val="false"/>
          <w:sz w:val="28"/>
        </w:rPr>
        <w:t xml:space="preserve"> и </w:t>
      </w:r>
      <w:r>
        <w:rPr>
          <w:b w:val="false"/>
          <w:sz w:val="28"/>
          <w:lang w:val="zxx"/>
        </w:rPr>
        <w:t>cursor</w:t>
      </w:r>
      <w:r>
        <w:rPr>
          <w:b w:val="false"/>
          <w:sz w:val="28"/>
        </w:rPr>
        <w:t xml:space="preserve"> при </w:t>
      </w:r>
      <w:r>
        <w:rPr>
          <w:b w:val="false"/>
          <w:sz w:val="28"/>
          <w:lang w:val="zxx"/>
        </w:rPr>
        <w:t>more=true.</w:t>
      </w:r>
      <w:r>
        <w:rPr>
          <w:b w:val="false"/>
          <w:sz w:val="28"/>
        </w:rPr>
        <w:t xml:space="preserve"> Записи </w:t>
      </w:r>
      <w:r>
        <w:rPr>
          <w:b w:val="false"/>
          <w:sz w:val="28"/>
          <w:lang w:val="zxx"/>
        </w:rPr>
        <w:t>program</w:t>
      </w:r>
      <w:r>
        <w:rPr>
          <w:b w:val="false"/>
          <w:sz w:val="28"/>
        </w:rPr>
        <w:t xml:space="preserve"> несут </w:t>
      </w:r>
      <w:r>
        <w:rPr>
          <w:b w:val="false"/>
          <w:sz w:val="28"/>
          <w:lang w:val="zxx"/>
        </w:rPr>
        <w:t>id/</w:t>
      </w:r>
      <w:r>
        <w:rPr>
          <w:b w:val="false"/>
          <w:sz w:val="28"/>
        </w:rPr>
        <w:t>​</w:t>
      </w:r>
      <w:r>
        <w:rPr>
          <w:b w:val="false"/>
          <w:sz w:val="28"/>
          <w:lang w:val="zxx"/>
        </w:rPr>
        <w:t>revision/</w:t>
      </w:r>
      <w:r>
        <w:rPr>
          <w:b w:val="false"/>
          <w:sz w:val="28"/>
        </w:rPr>
        <w:t>​</w:t>
      </w:r>
      <w:r>
        <w:rPr>
          <w:b w:val="false"/>
          <w:sz w:val="28"/>
          <w:lang w:val="zxx"/>
        </w:rPr>
        <w:t>stageCount</w:t>
      </w:r>
      <w:r>
        <w:rPr>
          <w:b w:val="false"/>
          <w:sz w:val="28"/>
        </w:rPr>
        <w:t xml:space="preserve">; записи </w:t>
      </w:r>
      <w:r>
        <w:rPr>
          <w:b w:val="false"/>
          <w:sz w:val="28"/>
          <w:lang w:val="zxx"/>
        </w:rPr>
        <w:t>stage</w:t>
      </w:r>
      <w:r>
        <w:rPr>
          <w:b w:val="false"/>
          <w:sz w:val="28"/>
        </w:rPr>
        <w:t xml:space="preserve"> несут </w:t>
      </w:r>
      <w:r>
        <w:rPr>
          <w:b w:val="false"/>
          <w:sz w:val="28"/>
          <w:lang w:val="zxx"/>
        </w:rPr>
        <w:t>programId/</w:t>
      </w:r>
      <w:r>
        <w:rPr>
          <w:b w:val="false"/>
          <w:sz w:val="28"/>
        </w:rPr>
        <w:t>​</w:t>
      </w:r>
      <w:r>
        <w:rPr>
          <w:b w:val="false"/>
          <w:sz w:val="28"/>
          <w:lang w:val="zxx"/>
        </w:rPr>
        <w:t>index/</w:t>
      </w:r>
      <w:r>
        <w:rPr>
          <w:b w:val="false"/>
          <w:sz w:val="28"/>
        </w:rPr>
        <w:t>​</w:t>
      </w:r>
      <w:r>
        <w:rPr>
          <w:b w:val="false"/>
          <w:sz w:val="28"/>
          <w:lang w:val="zxx"/>
        </w:rPr>
        <w:t>kind/</w:t>
      </w:r>
      <w:r>
        <w:rPr>
          <w:b w:val="false"/>
          <w:sz w:val="28"/>
        </w:rPr>
        <w:t>​</w:t>
      </w:r>
      <w:r>
        <w:rPr>
          <w:b w:val="false"/>
          <w:sz w:val="28"/>
          <w:lang w:val="zxx"/>
        </w:rPr>
        <w:t>repeat/</w:t>
      </w:r>
      <w:r>
        <w:rPr>
          <w:b w:val="false"/>
          <w:sz w:val="28"/>
        </w:rPr>
        <w:t>​</w:t>
      </w:r>
      <w:r>
        <w:rPr>
          <w:b w:val="false"/>
          <w:sz w:val="28"/>
          <w:lang w:val="zxx"/>
        </w:rPr>
        <w:t>gapMs</w:t>
      </w:r>
      <w:r>
        <w:rPr>
          <w:b w:val="false"/>
          <w:sz w:val="28"/>
        </w:rPr>
        <w:t xml:space="preserve"> и один дочерний </w:t>
      </w:r>
      <w:r>
        <w:rPr>
          <w:b w:val="false"/>
          <w:sz w:val="28"/>
          <w:lang w:val="zxx"/>
        </w:rPr>
        <w:t>siren</w:t>
      </w:r>
      <w:r>
        <w:rPr>
          <w:b w:val="false"/>
          <w:sz w:val="28"/>
        </w:rPr>
        <w:t xml:space="preserve">, </w:t>
      </w:r>
      <w:r>
        <w:rPr>
          <w:b w:val="false"/>
          <w:sz w:val="28"/>
          <w:lang w:val="zxx"/>
        </w:rPr>
        <w:t>recording</w:t>
      </w:r>
      <w:r>
        <w:rPr>
          <w:b w:val="false"/>
          <w:sz w:val="28"/>
        </w:rPr>
        <w:t xml:space="preserve"> или </w:t>
      </w:r>
      <w:r>
        <w:rPr>
          <w:b w:val="false"/>
          <w:sz w:val="28"/>
          <w:lang w:val="zxx"/>
        </w:rPr>
        <w:t>pause</w:t>
      </w:r>
      <w:r>
        <w:rPr>
          <w:b w:val="false"/>
          <w:sz w:val="28"/>
        </w:rPr>
        <w:t xml:space="preserve"> с полями таблицы. Полный снимок содержит ровно </w:t>
      </w:r>
      <w:r>
        <w:rPr>
          <w:b w:val="false"/>
          <w:sz w:val="28"/>
          <w:lang w:val="zxx"/>
        </w:rPr>
        <w:t>stageCount</w:t>
      </w:r>
      <w:r>
        <w:rPr>
          <w:b w:val="false"/>
          <w:sz w:val="28"/>
        </w:rPr>
        <w:t xml:space="preserve"> различных индексов каждого выбранного </w:t>
      </w:r>
      <w:r>
        <w:rPr>
          <w:b w:val="false"/>
          <w:sz w:val="28"/>
          <w:lang w:val="zxx"/>
        </w:rPr>
        <w:t>program.</w:t>
      </w:r>
      <w:r>
        <w:rPr>
          <w:b w:val="false"/>
          <w:sz w:val="28"/>
        </w:rPr>
        <w:t xml:space="preserve"> </w:t>
      </w:r>
      <w:r>
        <w:rPr>
          <w:b w:val="false"/>
          <w:sz w:val="28"/>
          <w:lang w:val="zxx"/>
        </w:rPr>
        <w:t>gapMs</w:t>
      </w:r>
      <w:r>
        <w:rPr>
          <w:b w:val="false"/>
          <w:sz w:val="28"/>
        </w:rPr>
        <w:t xml:space="preserve"> применяется между повторами одного этапа, после последнего повтора дополнительная пауза отсутствует. Манифесты передаются страницами в пределах общих лимитов </w:t>
      </w:r>
      <w:r>
        <w:rPr>
          <w:b w:val="false"/>
          <w:sz w:val="28"/>
          <w:lang w:val="zxx"/>
        </w:rPr>
        <w:t>XML</w:t>
      </w:r>
      <w:r>
        <w:rPr>
          <w:b w:val="false"/>
          <w:sz w:val="28"/>
        </w:rPr>
        <w:t>; снимок не запускает исполнение.</w:t>
      </w:r>
    </w:p>
    <w:p>
      <w:pPr>
        <w:pStyle w:val="1"/>
        <w:rPr/>
      </w:pPr>
      <w:bookmarkStart w:id="27" w:name="__RefHeading___Toc43303_1766585215"/>
      <w:bookmarkEnd w:id="27"/>
      <w:r>
        <w:rPr/>
        <w:t>27 Внешние входы и автономное управление</w:t>
      </w:r>
    </w:p>
    <w:p>
      <w:pPr>
        <w:pStyle w:val="Normal"/>
        <w:jc w:val="both"/>
        <w:rPr/>
      </w:pPr>
      <w:r>
        <w:rPr>
          <w:b w:val="false"/>
          <w:sz w:val="28"/>
          <w:lang w:val="zxx"/>
        </w:rPr>
        <w:t>27.1</w:t>
      </w:r>
      <w:r>
        <w:rPr>
          <w:b w:val="false"/>
          <w:sz w:val="28"/>
        </w:rPr>
        <w:t xml:space="preserve"> Внешний контакт, местная кнопка, тангента и запуск из другой системы являются отдельными источниками. Наличие входа не дает ему права прерывать сетевой сеанс. Каталог указывает реально поддержанный источник, а конфигурация - разрешенное действие, область ресурсов и правила взаимодействия с действующим управлением.</w:t>
      </w:r>
    </w:p>
    <w:p>
      <w:pPr>
        <w:pStyle w:val="Normal"/>
        <w:keepNext w:val="true"/>
        <w:jc w:val="start"/>
        <w:rPr/>
      </w:pPr>
      <w:r>
        <w:rPr>
          <w:b/>
          <w:sz w:val="28"/>
          <w:lang w:val="zxx"/>
        </w:rPr>
        <w:t>27.2</w:t>
      </w:r>
      <w:r>
        <w:rPr>
          <w:b/>
          <w:sz w:val="28"/>
        </w:rPr>
        <w:t xml:space="preserve"> Новое срабатывание</w:t>
      </w:r>
    </w:p>
    <w:p>
      <w:pPr>
        <w:pStyle w:val="Normal"/>
        <w:jc w:val="both"/>
        <w:rPr/>
      </w:pPr>
      <w:r>
        <w:rPr>
          <w:b w:val="false"/>
          <w:sz w:val="28"/>
        </w:rPr>
        <w:t xml:space="preserve">Источник и эпизод однозначно идентифицированы; правило запуска имеет </w:t>
      </w:r>
      <w:r>
        <w:rPr>
          <w:b w:val="false"/>
          <w:sz w:val="28"/>
          <w:lang w:val="zxx"/>
        </w:rPr>
        <w:t>ID</w:t>
      </w:r>
      <w:r>
        <w:rPr>
          <w:b w:val="false"/>
          <w:sz w:val="28"/>
        </w:rPr>
        <w:t xml:space="preserve"> и ревизию. Решение, запуск и его происхождение связаны в журнале.</w:t>
      </w:r>
    </w:p>
    <w:p>
      <w:pPr>
        <w:pStyle w:val="Normal"/>
        <w:keepNext w:val="true"/>
        <w:jc w:val="start"/>
        <w:rPr/>
      </w:pPr>
      <w:r>
        <w:rPr>
          <w:b/>
          <w:sz w:val="28"/>
          <w:lang w:val="zxx"/>
        </w:rPr>
        <w:t>27.3</w:t>
      </w:r>
      <w:r>
        <w:rPr>
          <w:b/>
          <w:sz w:val="28"/>
        </w:rPr>
        <w:t xml:space="preserve"> Дребезг и удержание</w:t>
      </w:r>
    </w:p>
    <w:p>
      <w:pPr>
        <w:pStyle w:val="Normal"/>
        <w:jc w:val="both"/>
        <w:rPr/>
      </w:pPr>
      <w:r>
        <w:rPr>
          <w:b w:val="false"/>
          <w:sz w:val="28"/>
        </w:rPr>
        <w:t>Профиль задает обработку фронта/уровня, подавление дребезга, повторное взведение и максимальную длительность. Частота событий не становится частотой повторного запуска.</w:t>
      </w:r>
    </w:p>
    <w:p>
      <w:pPr>
        <w:pStyle w:val="Normal"/>
        <w:keepNext w:val="true"/>
        <w:jc w:val="start"/>
        <w:rPr/>
      </w:pPr>
      <w:r>
        <w:rPr>
          <w:b/>
          <w:sz w:val="28"/>
          <w:lang w:val="zxx"/>
        </w:rPr>
        <w:t>27.4</w:t>
      </w:r>
      <w:r>
        <w:rPr>
          <w:b/>
          <w:sz w:val="28"/>
        </w:rPr>
        <w:t xml:space="preserve"> Снимок и повтор события</w:t>
      </w:r>
    </w:p>
    <w:p>
      <w:pPr>
        <w:pStyle w:val="Normal"/>
        <w:jc w:val="both"/>
        <w:rPr/>
      </w:pPr>
      <w:r>
        <w:rPr>
          <w:b w:val="false"/>
          <w:sz w:val="28"/>
        </w:rPr>
        <w:t>Начальная синхронизация, восстановление истории и повтор доставки не запускают сценарий заново. Один эпизод не создает несколько независимых запусков.</w:t>
      </w:r>
    </w:p>
    <w:p>
      <w:pPr>
        <w:pStyle w:val="Normal"/>
        <w:keepNext w:val="true"/>
        <w:jc w:val="start"/>
        <w:rPr/>
      </w:pPr>
      <w:r>
        <w:rPr>
          <w:b/>
          <w:sz w:val="28"/>
          <w:lang w:val="zxx"/>
        </w:rPr>
        <w:t>27.5</w:t>
      </w:r>
      <w:r>
        <w:rPr>
          <w:b/>
          <w:sz w:val="28"/>
        </w:rPr>
        <w:t xml:space="preserve"> Уже активный вход после питания</w:t>
      </w:r>
    </w:p>
    <w:p>
      <w:pPr>
        <w:pStyle w:val="Normal"/>
        <w:jc w:val="both"/>
        <w:rPr/>
      </w:pPr>
      <w:r>
        <w:rPr>
          <w:b w:val="false"/>
          <w:sz w:val="28"/>
        </w:rPr>
        <w:t xml:space="preserve">Отличается от нового фронта. Запрет автоматического возобновления прежнего сетевого сеанса сохраняется; </w:t>
      </w:r>
      <w:r>
        <w:rPr>
          <w:b w:val="false"/>
          <w:sz w:val="28"/>
          <w:lang w:val="zxx"/>
        </w:rPr>
        <w:t>trigger=edge</w:t>
      </w:r>
      <w:r>
        <w:rPr>
          <w:b w:val="false"/>
          <w:sz w:val="28"/>
        </w:rPr>
        <w:t xml:space="preserve"> требует нового фронта после повторного взведения; </w:t>
      </w:r>
      <w:r>
        <w:rPr>
          <w:b w:val="false"/>
          <w:sz w:val="28"/>
          <w:lang w:val="zxx"/>
        </w:rPr>
        <w:t>trigger=level</w:t>
      </w:r>
      <w:r>
        <w:rPr>
          <w:b w:val="false"/>
          <w:sz w:val="28"/>
        </w:rPr>
        <w:t xml:space="preserve"> повторно оценивает текущее физическое условие после восстановления готовности.</w:t>
      </w:r>
    </w:p>
    <w:p>
      <w:pPr>
        <w:pStyle w:val="Normal"/>
        <w:keepNext w:val="true"/>
        <w:jc w:val="start"/>
        <w:rPr/>
      </w:pPr>
      <w:r>
        <w:rPr>
          <w:b/>
          <w:sz w:val="28"/>
          <w:lang w:val="zxx"/>
        </w:rPr>
        <w:t>27.6</w:t>
      </w:r>
      <w:r>
        <w:rPr>
          <w:b/>
          <w:sz w:val="28"/>
        </w:rPr>
        <w:t xml:space="preserve"> ОУ запущено вне УУ</w:t>
      </w:r>
    </w:p>
    <w:p>
      <w:pPr>
        <w:pStyle w:val="Normal"/>
        <w:jc w:val="both"/>
        <w:rPr/>
      </w:pPr>
      <w:r>
        <w:rPr>
          <w:b w:val="false"/>
          <w:sz w:val="28"/>
        </w:rPr>
        <w:t xml:space="preserve">Передается наблюдаемое внешнее управление и его доступный источник. Чужое исполнение не присваивается текущему </w:t>
      </w:r>
      <w:r>
        <w:rPr>
          <w:b w:val="false"/>
          <w:sz w:val="28"/>
          <w:lang w:val="zxx"/>
        </w:rPr>
        <w:t>sessionId</w:t>
      </w:r>
      <w:r>
        <w:rPr>
          <w:b w:val="false"/>
          <w:sz w:val="28"/>
        </w:rPr>
        <w:t>, и ложный успех нашей команды не формируется.</w:t>
      </w:r>
    </w:p>
    <w:p>
      <w:pPr>
        <w:pStyle w:val="Normal"/>
        <w:keepNext w:val="true"/>
        <w:jc w:val="start"/>
        <w:rPr/>
      </w:pPr>
      <w:r>
        <w:rPr>
          <w:b/>
          <w:sz w:val="28"/>
          <w:lang w:val="zxx"/>
        </w:rPr>
        <w:t>27.7</w:t>
      </w:r>
      <w:r>
        <w:rPr>
          <w:b/>
          <w:sz w:val="28"/>
        </w:rPr>
        <w:t xml:space="preserve"> Отмена и аппаратная защита</w:t>
      </w:r>
    </w:p>
    <w:p>
      <w:pPr>
        <w:pStyle w:val="Normal"/>
        <w:jc w:val="both"/>
        <w:rPr/>
      </w:pPr>
      <w:r>
        <w:rPr>
          <w:b w:val="false"/>
          <w:sz w:val="28"/>
        </w:rPr>
        <w:t xml:space="preserve">Сетевое прерывание проверяет происхождение. Для местного запуска и защитного отключения профиль отдельно задает полномочия и реакцию; универсальный удаленный </w:t>
      </w:r>
      <w:r>
        <w:rPr>
          <w:b w:val="false"/>
          <w:sz w:val="28"/>
          <w:lang w:val="zxx"/>
        </w:rPr>
        <w:t>reset</w:t>
      </w:r>
      <w:r>
        <w:rPr>
          <w:b w:val="false"/>
          <w:sz w:val="28"/>
        </w:rPr>
        <w:t xml:space="preserve"> не вводится.</w:t>
      </w:r>
    </w:p>
    <w:p>
      <w:pPr>
        <w:pStyle w:val="Normal"/>
        <w:jc w:val="both"/>
        <w:rPr/>
      </w:pPr>
      <w:r>
        <w:rPr>
          <w:b w:val="false"/>
          <w:sz w:val="28"/>
          <w:lang w:val="zxx"/>
        </w:rPr>
        <w:t>27.8</w:t>
      </w:r>
      <w:r>
        <w:rPr>
          <w:b w:val="false"/>
          <w:sz w:val="28"/>
        </w:rPr>
        <w:t xml:space="preserve"> АРМ исполняет централизованные правила, а УУ - локальные правила из зафиксированной конфигурации. Закрытый формат </w:t>
      </w:r>
      <w:r>
        <w:rPr>
          <w:b w:val="false"/>
          <w:sz w:val="28"/>
          <w:lang w:val="zxx"/>
        </w:rPr>
        <w:t>localRules</w:t>
      </w:r>
      <w:r>
        <w:rPr>
          <w:b w:val="false"/>
          <w:sz w:val="28"/>
        </w:rPr>
        <w:t xml:space="preserve"> задает идентичность, редакцию, привязку входа, активную полярность, </w:t>
      </w:r>
      <w:r>
        <w:rPr>
          <w:b w:val="false"/>
          <w:sz w:val="28"/>
          <w:lang w:val="zxx"/>
        </w:rPr>
        <w:t>trigger</w:t>
      </w:r>
      <w:r>
        <w:rPr>
          <w:b w:val="false"/>
          <w:sz w:val="28"/>
        </w:rPr>
        <w:t xml:space="preserve">, фильтры, программу, ресурсы и полный срок. Правила </w:t>
      </w:r>
      <w:r>
        <w:rPr>
          <w:b w:val="false"/>
          <w:sz w:val="28"/>
          <w:lang w:val="zxx"/>
        </w:rPr>
        <w:t>edge</w:t>
      </w:r>
      <w:r>
        <w:rPr>
          <w:b w:val="false"/>
          <w:sz w:val="28"/>
        </w:rPr>
        <w:t xml:space="preserve"> и </w:t>
      </w:r>
      <w:r>
        <w:rPr>
          <w:b w:val="false"/>
          <w:sz w:val="28"/>
          <w:lang w:val="zxx"/>
        </w:rPr>
        <w:t>level</w:t>
      </w:r>
      <w:r>
        <w:rPr>
          <w:b w:val="false"/>
          <w:sz w:val="28"/>
        </w:rPr>
        <w:t xml:space="preserve"> различаются по условиям создания нового эпизода, описанным ниже. Удержанный контакт и восстановление снимка не являются фронтом. Местный запуск получает отдельные </w:t>
      </w:r>
      <w:r>
        <w:rPr>
          <w:b w:val="false"/>
          <w:sz w:val="28"/>
          <w:lang w:val="zxx"/>
        </w:rPr>
        <w:t>principalId/</w:t>
      </w:r>
      <w:r>
        <w:rPr>
          <w:b w:val="false"/>
          <w:sz w:val="28"/>
        </w:rPr>
        <w:t>​</w:t>
      </w:r>
      <w:r>
        <w:rPr>
          <w:b w:val="false"/>
          <w:sz w:val="28"/>
          <w:lang w:val="zxx"/>
        </w:rPr>
        <w:t>controlEpoch/</w:t>
      </w:r>
      <w:r>
        <w:rPr>
          <w:b w:val="false"/>
          <w:sz w:val="28"/>
        </w:rPr>
        <w:t>​</w:t>
      </w:r>
      <w:r>
        <w:rPr>
          <w:b w:val="false"/>
          <w:sz w:val="28"/>
          <w:lang w:val="zxx"/>
        </w:rPr>
        <w:t>sessionId</w:t>
      </w:r>
      <w:r>
        <w:rPr>
          <w:b w:val="false"/>
          <w:sz w:val="28"/>
        </w:rPr>
        <w:t xml:space="preserve">; сетевой клиент не присваивает это владение. Конфликт не прерывает действующий сеанс. Для </w:t>
      </w:r>
      <w:r>
        <w:rPr>
          <w:b w:val="false"/>
          <w:sz w:val="28"/>
          <w:lang w:val="zxx"/>
        </w:rPr>
        <w:t>edge</w:t>
      </w:r>
      <w:r>
        <w:rPr>
          <w:b w:val="false"/>
          <w:sz w:val="28"/>
        </w:rPr>
        <w:t xml:space="preserve"> он дает отказ без отложенного включения; для </w:t>
      </w:r>
      <w:r>
        <w:rPr>
          <w:b w:val="false"/>
          <w:sz w:val="28"/>
          <w:lang w:val="zxx"/>
        </w:rPr>
        <w:t>level</w:t>
      </w:r>
      <w:r>
        <w:rPr>
          <w:b w:val="false"/>
          <w:sz w:val="28"/>
        </w:rPr>
        <w:t xml:space="preserve"> условие повторно проверяется после освобождения ресурса.</w:t>
      </w:r>
    </w:p>
    <w:p>
      <w:pPr>
        <w:pStyle w:val="Normal"/>
        <w:jc w:val="both"/>
        <w:rPr/>
      </w:pPr>
      <w:r>
        <w:rPr>
          <w:b w:val="false"/>
          <w:sz w:val="28"/>
          <w:lang w:val="zxx"/>
        </w:rPr>
        <w:t>27.9</w:t>
      </w:r>
      <w:r>
        <w:rPr>
          <w:b w:val="false"/>
          <w:sz w:val="28"/>
        </w:rPr>
        <w:t xml:space="preserve"> Локальный источник имеет зарегистрированную идентичность и собственный сеанс. Свободный ресурс может запускаться только разрешенным правилом входа. При сетевом владении несовместимое местное включение отклоняется и регистрируется; при местном исполнении сетевой </w:t>
      </w:r>
      <w:r>
        <w:rPr>
          <w:b w:val="false"/>
          <w:sz w:val="28"/>
          <w:lang w:val="zxx"/>
        </w:rPr>
        <w:t>session.start</w:t>
      </w:r>
      <w:r>
        <w:rPr>
          <w:b w:val="false"/>
          <w:sz w:val="28"/>
        </w:rPr>
        <w:t xml:space="preserve"> получает </w:t>
      </w:r>
      <w:r>
        <w:rPr>
          <w:b w:val="false"/>
          <w:sz w:val="28"/>
          <w:lang w:val="zxx"/>
        </w:rPr>
        <w:t>busy.</w:t>
      </w:r>
      <w:r>
        <w:rPr>
          <w:b w:val="false"/>
          <w:sz w:val="28"/>
        </w:rPr>
        <w:t xml:space="preserve"> Аппаратная аварийная защита действует независимо по паспорту ОУ. Если изделие допускает физическое ручное включение в обход УУ, оно </w:t>
      </w:r>
      <w:r>
        <w:rPr>
          <w:b w:val="false"/>
          <w:sz w:val="28"/>
          <w:lang w:val="zxx"/>
        </w:rPr>
        <w:t>ДОЛЖНО</w:t>
      </w:r>
      <w:r>
        <w:rPr>
          <w:b w:val="false"/>
          <w:sz w:val="28"/>
        </w:rPr>
        <w:t xml:space="preserve"> сообщать </w:t>
      </w:r>
      <w:r>
        <w:rPr>
          <w:b w:val="false"/>
          <w:sz w:val="28"/>
          <w:lang w:val="zxx"/>
        </w:rPr>
        <w:t>externalControl</w:t>
      </w:r>
      <w:r>
        <w:rPr>
          <w:b w:val="false"/>
          <w:sz w:val="28"/>
        </w:rPr>
        <w:t xml:space="preserve"> и не подтверждать его как исполнение сетевого </w:t>
      </w:r>
      <w:r>
        <w:rPr>
          <w:b w:val="false"/>
          <w:sz w:val="28"/>
          <w:lang w:val="zxx"/>
        </w:rPr>
        <w:t>session.start.</w:t>
      </w:r>
    </w:p>
    <w:p>
      <w:pPr>
        <w:pStyle w:val="2"/>
        <w:rPr/>
      </w:pPr>
      <w:r>
        <w:rPr/>
        <w:t>Импульс и длительно действующее условие тревоги</w:t>
      </w:r>
    </w:p>
    <w:p>
      <w:pPr>
        <w:pStyle w:val="Normal"/>
        <w:jc w:val="both"/>
        <w:rPr/>
      </w:pPr>
      <w:r>
        <w:rPr>
          <w:b w:val="false"/>
          <w:sz w:val="28"/>
          <w:lang w:val="zxx"/>
        </w:rPr>
        <w:t>27.10</w:t>
      </w:r>
      <w:r>
        <w:rPr>
          <w:b w:val="false"/>
          <w:sz w:val="28"/>
        </w:rPr>
        <w:t xml:space="preserve"> Локальные правила задаются коллекцией </w:t>
      </w:r>
      <w:r>
        <w:rPr>
          <w:b w:val="false"/>
          <w:sz w:val="28"/>
          <w:lang w:val="zxx"/>
        </w:rPr>
        <w:t>localRules</w:t>
      </w:r>
      <w:r>
        <w:rPr>
          <w:b w:val="false"/>
          <w:sz w:val="28"/>
        </w:rPr>
        <w:t xml:space="preserve"> схемы </w:t>
      </w:r>
      <w:r>
        <w:rPr>
          <w:b w:val="false"/>
          <w:sz w:val="28"/>
          <w:lang w:val="zxx"/>
        </w:rPr>
        <w:t>open-</w:t>
      </w:r>
      <w:r>
        <w:rPr>
          <w:b w:val="false"/>
          <w:sz w:val="28"/>
        </w:rPr>
        <w:t>⁠</w:t>
      </w:r>
      <w:r>
        <w:rPr>
          <w:b w:val="false"/>
          <w:sz w:val="28"/>
          <w:lang w:val="zxx"/>
        </w:rPr>
        <w:t>alert-</w:t>
      </w:r>
      <w:r>
        <w:rPr>
          <w:b w:val="false"/>
          <w:sz w:val="28"/>
        </w:rPr>
        <w:t>⁠</w:t>
      </w:r>
      <w:r>
        <w:rPr>
          <w:b w:val="false"/>
          <w:sz w:val="28"/>
          <w:lang w:val="zxx"/>
        </w:rPr>
        <w:t>config/</w:t>
      </w:r>
      <w:r>
        <w:rPr>
          <w:b w:val="false"/>
          <w:sz w:val="28"/>
        </w:rPr>
        <w:t>⁠</w:t>
      </w:r>
      <w:r>
        <w:rPr>
          <w:b w:val="false"/>
          <w:sz w:val="28"/>
          <w:lang w:val="zxx"/>
        </w:rPr>
        <w:t>5.</w:t>
      </w:r>
      <w:r>
        <w:rPr>
          <w:b w:val="false"/>
          <w:sz w:val="28"/>
        </w:rPr>
        <w:t xml:space="preserve"> Для </w:t>
      </w:r>
      <w:r>
        <w:rPr>
          <w:b w:val="false"/>
          <w:sz w:val="28"/>
          <w:lang w:val="zxx"/>
        </w:rPr>
        <w:t>trigger=edge</w:t>
      </w:r>
      <w:r>
        <w:rPr>
          <w:b w:val="false"/>
          <w:sz w:val="28"/>
        </w:rPr>
        <w:t xml:space="preserve"> при загрузке, применении нового правила и после каждого эпизода вход взводится только после неактивного значения в течение </w:t>
      </w:r>
      <w:r>
        <w:rPr>
          <w:b w:val="false"/>
          <w:sz w:val="28"/>
          <w:lang w:val="zxx"/>
        </w:rPr>
        <w:t>rearmMs.</w:t>
      </w:r>
      <w:r>
        <w:rPr>
          <w:b w:val="false"/>
          <w:sz w:val="28"/>
        </w:rPr>
        <w:t xml:space="preserve"> Затем активное значение в течение </w:t>
      </w:r>
      <w:r>
        <w:rPr>
          <w:b w:val="false"/>
          <w:sz w:val="28"/>
          <w:lang w:val="zxx"/>
        </w:rPr>
        <w:t>debounceMs</w:t>
      </w:r>
      <w:r>
        <w:rPr>
          <w:b w:val="false"/>
          <w:sz w:val="28"/>
        </w:rPr>
        <w:t xml:space="preserve"> создает один новый эпизод. Активный уровень при загрузке, удержание контакта и повтор сетевого события не являются новым фронтом. Если ресурс занят при фронте, отказ регистрируется без отложенного исполнения; повторное взведение требует нового неактивного интервала.</w:t>
      </w:r>
    </w:p>
    <w:p>
      <w:pPr>
        <w:pStyle w:val="Normal"/>
        <w:jc w:val="both"/>
        <w:rPr/>
      </w:pPr>
      <w:r>
        <w:rPr>
          <w:b w:val="false"/>
          <w:sz w:val="28"/>
          <w:lang w:val="zxx"/>
        </w:rPr>
        <w:t>27.11</w:t>
      </w:r>
      <w:r>
        <w:rPr>
          <w:b w:val="false"/>
          <w:sz w:val="28"/>
        </w:rPr>
        <w:t xml:space="preserve"> </w:t>
      </w:r>
      <w:r>
        <w:rPr>
          <w:b w:val="false"/>
          <w:sz w:val="28"/>
          <w:lang w:val="zxx"/>
        </w:rPr>
        <w:t>trigger=level</w:t>
      </w:r>
      <w:r>
        <w:rPr>
          <w:b w:val="false"/>
          <w:sz w:val="28"/>
        </w:rPr>
        <w:t xml:space="preserve"> означает действующее физическое условие. После загрузки или атомарного применения правила УУ сначала завершает восстановление ресурсов, подтверждает </w:t>
      </w:r>
      <w:r>
        <w:rPr>
          <w:b w:val="false"/>
          <w:sz w:val="28"/>
          <w:lang w:val="zxx"/>
        </w:rPr>
        <w:t>off</w:t>
      </w:r>
      <w:r>
        <w:rPr>
          <w:b w:val="false"/>
          <w:sz w:val="28"/>
        </w:rPr>
        <w:t xml:space="preserve"> и готовность, затем получает новое </w:t>
      </w:r>
      <w:r>
        <w:rPr>
          <w:b w:val="false"/>
          <w:sz w:val="28"/>
          <w:lang w:val="zxx"/>
        </w:rPr>
        <w:t>valid/</w:t>
      </w:r>
      <w:r>
        <w:rPr>
          <w:b w:val="false"/>
          <w:sz w:val="28"/>
        </w:rPr>
        <w:t>​</w:t>
      </w:r>
      <w:r>
        <w:rPr>
          <w:b w:val="false"/>
          <w:sz w:val="28"/>
          <w:lang w:val="zxx"/>
        </w:rPr>
        <w:t>fresh</w:t>
      </w:r>
      <w:r>
        <w:rPr>
          <w:b w:val="false"/>
          <w:sz w:val="28"/>
        </w:rPr>
        <w:t xml:space="preserve"> наблюдение своего входа. Устойчивое активное значение в течение </w:t>
      </w:r>
      <w:r>
        <w:rPr>
          <w:b w:val="false"/>
          <w:sz w:val="28"/>
          <w:lang w:val="zxx"/>
        </w:rPr>
        <w:t>debounceMs</w:t>
      </w:r>
      <w:r>
        <w:rPr>
          <w:b w:val="false"/>
          <w:sz w:val="28"/>
        </w:rPr>
        <w:t xml:space="preserve"> разрешает новый локальный запуск даже без нового фронта. Это решение по текущему входу с новым </w:t>
      </w:r>
      <w:r>
        <w:rPr>
          <w:b w:val="false"/>
          <w:sz w:val="28"/>
          <w:lang w:val="zxx"/>
        </w:rPr>
        <w:t>bootId/</w:t>
      </w:r>
      <w:r>
        <w:rPr>
          <w:b w:val="false"/>
          <w:sz w:val="28"/>
        </w:rPr>
        <w:t>​</w:t>
      </w:r>
      <w:r>
        <w:rPr>
          <w:b w:val="false"/>
          <w:sz w:val="28"/>
          <w:lang w:val="zxx"/>
        </w:rPr>
        <w:t>sessionId</w:t>
      </w:r>
      <w:r>
        <w:rPr>
          <w:b w:val="false"/>
          <w:sz w:val="28"/>
        </w:rPr>
        <w:t xml:space="preserve">, а не повтор прежнего сетевого </w:t>
      </w:r>
      <w:r>
        <w:rPr>
          <w:b w:val="false"/>
          <w:sz w:val="28"/>
          <w:lang w:val="zxx"/>
        </w:rPr>
        <w:t>session.start</w:t>
      </w:r>
      <w:r>
        <w:rPr>
          <w:b w:val="false"/>
          <w:sz w:val="28"/>
        </w:rPr>
        <w:t xml:space="preserve"> или восстановление старой программы. УУ фиксирует источник, правило, </w:t>
      </w:r>
      <w:r>
        <w:rPr>
          <w:b w:val="false"/>
          <w:sz w:val="28"/>
          <w:lang w:val="zxx"/>
        </w:rPr>
        <w:t>configRevision</w:t>
      </w:r>
      <w:r>
        <w:rPr>
          <w:b w:val="false"/>
          <w:sz w:val="28"/>
        </w:rPr>
        <w:t xml:space="preserve"> и наблюдение, обусловившее решение. Старый снимок, неизвестное значение и неисправный вход запуск не разрешают.</w:t>
      </w:r>
    </w:p>
    <w:p>
      <w:pPr>
        <w:pStyle w:val="Normal"/>
        <w:jc w:val="both"/>
        <w:rPr/>
      </w:pPr>
      <w:r>
        <w:rPr>
          <w:b w:val="false"/>
          <w:sz w:val="28"/>
          <w:lang w:val="zxx"/>
        </w:rPr>
        <w:t>27.12</w:t>
      </w:r>
      <w:r>
        <w:rPr>
          <w:b w:val="false"/>
          <w:sz w:val="28"/>
        </w:rPr>
        <w:t xml:space="preserve"> Для </w:t>
      </w:r>
      <w:r>
        <w:rPr>
          <w:b w:val="false"/>
          <w:sz w:val="28"/>
          <w:lang w:val="zxx"/>
        </w:rPr>
        <w:t>level</w:t>
      </w:r>
      <w:r>
        <w:rPr>
          <w:b w:val="false"/>
          <w:sz w:val="28"/>
        </w:rPr>
        <w:t xml:space="preserve"> при занятости ресурса активное условие сохраняется как ожидающее наблюдение, без заранее принятого </w:t>
      </w:r>
      <w:r>
        <w:rPr>
          <w:b w:val="false"/>
          <w:sz w:val="28"/>
          <w:lang w:val="zxx"/>
        </w:rPr>
        <w:t>session.start.</w:t>
      </w:r>
      <w:r>
        <w:rPr>
          <w:b w:val="false"/>
          <w:sz w:val="28"/>
        </w:rPr>
        <w:t xml:space="preserve"> После освобождения выполняются заново проверка прав, готовности, свежести и </w:t>
      </w:r>
      <w:r>
        <w:rPr>
          <w:b w:val="false"/>
          <w:sz w:val="28"/>
          <w:lang w:val="zxx"/>
        </w:rPr>
        <w:t>debounceMs.</w:t>
      </w:r>
      <w:r>
        <w:rPr>
          <w:b w:val="false"/>
          <w:sz w:val="28"/>
        </w:rPr>
        <w:t xml:space="preserve"> Устойчивое неактивное значение </w:t>
      </w:r>
      <w:r>
        <w:rPr>
          <w:b w:val="false"/>
          <w:sz w:val="28"/>
          <w:lang w:val="zxx"/>
        </w:rPr>
        <w:t>rearmMs</w:t>
      </w:r>
      <w:r>
        <w:rPr>
          <w:b w:val="false"/>
          <w:sz w:val="28"/>
        </w:rPr>
        <w:t xml:space="preserve"> снимает ожидание. Для одной редакции правила в одной непрерывной загрузке один активный эпизод создает не более одного принятого исполнения, включая случай его остановки или ошибки; повтор разрешен после неактивности </w:t>
      </w:r>
      <w:r>
        <w:rPr>
          <w:b w:val="false"/>
          <w:sz w:val="28"/>
          <w:lang w:val="zxx"/>
        </w:rPr>
        <w:t>rearmMs.</w:t>
      </w:r>
      <w:r>
        <w:rPr>
          <w:b w:val="false"/>
          <w:sz w:val="28"/>
        </w:rPr>
        <w:t xml:space="preserve"> После </w:t>
      </w:r>
      <w:r>
        <w:rPr>
          <w:b w:val="false"/>
          <w:sz w:val="28"/>
          <w:lang w:val="zxx"/>
        </w:rPr>
        <w:t>reboot</w:t>
      </w:r>
      <w:r>
        <w:rPr>
          <w:b w:val="false"/>
          <w:sz w:val="28"/>
        </w:rPr>
        <w:t xml:space="preserve"> применяется новое наблюдение по предыдущему правилу. Само снятие уровня не отменяет уже принятую конечную программу; ее остановка подчиняется полномочиям, </w:t>
      </w:r>
      <w:r>
        <w:rPr>
          <w:b w:val="false"/>
          <w:sz w:val="28"/>
          <w:lang w:val="zxx"/>
        </w:rPr>
        <w:t>maxDurationMs</w:t>
      </w:r>
      <w:r>
        <w:rPr>
          <w:b w:val="false"/>
          <w:sz w:val="28"/>
        </w:rPr>
        <w:t xml:space="preserve"> и аппаратной защите. Любой локальный запуск получает собственное владение и не прерывает чужой сеанс.</w:t>
      </w:r>
    </w:p>
    <w:p>
      <w:pPr>
        <w:pStyle w:val="Normal"/>
        <w:rPr/>
      </w:pPr>
      <w:r>
        <w:rPr/>
      </w:r>
      <w:r>
        <w:br w:type="page"/>
      </w:r>
    </w:p>
    <w:p>
      <w:pPr>
        <w:pStyle w:val="1"/>
        <w:rPr/>
      </w:pPr>
      <w:bookmarkStart w:id="28" w:name="__RefHeading___Toc43305_1766585215"/>
      <w:bookmarkEnd w:id="28"/>
      <w:r>
        <w:rPr>
          <w:sz w:val="24"/>
        </w:rPr>
        <w:t>Приложение А</w:t>
        <w:br/>
        <w:t>(обязательное для ядра)</w:t>
        <w:br/>
        <w:t>Каталог команд</w:t>
      </w:r>
    </w:p>
    <w:p>
      <w:pPr>
        <w:pStyle w:val="Normal"/>
        <w:jc w:val="both"/>
        <w:rPr/>
      </w:pPr>
      <w:r>
        <w:rPr>
          <w:b w:val="false"/>
          <w:sz w:val="24"/>
        </w:rPr>
        <w:t>Обязательность команд определяется указанным профилем. Объявленная поддержка функции требует всех связанных с ней команд и правил.</w:t>
      </w:r>
    </w:p>
    <w:p>
      <w:pPr>
        <w:pStyle w:val="2"/>
        <w:rPr/>
      </w:pPr>
      <w:r>
        <w:rPr>
          <w:sz w:val="24"/>
        </w:rPr>
        <w:t>А.1 events.subscribe - Включить инициативную доставку событий</w:t>
      </w:r>
    </w:p>
    <w:p>
      <w:pPr>
        <w:pStyle w:val="Normal"/>
        <w:jc w:val="start"/>
        <w:rPr/>
      </w:pPr>
      <w:r>
        <w:rPr>
          <w:b/>
          <w:sz w:val="24"/>
        </w:rPr>
        <w:t xml:space="preserve">Обязательность. </w:t>
      </w:r>
      <w:r>
        <w:rPr>
          <w:b w:val="false"/>
          <w:sz w:val="24"/>
        </w:rPr>
        <w:t xml:space="preserve">Обязательно при </w:t>
      </w:r>
      <w:r>
        <w:rPr>
          <w:b w:val="false"/>
          <w:sz w:val="24"/>
          <w:lang w:val="zxx"/>
        </w:rPr>
        <w:t>eventsPush=1</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Право полного журнала данного УУ; </w:t>
      </w:r>
      <w:r>
        <w:rPr>
          <w:b w:val="false"/>
          <w:sz w:val="24"/>
          <w:lang w:val="zxx"/>
        </w:rPr>
        <w:t>eventsPush=1</w:t>
      </w:r>
      <w:r>
        <w:rPr>
          <w:b w:val="false"/>
          <w:sz w:val="24"/>
        </w:rPr>
        <w:t xml:space="preserve"> и обе команды подписки объявлены. Владение </w:t>
      </w:r>
      <w:r>
        <w:rPr>
          <w:b w:val="false"/>
          <w:sz w:val="24"/>
          <w:lang w:val="zxx"/>
        </w:rPr>
        <w:t>НЕ ТРЕБУЕТСЯ</w:t>
      </w:r>
      <w:r>
        <w:rPr>
          <w:b w:val="false"/>
          <w:sz w:val="24"/>
        </w:rPr>
        <w:t>.</w:t>
      </w:r>
    </w:p>
    <w:p>
      <w:pPr>
        <w:pStyle w:val="Normal"/>
        <w:jc w:val="start"/>
        <w:rPr/>
      </w:pPr>
      <w:r>
        <w:rPr>
          <w:b/>
          <w:sz w:val="24"/>
        </w:rPr>
        <w:t xml:space="preserve">Запрос. </w:t>
      </w:r>
      <w:r>
        <w:rPr>
          <w:b w:val="false"/>
          <w:sz w:val="24"/>
          <w:lang w:val="zxx"/>
        </w:rPr>
        <w:t>bootId</w:t>
      </w:r>
      <w:r>
        <w:rPr>
          <w:b w:val="false"/>
          <w:sz w:val="24"/>
        </w:rPr>
        <w:t xml:space="preserve"> в </w:t>
      </w:r>
      <w:r>
        <w:rPr>
          <w:b w:val="false"/>
          <w:sz w:val="24"/>
          <w:lang w:val="zxx"/>
        </w:rPr>
        <w:t>request</w:t>
      </w:r>
      <w:r>
        <w:rPr>
          <w:b w:val="false"/>
          <w:sz w:val="24"/>
        </w:rPr>
        <w:t xml:space="preserve">; пустой </w:t>
      </w:r>
      <w:r>
        <w:rPr>
          <w:b w:val="false"/>
          <w:sz w:val="24"/>
          <w:lang w:val="zxx"/>
        </w:rPr>
        <w:t>subscription</w:t>
      </w:r>
      <w:r>
        <w:rPr>
          <w:b w:val="false"/>
          <w:sz w:val="24"/>
        </w:rPr>
        <w:t xml:space="preserve"> с </w:t>
      </w:r>
      <w:r>
        <w:rPr>
          <w:b w:val="false"/>
          <w:sz w:val="24"/>
          <w:lang w:val="zxx"/>
        </w:rPr>
        <w:t>subscriptionSeq</w:t>
      </w:r>
      <w:r>
        <w:rPr>
          <w:b w:val="false"/>
          <w:sz w:val="24"/>
        </w:rPr>
        <w:t xml:space="preserve"> (</w:t>
      </w:r>
      <w:r>
        <w:rPr>
          <w:b w:val="false"/>
          <w:sz w:val="24"/>
          <w:lang w:val="zxx"/>
        </w:rPr>
        <w:t>uint64</w:t>
      </w:r>
      <w:r>
        <w:rPr>
          <w:b w:val="false"/>
          <w:sz w:val="24"/>
        </w:rPr>
        <w:t xml:space="preserve"> </w:t>
      </w:r>
      <w:r>
        <w:rPr>
          <w:b w:val="false"/>
          <w:sz w:val="24"/>
          <w:lang w:val="zxx"/>
        </w:rPr>
        <w:t>1..18446744073709551615</w:t>
      </w:r>
      <w:r>
        <w:rPr>
          <w:b w:val="false"/>
          <w:sz w:val="24"/>
        </w:rPr>
        <w:t xml:space="preserve">) и </w:t>
      </w:r>
      <w:r>
        <w:rPr>
          <w:b w:val="false"/>
          <w:sz w:val="24"/>
          <w:lang w:val="zxx"/>
        </w:rPr>
        <w:t>afterSeq</w:t>
      </w:r>
      <w:r>
        <w:rPr>
          <w:b w:val="false"/>
          <w:sz w:val="24"/>
        </w:rPr>
        <w:t xml:space="preserve"> (</w:t>
      </w:r>
      <w:r>
        <w:rPr>
          <w:b w:val="false"/>
          <w:sz w:val="24"/>
          <w:lang w:val="zxx"/>
        </w:rPr>
        <w:t>uint64</w:t>
      </w:r>
      <w:r>
        <w:rPr>
          <w:b w:val="false"/>
          <w:sz w:val="24"/>
        </w:rPr>
        <w:t xml:space="preserve"> </w:t>
      </w:r>
      <w:r>
        <w:rPr>
          <w:b w:val="false"/>
          <w:sz w:val="24"/>
          <w:lang w:val="zxx"/>
        </w:rPr>
        <w:t>0..18446744073709551615</w:t>
      </w:r>
      <w:r>
        <w:rPr>
          <w:b w:val="false"/>
          <w:sz w:val="24"/>
        </w:rPr>
        <w:t>).</w:t>
      </w:r>
    </w:p>
    <w:p>
      <w:pPr>
        <w:pStyle w:val="Normal"/>
        <w:jc w:val="start"/>
        <w:rPr/>
      </w:pPr>
      <w:r>
        <w:rPr>
          <w:b/>
          <w:sz w:val="24"/>
        </w:rPr>
        <w:t xml:space="preserve">Ответ. </w:t>
      </w:r>
      <w:r>
        <w:rPr>
          <w:b w:val="false"/>
          <w:sz w:val="24"/>
          <w:lang w:val="zxx"/>
        </w:rPr>
        <w:t>ok</w:t>
      </w:r>
      <w:r>
        <w:rPr>
          <w:b w:val="false"/>
          <w:sz w:val="24"/>
        </w:rPr>
        <w:t xml:space="preserve">; пустой </w:t>
      </w:r>
      <w:r>
        <w:rPr>
          <w:b w:val="false"/>
          <w:sz w:val="24"/>
          <w:lang w:val="zxx"/>
        </w:rPr>
        <w:t>subscription</w:t>
      </w:r>
      <w:r>
        <w:rPr>
          <w:b w:val="false"/>
          <w:sz w:val="24"/>
        </w:rPr>
        <w:t xml:space="preserve"> с </w:t>
      </w:r>
      <w:r>
        <w:rPr>
          <w:b w:val="false"/>
          <w:sz w:val="24"/>
          <w:lang w:val="zxx"/>
        </w:rPr>
        <w:t>id</w:t>
      </w:r>
      <w:r>
        <w:rPr>
          <w:b w:val="false"/>
          <w:sz w:val="24"/>
        </w:rPr>
        <w:t xml:space="preserve"> (</w:t>
      </w:r>
      <w:r>
        <w:rPr>
          <w:b w:val="false"/>
          <w:sz w:val="24"/>
          <w:lang w:val="zxx"/>
        </w:rPr>
        <w:t>32</w:t>
      </w:r>
      <w:r>
        <w:rPr>
          <w:b w:val="false"/>
          <w:sz w:val="24"/>
        </w:rPr>
        <w:t xml:space="preserve"> строчных </w:t>
      </w:r>
      <w:r>
        <w:rPr>
          <w:b w:val="false"/>
          <w:sz w:val="24"/>
          <w:lang w:val="zxx"/>
        </w:rPr>
        <w:t>hex</w:t>
      </w:r>
      <w:r>
        <w:rPr>
          <w:b w:val="false"/>
          <w:sz w:val="24"/>
        </w:rPr>
        <w:t xml:space="preserve">), </w:t>
      </w:r>
      <w:r>
        <w:rPr>
          <w:b w:val="false"/>
          <w:sz w:val="24"/>
          <w:lang w:val="zxx"/>
        </w:rPr>
        <w:t>subscriptionSeq</w:t>
      </w:r>
      <w:r>
        <w:rPr>
          <w:b w:val="false"/>
          <w:sz w:val="24"/>
        </w:rPr>
        <w:t xml:space="preserve"> и </w:t>
      </w:r>
      <w:r>
        <w:rPr>
          <w:b w:val="false"/>
          <w:sz w:val="24"/>
          <w:lang w:val="zxx"/>
        </w:rPr>
        <w:t>afterSeq</w:t>
      </w:r>
      <w:r>
        <w:rPr>
          <w:b w:val="false"/>
          <w:sz w:val="24"/>
        </w:rPr>
        <w:t>, равными запросу. Уведомления начинаются только после ответа.</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notFound</w:t>
      </w:r>
    </w:p>
    <w:p>
      <w:pPr>
        <w:pStyle w:val="Normal"/>
        <w:jc w:val="start"/>
        <w:rPr/>
      </w:pPr>
      <w:r>
        <w:rPr>
          <w:b/>
          <w:sz w:val="24"/>
        </w:rPr>
        <w:t xml:space="preserve">Повторы и поведение. </w:t>
      </w:r>
      <w:r>
        <w:rPr>
          <w:b w:val="false"/>
          <w:sz w:val="24"/>
        </w:rPr>
        <w:t xml:space="preserve">Одна подписка на соединение. Новый больший </w:t>
      </w:r>
      <w:r>
        <w:rPr>
          <w:b w:val="false"/>
          <w:sz w:val="24"/>
          <w:lang w:val="zxx"/>
        </w:rPr>
        <w:t>subscriptionSeq</w:t>
      </w:r>
      <w:r>
        <w:rPr>
          <w:b w:val="false"/>
          <w:sz w:val="24"/>
        </w:rPr>
        <w:t xml:space="preserve"> заменяет прежнюю подписку только после успешного принятия. Повтор последнего принятого номера с теми же </w:t>
      </w:r>
      <w:r>
        <w:rPr>
          <w:b w:val="false"/>
          <w:sz w:val="24"/>
          <w:lang w:val="zxx"/>
        </w:rPr>
        <w:t>id/</w:t>
      </w:r>
      <w:r>
        <w:rPr>
          <w:b w:val="false"/>
          <w:sz w:val="24"/>
        </w:rPr>
        <w:t>​</w:t>
      </w:r>
      <w:r>
        <w:rPr>
          <w:b w:val="false"/>
          <w:sz w:val="24"/>
          <w:lang w:val="zxx"/>
        </w:rPr>
        <w:t>afterSeq</w:t>
      </w:r>
      <w:r>
        <w:rPr>
          <w:b w:val="false"/>
          <w:sz w:val="24"/>
        </w:rPr>
        <w:t xml:space="preserve"> возвращает прежний ответ для действующей подписки. Меньший номер или повтор прекращенной подписки дает </w:t>
      </w:r>
      <w:r>
        <w:rPr>
          <w:b w:val="false"/>
          <w:sz w:val="24"/>
          <w:lang w:val="zxx"/>
        </w:rPr>
        <w:t>notFound</w:t>
      </w:r>
      <w:r>
        <w:rPr>
          <w:b w:val="false"/>
          <w:sz w:val="24"/>
        </w:rPr>
        <w:t xml:space="preserve">; изменение </w:t>
      </w:r>
      <w:r>
        <w:rPr>
          <w:b w:val="false"/>
          <w:sz w:val="24"/>
          <w:lang w:val="zxx"/>
        </w:rPr>
        <w:t>id/</w:t>
      </w:r>
      <w:r>
        <w:rPr>
          <w:b w:val="false"/>
          <w:sz w:val="24"/>
        </w:rPr>
        <w:t>​</w:t>
      </w:r>
      <w:r>
        <w:rPr>
          <w:b w:val="false"/>
          <w:sz w:val="24"/>
          <w:lang w:val="zxx"/>
        </w:rPr>
        <w:t>afterSeq</w:t>
      </w:r>
      <w:r>
        <w:rPr>
          <w:b w:val="false"/>
          <w:sz w:val="24"/>
        </w:rPr>
        <w:t xml:space="preserve"> при том же номере дает </w:t>
      </w:r>
      <w:r>
        <w:rPr>
          <w:b w:val="false"/>
          <w:sz w:val="24"/>
          <w:lang w:val="zxx"/>
        </w:rPr>
        <w:t>invalidArgument.</w:t>
      </w:r>
      <w:r>
        <w:rPr>
          <w:b w:val="false"/>
          <w:sz w:val="24"/>
        </w:rPr>
        <w:t xml:space="preserve"> Не изменяет ОУ или </w:t>
      </w:r>
      <w:r>
        <w:rPr>
          <w:b w:val="false"/>
          <w:sz w:val="24"/>
          <w:lang w:val="zxx"/>
        </w:rPr>
        <w:t>lease.</w:t>
      </w:r>
      <w:r>
        <w:rPr>
          <w:b w:val="false"/>
          <w:sz w:val="24"/>
        </w:rPr>
        <w:t xml:space="preserve"> Формат </w:t>
      </w:r>
      <w:r>
        <w:rPr>
          <w:b w:val="false"/>
          <w:sz w:val="24"/>
          <w:lang w:val="zxx"/>
        </w:rPr>
        <w:t>notification/</w:t>
      </w:r>
      <w:r>
        <w:rPr>
          <w:b w:val="false"/>
          <w:sz w:val="24"/>
        </w:rPr>
        <w:t>​</w:t>
      </w:r>
      <w:r>
        <w:rPr>
          <w:b w:val="false"/>
          <w:sz w:val="24"/>
          <w:lang w:val="zxx"/>
        </w:rPr>
        <w:t>notificationAck</w:t>
      </w:r>
      <w:r>
        <w:rPr>
          <w:b w:val="false"/>
          <w:sz w:val="24"/>
        </w:rPr>
        <w:t xml:space="preserve">, повтор и </w:t>
      </w:r>
      <w:r>
        <w:rPr>
          <w:b w:val="false"/>
          <w:sz w:val="24"/>
          <w:lang w:val="zxx"/>
        </w:rPr>
        <w:t>gap</w:t>
      </w:r>
      <w:r>
        <w:rPr>
          <w:b w:val="false"/>
          <w:sz w:val="24"/>
        </w:rPr>
        <w:t xml:space="preserve"> заданы разделом инициативных уведомлений.</w:t>
      </w:r>
    </w:p>
    <w:p>
      <w:pPr>
        <w:pStyle w:val="2"/>
        <w:rPr/>
      </w:pPr>
      <w:r>
        <w:rPr>
          <w:sz w:val="24"/>
        </w:rPr>
        <w:t>А.2 events.unsubscribe - Отключить инициативную доставку событий</w:t>
      </w:r>
    </w:p>
    <w:p>
      <w:pPr>
        <w:pStyle w:val="Normal"/>
        <w:jc w:val="start"/>
        <w:rPr/>
      </w:pPr>
      <w:r>
        <w:rPr>
          <w:b/>
          <w:sz w:val="24"/>
        </w:rPr>
        <w:t xml:space="preserve">Обязательность. </w:t>
      </w:r>
      <w:r>
        <w:rPr>
          <w:b w:val="false"/>
          <w:sz w:val="24"/>
        </w:rPr>
        <w:t xml:space="preserve">Обязательно при </w:t>
      </w:r>
      <w:r>
        <w:rPr>
          <w:b w:val="false"/>
          <w:sz w:val="24"/>
          <w:lang w:val="zxx"/>
        </w:rPr>
        <w:t>eventsPush=1</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Участник данного соединения; подписка другого соединения недоступна.</w:t>
      </w:r>
    </w:p>
    <w:p>
      <w:pPr>
        <w:pStyle w:val="Normal"/>
        <w:jc w:val="start"/>
        <w:rPr/>
      </w:pPr>
      <w:r>
        <w:rPr>
          <w:b/>
          <w:sz w:val="24"/>
        </w:rPr>
        <w:t xml:space="preserve">Запрос. </w:t>
      </w:r>
      <w:r>
        <w:rPr>
          <w:b w:val="false"/>
          <w:sz w:val="24"/>
          <w:lang w:val="zxx"/>
        </w:rPr>
        <w:t>bootId</w:t>
      </w:r>
      <w:r>
        <w:rPr>
          <w:b w:val="false"/>
          <w:sz w:val="24"/>
        </w:rPr>
        <w:t xml:space="preserve"> в </w:t>
      </w:r>
      <w:r>
        <w:rPr>
          <w:b w:val="false"/>
          <w:sz w:val="24"/>
          <w:lang w:val="zxx"/>
        </w:rPr>
        <w:t>request</w:t>
      </w:r>
      <w:r>
        <w:rPr>
          <w:b w:val="false"/>
          <w:sz w:val="24"/>
        </w:rPr>
        <w:t xml:space="preserve">; пустой </w:t>
      </w:r>
      <w:r>
        <w:rPr>
          <w:b w:val="false"/>
          <w:sz w:val="24"/>
          <w:lang w:val="zxx"/>
        </w:rPr>
        <w:t>subscription</w:t>
      </w:r>
      <w:r>
        <w:rPr>
          <w:b w:val="false"/>
          <w:sz w:val="24"/>
        </w:rPr>
        <w:t xml:space="preserve"> с единственным </w:t>
      </w:r>
      <w:r>
        <w:rPr>
          <w:b w:val="false"/>
          <w:sz w:val="24"/>
          <w:lang w:val="zxx"/>
        </w:rPr>
        <w:t>id</w:t>
      </w:r>
      <w:r>
        <w:rPr>
          <w:b w:val="false"/>
          <w:sz w:val="24"/>
        </w:rPr>
        <w:t xml:space="preserve"> (</w:t>
      </w:r>
      <w:r>
        <w:rPr>
          <w:b w:val="false"/>
          <w:sz w:val="24"/>
          <w:lang w:val="zxx"/>
        </w:rPr>
        <w:t>32</w:t>
      </w:r>
      <w:r>
        <w:rPr>
          <w:b w:val="false"/>
          <w:sz w:val="24"/>
        </w:rPr>
        <w:t xml:space="preserve"> строчных </w:t>
      </w:r>
      <w:r>
        <w:rPr>
          <w:b w:val="false"/>
          <w:sz w:val="24"/>
          <w:lang w:val="zxx"/>
        </w:rPr>
        <w:t>hex</w:t>
      </w:r>
      <w:r>
        <w:rPr>
          <w:b w:val="false"/>
          <w:sz w:val="24"/>
        </w:rPr>
        <w:t>).</w:t>
      </w:r>
    </w:p>
    <w:p>
      <w:pPr>
        <w:pStyle w:val="Normal"/>
        <w:jc w:val="start"/>
        <w:rPr/>
      </w:pPr>
      <w:r>
        <w:rPr>
          <w:b/>
          <w:sz w:val="24"/>
        </w:rPr>
        <w:t xml:space="preserve">Ответ. </w:t>
      </w:r>
      <w:r>
        <w:rPr>
          <w:b w:val="false"/>
          <w:sz w:val="24"/>
          <w:lang w:val="zxx"/>
        </w:rPr>
        <w:t>ok</w:t>
      </w:r>
      <w:r>
        <w:rPr>
          <w:b w:val="false"/>
          <w:sz w:val="24"/>
        </w:rPr>
        <w:t xml:space="preserve">; пустой </w:t>
      </w:r>
      <w:r>
        <w:rPr>
          <w:b w:val="false"/>
          <w:sz w:val="24"/>
          <w:lang w:val="zxx"/>
        </w:rPr>
        <w:t>subscription</w:t>
      </w:r>
      <w:r>
        <w:rPr>
          <w:b w:val="false"/>
          <w:sz w:val="24"/>
        </w:rPr>
        <w:t xml:space="preserve"> с тем же </w:t>
      </w:r>
      <w:r>
        <w:rPr>
          <w:b w:val="false"/>
          <w:sz w:val="24"/>
          <w:lang w:val="zxx"/>
        </w:rPr>
        <w:t>id.</w:t>
      </w:r>
      <w:r>
        <w:rPr>
          <w:b w:val="false"/>
          <w:sz w:val="24"/>
        </w:rPr>
        <w:t xml:space="preserve"> После ответа уведомления этой подписки не передаются.</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p>
    <w:p>
      <w:pPr>
        <w:pStyle w:val="Normal"/>
        <w:jc w:val="start"/>
        <w:rPr/>
      </w:pPr>
      <w:r>
        <w:rPr>
          <w:b/>
          <w:sz w:val="24"/>
        </w:rPr>
        <w:t xml:space="preserve">Повторы и поведение. </w:t>
      </w:r>
      <w:r>
        <w:rPr>
          <w:b w:val="false"/>
          <w:sz w:val="24"/>
        </w:rPr>
        <w:t xml:space="preserve">Повтор безопасен; неизвестный </w:t>
      </w:r>
      <w:r>
        <w:rPr>
          <w:b w:val="false"/>
          <w:sz w:val="24"/>
          <w:lang w:val="zxx"/>
        </w:rPr>
        <w:t>id</w:t>
      </w:r>
      <w:r>
        <w:rPr>
          <w:b w:val="false"/>
          <w:sz w:val="24"/>
        </w:rPr>
        <w:t xml:space="preserve"> также дает </w:t>
      </w:r>
      <w:r>
        <w:rPr>
          <w:b w:val="false"/>
          <w:sz w:val="24"/>
          <w:lang w:val="zxx"/>
        </w:rPr>
        <w:t>ok</w:t>
      </w:r>
      <w:r>
        <w:rPr>
          <w:b w:val="false"/>
          <w:sz w:val="24"/>
        </w:rPr>
        <w:t xml:space="preserve"> и не отменяет другую подписку. Уже начатый </w:t>
      </w:r>
      <w:r>
        <w:rPr>
          <w:b w:val="false"/>
          <w:sz w:val="24"/>
          <w:lang w:val="zxx"/>
        </w:rPr>
        <w:t>notification</w:t>
      </w:r>
      <w:r>
        <w:rPr>
          <w:b w:val="false"/>
          <w:sz w:val="24"/>
        </w:rPr>
        <w:t xml:space="preserve"> заканчивается перед ответом. Владение и исполнение ОУ сохраняются.</w:t>
      </w:r>
    </w:p>
    <w:p>
      <w:pPr>
        <w:pStyle w:val="2"/>
        <w:rPr/>
      </w:pPr>
      <w:r>
        <w:rPr>
          <w:sz w:val="24"/>
        </w:rPr>
        <w:t>А.3 transfer.capabilities - Прочитать параметры файлового канала</w:t>
      </w:r>
    </w:p>
    <w:p>
      <w:pPr>
        <w:pStyle w:val="Normal"/>
        <w:jc w:val="start"/>
        <w:rPr/>
      </w:pPr>
      <w:r>
        <w:rPr>
          <w:b/>
          <w:sz w:val="24"/>
        </w:rPr>
        <w:t xml:space="preserve">Обязательность. </w:t>
      </w:r>
      <w:r>
        <w:rPr>
          <w:b w:val="false"/>
          <w:sz w:val="24"/>
        </w:rPr>
        <w:t>Обязательно при любой сетевой файловой функции</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Аутентифицированный участник с правом чтения возможностей; владение </w:t>
      </w:r>
      <w:r>
        <w:rPr>
          <w:b w:val="false"/>
          <w:sz w:val="24"/>
          <w:lang w:val="zxx"/>
        </w:rPr>
        <w:t>НЕ ТРЕБУЕТСЯ</w:t>
      </w:r>
      <w:r>
        <w:rPr>
          <w:b w:val="false"/>
          <w:sz w:val="24"/>
        </w:rPr>
        <w:t>.</w:t>
      </w:r>
    </w:p>
    <w:p>
      <w:pPr>
        <w:pStyle w:val="Normal"/>
        <w:jc w:val="start"/>
        <w:rPr/>
      </w:pPr>
      <w:r>
        <w:rPr>
          <w:b/>
          <w:sz w:val="24"/>
        </w:rPr>
        <w:t xml:space="preserve">Запрос. </w:t>
      </w:r>
      <w:r>
        <w:rPr>
          <w:b w:val="false"/>
          <w:sz w:val="24"/>
        </w:rPr>
        <w:t>Без дочерних элементов; управляющее соединение.</w:t>
      </w:r>
    </w:p>
    <w:p>
      <w:pPr>
        <w:pStyle w:val="Normal"/>
        <w:jc w:val="start"/>
        <w:rPr/>
      </w:pPr>
      <w:r>
        <w:rPr>
          <w:b/>
          <w:sz w:val="24"/>
        </w:rPr>
        <w:t xml:space="preserve">Ответ. </w:t>
      </w:r>
      <w:r>
        <w:rPr>
          <w:b w:val="false"/>
          <w:sz w:val="24"/>
          <w:lang w:val="zxx"/>
        </w:rPr>
        <w:t>transfer</w:t>
      </w:r>
      <w:r>
        <w:rPr>
          <w:b w:val="false"/>
          <w:sz w:val="24"/>
        </w:rPr>
        <w:t xml:space="preserve"> </w:t>
      </w:r>
      <w:r>
        <w:rPr>
          <w:b w:val="false"/>
          <w:sz w:val="24"/>
          <w:lang w:val="zxx"/>
        </w:rPr>
        <w:t>profile/</w:t>
      </w:r>
      <w:r>
        <w:rPr>
          <w:b w:val="false"/>
          <w:sz w:val="24"/>
        </w:rPr>
        <w:t>​</w:t>
      </w:r>
      <w:r>
        <w:rPr>
          <w:b w:val="false"/>
          <w:sz w:val="24"/>
          <w:lang w:val="zxx"/>
        </w:rPr>
        <w:t>port/</w:t>
      </w:r>
      <w:r>
        <w:rPr>
          <w:b w:val="false"/>
          <w:sz w:val="24"/>
        </w:rPr>
        <w:t>​</w:t>
      </w:r>
      <w:r>
        <w:rPr>
          <w:b w:val="false"/>
          <w:sz w:val="24"/>
          <w:lang w:val="zxx"/>
        </w:rPr>
        <w:t>maxBlockBytes/</w:t>
      </w:r>
      <w:r>
        <w:rPr>
          <w:b w:val="false"/>
          <w:sz w:val="24"/>
        </w:rPr>
        <w:t>​</w:t>
      </w:r>
      <w:r>
        <w:rPr>
          <w:b w:val="false"/>
          <w:sz w:val="24"/>
          <w:lang w:val="zxx"/>
        </w:rPr>
        <w:t>maxWindowBlocks/</w:t>
      </w:r>
      <w:r>
        <w:rPr>
          <w:b w:val="false"/>
          <w:sz w:val="24"/>
        </w:rPr>
        <w:t>​</w:t>
      </w:r>
      <w:r>
        <w:rPr>
          <w:b w:val="false"/>
          <w:sz w:val="24"/>
          <w:lang w:val="zxx"/>
        </w:rPr>
        <w:t>maxInFlightBytes.</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p>
    <w:p>
      <w:pPr>
        <w:pStyle w:val="Normal"/>
        <w:jc w:val="start"/>
        <w:rPr/>
      </w:pPr>
      <w:r>
        <w:rPr>
          <w:b/>
          <w:sz w:val="24"/>
        </w:rPr>
        <w:t xml:space="preserve">Повторы и поведение. </w:t>
      </w:r>
      <w:r>
        <w:rPr>
          <w:b w:val="false"/>
          <w:sz w:val="24"/>
        </w:rPr>
        <w:t xml:space="preserve">Не изменяет данные и не продлевает </w:t>
      </w:r>
      <w:r>
        <w:rPr>
          <w:b w:val="false"/>
          <w:sz w:val="24"/>
          <w:lang w:val="zxx"/>
        </w:rPr>
        <w:t>lease.</w:t>
      </w:r>
      <w:r>
        <w:rPr>
          <w:b w:val="false"/>
          <w:sz w:val="24"/>
        </w:rPr>
        <w:t xml:space="preserve"> Параметры и допустимые сочетания определены в разделе </w:t>
      </w:r>
      <w:r>
        <w:rPr>
          <w:b w:val="false"/>
          <w:sz w:val="24"/>
          <w:lang w:val="zxx"/>
        </w:rPr>
        <w:t>16.</w:t>
      </w:r>
    </w:p>
    <w:p>
      <w:pPr>
        <w:pStyle w:val="2"/>
        <w:rPr/>
      </w:pPr>
      <w:r>
        <w:rPr>
          <w:sz w:val="24"/>
        </w:rPr>
        <w:t>А.4 transfer.hello - Привязать файловое соединение</w:t>
      </w:r>
    </w:p>
    <w:p>
      <w:pPr>
        <w:pStyle w:val="Normal"/>
        <w:jc w:val="start"/>
        <w:rPr/>
      </w:pPr>
      <w:r>
        <w:rPr>
          <w:b/>
          <w:sz w:val="24"/>
        </w:rPr>
        <w:t xml:space="preserve">Обязательность. </w:t>
      </w:r>
      <w:r>
        <w:rPr>
          <w:b w:val="false"/>
          <w:sz w:val="24"/>
        </w:rPr>
        <w:t>Обязательно при любой сетевой файловой функции</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Тот же </w:t>
      </w:r>
      <w:r>
        <w:rPr>
          <w:b w:val="false"/>
          <w:sz w:val="24"/>
          <w:lang w:val="zxx"/>
        </w:rPr>
        <w:t>principalId</w:t>
      </w:r>
      <w:r>
        <w:rPr>
          <w:b w:val="false"/>
          <w:sz w:val="24"/>
        </w:rPr>
        <w:t xml:space="preserve">, живое управляющее соединение и </w:t>
      </w:r>
      <w:r>
        <w:rPr>
          <w:b w:val="false"/>
          <w:sz w:val="24"/>
          <w:lang w:val="zxx"/>
        </w:rPr>
        <w:t>maintenance-</w:t>
      </w:r>
      <w:r>
        <w:rPr>
          <w:b w:val="false"/>
          <w:sz w:val="24"/>
        </w:rPr>
        <w:t>эпоха владельца транзакции.</w:t>
      </w:r>
    </w:p>
    <w:p>
      <w:pPr>
        <w:pStyle w:val="Normal"/>
        <w:jc w:val="start"/>
        <w:rPr/>
      </w:pPr>
      <w:r>
        <w:rPr>
          <w:b/>
          <w:sz w:val="24"/>
        </w:rPr>
        <w:t xml:space="preserve">Запрос. </w:t>
      </w:r>
      <w:r>
        <w:rPr>
          <w:b w:val="false"/>
          <w:sz w:val="24"/>
        </w:rPr>
        <w:t xml:space="preserve">Первый </w:t>
      </w:r>
      <w:r>
        <w:rPr>
          <w:b w:val="false"/>
          <w:sz w:val="24"/>
          <w:lang w:val="zxx"/>
        </w:rPr>
        <w:t>XML</w:t>
      </w:r>
      <w:r>
        <w:rPr>
          <w:b w:val="false"/>
          <w:sz w:val="24"/>
        </w:rPr>
        <w:t xml:space="preserve"> отдельного соединения того же режима </w:t>
      </w:r>
      <w:r>
        <w:rPr>
          <w:b w:val="false"/>
          <w:sz w:val="24"/>
          <w:lang w:val="zxx"/>
        </w:rPr>
        <w:t>tls</w:t>
      </w:r>
      <w:r>
        <w:rPr>
          <w:b w:val="false"/>
          <w:sz w:val="24"/>
        </w:rPr>
        <w:t xml:space="preserve"> либо </w:t>
      </w:r>
      <w:r>
        <w:rPr>
          <w:b w:val="false"/>
          <w:sz w:val="24"/>
          <w:lang w:val="zxx"/>
        </w:rPr>
        <w:t>plain:</w:t>
      </w:r>
      <w:r>
        <w:rPr>
          <w:b w:val="false"/>
          <w:sz w:val="24"/>
        </w:rPr>
        <w:t xml:space="preserve"> </w:t>
      </w:r>
      <w:r>
        <w:rPr>
          <w:b w:val="false"/>
          <w:sz w:val="24"/>
          <w:lang w:val="zxx"/>
        </w:rPr>
        <w:t>bootId/</w:t>
      </w:r>
      <w:r>
        <w:rPr>
          <w:b w:val="false"/>
          <w:sz w:val="24"/>
        </w:rPr>
        <w:t>​</w:t>
      </w:r>
      <w:r>
        <w:rPr>
          <w:b w:val="false"/>
          <w:sz w:val="24"/>
          <w:lang w:val="zxx"/>
        </w:rPr>
        <w:t>controlEpoch</w:t>
      </w:r>
      <w:r>
        <w:rPr>
          <w:b w:val="false"/>
          <w:sz w:val="24"/>
        </w:rPr>
        <w:t xml:space="preserve">, </w:t>
      </w:r>
      <w:r>
        <w:rPr>
          <w:b w:val="false"/>
          <w:sz w:val="24"/>
          <w:lang w:val="zxx"/>
        </w:rPr>
        <w:t>transfer</w:t>
      </w:r>
      <w:r>
        <w:rPr>
          <w:b w:val="false"/>
          <w:sz w:val="24"/>
        </w:rPr>
        <w:t xml:space="preserve"> </w:t>
      </w:r>
      <w:r>
        <w:rPr>
          <w:b w:val="false"/>
          <w:sz w:val="24"/>
          <w:lang w:val="zxx"/>
        </w:rPr>
        <w:t>id/</w:t>
      </w:r>
      <w:r>
        <w:rPr>
          <w:b w:val="false"/>
          <w:sz w:val="24"/>
        </w:rPr>
        <w:t>​</w:t>
      </w:r>
      <w:r>
        <w:rPr>
          <w:b w:val="false"/>
          <w:sz w:val="24"/>
          <w:lang w:val="zxx"/>
        </w:rPr>
        <w:t>kind</w:t>
      </w:r>
      <w:r>
        <w:rPr>
          <w:b w:val="false"/>
          <w:sz w:val="24"/>
        </w:rPr>
        <w:t xml:space="preserve">; </w:t>
      </w:r>
      <w:r>
        <w:rPr>
          <w:b w:val="false"/>
          <w:sz w:val="24"/>
          <w:lang w:val="zxx"/>
        </w:rPr>
        <w:t>cmdSeq</w:t>
      </w:r>
      <w:r>
        <w:rPr>
          <w:b w:val="false"/>
          <w:sz w:val="24"/>
        </w:rPr>
        <w:t xml:space="preserve"> отсутствует.</w:t>
      </w:r>
    </w:p>
    <w:p>
      <w:pPr>
        <w:pStyle w:val="Normal"/>
        <w:jc w:val="start"/>
        <w:rPr/>
      </w:pPr>
      <w:r>
        <w:rPr>
          <w:b/>
          <w:sz w:val="24"/>
        </w:rPr>
        <w:t xml:space="preserve">Ответ. </w:t>
      </w:r>
      <w:r>
        <w:rPr>
          <w:b w:val="false"/>
          <w:sz w:val="24"/>
          <w:lang w:val="zxx"/>
        </w:rPr>
        <w:t>ready</w:t>
      </w:r>
      <w:r>
        <w:rPr>
          <w:b w:val="false"/>
          <w:sz w:val="24"/>
        </w:rPr>
        <w:t xml:space="preserve"> </w:t>
      </w:r>
      <w:r>
        <w:rPr>
          <w:b w:val="false"/>
          <w:sz w:val="24"/>
          <w:lang w:val="zxx"/>
        </w:rPr>
        <w:t>id/</w:t>
      </w:r>
      <w:r>
        <w:rPr>
          <w:b w:val="false"/>
          <w:sz w:val="24"/>
        </w:rPr>
        <w:t>​</w:t>
      </w:r>
      <w:r>
        <w:rPr>
          <w:b w:val="false"/>
          <w:sz w:val="24"/>
          <w:lang w:val="zxx"/>
        </w:rPr>
        <w:t>blockBytes/</w:t>
      </w:r>
      <w:r>
        <w:rPr>
          <w:b w:val="false"/>
          <w:sz w:val="24"/>
        </w:rPr>
        <w:t>​</w:t>
      </w:r>
      <w:r>
        <w:rPr>
          <w:b w:val="false"/>
          <w:sz w:val="24"/>
          <w:lang w:val="zxx"/>
        </w:rPr>
        <w:t>windowBlocks/</w:t>
      </w:r>
      <w:r>
        <w:rPr>
          <w:b w:val="false"/>
          <w:sz w:val="24"/>
        </w:rPr>
        <w:t>​</w:t>
      </w:r>
      <w:r>
        <w:rPr>
          <w:b w:val="false"/>
          <w:sz w:val="24"/>
          <w:lang w:val="zxx"/>
        </w:rPr>
        <w:t>receivedBytes/</w:t>
      </w:r>
      <w:r>
        <w:rPr>
          <w:b w:val="false"/>
          <w:sz w:val="24"/>
        </w:rPr>
        <w:t>​</w:t>
      </w:r>
      <w:r>
        <w:rPr>
          <w:b w:val="false"/>
          <w:sz w:val="24"/>
          <w:lang w:val="zxx"/>
        </w:rPr>
        <w:t>remainingBudgetMs</w:t>
      </w:r>
      <w:r>
        <w:rPr>
          <w:b w:val="false"/>
          <w:sz w:val="24"/>
        </w:rPr>
        <w:t xml:space="preserve">, затем двоичные кадры </w:t>
      </w:r>
      <w:r>
        <w:rPr>
          <w:b w:val="false"/>
          <w:sz w:val="24"/>
          <w:lang w:val="zxx"/>
        </w:rPr>
        <w:t>bulk/</w:t>
      </w:r>
      <w:r>
        <w:rPr>
          <w:b w:val="false"/>
          <w:sz w:val="24"/>
        </w:rPr>
        <w:t>⁠</w:t>
      </w:r>
      <w:r>
        <w:rPr>
          <w:b w:val="false"/>
          <w:sz w:val="24"/>
          <w:lang w:val="zxx"/>
        </w:rPr>
        <w:t>1.</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resultExpired</w:t>
      </w:r>
      <w:r>
        <w:rPr>
          <w:b w:val="false"/>
          <w:sz w:val="24"/>
        </w:rPr>
        <w:t xml:space="preserve">, </w:t>
      </w:r>
      <w:r>
        <w:rPr>
          <w:b w:val="false"/>
          <w:sz w:val="24"/>
          <w:lang w:val="zxx"/>
        </w:rPr>
        <w:t>unsafeState</w:t>
      </w:r>
      <w:r>
        <w:rPr>
          <w:b w:val="false"/>
          <w:sz w:val="24"/>
        </w:rPr>
        <w:t xml:space="preserve">, </w:t>
      </w:r>
      <w:r>
        <w:rPr>
          <w:b w:val="false"/>
          <w:sz w:val="24"/>
          <w:lang w:val="zxx"/>
        </w:rPr>
        <w:t>notFound</w:t>
      </w:r>
      <w:r>
        <w:rPr>
          <w:b w:val="false"/>
          <w:sz w:val="24"/>
        </w:rPr>
        <w:t xml:space="preserve">, </w:t>
      </w:r>
      <w:r>
        <w:rPr>
          <w:b w:val="false"/>
          <w:sz w:val="24"/>
          <w:lang w:val="zxx"/>
        </w:rPr>
        <w:t>staleAttachment</w:t>
      </w:r>
    </w:p>
    <w:p>
      <w:pPr>
        <w:pStyle w:val="Normal"/>
        <w:jc w:val="start"/>
        <w:rPr/>
      </w:pPr>
      <w:r>
        <w:rPr>
          <w:b/>
          <w:sz w:val="24"/>
        </w:rPr>
        <w:t xml:space="preserve">Повторы и поведение. </w:t>
      </w:r>
      <w:r>
        <w:rPr>
          <w:b w:val="false"/>
          <w:sz w:val="24"/>
        </w:rPr>
        <w:t xml:space="preserve">Атомарная привязка к экземплярам двух соединений. Неуспешное подключение не изменяет существующую передачу; полные правила раздела </w:t>
      </w:r>
      <w:r>
        <w:rPr>
          <w:b w:val="false"/>
          <w:sz w:val="24"/>
          <w:lang w:val="zxx"/>
        </w:rPr>
        <w:t>16.</w:t>
      </w:r>
    </w:p>
    <w:p>
      <w:pPr>
        <w:pStyle w:val="2"/>
        <w:rPr/>
      </w:pPr>
      <w:r>
        <w:rPr>
          <w:sz w:val="24"/>
        </w:rPr>
        <w:t>А.5 audio.pause - Остановить источник без отбоя ОУ</w:t>
      </w:r>
    </w:p>
    <w:p>
      <w:pPr>
        <w:pStyle w:val="Normal"/>
        <w:jc w:val="start"/>
        <w:rPr/>
      </w:pPr>
      <w:r>
        <w:rPr>
          <w:b/>
          <w:sz w:val="24"/>
        </w:rPr>
        <w:t xml:space="preserve">Обязательность. </w:t>
      </w:r>
      <w:r>
        <w:rPr>
          <w:b w:val="false"/>
          <w:sz w:val="24"/>
        </w:rPr>
        <w:t xml:space="preserve">Обязательно при </w:t>
      </w:r>
      <w:r>
        <w:rPr>
          <w:b w:val="false"/>
          <w:sz w:val="24"/>
          <w:lang w:val="zxx"/>
        </w:rPr>
        <w:t>sourceSwitch=true</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Действующий владелец с правом выбранного воздействия.</w:t>
      </w:r>
    </w:p>
    <w:p>
      <w:pPr>
        <w:pStyle w:val="Normal"/>
        <w:jc w:val="start"/>
        <w:rPr/>
      </w:pPr>
      <w:r>
        <w:rPr>
          <w:b/>
          <w:sz w:val="24"/>
        </w:rPr>
        <w:t xml:space="preserve">Запрос. </w:t>
      </w:r>
      <w:r>
        <w:rPr>
          <w:b w:val="false"/>
          <w:sz w:val="24"/>
          <w:lang w:val="zxx"/>
        </w:rPr>
        <w:t>stream</w:t>
      </w:r>
      <w:r>
        <w:rPr>
          <w:b w:val="false"/>
          <w:sz w:val="24"/>
        </w:rPr>
        <w:t xml:space="preserve"> </w:t>
      </w:r>
      <w:r>
        <w:rPr>
          <w:b w:val="false"/>
          <w:sz w:val="24"/>
          <w:lang w:val="zxx"/>
        </w:rPr>
        <w:t>mediaId/</w:t>
      </w:r>
      <w:r>
        <w:rPr>
          <w:b w:val="false"/>
          <w:sz w:val="24"/>
        </w:rPr>
        <w:t>​</w:t>
      </w:r>
      <w:r>
        <w:rPr>
          <w:b w:val="false"/>
          <w:sz w:val="24"/>
          <w:lang w:val="zxx"/>
        </w:rPr>
        <w:t>sessionId</w:t>
      </w:r>
      <w:r>
        <w:rPr>
          <w:b w:val="false"/>
          <w:sz w:val="24"/>
        </w:rPr>
        <w:t xml:space="preserve">; обычный </w:t>
      </w:r>
      <w:r>
        <w:rPr>
          <w:b w:val="false"/>
          <w:sz w:val="24"/>
          <w:lang w:val="zxx"/>
        </w:rPr>
        <w:t>cmdSeq</w:t>
      </w:r>
      <w:r>
        <w:rPr>
          <w:b w:val="false"/>
          <w:sz w:val="24"/>
        </w:rPr>
        <w:t xml:space="preserve"> владельца согласованного </w:t>
      </w:r>
      <w:r>
        <w:rPr>
          <w:b w:val="false"/>
          <w:sz w:val="24"/>
          <w:lang w:val="zxx"/>
        </w:rPr>
        <w:t>holdOutput.</w:t>
      </w:r>
    </w:p>
    <w:p>
      <w:pPr>
        <w:pStyle w:val="Normal"/>
        <w:jc w:val="start"/>
        <w:rPr/>
      </w:pPr>
      <w:r>
        <w:rPr>
          <w:b/>
          <w:sz w:val="24"/>
        </w:rPr>
        <w:t xml:space="preserve">Ответ. </w:t>
      </w:r>
      <w:r>
        <w:rPr>
          <w:b w:val="false"/>
          <w:sz w:val="24"/>
          <w:lang w:val="zxx"/>
        </w:rPr>
        <w:t>paused</w:t>
      </w:r>
      <w:r>
        <w:rPr>
          <w:b w:val="false"/>
          <w:sz w:val="24"/>
        </w:rPr>
        <w:t xml:space="preserve"> </w:t>
      </w:r>
      <w:r>
        <w:rPr>
          <w:b w:val="false"/>
          <w:sz w:val="24"/>
          <w:lang w:val="zxx"/>
        </w:rPr>
        <w:t>mediaId/</w:t>
      </w:r>
      <w:r>
        <w:rPr>
          <w:b w:val="false"/>
          <w:sz w:val="24"/>
        </w:rPr>
        <w:t>​</w:t>
      </w:r>
      <w:r>
        <w:rPr>
          <w:b w:val="false"/>
          <w:sz w:val="24"/>
          <w:lang w:val="zxx"/>
        </w:rPr>
        <w:t>sessionId/</w:t>
      </w:r>
      <w:r>
        <w:rPr>
          <w:b w:val="false"/>
          <w:sz w:val="24"/>
        </w:rPr>
        <w:t>​</w:t>
      </w:r>
      <w:r>
        <w:rPr>
          <w:b w:val="false"/>
          <w:sz w:val="24"/>
          <w:lang w:val="zxx"/>
        </w:rPr>
        <w:t>startSeq</w:t>
      </w:r>
      <w:r>
        <w:rPr>
          <w:b w:val="false"/>
          <w:sz w:val="24"/>
        </w:rPr>
        <w:t xml:space="preserve">; состояние источника через </w:t>
      </w:r>
      <w:r>
        <w:rPr>
          <w:b w:val="false"/>
          <w:sz w:val="24"/>
          <w:lang w:val="zxx"/>
        </w:rPr>
        <w:t>audio.state.</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unsafeState</w:t>
      </w:r>
    </w:p>
    <w:p>
      <w:pPr>
        <w:pStyle w:val="Normal"/>
        <w:jc w:val="start"/>
        <w:rPr/>
      </w:pPr>
      <w:r>
        <w:rPr>
          <w:b/>
          <w:sz w:val="24"/>
        </w:rPr>
        <w:t xml:space="preserve">Повторы и поведение. </w:t>
      </w:r>
      <w:r>
        <w:rPr>
          <w:b w:val="false"/>
          <w:sz w:val="24"/>
        </w:rPr>
        <w:t xml:space="preserve">Изменение использует общие проверки контекста и дедупликацию </w:t>
      </w:r>
      <w:r>
        <w:rPr>
          <w:b w:val="false"/>
          <w:sz w:val="24"/>
          <w:lang w:val="zxx"/>
        </w:rPr>
        <w:t>cmdSeq.</w:t>
      </w:r>
      <w:r>
        <w:rPr>
          <w:b w:val="false"/>
          <w:sz w:val="24"/>
        </w:rPr>
        <w:t xml:space="preserve"> Точный повтор возвращает сохраненное решение без повторного действия и продления предметных сроков. Переходы операции и межполевые условия определены ее предметным контрактом.</w:t>
      </w:r>
    </w:p>
    <w:p>
      <w:pPr>
        <w:pStyle w:val="2"/>
        <w:rPr/>
      </w:pPr>
      <w:r>
        <w:rPr>
          <w:sz w:val="24"/>
        </w:rPr>
        <w:t>А.6 audio.start - Запустить следующий источник</w:t>
      </w:r>
    </w:p>
    <w:p>
      <w:pPr>
        <w:pStyle w:val="Normal"/>
        <w:jc w:val="start"/>
        <w:rPr/>
      </w:pPr>
      <w:r>
        <w:rPr>
          <w:b/>
          <w:sz w:val="24"/>
        </w:rPr>
        <w:t xml:space="preserve">Обязательность. </w:t>
      </w:r>
      <w:r>
        <w:rPr>
          <w:b w:val="false"/>
          <w:sz w:val="24"/>
        </w:rPr>
        <w:t xml:space="preserve">Обязательно при </w:t>
      </w:r>
      <w:r>
        <w:rPr>
          <w:b w:val="false"/>
          <w:sz w:val="24"/>
          <w:lang w:val="zxx"/>
        </w:rPr>
        <w:t>sourceSwitch=true</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Действующий владелец с правом выбранного воздействия.</w:t>
      </w:r>
    </w:p>
    <w:p>
      <w:pPr>
        <w:pStyle w:val="Normal"/>
        <w:jc w:val="start"/>
        <w:rPr/>
      </w:pPr>
      <w:r>
        <w:rPr>
          <w:b/>
          <w:sz w:val="24"/>
        </w:rPr>
        <w:t xml:space="preserve">Запрос. </w:t>
      </w:r>
      <w:r>
        <w:rPr>
          <w:b w:val="false"/>
          <w:sz w:val="24"/>
          <w:lang w:val="zxx"/>
        </w:rPr>
        <w:t>stream</w:t>
      </w:r>
      <w:r>
        <w:rPr>
          <w:b w:val="false"/>
          <w:sz w:val="24"/>
        </w:rPr>
        <w:t xml:space="preserve"> </w:t>
      </w:r>
      <w:r>
        <w:rPr>
          <w:b w:val="false"/>
          <w:sz w:val="24"/>
          <w:lang w:val="zxx"/>
        </w:rPr>
        <w:t>mediaId/</w:t>
      </w:r>
      <w:r>
        <w:rPr>
          <w:b w:val="false"/>
          <w:sz w:val="24"/>
        </w:rPr>
        <w:t>​</w:t>
      </w:r>
      <w:r>
        <w:rPr>
          <w:b w:val="false"/>
          <w:sz w:val="24"/>
          <w:lang w:val="zxx"/>
        </w:rPr>
        <w:t>sessionId</w:t>
      </w:r>
      <w:r>
        <w:rPr>
          <w:b w:val="false"/>
          <w:sz w:val="24"/>
        </w:rPr>
        <w:t xml:space="preserve"> после новой подготовки и </w:t>
      </w:r>
      <w:r>
        <w:rPr>
          <w:b w:val="false"/>
          <w:sz w:val="24"/>
          <w:lang w:val="zxx"/>
        </w:rPr>
        <w:t>BIND/</w:t>
      </w:r>
      <w:r>
        <w:rPr>
          <w:b w:val="false"/>
          <w:sz w:val="24"/>
        </w:rPr>
        <w:t>​</w:t>
      </w:r>
      <w:r>
        <w:rPr>
          <w:b w:val="false"/>
          <w:sz w:val="24"/>
          <w:lang w:val="zxx"/>
        </w:rPr>
        <w:t>READY</w:t>
      </w:r>
      <w:r>
        <w:rPr>
          <w:b w:val="false"/>
          <w:sz w:val="24"/>
        </w:rPr>
        <w:t xml:space="preserve">; обычный </w:t>
      </w:r>
      <w:r>
        <w:rPr>
          <w:b w:val="false"/>
          <w:sz w:val="24"/>
          <w:lang w:val="zxx"/>
        </w:rPr>
        <w:t>cmdSeq</w:t>
      </w:r>
      <w:r>
        <w:rPr>
          <w:b w:val="false"/>
          <w:sz w:val="24"/>
        </w:rPr>
        <w:t xml:space="preserve"> владельца.</w:t>
      </w:r>
    </w:p>
    <w:p>
      <w:pPr>
        <w:pStyle w:val="Normal"/>
        <w:jc w:val="start"/>
        <w:rPr/>
      </w:pPr>
      <w:r>
        <w:rPr>
          <w:b/>
          <w:sz w:val="24"/>
        </w:rPr>
        <w:t xml:space="preserve">Ответ. </w:t>
      </w:r>
      <w:r>
        <w:rPr>
          <w:b w:val="false"/>
          <w:sz w:val="24"/>
          <w:lang w:val="zxx"/>
        </w:rPr>
        <w:t>started</w:t>
      </w:r>
      <w:r>
        <w:rPr>
          <w:b w:val="false"/>
          <w:sz w:val="24"/>
        </w:rPr>
        <w:t xml:space="preserve"> </w:t>
      </w:r>
      <w:r>
        <w:rPr>
          <w:b w:val="false"/>
          <w:sz w:val="24"/>
          <w:lang w:val="zxx"/>
        </w:rPr>
        <w:t>mediaId/</w:t>
      </w:r>
      <w:r>
        <w:rPr>
          <w:b w:val="false"/>
          <w:sz w:val="24"/>
        </w:rPr>
        <w:t>​</w:t>
      </w:r>
      <w:r>
        <w:rPr>
          <w:b w:val="false"/>
          <w:sz w:val="24"/>
          <w:lang w:val="zxx"/>
        </w:rPr>
        <w:t>sessionId/</w:t>
      </w:r>
      <w:r>
        <w:rPr>
          <w:b w:val="false"/>
          <w:sz w:val="24"/>
        </w:rPr>
        <w:t>​</w:t>
      </w:r>
      <w:r>
        <w:rPr>
          <w:b w:val="false"/>
          <w:sz w:val="24"/>
          <w:lang w:val="zxx"/>
        </w:rPr>
        <w:t>startSeq</w:t>
      </w:r>
      <w:r>
        <w:rPr>
          <w:b w:val="false"/>
          <w:sz w:val="24"/>
        </w:rPr>
        <w:t xml:space="preserve"> без повторного включения ОУ.</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unsafeState</w:t>
      </w:r>
    </w:p>
    <w:p>
      <w:pPr>
        <w:pStyle w:val="Normal"/>
        <w:jc w:val="start"/>
        <w:rPr/>
      </w:pPr>
      <w:r>
        <w:rPr>
          <w:b/>
          <w:sz w:val="24"/>
        </w:rPr>
        <w:t xml:space="preserve">Повторы и поведение. </w:t>
      </w:r>
      <w:r>
        <w:rPr>
          <w:b w:val="false"/>
          <w:sz w:val="24"/>
        </w:rPr>
        <w:t xml:space="preserve">Изменение использует общие проверки контекста и дедупликацию </w:t>
      </w:r>
      <w:r>
        <w:rPr>
          <w:b w:val="false"/>
          <w:sz w:val="24"/>
          <w:lang w:val="zxx"/>
        </w:rPr>
        <w:t>cmdSeq.</w:t>
      </w:r>
      <w:r>
        <w:rPr>
          <w:b w:val="false"/>
          <w:sz w:val="24"/>
        </w:rPr>
        <w:t xml:space="preserve"> Точный повтор возвращает сохраненное решение без повторного действия и продления предметных сроков. Переходы операции и межполевые условия определены ее предметным контрактом.</w:t>
      </w:r>
    </w:p>
    <w:p>
      <w:pPr>
        <w:pStyle w:val="2"/>
        <w:rPr/>
      </w:pPr>
      <w:r>
        <w:rPr>
          <w:sz w:val="24"/>
        </w:rPr>
        <w:t>А.7 firmware.cancel - Отменить прием или проверку образа</w:t>
      </w:r>
    </w:p>
    <w:p>
      <w:pPr>
        <w:pStyle w:val="Normal"/>
        <w:jc w:val="start"/>
        <w:rPr/>
      </w:pPr>
      <w:r>
        <w:rPr>
          <w:b/>
          <w:sz w:val="24"/>
        </w:rPr>
        <w:t xml:space="preserve">Обязательность. </w:t>
      </w:r>
      <w:r>
        <w:rPr>
          <w:b w:val="false"/>
          <w:sz w:val="24"/>
        </w:rPr>
        <w:t>Обязательно при обновлении прошивки</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Владелец </w:t>
      </w:r>
      <w:r>
        <w:rPr>
          <w:b w:val="false"/>
          <w:sz w:val="24"/>
          <w:lang w:val="zxx"/>
        </w:rPr>
        <w:t>maintenance</w:t>
      </w:r>
      <w:r>
        <w:rPr>
          <w:b w:val="false"/>
          <w:sz w:val="24"/>
        </w:rPr>
        <w:t xml:space="preserve"> с административным правом соответствующей операции.</w:t>
      </w:r>
    </w:p>
    <w:p>
      <w:pPr>
        <w:pStyle w:val="Normal"/>
        <w:jc w:val="start"/>
        <w:rPr/>
      </w:pPr>
      <w:r>
        <w:rPr>
          <w:b/>
          <w:sz w:val="24"/>
        </w:rPr>
        <w:t xml:space="preserve">Запрос. </w:t>
      </w:r>
      <w:r>
        <w:rPr>
          <w:b w:val="false"/>
          <w:sz w:val="24"/>
          <w:lang w:val="zxx"/>
        </w:rPr>
        <w:t>upload</w:t>
      </w:r>
      <w:r>
        <w:rPr>
          <w:b w:val="false"/>
          <w:sz w:val="24"/>
        </w:rPr>
        <w:t xml:space="preserve"> </w:t>
      </w:r>
      <w:r>
        <w:rPr>
          <w:b w:val="false"/>
          <w:sz w:val="24"/>
          <w:lang w:val="zxx"/>
        </w:rPr>
        <w:t>id</w:t>
      </w:r>
      <w:r>
        <w:rPr>
          <w:b w:val="false"/>
          <w:sz w:val="24"/>
        </w:rPr>
        <w:t xml:space="preserve">; </w:t>
      </w:r>
      <w:r>
        <w:rPr>
          <w:b w:val="false"/>
          <w:sz w:val="24"/>
          <w:lang w:val="zxx"/>
        </w:rPr>
        <w:t>cmdSeq</w:t>
      </w:r>
      <w:r>
        <w:rPr>
          <w:b w:val="false"/>
          <w:sz w:val="24"/>
        </w:rPr>
        <w:t xml:space="preserve"> владельца </w:t>
      </w:r>
      <w:r>
        <w:rPr>
          <w:b w:val="false"/>
          <w:sz w:val="24"/>
          <w:lang w:val="zxx"/>
        </w:rPr>
        <w:t>maintenance.</w:t>
      </w:r>
    </w:p>
    <w:p>
      <w:pPr>
        <w:pStyle w:val="Normal"/>
        <w:jc w:val="start"/>
        <w:rPr/>
      </w:pPr>
      <w:r>
        <w:rPr>
          <w:b/>
          <w:sz w:val="24"/>
        </w:rPr>
        <w:t xml:space="preserve">Ответ. </w:t>
      </w:r>
      <w:r>
        <w:rPr>
          <w:b w:val="false"/>
          <w:sz w:val="24"/>
          <w:lang w:val="zxx"/>
        </w:rPr>
        <w:t>upload</w:t>
      </w:r>
      <w:r>
        <w:rPr>
          <w:b w:val="false"/>
          <w:sz w:val="24"/>
        </w:rPr>
        <w:t xml:space="preserve"> </w:t>
      </w:r>
      <w:r>
        <w:rPr>
          <w:b w:val="false"/>
          <w:sz w:val="24"/>
          <w:lang w:val="zxx"/>
        </w:rPr>
        <w:t>id/</w:t>
      </w:r>
      <w:r>
        <w:rPr>
          <w:b w:val="false"/>
          <w:sz w:val="24"/>
        </w:rPr>
        <w:t>​</w:t>
      </w:r>
      <w:r>
        <w:rPr>
          <w:b w:val="false"/>
          <w:sz w:val="24"/>
          <w:lang w:val="zxx"/>
        </w:rPr>
        <w:t>state=cancelled</w:t>
      </w:r>
      <w:r>
        <w:rPr>
          <w:b w:val="false"/>
          <w:sz w:val="24"/>
        </w:rPr>
        <w:t xml:space="preserve">; после </w:t>
      </w:r>
      <w:r>
        <w:rPr>
          <w:b w:val="false"/>
          <w:sz w:val="24"/>
          <w:lang w:val="zxx"/>
        </w:rPr>
        <w:t>activating</w:t>
      </w:r>
      <w:r>
        <w:rPr>
          <w:b w:val="false"/>
          <w:sz w:val="24"/>
        </w:rPr>
        <w:t xml:space="preserve"> - </w:t>
      </w:r>
      <w:r>
        <w:rPr>
          <w:b w:val="false"/>
          <w:sz w:val="24"/>
          <w:lang w:val="zxx"/>
        </w:rPr>
        <w:t>conflict.</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storageFault</w:t>
      </w:r>
      <w:r>
        <w:rPr>
          <w:b w:val="false"/>
          <w:sz w:val="24"/>
        </w:rPr>
        <w:t xml:space="preserve">, </w:t>
      </w:r>
      <w:r>
        <w:rPr>
          <w:b w:val="false"/>
          <w:sz w:val="24"/>
          <w:lang w:val="zxx"/>
        </w:rPr>
        <w:t>unsafeState</w:t>
      </w:r>
    </w:p>
    <w:p>
      <w:pPr>
        <w:pStyle w:val="Normal"/>
        <w:jc w:val="start"/>
        <w:rPr/>
      </w:pPr>
      <w:r>
        <w:rPr>
          <w:b/>
          <w:sz w:val="24"/>
        </w:rPr>
        <w:t xml:space="preserve">Повторы и поведение. </w:t>
      </w:r>
      <w:r>
        <w:rPr>
          <w:b w:val="false"/>
          <w:sz w:val="24"/>
        </w:rPr>
        <w:t xml:space="preserve">Отмена использует общие проверки контекста и дедупликацию </w:t>
      </w:r>
      <w:r>
        <w:rPr>
          <w:b w:val="false"/>
          <w:sz w:val="24"/>
          <w:lang w:val="zxx"/>
        </w:rPr>
        <w:t>cmdSeq</w:t>
      </w:r>
      <w:r>
        <w:rPr>
          <w:b w:val="false"/>
          <w:sz w:val="24"/>
        </w:rPr>
        <w:t xml:space="preserve">, отзывает привязку передачи и останавливает незавершенную проверку. После атомарного </w:t>
      </w:r>
      <w:r>
        <w:rPr>
          <w:b w:val="false"/>
          <w:sz w:val="24"/>
          <w:lang w:val="zxx"/>
        </w:rPr>
        <w:t>commit</w:t>
      </w:r>
      <w:r>
        <w:rPr>
          <w:b w:val="false"/>
          <w:sz w:val="24"/>
        </w:rPr>
        <w:t xml:space="preserve"> возвращает </w:t>
      </w:r>
      <w:r>
        <w:rPr>
          <w:b w:val="false"/>
          <w:sz w:val="24"/>
          <w:lang w:val="zxx"/>
        </w:rPr>
        <w:t>conflict/</w:t>
      </w:r>
      <w:r>
        <w:rPr>
          <w:b w:val="false"/>
          <w:sz w:val="24"/>
        </w:rPr>
        <w:t>​</w:t>
      </w:r>
      <w:r>
        <w:rPr>
          <w:b w:val="false"/>
          <w:sz w:val="24"/>
          <w:lang w:val="zxx"/>
        </w:rPr>
        <w:t>detail=operationStateMismatch.</w:t>
      </w:r>
      <w:r>
        <w:rPr>
          <w:b w:val="false"/>
          <w:sz w:val="24"/>
        </w:rPr>
        <w:t xml:space="preserve"> Точный повтор возвращает сохраненный ответ без повторного действия.</w:t>
      </w:r>
    </w:p>
    <w:p>
      <w:pPr>
        <w:pStyle w:val="2"/>
        <w:rPr/>
      </w:pPr>
      <w:r>
        <w:rPr>
          <w:sz w:val="24"/>
        </w:rPr>
        <w:t>А.8 profiles.get - Паспорт физического исполнения</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Право чтения выбранной области.</w:t>
      </w:r>
    </w:p>
    <w:p>
      <w:pPr>
        <w:pStyle w:val="Normal"/>
        <w:jc w:val="start"/>
        <w:rPr/>
      </w:pPr>
      <w:r>
        <w:rPr>
          <w:b/>
          <w:sz w:val="24"/>
        </w:rPr>
        <w:t xml:space="preserve">Запрос. </w:t>
      </w:r>
      <w:r>
        <w:rPr>
          <w:b w:val="false"/>
          <w:sz w:val="24"/>
          <w:lang w:val="zxx"/>
        </w:rPr>
        <w:t>selection</w:t>
      </w:r>
      <w:r>
        <w:rPr>
          <w:b w:val="false"/>
          <w:sz w:val="24"/>
        </w:rPr>
        <w:t xml:space="preserve"> </w:t>
      </w:r>
      <w:r>
        <w:rPr>
          <w:b w:val="false"/>
          <w:sz w:val="24"/>
          <w:lang w:val="zxx"/>
        </w:rPr>
        <w:t>resourceId</w:t>
      </w:r>
      <w:r>
        <w:rPr>
          <w:b w:val="false"/>
          <w:sz w:val="24"/>
        </w:rPr>
        <w:t xml:space="preserve"> либо </w:t>
      </w:r>
      <w:r>
        <w:rPr>
          <w:b w:val="false"/>
          <w:sz w:val="24"/>
          <w:lang w:val="zxx"/>
        </w:rPr>
        <w:t>resourceId/</w:t>
      </w:r>
      <w:r>
        <w:rPr>
          <w:b w:val="false"/>
          <w:sz w:val="24"/>
        </w:rPr>
        <w:t>​</w:t>
      </w:r>
      <w:r>
        <w:rPr>
          <w:b w:val="false"/>
          <w:sz w:val="24"/>
          <w:lang w:val="zxx"/>
        </w:rPr>
        <w:t>snapshotId/</w:t>
      </w:r>
      <w:r>
        <w:rPr>
          <w:b w:val="false"/>
          <w:sz w:val="24"/>
        </w:rPr>
        <w:t>​</w:t>
      </w:r>
      <w:r>
        <w:rPr>
          <w:b w:val="false"/>
          <w:sz w:val="24"/>
          <w:lang w:val="zxx"/>
        </w:rPr>
        <w:t>cursor.</w:t>
      </w:r>
    </w:p>
    <w:p>
      <w:pPr>
        <w:pStyle w:val="Normal"/>
        <w:jc w:val="start"/>
        <w:rPr/>
      </w:pPr>
      <w:r>
        <w:rPr>
          <w:b/>
          <w:sz w:val="24"/>
        </w:rPr>
        <w:t xml:space="preserve">Ответ. </w:t>
      </w:r>
      <w:r>
        <w:rPr>
          <w:b w:val="false"/>
          <w:sz w:val="24"/>
          <w:lang w:val="zxx"/>
        </w:rPr>
        <w:t>profiles</w:t>
      </w:r>
      <w:r>
        <w:rPr>
          <w:b w:val="false"/>
          <w:sz w:val="24"/>
        </w:rPr>
        <w:t xml:space="preserve"> с </w:t>
      </w:r>
      <w:r>
        <w:rPr>
          <w:b w:val="false"/>
          <w:sz w:val="24"/>
          <w:lang w:val="zxx"/>
        </w:rPr>
        <w:t>profile</w:t>
      </w:r>
      <w:r>
        <w:rPr>
          <w:b w:val="false"/>
          <w:sz w:val="24"/>
        </w:rPr>
        <w:t xml:space="preserve"> и </w:t>
      </w:r>
      <w:r>
        <w:rPr>
          <w:b w:val="false"/>
          <w:sz w:val="24"/>
          <w:lang w:val="zxx"/>
        </w:rPr>
        <w:t>parameter</w:t>
      </w:r>
      <w:r>
        <w:rPr>
          <w:b w:val="false"/>
          <w:sz w:val="24"/>
        </w:rPr>
        <w:t xml:space="preserve"> по разделу </w:t>
      </w:r>
      <w:r>
        <w:rPr>
          <w:b w:val="false"/>
          <w:sz w:val="24"/>
          <w:lang w:val="zxx"/>
        </w:rPr>
        <w:t>10.</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notFound</w:t>
      </w:r>
      <w:r>
        <w:rPr>
          <w:b w:val="false"/>
          <w:sz w:val="24"/>
        </w:rPr>
        <w:t xml:space="preserve">, </w:t>
      </w:r>
      <w:r>
        <w:rPr>
          <w:b w:val="false"/>
          <w:sz w:val="24"/>
          <w:lang w:val="zxx"/>
        </w:rPr>
        <w:t>unsupported</w:t>
      </w:r>
      <w:r>
        <w:rPr>
          <w:b w:val="false"/>
          <w:sz w:val="24"/>
        </w:rPr>
        <w:t xml:space="preserve">, </w:t>
      </w:r>
      <w:r>
        <w:rPr>
          <w:b w:val="false"/>
          <w:sz w:val="24"/>
          <w:lang w:val="zxx"/>
        </w:rPr>
        <w:t>snapshotExpired</w:t>
      </w:r>
    </w:p>
    <w:p>
      <w:pPr>
        <w:pStyle w:val="Normal"/>
        <w:jc w:val="start"/>
        <w:rPr/>
      </w:pPr>
      <w:r>
        <w:rPr>
          <w:b/>
          <w:sz w:val="24"/>
        </w:rPr>
        <w:t xml:space="preserve">Повторы и поведение. </w:t>
      </w:r>
      <w:r>
        <w:rPr>
          <w:b w:val="false"/>
          <w:sz w:val="24"/>
        </w:rPr>
        <w:t xml:space="preserve">Чтение не изменяет выходы, операцию или </w:t>
      </w:r>
      <w:r>
        <w:rPr>
          <w:b w:val="false"/>
          <w:sz w:val="24"/>
          <w:lang w:val="zxx"/>
        </w:rPr>
        <w:t>lease.</w:t>
      </w:r>
      <w:r>
        <w:rPr>
          <w:b w:val="false"/>
          <w:sz w:val="24"/>
        </w:rPr>
        <w:t xml:space="preserve"> Новый запрос читает актуальное состояние; продолжение снимка сохраняет его контекст.</w:t>
      </w:r>
    </w:p>
    <w:p>
      <w:pPr>
        <w:pStyle w:val="2"/>
        <w:rPr/>
      </w:pPr>
      <w:r>
        <w:rPr>
          <w:sz w:val="24"/>
        </w:rPr>
        <w:t>А.9 programs.list - Каталог автономных программ</w:t>
      </w:r>
    </w:p>
    <w:p>
      <w:pPr>
        <w:pStyle w:val="Normal"/>
        <w:jc w:val="start"/>
        <w:rPr/>
      </w:pPr>
      <w:r>
        <w:rPr>
          <w:b/>
          <w:sz w:val="24"/>
        </w:rPr>
        <w:t xml:space="preserve">Обязательность. </w:t>
      </w:r>
      <w:r>
        <w:rPr>
          <w:b w:val="false"/>
          <w:sz w:val="24"/>
        </w:rPr>
        <w:t xml:space="preserve">Обязательно при </w:t>
      </w:r>
      <w:r>
        <w:rPr>
          <w:b w:val="false"/>
          <w:sz w:val="24"/>
          <w:lang w:val="zxx"/>
        </w:rPr>
        <w:t>mode=program</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Право чтения выбранной области.</w:t>
      </w:r>
    </w:p>
    <w:p>
      <w:pPr>
        <w:pStyle w:val="Normal"/>
        <w:jc w:val="start"/>
        <w:rPr/>
      </w:pPr>
      <w:r>
        <w:rPr>
          <w:b/>
          <w:sz w:val="24"/>
        </w:rPr>
        <w:t xml:space="preserve">Запрос. </w:t>
      </w:r>
      <w:r>
        <w:rPr>
          <w:b w:val="false"/>
          <w:sz w:val="24"/>
          <w:lang w:val="zxx"/>
        </w:rPr>
        <w:t>selection</w:t>
      </w:r>
      <w:r>
        <w:rPr>
          <w:b w:val="false"/>
          <w:sz w:val="24"/>
        </w:rPr>
        <w:t xml:space="preserve"> </w:t>
      </w:r>
      <w:r>
        <w:rPr>
          <w:b w:val="false"/>
          <w:sz w:val="24"/>
          <w:lang w:val="zxx"/>
        </w:rPr>
        <w:t>programId</w:t>
      </w:r>
      <w:r>
        <w:rPr>
          <w:b w:val="false"/>
          <w:sz w:val="24"/>
        </w:rPr>
        <w:t xml:space="preserve"> либо </w:t>
      </w:r>
      <w:r>
        <w:rPr>
          <w:b w:val="false"/>
          <w:sz w:val="24"/>
          <w:lang w:val="zxx"/>
        </w:rPr>
        <w:t>snapshotId/</w:t>
      </w:r>
      <w:r>
        <w:rPr>
          <w:b w:val="false"/>
          <w:sz w:val="24"/>
        </w:rPr>
        <w:t>​</w:t>
      </w:r>
      <w:r>
        <w:rPr>
          <w:b w:val="false"/>
          <w:sz w:val="24"/>
          <w:lang w:val="zxx"/>
        </w:rPr>
        <w:t>cursor.</w:t>
      </w:r>
    </w:p>
    <w:p>
      <w:pPr>
        <w:pStyle w:val="Normal"/>
        <w:jc w:val="start"/>
        <w:rPr/>
      </w:pPr>
      <w:r>
        <w:rPr>
          <w:b/>
          <w:sz w:val="24"/>
        </w:rPr>
        <w:t xml:space="preserve">Ответ. </w:t>
      </w:r>
      <w:r>
        <w:rPr>
          <w:b w:val="false"/>
          <w:sz w:val="24"/>
        </w:rPr>
        <w:t xml:space="preserve">Страницы </w:t>
      </w:r>
      <w:r>
        <w:rPr>
          <w:b w:val="false"/>
          <w:sz w:val="24"/>
          <w:lang w:val="zxx"/>
        </w:rPr>
        <w:t>programs</w:t>
      </w:r>
      <w:r>
        <w:rPr>
          <w:b w:val="false"/>
          <w:sz w:val="24"/>
        </w:rPr>
        <w:t xml:space="preserve"> с </w:t>
      </w:r>
      <w:r>
        <w:rPr>
          <w:b w:val="false"/>
          <w:sz w:val="24"/>
          <w:lang w:val="zxx"/>
        </w:rPr>
        <w:t>program</w:t>
      </w:r>
      <w:r>
        <w:rPr>
          <w:b w:val="false"/>
          <w:sz w:val="24"/>
        </w:rPr>
        <w:t xml:space="preserve"> и </w:t>
      </w:r>
      <w:r>
        <w:rPr>
          <w:b w:val="false"/>
          <w:sz w:val="24"/>
          <w:lang w:val="zxx"/>
        </w:rPr>
        <w:t>stage</w:t>
      </w:r>
      <w:r>
        <w:rPr>
          <w:b w:val="false"/>
          <w:sz w:val="24"/>
        </w:rPr>
        <w:t xml:space="preserve">; формат раздела </w:t>
      </w:r>
      <w:r>
        <w:rPr>
          <w:b w:val="false"/>
          <w:sz w:val="24"/>
          <w:lang w:val="zxx"/>
        </w:rPr>
        <w:t>26.</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notFound</w:t>
      </w:r>
      <w:r>
        <w:rPr>
          <w:b w:val="false"/>
          <w:sz w:val="24"/>
        </w:rPr>
        <w:t xml:space="preserve">, </w:t>
      </w:r>
      <w:r>
        <w:rPr>
          <w:b w:val="false"/>
          <w:sz w:val="24"/>
          <w:lang w:val="zxx"/>
        </w:rPr>
        <w:t>snapshotExpired</w:t>
      </w:r>
    </w:p>
    <w:p>
      <w:pPr>
        <w:pStyle w:val="Normal"/>
        <w:jc w:val="start"/>
        <w:rPr/>
      </w:pPr>
      <w:r>
        <w:rPr>
          <w:b/>
          <w:sz w:val="24"/>
        </w:rPr>
        <w:t xml:space="preserve">Повторы и поведение. </w:t>
      </w:r>
      <w:r>
        <w:rPr>
          <w:b w:val="false"/>
          <w:sz w:val="24"/>
        </w:rPr>
        <w:t xml:space="preserve">Чтение не изменяет выходы, операцию или </w:t>
      </w:r>
      <w:r>
        <w:rPr>
          <w:b w:val="false"/>
          <w:sz w:val="24"/>
          <w:lang w:val="zxx"/>
        </w:rPr>
        <w:t>lease.</w:t>
      </w:r>
      <w:r>
        <w:rPr>
          <w:b w:val="false"/>
          <w:sz w:val="24"/>
        </w:rPr>
        <w:t xml:space="preserve"> Новый запрос читает актуальное состояние; продолжение снимка сохраняет его контекст.</w:t>
      </w:r>
    </w:p>
    <w:p>
      <w:pPr>
        <w:pStyle w:val="2"/>
        <w:rPr/>
      </w:pPr>
      <w:r>
        <w:rPr>
          <w:sz w:val="24"/>
        </w:rPr>
        <w:t>А.10 audio.prepare - Подготовить прием потока</w:t>
      </w:r>
    </w:p>
    <w:p>
      <w:pPr>
        <w:pStyle w:val="Normal"/>
        <w:jc w:val="start"/>
        <w:rPr/>
      </w:pPr>
      <w:r>
        <w:rPr>
          <w:b/>
          <w:sz w:val="24"/>
        </w:rPr>
        <w:t xml:space="preserve">Обязательность. </w:t>
      </w:r>
      <w:r>
        <w:rPr>
          <w:b w:val="false"/>
          <w:sz w:val="24"/>
        </w:rPr>
        <w:t xml:space="preserve">Обязательно при </w:t>
      </w:r>
      <w:r>
        <w:rPr>
          <w:b w:val="false"/>
          <w:sz w:val="24"/>
          <w:lang w:val="zxx"/>
        </w:rPr>
        <w:t>mode=stream</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Действующий владелец с правом выбранного воздействия.</w:t>
      </w:r>
    </w:p>
    <w:p>
      <w:pPr>
        <w:pStyle w:val="Normal"/>
        <w:jc w:val="start"/>
        <w:rPr/>
      </w:pPr>
      <w:r>
        <w:rPr>
          <w:b/>
          <w:sz w:val="24"/>
        </w:rPr>
        <w:t xml:space="preserve">Запрос. </w:t>
      </w:r>
      <w:r>
        <w:rPr>
          <w:b w:val="false"/>
          <w:sz w:val="24"/>
          <w:lang w:val="zxx"/>
        </w:rPr>
        <w:t>stream</w:t>
      </w:r>
      <w:r>
        <w:rPr>
          <w:b w:val="false"/>
          <w:sz w:val="24"/>
        </w:rPr>
        <w:t xml:space="preserve"> с параметрами </w:t>
      </w:r>
      <w:r>
        <w:rPr>
          <w:b w:val="false"/>
          <w:sz w:val="24"/>
          <w:lang w:val="zxx"/>
        </w:rPr>
        <w:t>RTP</w:t>
      </w:r>
      <w:r>
        <w:rPr>
          <w:b w:val="false"/>
          <w:sz w:val="24"/>
        </w:rPr>
        <w:t xml:space="preserve">, </w:t>
      </w:r>
      <w:r>
        <w:rPr>
          <w:b w:val="false"/>
          <w:sz w:val="24"/>
          <w:lang w:val="zxx"/>
        </w:rPr>
        <w:t>resources</w:t>
      </w:r>
      <w:r>
        <w:rPr>
          <w:b w:val="false"/>
          <w:sz w:val="24"/>
        </w:rPr>
        <w:t xml:space="preserve">, </w:t>
      </w:r>
      <w:r>
        <w:rPr>
          <w:b w:val="false"/>
          <w:sz w:val="24"/>
          <w:lang w:val="zxx"/>
        </w:rPr>
        <w:t>route</w:t>
      </w:r>
      <w:r>
        <w:rPr>
          <w:b w:val="false"/>
          <w:sz w:val="24"/>
        </w:rPr>
        <w:t xml:space="preserve"> и </w:t>
      </w:r>
      <w:r>
        <w:rPr>
          <w:b w:val="false"/>
          <w:sz w:val="24"/>
          <w:lang w:val="zxx"/>
        </w:rPr>
        <w:t>buffer</w:t>
      </w:r>
      <w:r>
        <w:rPr>
          <w:b w:val="false"/>
          <w:sz w:val="24"/>
        </w:rPr>
        <w:t xml:space="preserve"> по разделу </w:t>
      </w:r>
      <w:r>
        <w:rPr>
          <w:b w:val="false"/>
          <w:sz w:val="24"/>
          <w:lang w:val="zxx"/>
        </w:rPr>
        <w:t>15</w:t>
      </w:r>
      <w:r>
        <w:rPr>
          <w:b w:val="false"/>
          <w:sz w:val="24"/>
        </w:rPr>
        <w:t xml:space="preserve">; обычный </w:t>
      </w:r>
      <w:r>
        <w:rPr>
          <w:b w:val="false"/>
          <w:sz w:val="24"/>
          <w:lang w:val="zxx"/>
        </w:rPr>
        <w:t>cmdSeq</w:t>
      </w:r>
      <w:r>
        <w:rPr>
          <w:b w:val="false"/>
          <w:sz w:val="24"/>
        </w:rPr>
        <w:t xml:space="preserve"> владельца.</w:t>
      </w:r>
    </w:p>
    <w:p>
      <w:pPr>
        <w:pStyle w:val="Normal"/>
        <w:jc w:val="start"/>
        <w:rPr/>
      </w:pPr>
      <w:r>
        <w:rPr>
          <w:b/>
          <w:sz w:val="24"/>
        </w:rPr>
        <w:t xml:space="preserve">Ответ. </w:t>
      </w:r>
      <w:r>
        <w:rPr>
          <w:b w:val="false"/>
          <w:sz w:val="24"/>
          <w:lang w:val="zxx"/>
        </w:rPr>
        <w:t>prepared</w:t>
      </w:r>
      <w:r>
        <w:rPr>
          <w:b w:val="false"/>
          <w:sz w:val="24"/>
        </w:rPr>
        <w:t xml:space="preserve"> </w:t>
      </w:r>
      <w:r>
        <w:rPr>
          <w:b w:val="false"/>
          <w:sz w:val="24"/>
          <w:lang w:val="zxx"/>
        </w:rPr>
        <w:t>mediaId/</w:t>
      </w:r>
      <w:r>
        <w:rPr>
          <w:b w:val="false"/>
          <w:sz w:val="24"/>
        </w:rPr>
        <w:t>​</w:t>
      </w:r>
      <w:r>
        <w:rPr>
          <w:b w:val="false"/>
          <w:sz w:val="24"/>
          <w:lang w:val="zxx"/>
        </w:rPr>
        <w:t>expiresAtMs/</w:t>
      </w:r>
      <w:r>
        <w:rPr>
          <w:b w:val="false"/>
          <w:sz w:val="24"/>
        </w:rPr>
        <w:t>​</w:t>
      </w:r>
      <w:r>
        <w:rPr>
          <w:b w:val="false"/>
          <w:sz w:val="24"/>
          <w:lang w:val="zxx"/>
        </w:rPr>
        <w:t>configRevision/</w:t>
      </w:r>
      <w:r>
        <w:rPr>
          <w:b w:val="false"/>
          <w:sz w:val="24"/>
        </w:rPr>
        <w:t>​</w:t>
      </w:r>
      <w:r>
        <w:rPr>
          <w:b w:val="false"/>
          <w:sz w:val="24"/>
          <w:lang w:val="zxx"/>
        </w:rPr>
        <w:t>capabilityRevision.</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unsafeState</w:t>
      </w:r>
    </w:p>
    <w:p>
      <w:pPr>
        <w:pStyle w:val="Normal"/>
        <w:jc w:val="start"/>
        <w:rPr/>
      </w:pPr>
      <w:r>
        <w:rPr>
          <w:b/>
          <w:sz w:val="24"/>
        </w:rPr>
        <w:t xml:space="preserve">Повторы и поведение. </w:t>
      </w:r>
      <w:r>
        <w:rPr>
          <w:b w:val="false"/>
          <w:sz w:val="24"/>
        </w:rPr>
        <w:t xml:space="preserve">Изменение использует общие проверки контекста и дедупликацию </w:t>
      </w:r>
      <w:r>
        <w:rPr>
          <w:b w:val="false"/>
          <w:sz w:val="24"/>
          <w:lang w:val="zxx"/>
        </w:rPr>
        <w:t>cmdSeq.</w:t>
      </w:r>
      <w:r>
        <w:rPr>
          <w:b w:val="false"/>
          <w:sz w:val="24"/>
        </w:rPr>
        <w:t xml:space="preserve"> Точный повтор возвращает сохраненное решение без повторного действия и продления предметных сроков. Переходы операции и межполевые условия определены ее предметным контрактом.</w:t>
      </w:r>
    </w:p>
    <w:p>
      <w:pPr>
        <w:pStyle w:val="2"/>
        <w:rPr/>
      </w:pPr>
      <w:r>
        <w:rPr>
          <w:sz w:val="24"/>
        </w:rPr>
        <w:t>А.11 audio.state - Прочитать состояние потока</w:t>
      </w:r>
    </w:p>
    <w:p>
      <w:pPr>
        <w:pStyle w:val="Normal"/>
        <w:jc w:val="start"/>
        <w:rPr/>
      </w:pPr>
      <w:r>
        <w:rPr>
          <w:b/>
          <w:sz w:val="24"/>
        </w:rPr>
        <w:t xml:space="preserve">Обязательность. </w:t>
      </w:r>
      <w:r>
        <w:rPr>
          <w:b w:val="false"/>
          <w:sz w:val="24"/>
        </w:rPr>
        <w:t xml:space="preserve">Обязательно при </w:t>
      </w:r>
      <w:r>
        <w:rPr>
          <w:b w:val="false"/>
          <w:sz w:val="24"/>
          <w:lang w:val="zxx"/>
        </w:rPr>
        <w:t>mode=stream</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Право чтения выбранной области.</w:t>
      </w:r>
    </w:p>
    <w:p>
      <w:pPr>
        <w:pStyle w:val="Normal"/>
        <w:jc w:val="start"/>
        <w:rPr/>
      </w:pPr>
      <w:r>
        <w:rPr>
          <w:b/>
          <w:sz w:val="24"/>
        </w:rPr>
        <w:t xml:space="preserve">Запрос. </w:t>
      </w:r>
      <w:r>
        <w:rPr>
          <w:b w:val="false"/>
          <w:sz w:val="24"/>
          <w:lang w:val="zxx"/>
        </w:rPr>
        <w:t>selection</w:t>
      </w:r>
      <w:r>
        <w:rPr>
          <w:b w:val="false"/>
          <w:sz w:val="24"/>
        </w:rPr>
        <w:t xml:space="preserve"> </w:t>
      </w:r>
      <w:r>
        <w:rPr>
          <w:b w:val="false"/>
          <w:sz w:val="24"/>
          <w:lang w:val="zxx"/>
        </w:rPr>
        <w:t>mediaId.</w:t>
      </w:r>
    </w:p>
    <w:p>
      <w:pPr>
        <w:pStyle w:val="Normal"/>
        <w:jc w:val="start"/>
        <w:rPr/>
      </w:pPr>
      <w:r>
        <w:rPr>
          <w:b/>
          <w:sz w:val="24"/>
        </w:rPr>
        <w:t xml:space="preserve">Ответ. </w:t>
      </w:r>
      <w:r>
        <w:rPr>
          <w:b w:val="false"/>
          <w:sz w:val="24"/>
          <w:lang w:val="zxx"/>
        </w:rPr>
        <w:t>audio</w:t>
      </w:r>
      <w:r>
        <w:rPr>
          <w:b w:val="false"/>
          <w:sz w:val="24"/>
        </w:rPr>
        <w:t xml:space="preserve"> со состоянием и счетчиками по разделу </w:t>
      </w:r>
      <w:r>
        <w:rPr>
          <w:b w:val="false"/>
          <w:sz w:val="24"/>
          <w:lang w:val="zxx"/>
        </w:rPr>
        <w:t>15.</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notFound</w:t>
      </w:r>
    </w:p>
    <w:p>
      <w:pPr>
        <w:pStyle w:val="Normal"/>
        <w:jc w:val="start"/>
        <w:rPr/>
      </w:pPr>
      <w:r>
        <w:rPr>
          <w:b/>
          <w:sz w:val="24"/>
        </w:rPr>
        <w:t xml:space="preserve">Повторы и поведение. </w:t>
      </w:r>
      <w:r>
        <w:rPr>
          <w:b w:val="false"/>
          <w:sz w:val="24"/>
        </w:rPr>
        <w:t xml:space="preserve">Чтение не изменяет выходы, операцию или </w:t>
      </w:r>
      <w:r>
        <w:rPr>
          <w:b w:val="false"/>
          <w:sz w:val="24"/>
          <w:lang w:val="zxx"/>
        </w:rPr>
        <w:t>lease.</w:t>
      </w:r>
      <w:r>
        <w:rPr>
          <w:b w:val="false"/>
          <w:sz w:val="24"/>
        </w:rPr>
        <w:t xml:space="preserve"> Новый запрос читает актуальное состояние; продолжение снимка сохраняет его контекст.</w:t>
      </w:r>
    </w:p>
    <w:p>
      <w:pPr>
        <w:pStyle w:val="2"/>
        <w:rPr/>
      </w:pPr>
      <w:r>
        <w:rPr>
          <w:sz w:val="24"/>
        </w:rPr>
        <w:t>А.12 audio.finish - Зафиксировать конец источника</w:t>
      </w:r>
    </w:p>
    <w:p>
      <w:pPr>
        <w:pStyle w:val="Normal"/>
        <w:jc w:val="start"/>
        <w:rPr/>
      </w:pPr>
      <w:r>
        <w:rPr>
          <w:b/>
          <w:sz w:val="24"/>
        </w:rPr>
        <w:t xml:space="preserve">Обязательность. </w:t>
      </w:r>
      <w:r>
        <w:rPr>
          <w:b w:val="false"/>
          <w:sz w:val="24"/>
        </w:rPr>
        <w:t xml:space="preserve">Обязательно при </w:t>
      </w:r>
      <w:r>
        <w:rPr>
          <w:b w:val="false"/>
          <w:sz w:val="24"/>
          <w:lang w:val="zxx"/>
        </w:rPr>
        <w:t>mode=stream</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Действующий владелец с правом выбранного воздействия.</w:t>
      </w:r>
    </w:p>
    <w:p>
      <w:pPr>
        <w:pStyle w:val="Normal"/>
        <w:jc w:val="start"/>
        <w:rPr/>
      </w:pPr>
      <w:r>
        <w:rPr>
          <w:b/>
          <w:sz w:val="24"/>
        </w:rPr>
        <w:t xml:space="preserve">Запрос. </w:t>
      </w:r>
      <w:r>
        <w:rPr>
          <w:b w:val="false"/>
          <w:sz w:val="24"/>
          <w:lang w:val="zxx"/>
        </w:rPr>
        <w:t>stream</w:t>
      </w:r>
      <w:r>
        <w:rPr>
          <w:b w:val="false"/>
          <w:sz w:val="24"/>
        </w:rPr>
        <w:t xml:space="preserve"> </w:t>
      </w:r>
      <w:r>
        <w:rPr>
          <w:b w:val="false"/>
          <w:sz w:val="24"/>
          <w:lang w:val="zxx"/>
        </w:rPr>
        <w:t>mediaId/</w:t>
      </w:r>
      <w:r>
        <w:rPr>
          <w:b w:val="false"/>
          <w:sz w:val="24"/>
        </w:rPr>
        <w:t>​</w:t>
      </w:r>
      <w:r>
        <w:rPr>
          <w:b w:val="false"/>
          <w:sz w:val="24"/>
          <w:lang w:val="zxx"/>
        </w:rPr>
        <w:t>lastPacketIndex/</w:t>
      </w:r>
      <w:r>
        <w:rPr>
          <w:b w:val="false"/>
          <w:sz w:val="24"/>
        </w:rPr>
        <w:t>​</w:t>
      </w:r>
      <w:r>
        <w:rPr>
          <w:b w:val="false"/>
          <w:sz w:val="24"/>
          <w:lang w:val="zxx"/>
        </w:rPr>
        <w:t>sampleCount</w:t>
      </w:r>
      <w:r>
        <w:rPr>
          <w:b w:val="false"/>
          <w:sz w:val="24"/>
        </w:rPr>
        <w:t xml:space="preserve">; обычный </w:t>
      </w:r>
      <w:r>
        <w:rPr>
          <w:b w:val="false"/>
          <w:sz w:val="24"/>
          <w:lang w:val="zxx"/>
        </w:rPr>
        <w:t>cmdSeq</w:t>
      </w:r>
      <w:r>
        <w:rPr>
          <w:b w:val="false"/>
          <w:sz w:val="24"/>
        </w:rPr>
        <w:t xml:space="preserve"> владельца.</w:t>
      </w:r>
    </w:p>
    <w:p>
      <w:pPr>
        <w:pStyle w:val="Normal"/>
        <w:jc w:val="start"/>
        <w:rPr/>
      </w:pPr>
      <w:r>
        <w:rPr>
          <w:b/>
          <w:sz w:val="24"/>
        </w:rPr>
        <w:t xml:space="preserve">Ответ. </w:t>
      </w:r>
      <w:r>
        <w:rPr>
          <w:b w:val="false"/>
          <w:sz w:val="24"/>
          <w:lang w:val="zxx"/>
        </w:rPr>
        <w:t>eof</w:t>
      </w:r>
      <w:r>
        <w:rPr>
          <w:b w:val="false"/>
          <w:sz w:val="24"/>
        </w:rPr>
        <w:t xml:space="preserve"> с теми же полями; полный физический итог через </w:t>
      </w:r>
      <w:r>
        <w:rPr>
          <w:b w:val="false"/>
          <w:sz w:val="24"/>
          <w:lang w:val="zxx"/>
        </w:rPr>
        <w:t>session.get.</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unsafeState</w:t>
      </w:r>
    </w:p>
    <w:p>
      <w:pPr>
        <w:pStyle w:val="Normal"/>
        <w:jc w:val="start"/>
        <w:rPr/>
      </w:pPr>
      <w:r>
        <w:rPr>
          <w:b/>
          <w:sz w:val="24"/>
        </w:rPr>
        <w:t xml:space="preserve">Повторы и поведение. </w:t>
      </w:r>
      <w:r>
        <w:rPr>
          <w:b w:val="false"/>
          <w:sz w:val="24"/>
        </w:rPr>
        <w:t xml:space="preserve">Изменение использует общие проверки контекста и дедупликацию </w:t>
      </w:r>
      <w:r>
        <w:rPr>
          <w:b w:val="false"/>
          <w:sz w:val="24"/>
          <w:lang w:val="zxx"/>
        </w:rPr>
        <w:t>cmdSeq.</w:t>
      </w:r>
      <w:r>
        <w:rPr>
          <w:b w:val="false"/>
          <w:sz w:val="24"/>
        </w:rPr>
        <w:t xml:space="preserve"> Точный повтор возвращает сохраненное решение без повторного действия и продления предметных сроков. Переходы операции и межполевые условия определены ее предметным контрактом.</w:t>
      </w:r>
    </w:p>
    <w:p>
      <w:pPr>
        <w:pStyle w:val="2"/>
        <w:rPr/>
      </w:pPr>
      <w:r>
        <w:rPr>
          <w:sz w:val="24"/>
        </w:rPr>
        <w:t>А.13 audio.discard - Освободить неиспользованную подготовку</w:t>
      </w:r>
    </w:p>
    <w:p>
      <w:pPr>
        <w:pStyle w:val="Normal"/>
        <w:jc w:val="start"/>
        <w:rPr/>
      </w:pPr>
      <w:r>
        <w:rPr>
          <w:b/>
          <w:sz w:val="24"/>
        </w:rPr>
        <w:t xml:space="preserve">Обязательность. </w:t>
      </w:r>
      <w:r>
        <w:rPr>
          <w:b w:val="false"/>
          <w:sz w:val="24"/>
        </w:rPr>
        <w:t xml:space="preserve">Обязательно при </w:t>
      </w:r>
      <w:r>
        <w:rPr>
          <w:b w:val="false"/>
          <w:sz w:val="24"/>
          <w:lang w:val="zxx"/>
        </w:rPr>
        <w:t>mode=stream</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Действующий владелец с правом выбранного воздействия.</w:t>
      </w:r>
    </w:p>
    <w:p>
      <w:pPr>
        <w:pStyle w:val="Normal"/>
        <w:jc w:val="start"/>
        <w:rPr/>
      </w:pPr>
      <w:r>
        <w:rPr>
          <w:b/>
          <w:sz w:val="24"/>
        </w:rPr>
        <w:t xml:space="preserve">Запрос. </w:t>
      </w:r>
      <w:r>
        <w:rPr>
          <w:b w:val="false"/>
          <w:sz w:val="24"/>
          <w:lang w:val="zxx"/>
        </w:rPr>
        <w:t>prepared</w:t>
      </w:r>
      <w:r>
        <w:rPr>
          <w:b w:val="false"/>
          <w:sz w:val="24"/>
        </w:rPr>
        <w:t xml:space="preserve"> </w:t>
      </w:r>
      <w:r>
        <w:rPr>
          <w:b w:val="false"/>
          <w:sz w:val="24"/>
          <w:lang w:val="zxx"/>
        </w:rPr>
        <w:t>mediaId</w:t>
      </w:r>
      <w:r>
        <w:rPr>
          <w:b w:val="false"/>
          <w:sz w:val="24"/>
        </w:rPr>
        <w:t xml:space="preserve">; обычный </w:t>
      </w:r>
      <w:r>
        <w:rPr>
          <w:b w:val="false"/>
          <w:sz w:val="24"/>
          <w:lang w:val="zxx"/>
        </w:rPr>
        <w:t>cmdSeq</w:t>
      </w:r>
      <w:r>
        <w:rPr>
          <w:b w:val="false"/>
          <w:sz w:val="24"/>
        </w:rPr>
        <w:t xml:space="preserve"> владельца.</w:t>
      </w:r>
    </w:p>
    <w:p>
      <w:pPr>
        <w:pStyle w:val="Normal"/>
        <w:jc w:val="start"/>
        <w:rPr/>
      </w:pPr>
      <w:r>
        <w:rPr>
          <w:b/>
          <w:sz w:val="24"/>
        </w:rPr>
        <w:t xml:space="preserve">Ответ. </w:t>
      </w:r>
      <w:r>
        <w:rPr>
          <w:b w:val="false"/>
          <w:sz w:val="24"/>
          <w:lang w:val="zxx"/>
        </w:rPr>
        <w:t>discarded</w:t>
      </w:r>
      <w:r>
        <w:rPr>
          <w:b w:val="false"/>
          <w:sz w:val="24"/>
        </w:rPr>
        <w:t xml:space="preserve"> </w:t>
      </w:r>
      <w:r>
        <w:rPr>
          <w:b w:val="false"/>
          <w:sz w:val="24"/>
          <w:lang w:val="zxx"/>
        </w:rPr>
        <w:t>mediaId</w:t>
      </w:r>
      <w:r>
        <w:rPr>
          <w:b w:val="false"/>
          <w:sz w:val="24"/>
        </w:rPr>
        <w:t xml:space="preserve">; для активного сеанса </w:t>
      </w:r>
      <w:r>
        <w:rPr>
          <w:b w:val="false"/>
          <w:sz w:val="24"/>
          <w:lang w:val="zxx"/>
        </w:rPr>
        <w:t>unsafeState.</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unsafeState</w:t>
      </w:r>
    </w:p>
    <w:p>
      <w:pPr>
        <w:pStyle w:val="Normal"/>
        <w:jc w:val="start"/>
        <w:rPr/>
      </w:pPr>
      <w:r>
        <w:rPr>
          <w:b/>
          <w:sz w:val="24"/>
        </w:rPr>
        <w:t xml:space="preserve">Повторы и поведение. </w:t>
      </w:r>
      <w:r>
        <w:rPr>
          <w:b w:val="false"/>
          <w:sz w:val="24"/>
        </w:rPr>
        <w:t xml:space="preserve">Изменение использует общие проверки контекста и дедупликацию </w:t>
      </w:r>
      <w:r>
        <w:rPr>
          <w:b w:val="false"/>
          <w:sz w:val="24"/>
          <w:lang w:val="zxx"/>
        </w:rPr>
        <w:t>cmdSeq.</w:t>
      </w:r>
      <w:r>
        <w:rPr>
          <w:b w:val="false"/>
          <w:sz w:val="24"/>
        </w:rPr>
        <w:t xml:space="preserve"> Точный повтор возвращает сохраненное решение без повторного действия и продления предметных сроков. Переходы операции и межполевые условия определены ее предметным контрактом.</w:t>
      </w:r>
    </w:p>
    <w:p>
      <w:pPr>
        <w:pStyle w:val="2"/>
        <w:rPr/>
      </w:pPr>
      <w:r>
        <w:rPr>
          <w:sz w:val="24"/>
        </w:rPr>
        <w:t>А.14 content.begin - Начать размещение записи</w:t>
      </w:r>
    </w:p>
    <w:p>
      <w:pPr>
        <w:pStyle w:val="Normal"/>
        <w:jc w:val="start"/>
        <w:rPr/>
      </w:pPr>
      <w:r>
        <w:rPr>
          <w:b/>
          <w:sz w:val="24"/>
        </w:rPr>
        <w:t xml:space="preserve">Обязательность. </w:t>
      </w:r>
      <w:r>
        <w:rPr>
          <w:b w:val="false"/>
          <w:sz w:val="24"/>
        </w:rPr>
        <w:t>Обязательно при сетевой загрузке контента</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Владелец </w:t>
      </w:r>
      <w:r>
        <w:rPr>
          <w:b w:val="false"/>
          <w:sz w:val="24"/>
          <w:lang w:val="zxx"/>
        </w:rPr>
        <w:t>maintenance</w:t>
      </w:r>
      <w:r>
        <w:rPr>
          <w:b w:val="false"/>
          <w:sz w:val="24"/>
        </w:rPr>
        <w:t xml:space="preserve"> с административным правом соответствующей операции.</w:t>
      </w:r>
    </w:p>
    <w:p>
      <w:pPr>
        <w:pStyle w:val="Normal"/>
        <w:jc w:val="start"/>
        <w:rPr/>
      </w:pPr>
      <w:r>
        <w:rPr>
          <w:b/>
          <w:sz w:val="24"/>
        </w:rPr>
        <w:t xml:space="preserve">Запрос. </w:t>
      </w:r>
      <w:r>
        <w:rPr>
          <w:b w:val="false"/>
          <w:sz w:val="24"/>
          <w:lang w:val="zxx"/>
        </w:rPr>
        <w:t>content</w:t>
      </w:r>
      <w:r>
        <w:rPr>
          <w:b w:val="false"/>
          <w:sz w:val="24"/>
        </w:rPr>
        <w:t xml:space="preserve"> с неизменным манифестом и </w:t>
      </w:r>
      <w:r>
        <w:rPr>
          <w:b w:val="false"/>
          <w:sz w:val="24"/>
          <w:lang w:val="zxx"/>
        </w:rPr>
        <w:t>transfer</w:t>
      </w:r>
      <w:r>
        <w:rPr>
          <w:b w:val="false"/>
          <w:sz w:val="24"/>
        </w:rPr>
        <w:t xml:space="preserve"> с параметрами </w:t>
      </w:r>
      <w:r>
        <w:rPr>
          <w:b w:val="false"/>
          <w:sz w:val="24"/>
          <w:lang w:val="zxx"/>
        </w:rPr>
        <w:t>bulk/</w:t>
      </w:r>
      <w:r>
        <w:rPr>
          <w:b w:val="false"/>
          <w:sz w:val="24"/>
        </w:rPr>
        <w:t>⁠</w:t>
      </w:r>
      <w:r>
        <w:rPr>
          <w:b w:val="false"/>
          <w:sz w:val="24"/>
          <w:lang w:val="zxx"/>
        </w:rPr>
        <w:t>1</w:t>
      </w:r>
      <w:r>
        <w:rPr>
          <w:b w:val="false"/>
          <w:sz w:val="24"/>
        </w:rPr>
        <w:t xml:space="preserve">; обычный </w:t>
      </w:r>
      <w:r>
        <w:rPr>
          <w:b w:val="false"/>
          <w:sz w:val="24"/>
          <w:lang w:val="zxx"/>
        </w:rPr>
        <w:t>cmdSeq.</w:t>
      </w:r>
    </w:p>
    <w:p>
      <w:pPr>
        <w:pStyle w:val="Normal"/>
        <w:jc w:val="start"/>
        <w:rPr/>
      </w:pPr>
      <w:r>
        <w:rPr>
          <w:b/>
          <w:sz w:val="24"/>
        </w:rPr>
        <w:t xml:space="preserve">Ответ. </w:t>
      </w:r>
      <w:r>
        <w:rPr>
          <w:b w:val="false"/>
          <w:sz w:val="24"/>
          <w:lang w:val="zxx"/>
        </w:rPr>
        <w:t>upload</w:t>
      </w:r>
      <w:r>
        <w:rPr>
          <w:b w:val="false"/>
          <w:sz w:val="24"/>
        </w:rPr>
        <w:t xml:space="preserve"> </w:t>
      </w:r>
      <w:r>
        <w:rPr>
          <w:b w:val="false"/>
          <w:sz w:val="24"/>
          <w:lang w:val="zxx"/>
        </w:rPr>
        <w:t>id/</w:t>
      </w:r>
      <w:r>
        <w:rPr>
          <w:b w:val="false"/>
          <w:sz w:val="24"/>
        </w:rPr>
        <w:t>​</w:t>
      </w:r>
      <w:r>
        <w:rPr>
          <w:b w:val="false"/>
          <w:sz w:val="24"/>
          <w:lang w:val="zxx"/>
        </w:rPr>
        <w:t>receivedBytes/</w:t>
      </w:r>
      <w:r>
        <w:rPr>
          <w:b w:val="false"/>
          <w:sz w:val="24"/>
        </w:rPr>
        <w:t>​</w:t>
      </w:r>
      <w:r>
        <w:rPr>
          <w:b w:val="false"/>
          <w:sz w:val="24"/>
          <w:lang w:val="zxx"/>
        </w:rPr>
        <w:t>remainingBudgetMs.</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unsafeState</w:t>
      </w:r>
      <w:r>
        <w:rPr>
          <w:b w:val="false"/>
          <w:sz w:val="24"/>
        </w:rPr>
        <w:t xml:space="preserve">, </w:t>
      </w:r>
      <w:r>
        <w:rPr>
          <w:b w:val="false"/>
          <w:sz w:val="24"/>
          <w:lang w:val="zxx"/>
        </w:rPr>
        <w:t>noSpace</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Изменение использует общие проверки контекста и дедупликацию </w:t>
      </w:r>
      <w:r>
        <w:rPr>
          <w:b w:val="false"/>
          <w:sz w:val="24"/>
          <w:lang w:val="zxx"/>
        </w:rPr>
        <w:t>cmdSeq.</w:t>
      </w:r>
      <w:r>
        <w:rPr>
          <w:b w:val="false"/>
          <w:sz w:val="24"/>
        </w:rPr>
        <w:t xml:space="preserve"> Точный повтор возвращает сохраненное решение без повторного действия и продления предметных сроков. Переходы операции и межполевые условия определены ее предметным контрактом.</w:t>
      </w:r>
    </w:p>
    <w:p>
      <w:pPr>
        <w:pStyle w:val="2"/>
        <w:rPr/>
      </w:pPr>
      <w:r>
        <w:rPr>
          <w:sz w:val="24"/>
        </w:rPr>
        <w:t>А.15 content.commit - Проверить и опубликовать запись</w:t>
      </w:r>
    </w:p>
    <w:p>
      <w:pPr>
        <w:pStyle w:val="Normal"/>
        <w:jc w:val="start"/>
        <w:rPr/>
      </w:pPr>
      <w:r>
        <w:rPr>
          <w:b/>
          <w:sz w:val="24"/>
        </w:rPr>
        <w:t xml:space="preserve">Обязательность. </w:t>
      </w:r>
      <w:r>
        <w:rPr>
          <w:b w:val="false"/>
          <w:sz w:val="24"/>
        </w:rPr>
        <w:t>Обязательно при сетевой загрузке контента</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Владелец </w:t>
      </w:r>
      <w:r>
        <w:rPr>
          <w:b w:val="false"/>
          <w:sz w:val="24"/>
          <w:lang w:val="zxx"/>
        </w:rPr>
        <w:t>maintenance</w:t>
      </w:r>
      <w:r>
        <w:rPr>
          <w:b w:val="false"/>
          <w:sz w:val="24"/>
        </w:rPr>
        <w:t xml:space="preserve"> с административным правом соответствующей операции.</w:t>
      </w:r>
    </w:p>
    <w:p>
      <w:pPr>
        <w:pStyle w:val="Normal"/>
        <w:jc w:val="start"/>
        <w:rPr/>
      </w:pPr>
      <w:r>
        <w:rPr>
          <w:b/>
          <w:sz w:val="24"/>
        </w:rPr>
        <w:t xml:space="preserve">Запрос. </w:t>
      </w:r>
      <w:r>
        <w:rPr>
          <w:b w:val="false"/>
          <w:sz w:val="24"/>
          <w:lang w:val="zxx"/>
        </w:rPr>
        <w:t>upload</w:t>
      </w:r>
      <w:r>
        <w:rPr>
          <w:b w:val="false"/>
          <w:sz w:val="24"/>
        </w:rPr>
        <w:t xml:space="preserve"> </w:t>
      </w:r>
      <w:r>
        <w:rPr>
          <w:b w:val="false"/>
          <w:sz w:val="24"/>
          <w:lang w:val="zxx"/>
        </w:rPr>
        <w:t>id</w:t>
      </w:r>
      <w:r>
        <w:rPr>
          <w:b w:val="false"/>
          <w:sz w:val="24"/>
        </w:rPr>
        <w:t xml:space="preserve">; обычный </w:t>
      </w:r>
      <w:r>
        <w:rPr>
          <w:b w:val="false"/>
          <w:sz w:val="24"/>
          <w:lang w:val="zxx"/>
        </w:rPr>
        <w:t>cmdSeq</w:t>
      </w:r>
      <w:r>
        <w:rPr>
          <w:b w:val="false"/>
          <w:sz w:val="24"/>
        </w:rPr>
        <w:t>; только после полного приема.</w:t>
      </w:r>
    </w:p>
    <w:p>
      <w:pPr>
        <w:pStyle w:val="Normal"/>
        <w:jc w:val="start"/>
        <w:rPr/>
      </w:pPr>
      <w:r>
        <w:rPr>
          <w:b/>
          <w:sz w:val="24"/>
        </w:rPr>
        <w:t xml:space="preserve">Ответ. </w:t>
      </w:r>
      <w:r>
        <w:rPr>
          <w:b w:val="false"/>
          <w:sz w:val="24"/>
          <w:lang w:val="zxx"/>
        </w:rPr>
        <w:t>content</w:t>
      </w:r>
      <w:r>
        <w:rPr>
          <w:b w:val="false"/>
          <w:sz w:val="24"/>
        </w:rPr>
        <w:t xml:space="preserve"> </w:t>
      </w:r>
      <w:r>
        <w:rPr>
          <w:b w:val="false"/>
          <w:sz w:val="24"/>
          <w:lang w:val="zxx"/>
        </w:rPr>
        <w:t>id/</w:t>
      </w:r>
      <w:r>
        <w:rPr>
          <w:b w:val="false"/>
          <w:sz w:val="24"/>
        </w:rPr>
        <w:t>​</w:t>
      </w:r>
      <w:r>
        <w:rPr>
          <w:b w:val="false"/>
          <w:sz w:val="24"/>
          <w:lang w:val="zxx"/>
        </w:rPr>
        <w:t>revision/</w:t>
      </w:r>
      <w:r>
        <w:rPr>
          <w:b w:val="false"/>
          <w:sz w:val="24"/>
        </w:rPr>
        <w:t>​</w:t>
      </w:r>
      <w:r>
        <w:rPr>
          <w:b w:val="false"/>
          <w:sz w:val="24"/>
          <w:lang w:val="zxx"/>
        </w:rPr>
        <w:t>state=committed</w:t>
      </w:r>
      <w:r>
        <w:rPr>
          <w:b w:val="false"/>
          <w:sz w:val="24"/>
        </w:rPr>
        <w:t xml:space="preserve"> либо </w:t>
      </w:r>
      <w:r>
        <w:rPr>
          <w:b w:val="false"/>
          <w:sz w:val="24"/>
          <w:lang w:val="zxx"/>
        </w:rPr>
        <w:t>accepted</w:t>
      </w:r>
      <w:r>
        <w:rPr>
          <w:b w:val="false"/>
          <w:sz w:val="24"/>
        </w:rPr>
        <w:t xml:space="preserve"> с </w:t>
      </w:r>
      <w:r>
        <w:rPr>
          <w:b w:val="false"/>
          <w:sz w:val="24"/>
          <w:lang w:val="zxx"/>
        </w:rPr>
        <w:t>operation.id=upload.id</w:t>
      </w:r>
      <w:r>
        <w:rPr>
          <w:b w:val="false"/>
          <w:sz w:val="24"/>
        </w:rPr>
        <w:t xml:space="preserve">; итог в </w:t>
      </w:r>
      <w:r>
        <w:rPr>
          <w:b w:val="false"/>
          <w:sz w:val="24"/>
          <w:lang w:val="zxx"/>
        </w:rPr>
        <w:t>content.status.</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unsafeState</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Изменение использует общие проверки контекста и дедупликацию </w:t>
      </w:r>
      <w:r>
        <w:rPr>
          <w:b w:val="false"/>
          <w:sz w:val="24"/>
          <w:lang w:val="zxx"/>
        </w:rPr>
        <w:t>cmdSeq.</w:t>
      </w:r>
      <w:r>
        <w:rPr>
          <w:b w:val="false"/>
          <w:sz w:val="24"/>
        </w:rPr>
        <w:t xml:space="preserve"> Точный повтор возвращает сохраненное решение без повторного действия и продления предметных сроков. Переходы операции и межполевые условия определены ее предметным контрактом.</w:t>
      </w:r>
    </w:p>
    <w:p>
      <w:pPr>
        <w:pStyle w:val="2"/>
        <w:rPr/>
      </w:pPr>
      <w:r>
        <w:rPr>
          <w:sz w:val="24"/>
        </w:rPr>
        <w:t>А.16 content.status - Состояние размещения записи</w:t>
      </w:r>
    </w:p>
    <w:p>
      <w:pPr>
        <w:pStyle w:val="Normal"/>
        <w:jc w:val="start"/>
        <w:rPr/>
      </w:pPr>
      <w:r>
        <w:rPr>
          <w:b/>
          <w:sz w:val="24"/>
        </w:rPr>
        <w:t xml:space="preserve">Обязательность. </w:t>
      </w:r>
      <w:r>
        <w:rPr>
          <w:b w:val="false"/>
          <w:sz w:val="24"/>
        </w:rPr>
        <w:t>Обязательно при сетевой загрузке контента</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Право чтения выбранной области.</w:t>
      </w:r>
    </w:p>
    <w:p>
      <w:pPr>
        <w:pStyle w:val="Normal"/>
        <w:jc w:val="start"/>
        <w:rPr/>
      </w:pPr>
      <w:r>
        <w:rPr>
          <w:b/>
          <w:sz w:val="24"/>
        </w:rPr>
        <w:t xml:space="preserve">Запрос. </w:t>
      </w:r>
      <w:r>
        <w:rPr>
          <w:b w:val="false"/>
          <w:sz w:val="24"/>
          <w:lang w:val="zxx"/>
        </w:rPr>
        <w:t>selection</w:t>
      </w:r>
      <w:r>
        <w:rPr>
          <w:b w:val="false"/>
          <w:sz w:val="24"/>
        </w:rPr>
        <w:t xml:space="preserve"> </w:t>
      </w:r>
      <w:r>
        <w:rPr>
          <w:b w:val="false"/>
          <w:sz w:val="24"/>
          <w:lang w:val="zxx"/>
        </w:rPr>
        <w:t>uploadId.</w:t>
      </w:r>
    </w:p>
    <w:p>
      <w:pPr>
        <w:pStyle w:val="Normal"/>
        <w:jc w:val="start"/>
        <w:rPr/>
      </w:pPr>
      <w:r>
        <w:rPr>
          <w:b/>
          <w:sz w:val="24"/>
        </w:rPr>
        <w:t xml:space="preserve">Ответ. </w:t>
      </w:r>
      <w:r>
        <w:rPr>
          <w:b w:val="false"/>
          <w:sz w:val="24"/>
          <w:lang w:val="zxx"/>
        </w:rPr>
        <w:t>upload</w:t>
      </w:r>
      <w:r>
        <w:rPr>
          <w:b w:val="false"/>
          <w:sz w:val="24"/>
        </w:rPr>
        <w:t xml:space="preserve"> </w:t>
      </w:r>
      <w:r>
        <w:rPr>
          <w:b w:val="false"/>
          <w:sz w:val="24"/>
          <w:lang w:val="zxx"/>
        </w:rPr>
        <w:t>id/</w:t>
      </w:r>
      <w:r>
        <w:rPr>
          <w:b w:val="false"/>
          <w:sz w:val="24"/>
        </w:rPr>
        <w:t>​</w:t>
      </w:r>
      <w:r>
        <w:rPr>
          <w:b w:val="false"/>
          <w:sz w:val="24"/>
          <w:lang w:val="zxx"/>
        </w:rPr>
        <w:t>state/</w:t>
      </w:r>
      <w:r>
        <w:rPr>
          <w:b w:val="false"/>
          <w:sz w:val="24"/>
        </w:rPr>
        <w:t>​</w:t>
      </w:r>
      <w:r>
        <w:rPr>
          <w:b w:val="false"/>
          <w:sz w:val="24"/>
          <w:lang w:val="zxx"/>
        </w:rPr>
        <w:t>receivedBytes/</w:t>
      </w:r>
      <w:r>
        <w:rPr>
          <w:b w:val="false"/>
          <w:sz w:val="24"/>
        </w:rPr>
        <w:t>​</w:t>
      </w:r>
      <w:r>
        <w:rPr>
          <w:b w:val="false"/>
          <w:sz w:val="24"/>
          <w:lang w:val="zxx"/>
        </w:rPr>
        <w:t>totalBytes/</w:t>
      </w:r>
      <w:r>
        <w:rPr>
          <w:b w:val="false"/>
          <w:sz w:val="24"/>
        </w:rPr>
        <w:t>​</w:t>
      </w:r>
      <w:r>
        <w:rPr>
          <w:b w:val="false"/>
          <w:sz w:val="24"/>
          <w:lang w:val="zxx"/>
        </w:rPr>
        <w:t>remainingBudgetMs</w:t>
      </w:r>
      <w:r>
        <w:rPr>
          <w:b w:val="false"/>
          <w:sz w:val="24"/>
        </w:rPr>
        <w:t xml:space="preserve">; </w:t>
      </w:r>
      <w:r>
        <w:rPr>
          <w:b w:val="false"/>
          <w:sz w:val="24"/>
          <w:lang w:val="zxx"/>
        </w:rPr>
        <w:t>progressBytes</w:t>
      </w:r>
      <w:r>
        <w:rPr>
          <w:b w:val="false"/>
          <w:sz w:val="24"/>
        </w:rPr>
        <w:t xml:space="preserve"> в </w:t>
      </w:r>
      <w:r>
        <w:rPr>
          <w:b w:val="false"/>
          <w:sz w:val="24"/>
          <w:lang w:val="zxx"/>
        </w:rPr>
        <w:t>verifying</w:t>
      </w:r>
      <w:r>
        <w:rPr>
          <w:b w:val="false"/>
          <w:sz w:val="24"/>
        </w:rPr>
        <w:t xml:space="preserve">, </w:t>
      </w:r>
      <w:r>
        <w:rPr>
          <w:b w:val="false"/>
          <w:sz w:val="24"/>
          <w:lang w:val="zxx"/>
        </w:rPr>
        <w:t>reason</w:t>
      </w:r>
      <w:r>
        <w:rPr>
          <w:b w:val="false"/>
          <w:sz w:val="24"/>
        </w:rPr>
        <w:t xml:space="preserve"> в </w:t>
      </w:r>
      <w:r>
        <w:rPr>
          <w:b w:val="false"/>
          <w:sz w:val="24"/>
          <w:lang w:val="zxx"/>
        </w:rPr>
        <w:t>failed</w:t>
      </w:r>
      <w:r>
        <w:rPr>
          <w:b w:val="false"/>
          <w:sz w:val="24"/>
        </w:rPr>
        <w:t xml:space="preserve">; раздел </w:t>
      </w:r>
      <w:r>
        <w:rPr>
          <w:b w:val="false"/>
          <w:sz w:val="24"/>
          <w:lang w:val="zxx"/>
        </w:rPr>
        <w:t>16.</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notFound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Чтение не изменяет выходы, операцию или </w:t>
      </w:r>
      <w:r>
        <w:rPr>
          <w:b w:val="false"/>
          <w:sz w:val="24"/>
          <w:lang w:val="zxx"/>
        </w:rPr>
        <w:t>lease.</w:t>
      </w:r>
      <w:r>
        <w:rPr>
          <w:b w:val="false"/>
          <w:sz w:val="24"/>
        </w:rPr>
        <w:t xml:space="preserve"> Новый запрос читает актуальное состояние; продолжение снимка сохраняет его контекст.</w:t>
      </w:r>
    </w:p>
    <w:p>
      <w:pPr>
        <w:pStyle w:val="2"/>
        <w:rPr/>
      </w:pPr>
      <w:r>
        <w:rPr>
          <w:sz w:val="24"/>
        </w:rPr>
        <w:t>А.17 content.cancel - Отменить размещение записи</w:t>
      </w:r>
    </w:p>
    <w:p>
      <w:pPr>
        <w:pStyle w:val="Normal"/>
        <w:jc w:val="start"/>
        <w:rPr/>
      </w:pPr>
      <w:r>
        <w:rPr>
          <w:b/>
          <w:sz w:val="24"/>
        </w:rPr>
        <w:t xml:space="preserve">Обязательность. </w:t>
      </w:r>
      <w:r>
        <w:rPr>
          <w:b w:val="false"/>
          <w:sz w:val="24"/>
        </w:rPr>
        <w:t>Обязательно при сетевой загрузке контента</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Владелец </w:t>
      </w:r>
      <w:r>
        <w:rPr>
          <w:b w:val="false"/>
          <w:sz w:val="24"/>
          <w:lang w:val="zxx"/>
        </w:rPr>
        <w:t>maintenance</w:t>
      </w:r>
      <w:r>
        <w:rPr>
          <w:b w:val="false"/>
          <w:sz w:val="24"/>
        </w:rPr>
        <w:t xml:space="preserve"> с административным правом соответствующей операции.</w:t>
      </w:r>
    </w:p>
    <w:p>
      <w:pPr>
        <w:pStyle w:val="Normal"/>
        <w:jc w:val="start"/>
        <w:rPr/>
      </w:pPr>
      <w:r>
        <w:rPr>
          <w:b/>
          <w:sz w:val="24"/>
        </w:rPr>
        <w:t xml:space="preserve">Запрос. </w:t>
      </w:r>
      <w:r>
        <w:rPr>
          <w:b w:val="false"/>
          <w:sz w:val="24"/>
          <w:lang w:val="zxx"/>
        </w:rPr>
        <w:t>upload</w:t>
      </w:r>
      <w:r>
        <w:rPr>
          <w:b w:val="false"/>
          <w:sz w:val="24"/>
        </w:rPr>
        <w:t xml:space="preserve"> </w:t>
      </w:r>
      <w:r>
        <w:rPr>
          <w:b w:val="false"/>
          <w:sz w:val="24"/>
          <w:lang w:val="zxx"/>
        </w:rPr>
        <w:t>id</w:t>
      </w:r>
      <w:r>
        <w:rPr>
          <w:b w:val="false"/>
          <w:sz w:val="24"/>
        </w:rPr>
        <w:t xml:space="preserve">; обычный </w:t>
      </w:r>
      <w:r>
        <w:rPr>
          <w:b w:val="false"/>
          <w:sz w:val="24"/>
          <w:lang w:val="zxx"/>
        </w:rPr>
        <w:t>cmdSeq.</w:t>
      </w:r>
    </w:p>
    <w:p>
      <w:pPr>
        <w:pStyle w:val="Normal"/>
        <w:jc w:val="start"/>
        <w:rPr/>
      </w:pPr>
      <w:r>
        <w:rPr>
          <w:b/>
          <w:sz w:val="24"/>
        </w:rPr>
        <w:t xml:space="preserve">Ответ. </w:t>
      </w:r>
      <w:r>
        <w:rPr>
          <w:b w:val="false"/>
          <w:sz w:val="24"/>
          <w:lang w:val="zxx"/>
        </w:rPr>
        <w:t>upload</w:t>
      </w:r>
      <w:r>
        <w:rPr>
          <w:b w:val="false"/>
          <w:sz w:val="24"/>
        </w:rPr>
        <w:t xml:space="preserve"> </w:t>
      </w:r>
      <w:r>
        <w:rPr>
          <w:b w:val="false"/>
          <w:sz w:val="24"/>
          <w:lang w:val="zxx"/>
        </w:rPr>
        <w:t>id/</w:t>
      </w:r>
      <w:r>
        <w:rPr>
          <w:b w:val="false"/>
          <w:sz w:val="24"/>
        </w:rPr>
        <w:t>​</w:t>
      </w:r>
      <w:r>
        <w:rPr>
          <w:b w:val="false"/>
          <w:sz w:val="24"/>
          <w:lang w:val="zxx"/>
        </w:rPr>
        <w:t>state=cancelled.</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Отмена использует общие проверки контекста и дедупликацию </w:t>
      </w:r>
      <w:r>
        <w:rPr>
          <w:b w:val="false"/>
          <w:sz w:val="24"/>
          <w:lang w:val="zxx"/>
        </w:rPr>
        <w:t>cmdSeq</w:t>
      </w:r>
      <w:r>
        <w:rPr>
          <w:b w:val="false"/>
          <w:sz w:val="24"/>
        </w:rPr>
        <w:t xml:space="preserve">, отзывает привязку передачи и останавливает незавершенную проверку. После атомарного </w:t>
      </w:r>
      <w:r>
        <w:rPr>
          <w:b w:val="false"/>
          <w:sz w:val="24"/>
          <w:lang w:val="zxx"/>
        </w:rPr>
        <w:t>commit</w:t>
      </w:r>
      <w:r>
        <w:rPr>
          <w:b w:val="false"/>
          <w:sz w:val="24"/>
        </w:rPr>
        <w:t xml:space="preserve"> возвращает </w:t>
      </w:r>
      <w:r>
        <w:rPr>
          <w:b w:val="false"/>
          <w:sz w:val="24"/>
          <w:lang w:val="zxx"/>
        </w:rPr>
        <w:t>conflict/</w:t>
      </w:r>
      <w:r>
        <w:rPr>
          <w:b w:val="false"/>
          <w:sz w:val="24"/>
        </w:rPr>
        <w:t>​</w:t>
      </w:r>
      <w:r>
        <w:rPr>
          <w:b w:val="false"/>
          <w:sz w:val="24"/>
          <w:lang w:val="zxx"/>
        </w:rPr>
        <w:t>detail=operationStateMismatch.</w:t>
      </w:r>
      <w:r>
        <w:rPr>
          <w:b w:val="false"/>
          <w:sz w:val="24"/>
        </w:rPr>
        <w:t xml:space="preserve"> Точный повтор возвращает сохраненный ответ без повторного действия.</w:t>
      </w:r>
    </w:p>
    <w:p>
      <w:pPr>
        <w:pStyle w:val="2"/>
        <w:rPr/>
      </w:pPr>
      <w:r>
        <w:rPr>
          <w:sz w:val="24"/>
        </w:rPr>
        <w:t>А.18 audio.group.prepare - Подготовить групповую речь</w:t>
      </w:r>
    </w:p>
    <w:p>
      <w:pPr>
        <w:pStyle w:val="Normal"/>
        <w:jc w:val="start"/>
        <w:rPr/>
      </w:pPr>
      <w:r>
        <w:rPr>
          <w:b/>
          <w:sz w:val="24"/>
        </w:rPr>
        <w:t xml:space="preserve">Обязательность. </w:t>
      </w:r>
      <w:r>
        <w:rPr>
          <w:b w:val="false"/>
          <w:sz w:val="24"/>
        </w:rPr>
        <w:t xml:space="preserve">Обязательно при объявлении </w:t>
      </w:r>
      <w:r>
        <w:rPr>
          <w:b w:val="false"/>
          <w:sz w:val="24"/>
          <w:lang w:val="zxx"/>
        </w:rPr>
        <w:t>group-</w:t>
      </w:r>
      <w:r>
        <w:rPr>
          <w:b w:val="false"/>
          <w:sz w:val="24"/>
        </w:rPr>
        <w:t>⁠</w:t>
      </w:r>
      <w:r>
        <w:rPr>
          <w:b w:val="false"/>
          <w:sz w:val="24"/>
          <w:lang w:val="zxx"/>
        </w:rPr>
        <w:t>audio/</w:t>
      </w:r>
      <w:r>
        <w:rPr>
          <w:b w:val="false"/>
          <w:sz w:val="24"/>
        </w:rPr>
        <w:t>⁠</w:t>
      </w:r>
      <w:r>
        <w:rPr>
          <w:b w:val="false"/>
          <w:sz w:val="24"/>
          <w:lang w:val="zxx"/>
        </w:rPr>
        <w:t>2</w:t>
      </w:r>
      <w:r>
        <w:rPr>
          <w:b w:val="false"/>
          <w:sz w:val="24"/>
        </w:rPr>
        <w:t xml:space="preserve"> либо </w:t>
      </w:r>
      <w:r>
        <w:rPr>
          <w:b w:val="false"/>
          <w:sz w:val="24"/>
          <w:lang w:val="zxx"/>
        </w:rPr>
        <w:t>group-</w:t>
      </w:r>
      <w:r>
        <w:rPr>
          <w:b w:val="false"/>
          <w:sz w:val="24"/>
        </w:rPr>
        <w:t>⁠</w:t>
      </w:r>
      <w:r>
        <w:rPr>
          <w:b w:val="false"/>
          <w:sz w:val="24"/>
          <w:lang w:val="zxx"/>
        </w:rPr>
        <w:t>audio-</w:t>
      </w:r>
      <w:r>
        <w:rPr>
          <w:b w:val="false"/>
          <w:sz w:val="24"/>
        </w:rPr>
        <w:t>⁠</w:t>
      </w:r>
      <w:r>
        <w:rPr>
          <w:b w:val="false"/>
          <w:sz w:val="24"/>
          <w:lang w:val="zxx"/>
        </w:rPr>
        <w:t>open/</w:t>
      </w:r>
      <w:r>
        <w:rPr>
          <w:b w:val="false"/>
          <w:sz w:val="24"/>
        </w:rPr>
        <w:t>⁠</w:t>
      </w:r>
      <w:r>
        <w:rPr>
          <w:b w:val="false"/>
          <w:sz w:val="24"/>
          <w:lang w:val="zxx"/>
        </w:rPr>
        <w:t>1</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Владелец с правом на все ресурсы шаблона </w:t>
      </w:r>
      <w:r>
        <w:rPr>
          <w:b w:val="false"/>
          <w:sz w:val="24"/>
          <w:lang w:val="zxx"/>
        </w:rPr>
        <w:t>mediaGroups</w:t>
      </w:r>
      <w:r>
        <w:rPr>
          <w:b w:val="false"/>
          <w:sz w:val="24"/>
        </w:rPr>
        <w:t xml:space="preserve">; </w:t>
      </w:r>
      <w:r>
        <w:rPr>
          <w:b w:val="false"/>
          <w:sz w:val="24"/>
          <w:lang w:val="zxx"/>
        </w:rPr>
        <w:t>sourcePrincipalId</w:t>
      </w:r>
      <w:r>
        <w:rPr>
          <w:b w:val="false"/>
          <w:sz w:val="24"/>
        </w:rPr>
        <w:t xml:space="preserve"> совпадает с участником.</w:t>
      </w:r>
    </w:p>
    <w:p>
      <w:pPr>
        <w:pStyle w:val="Normal"/>
        <w:jc w:val="start"/>
        <w:rPr/>
      </w:pPr>
      <w:r>
        <w:rPr>
          <w:b/>
          <w:sz w:val="24"/>
        </w:rPr>
        <w:t xml:space="preserve">Запрос. </w:t>
      </w:r>
      <w:r>
        <w:rPr>
          <w:b w:val="false"/>
          <w:sz w:val="24"/>
          <w:lang w:val="zxx"/>
        </w:rPr>
        <w:t>group</w:t>
      </w:r>
      <w:r>
        <w:rPr>
          <w:b w:val="false"/>
          <w:sz w:val="24"/>
        </w:rPr>
        <w:t xml:space="preserve"> </w:t>
      </w:r>
      <w:r>
        <w:rPr>
          <w:b w:val="false"/>
          <w:sz w:val="24"/>
          <w:lang w:val="zxx"/>
        </w:rPr>
        <w:t>id/</w:t>
      </w:r>
      <w:r>
        <w:rPr>
          <w:b w:val="false"/>
          <w:sz w:val="24"/>
        </w:rPr>
        <w:t>​</w:t>
      </w:r>
      <w:r>
        <w:rPr>
          <w:b w:val="false"/>
          <w:sz w:val="24"/>
          <w:lang w:val="zxx"/>
        </w:rPr>
        <w:t>revision/</w:t>
      </w:r>
      <w:r>
        <w:rPr>
          <w:b w:val="false"/>
          <w:sz w:val="24"/>
        </w:rPr>
        <w:t>​</w:t>
      </w:r>
      <w:r>
        <w:rPr>
          <w:b w:val="false"/>
          <w:sz w:val="24"/>
          <w:lang w:val="zxx"/>
        </w:rPr>
        <w:t>streamId/</w:t>
      </w:r>
      <w:r>
        <w:rPr>
          <w:b w:val="false"/>
          <w:sz w:val="24"/>
        </w:rPr>
        <w:t>​</w:t>
      </w:r>
      <w:r>
        <w:rPr>
          <w:b w:val="false"/>
          <w:sz w:val="24"/>
          <w:lang w:val="zxx"/>
        </w:rPr>
        <w:t>source</w:t>
      </w:r>
      <w:r>
        <w:rPr>
          <w:b w:val="false"/>
          <w:sz w:val="24"/>
        </w:rPr>
        <w:t xml:space="preserve">; </w:t>
      </w:r>
      <w:r>
        <w:rPr>
          <w:b w:val="false"/>
          <w:sz w:val="24"/>
          <w:lang w:val="zxx"/>
        </w:rPr>
        <w:t>totalSamples</w:t>
      </w:r>
      <w:r>
        <w:rPr>
          <w:b w:val="false"/>
          <w:sz w:val="24"/>
        </w:rPr>
        <w:t xml:space="preserve"> только для </w:t>
      </w:r>
      <w:r>
        <w:rPr>
          <w:b w:val="false"/>
          <w:sz w:val="24"/>
          <w:lang w:val="zxx"/>
        </w:rPr>
        <w:t>recording</w:t>
      </w:r>
      <w:r>
        <w:rPr>
          <w:b w:val="false"/>
          <w:sz w:val="24"/>
        </w:rPr>
        <w:t xml:space="preserve">; </w:t>
      </w:r>
      <w:r>
        <w:rPr>
          <w:b w:val="false"/>
          <w:sz w:val="24"/>
          <w:lang w:val="zxx"/>
        </w:rPr>
        <w:t>key</w:t>
      </w:r>
      <w:r>
        <w:rPr>
          <w:b w:val="false"/>
          <w:sz w:val="24"/>
        </w:rPr>
        <w:t xml:space="preserve"> (</w:t>
      </w:r>
      <w:r>
        <w:rPr>
          <w:b w:val="false"/>
          <w:sz w:val="24"/>
          <w:lang w:val="zxx"/>
        </w:rPr>
        <w:t>64</w:t>
      </w:r>
      <w:r>
        <w:rPr>
          <w:b w:val="false"/>
          <w:sz w:val="24"/>
        </w:rPr>
        <w:t xml:space="preserve"> </w:t>
      </w:r>
      <w:r>
        <w:rPr>
          <w:b w:val="false"/>
          <w:sz w:val="24"/>
          <w:lang w:val="zxx"/>
        </w:rPr>
        <w:t>hex</w:t>
      </w:r>
      <w:r>
        <w:rPr>
          <w:b w:val="false"/>
          <w:sz w:val="24"/>
        </w:rPr>
        <w:t xml:space="preserve">) только при </w:t>
      </w:r>
      <w:r>
        <w:rPr>
          <w:b w:val="false"/>
          <w:sz w:val="24"/>
          <w:lang w:val="zxx"/>
        </w:rPr>
        <w:t>tls.</w:t>
      </w:r>
      <w:r>
        <w:rPr>
          <w:b w:val="false"/>
          <w:sz w:val="24"/>
        </w:rPr>
        <w:t xml:space="preserve"> Обычный </w:t>
      </w:r>
      <w:r>
        <w:rPr>
          <w:b w:val="false"/>
          <w:sz w:val="24"/>
          <w:lang w:val="zxx"/>
        </w:rPr>
        <w:t>cmdSeq.</w:t>
      </w:r>
      <w:r>
        <w:rPr>
          <w:b w:val="false"/>
          <w:sz w:val="24"/>
        </w:rPr>
        <w:t xml:space="preserve"> Полный контракт </w:t>
      </w:r>
      <w:r>
        <w:rPr>
          <w:b w:val="false"/>
          <w:sz w:val="24"/>
          <w:lang w:val="zxx"/>
        </w:rPr>
        <w:t>group-</w:t>
      </w:r>
      <w:r>
        <w:rPr>
          <w:b w:val="false"/>
          <w:sz w:val="24"/>
        </w:rPr>
        <w:t>⁠</w:t>
      </w:r>
      <w:r>
        <w:rPr>
          <w:b w:val="false"/>
          <w:sz w:val="24"/>
          <w:lang w:val="zxx"/>
        </w:rPr>
        <w:t>audio/</w:t>
      </w:r>
      <w:r>
        <w:rPr>
          <w:b w:val="false"/>
          <w:sz w:val="24"/>
        </w:rPr>
        <w:t>⁠</w:t>
      </w:r>
      <w:r>
        <w:rPr>
          <w:b w:val="false"/>
          <w:sz w:val="24"/>
          <w:lang w:val="zxx"/>
        </w:rPr>
        <w:t>2</w:t>
      </w:r>
      <w:r>
        <w:rPr>
          <w:b w:val="false"/>
          <w:sz w:val="24"/>
        </w:rPr>
        <w:t xml:space="preserve"> и </w:t>
      </w:r>
      <w:r>
        <w:rPr>
          <w:b w:val="false"/>
          <w:sz w:val="24"/>
          <w:lang w:val="zxx"/>
        </w:rPr>
        <w:t>group-</w:t>
      </w:r>
      <w:r>
        <w:rPr>
          <w:b w:val="false"/>
          <w:sz w:val="24"/>
        </w:rPr>
        <w:t>⁠</w:t>
      </w:r>
      <w:r>
        <w:rPr>
          <w:b w:val="false"/>
          <w:sz w:val="24"/>
          <w:lang w:val="zxx"/>
        </w:rPr>
        <w:t>audio-</w:t>
      </w:r>
      <w:r>
        <w:rPr>
          <w:b w:val="false"/>
          <w:sz w:val="24"/>
        </w:rPr>
        <w:t>⁠</w:t>
      </w:r>
      <w:r>
        <w:rPr>
          <w:b w:val="false"/>
          <w:sz w:val="24"/>
          <w:lang w:val="zxx"/>
        </w:rPr>
        <w:t>open/</w:t>
      </w:r>
      <w:r>
        <w:rPr>
          <w:b w:val="false"/>
          <w:sz w:val="24"/>
        </w:rPr>
        <w:t>⁠</w:t>
      </w:r>
      <w:r>
        <w:rPr>
          <w:b w:val="false"/>
          <w:sz w:val="24"/>
          <w:lang w:val="zxx"/>
        </w:rPr>
        <w:t>1</w:t>
      </w:r>
      <w:r>
        <w:rPr>
          <w:b w:val="false"/>
          <w:sz w:val="24"/>
        </w:rPr>
        <w:t xml:space="preserve"> — нормативное приложение Ж; в онлайн-версии — раздел «Групповая передача речи».</w:t>
      </w:r>
    </w:p>
    <w:p>
      <w:pPr>
        <w:pStyle w:val="Normal"/>
        <w:jc w:val="start"/>
        <w:rPr/>
      </w:pPr>
      <w:r>
        <w:rPr>
          <w:b/>
          <w:sz w:val="24"/>
        </w:rPr>
        <w:t xml:space="preserve">Ответ. </w:t>
      </w:r>
      <w:r>
        <w:rPr>
          <w:b w:val="false"/>
          <w:sz w:val="24"/>
          <w:lang w:val="zxx"/>
        </w:rPr>
        <w:t>ok</w:t>
      </w:r>
      <w:r>
        <w:rPr>
          <w:b w:val="false"/>
          <w:sz w:val="24"/>
        </w:rPr>
        <w:t xml:space="preserve">, </w:t>
      </w:r>
      <w:r>
        <w:rPr>
          <w:b w:val="false"/>
          <w:sz w:val="24"/>
          <w:lang w:val="zxx"/>
        </w:rPr>
        <w:t>prepared</w:t>
      </w:r>
      <w:r>
        <w:rPr>
          <w:b w:val="false"/>
          <w:sz w:val="24"/>
        </w:rPr>
        <w:t xml:space="preserve"> </w:t>
      </w:r>
      <w:r>
        <w:rPr>
          <w:b w:val="false"/>
          <w:sz w:val="24"/>
          <w:lang w:val="zxx"/>
        </w:rPr>
        <w:t>mediaId/</w:t>
      </w:r>
      <w:r>
        <w:rPr>
          <w:b w:val="false"/>
          <w:sz w:val="24"/>
        </w:rPr>
        <w:t>​</w:t>
      </w:r>
      <w:r>
        <w:rPr>
          <w:b w:val="false"/>
          <w:sz w:val="24"/>
          <w:lang w:val="zxx"/>
        </w:rPr>
        <w:t>expiresAtMs/</w:t>
      </w:r>
      <w:r>
        <w:rPr>
          <w:b w:val="false"/>
          <w:sz w:val="24"/>
        </w:rPr>
        <w:t>​</w:t>
      </w:r>
      <w:r>
        <w:rPr>
          <w:b w:val="false"/>
          <w:sz w:val="24"/>
          <w:lang w:val="zxx"/>
        </w:rPr>
        <w:t>configRevision/</w:t>
      </w:r>
      <w:r>
        <w:rPr>
          <w:b w:val="false"/>
          <w:sz w:val="24"/>
        </w:rPr>
        <w:t>​</w:t>
      </w:r>
      <w:r>
        <w:rPr>
          <w:b w:val="false"/>
          <w:sz w:val="24"/>
          <w:lang w:val="zxx"/>
        </w:rPr>
        <w:t>capabilityRevision.</w:t>
      </w:r>
      <w:r>
        <w:rPr>
          <w:b w:val="false"/>
          <w:sz w:val="24"/>
        </w:rPr>
        <w:t xml:space="preserve"> Выходы не включаются; </w:t>
      </w:r>
      <w:r>
        <w:rPr>
          <w:b w:val="false"/>
          <w:sz w:val="24"/>
          <w:lang w:val="zxx"/>
        </w:rPr>
        <w:t>session.start</w:t>
      </w:r>
      <w:r>
        <w:rPr>
          <w:b w:val="false"/>
          <w:sz w:val="24"/>
        </w:rPr>
        <w:t xml:space="preserve"> выполняется отдельно.</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unsafeState</w:t>
      </w:r>
      <w:r>
        <w:rPr>
          <w:b w:val="false"/>
          <w:sz w:val="24"/>
        </w:rPr>
        <w:t xml:space="preserve">, </w:t>
      </w:r>
      <w:r>
        <w:rPr>
          <w:b w:val="false"/>
          <w:sz w:val="24"/>
          <w:lang w:val="zxx"/>
        </w:rPr>
        <w:t>notFound</w:t>
      </w:r>
      <w:r>
        <w:rPr>
          <w:b w:val="false"/>
          <w:sz w:val="24"/>
        </w:rPr>
        <w:t xml:space="preserve">, </w:t>
      </w:r>
      <w:r>
        <w:rPr>
          <w:b w:val="false"/>
          <w:sz w:val="24"/>
          <w:lang w:val="zxx"/>
        </w:rPr>
        <w:t>sourceUnavailable</w:t>
      </w:r>
    </w:p>
    <w:p>
      <w:pPr>
        <w:pStyle w:val="Normal"/>
        <w:jc w:val="start"/>
        <w:rPr/>
      </w:pPr>
      <w:r>
        <w:rPr>
          <w:b/>
          <w:sz w:val="24"/>
        </w:rPr>
        <w:t xml:space="preserve">Повторы и поведение. </w:t>
      </w:r>
      <w:r>
        <w:rPr>
          <w:b w:val="false"/>
          <w:sz w:val="24"/>
        </w:rPr>
        <w:t xml:space="preserve">Точный повтор возвращает прежний </w:t>
      </w:r>
      <w:r>
        <w:rPr>
          <w:b w:val="false"/>
          <w:sz w:val="24"/>
          <w:lang w:val="zxx"/>
        </w:rPr>
        <w:t>mediaId</w:t>
      </w:r>
      <w:r>
        <w:rPr>
          <w:b w:val="false"/>
          <w:sz w:val="24"/>
        </w:rPr>
        <w:t xml:space="preserve"> без продления </w:t>
      </w:r>
      <w:r>
        <w:rPr>
          <w:b w:val="false"/>
          <w:sz w:val="24"/>
          <w:lang w:val="zxx"/>
        </w:rPr>
        <w:t>60000</w:t>
      </w:r>
      <w:r>
        <w:rPr>
          <w:b w:val="false"/>
          <w:sz w:val="24"/>
        </w:rPr>
        <w:t xml:space="preserve"> мс. Измененное содержимое повтора — </w:t>
      </w:r>
      <w:r>
        <w:rPr>
          <w:b w:val="false"/>
          <w:sz w:val="24"/>
          <w:lang w:val="zxx"/>
        </w:rPr>
        <w:t>conflict.</w:t>
      </w:r>
      <w:r>
        <w:rPr>
          <w:b w:val="false"/>
          <w:sz w:val="24"/>
        </w:rPr>
        <w:t xml:space="preserve"> Отсутствие шаблона — </w:t>
      </w:r>
      <w:r>
        <w:rPr>
          <w:b w:val="false"/>
          <w:sz w:val="24"/>
          <w:lang w:val="zxx"/>
        </w:rPr>
        <w:t>notFound</w:t>
      </w:r>
      <w:r>
        <w:rPr>
          <w:b w:val="false"/>
          <w:sz w:val="24"/>
        </w:rPr>
        <w:t xml:space="preserve">, его другая редакция — </w:t>
      </w:r>
      <w:r>
        <w:rPr>
          <w:b w:val="false"/>
          <w:sz w:val="24"/>
          <w:lang w:val="zxx"/>
        </w:rPr>
        <w:t>conflict</w:t>
      </w:r>
      <w:r>
        <w:rPr>
          <w:b w:val="false"/>
          <w:sz w:val="24"/>
        </w:rPr>
        <w:t xml:space="preserve">, неподтвержденные часы — </w:t>
      </w:r>
      <w:r>
        <w:rPr>
          <w:b w:val="false"/>
          <w:sz w:val="24"/>
          <w:lang w:val="zxx"/>
        </w:rPr>
        <w:t>sourceUnavailable.</w:t>
      </w:r>
      <w:r>
        <w:rPr>
          <w:b w:val="false"/>
          <w:sz w:val="24"/>
        </w:rPr>
        <w:t xml:space="preserve"> Чужой </w:t>
      </w:r>
      <w:r>
        <w:rPr>
          <w:b w:val="false"/>
          <w:sz w:val="24"/>
          <w:lang w:val="zxx"/>
        </w:rPr>
        <w:t>sourcePrincipalId</w:t>
      </w:r>
      <w:r>
        <w:rPr>
          <w:b w:val="false"/>
          <w:sz w:val="24"/>
        </w:rPr>
        <w:t xml:space="preserve"> — </w:t>
      </w:r>
      <w:r>
        <w:rPr>
          <w:b w:val="false"/>
          <w:sz w:val="24"/>
          <w:lang w:val="zxx"/>
        </w:rPr>
        <w:t>forbidden/</w:t>
      </w:r>
      <w:r>
        <w:rPr>
          <w:b w:val="false"/>
          <w:sz w:val="24"/>
        </w:rPr>
        <w:t>​</w:t>
      </w:r>
      <w:r>
        <w:rPr>
          <w:b w:val="false"/>
          <w:sz w:val="24"/>
          <w:lang w:val="zxx"/>
        </w:rPr>
        <w:t>detail=ownerMismatch.</w:t>
      </w:r>
      <w:r>
        <w:rPr>
          <w:b w:val="false"/>
          <w:sz w:val="24"/>
        </w:rPr>
        <w:t xml:space="preserve"> После </w:t>
      </w:r>
      <w:r>
        <w:rPr>
          <w:b w:val="false"/>
          <w:sz w:val="24"/>
          <w:lang w:val="zxx"/>
        </w:rPr>
        <w:t>session.stop/</w:t>
      </w:r>
      <w:r>
        <w:rPr>
          <w:b w:val="false"/>
          <w:sz w:val="24"/>
        </w:rPr>
        <w:t>​</w:t>
      </w:r>
      <w:r>
        <w:rPr>
          <w:b w:val="false"/>
          <w:sz w:val="24"/>
          <w:lang w:val="zxx"/>
        </w:rPr>
        <w:t>reboot</w:t>
      </w:r>
      <w:r>
        <w:rPr>
          <w:b w:val="false"/>
          <w:sz w:val="24"/>
        </w:rPr>
        <w:t xml:space="preserve"> разрешение и оперативный ключ отозваны. Подготовка не обходит неподтвержденный </w:t>
      </w:r>
      <w:r>
        <w:rPr>
          <w:b w:val="false"/>
          <w:sz w:val="24"/>
          <w:lang w:val="zxx"/>
        </w:rPr>
        <w:t>off</w:t>
      </w:r>
      <w:r>
        <w:rPr>
          <w:b w:val="false"/>
          <w:sz w:val="24"/>
        </w:rPr>
        <w:t xml:space="preserve"> и не вытесняет активный поток.</w:t>
      </w:r>
    </w:p>
    <w:p>
      <w:pPr>
        <w:pStyle w:val="2"/>
        <w:rPr/>
      </w:pPr>
      <w:r>
        <w:rPr>
          <w:sz w:val="24"/>
        </w:rPr>
        <w:t>А.19 protocol.hello - Выбрать профиль обмена</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Участник завершил </w:t>
      </w:r>
      <w:r>
        <w:rPr>
          <w:b w:val="false"/>
          <w:sz w:val="24"/>
          <w:lang w:val="zxx"/>
        </w:rPr>
        <w:t>TLS-</w:t>
      </w:r>
      <w:r>
        <w:rPr>
          <w:b w:val="false"/>
          <w:sz w:val="24"/>
        </w:rPr>
        <w:t xml:space="preserve">аутентификацию либо явно выбрал разрешенный </w:t>
      </w:r>
      <w:r>
        <w:rPr>
          <w:b w:val="false"/>
          <w:sz w:val="24"/>
          <w:lang w:val="zxx"/>
        </w:rPr>
        <w:t>plain</w:t>
      </w:r>
      <w:r>
        <w:rPr>
          <w:b w:val="false"/>
          <w:sz w:val="24"/>
        </w:rPr>
        <w:t>; предметный профиль еще не выбран.</w:t>
      </w:r>
    </w:p>
    <w:p>
      <w:pPr>
        <w:pStyle w:val="Normal"/>
        <w:jc w:val="start"/>
        <w:rPr/>
      </w:pPr>
      <w:r>
        <w:rPr>
          <w:b/>
          <w:sz w:val="24"/>
        </w:rPr>
        <w:t xml:space="preserve">Запрос. </w:t>
      </w:r>
      <w:r>
        <w:rPr>
          <w:b w:val="false"/>
          <w:sz w:val="24"/>
          <w:lang w:val="zxx"/>
        </w:rPr>
        <w:t>v=1</w:t>
      </w:r>
      <w:r>
        <w:rPr>
          <w:b w:val="false"/>
          <w:sz w:val="24"/>
        </w:rPr>
        <w:t xml:space="preserve">, </w:t>
      </w:r>
      <w:r>
        <w:rPr>
          <w:b w:val="false"/>
          <w:sz w:val="24"/>
          <w:lang w:val="zxx"/>
        </w:rPr>
        <w:t>profile=bootstrap/</w:t>
      </w:r>
      <w:r>
        <w:rPr>
          <w:b w:val="false"/>
          <w:sz w:val="24"/>
        </w:rPr>
        <w:t>⁠</w:t>
      </w:r>
      <w:r>
        <w:rPr>
          <w:b w:val="false"/>
          <w:sz w:val="24"/>
          <w:lang w:val="zxx"/>
        </w:rPr>
        <w:t>1</w:t>
      </w:r>
      <w:r>
        <w:rPr>
          <w:b w:val="false"/>
          <w:sz w:val="24"/>
        </w:rPr>
        <w:t xml:space="preserve">, </w:t>
      </w:r>
      <w:r>
        <w:rPr>
          <w:b w:val="false"/>
          <w:sz w:val="24"/>
          <w:lang w:val="zxx"/>
        </w:rPr>
        <w:t>id</w:t>
      </w:r>
      <w:r>
        <w:rPr>
          <w:b w:val="false"/>
          <w:sz w:val="24"/>
        </w:rPr>
        <w:t xml:space="preserve">, </w:t>
      </w:r>
      <w:r>
        <w:rPr>
          <w:b w:val="false"/>
          <w:sz w:val="24"/>
          <w:lang w:val="zxx"/>
        </w:rPr>
        <w:t>action</w:t>
      </w:r>
      <w:r>
        <w:rPr>
          <w:b w:val="false"/>
          <w:sz w:val="24"/>
        </w:rPr>
        <w:t xml:space="preserve">; </w:t>
      </w:r>
      <w:r>
        <w:rPr>
          <w:b w:val="false"/>
          <w:sz w:val="24"/>
          <w:lang w:val="zxx"/>
        </w:rPr>
        <w:t>hello</w:t>
      </w:r>
      <w:r>
        <w:rPr>
          <w:b w:val="false"/>
          <w:sz w:val="24"/>
        </w:rPr>
        <w:t xml:space="preserve"> содержит </w:t>
      </w:r>
      <w:r>
        <w:rPr>
          <w:b w:val="false"/>
          <w:sz w:val="24"/>
          <w:lang w:val="zxx"/>
        </w:rPr>
        <w:t>1-</w:t>
      </w:r>
      <w:r>
        <w:rPr>
          <w:b w:val="false"/>
          <w:sz w:val="24"/>
        </w:rPr>
        <w:t>⁠</w:t>
      </w:r>
      <w:r>
        <w:rPr>
          <w:b w:val="false"/>
          <w:sz w:val="24"/>
          <w:lang w:val="zxx"/>
        </w:rPr>
        <w:t>8</w:t>
      </w:r>
      <w:r>
        <w:rPr>
          <w:b w:val="false"/>
          <w:sz w:val="24"/>
        </w:rPr>
        <w:t xml:space="preserve"> </w:t>
      </w:r>
      <w:r>
        <w:rPr>
          <w:b w:val="false"/>
          <w:sz w:val="24"/>
          <w:lang w:val="zxx"/>
        </w:rPr>
        <w:t>profile</w:t>
      </w:r>
      <w:r>
        <w:rPr>
          <w:b w:val="false"/>
          <w:sz w:val="24"/>
        </w:rPr>
        <w:t xml:space="preserve"> </w:t>
      </w:r>
      <w:r>
        <w:rPr>
          <w:b w:val="false"/>
          <w:sz w:val="24"/>
          <w:lang w:val="zxx"/>
        </w:rPr>
        <w:t>id</w:t>
      </w:r>
      <w:r>
        <w:rPr>
          <w:b w:val="false"/>
          <w:sz w:val="24"/>
        </w:rPr>
        <w:t xml:space="preserve">; при </w:t>
      </w:r>
      <w:r>
        <w:rPr>
          <w:b w:val="false"/>
          <w:sz w:val="24"/>
          <w:lang w:val="zxx"/>
        </w:rPr>
        <w:t>plain</w:t>
      </w:r>
      <w:r>
        <w:rPr>
          <w:b w:val="false"/>
          <w:sz w:val="24"/>
        </w:rPr>
        <w:t xml:space="preserve"> обязателен атрибут </w:t>
      </w:r>
      <w:r>
        <w:rPr>
          <w:b w:val="false"/>
          <w:sz w:val="24"/>
          <w:lang w:val="zxx"/>
        </w:rPr>
        <w:t>clientId</w:t>
      </w:r>
      <w:r>
        <w:rPr>
          <w:b w:val="false"/>
          <w:sz w:val="24"/>
        </w:rPr>
        <w:t xml:space="preserve"> (</w:t>
      </w:r>
      <w:r>
        <w:rPr>
          <w:b w:val="false"/>
          <w:sz w:val="24"/>
          <w:lang w:val="zxx"/>
        </w:rPr>
        <w:t>32</w:t>
      </w:r>
      <w:r>
        <w:rPr>
          <w:b w:val="false"/>
          <w:sz w:val="24"/>
        </w:rPr>
        <w:t xml:space="preserve"> </w:t>
      </w:r>
      <w:r>
        <w:rPr>
          <w:b w:val="false"/>
          <w:sz w:val="24"/>
          <w:lang w:val="zxx"/>
        </w:rPr>
        <w:t>hex</w:t>
      </w:r>
      <w:r>
        <w:rPr>
          <w:b w:val="false"/>
          <w:sz w:val="24"/>
        </w:rPr>
        <w:t xml:space="preserve">), при </w:t>
      </w:r>
      <w:r>
        <w:rPr>
          <w:b w:val="false"/>
          <w:sz w:val="24"/>
          <w:lang w:val="zxx"/>
        </w:rPr>
        <w:t>tls</w:t>
      </w:r>
      <w:r>
        <w:rPr>
          <w:b w:val="false"/>
          <w:sz w:val="24"/>
        </w:rPr>
        <w:t xml:space="preserve"> запрещен. Порядок списка не задает приоритет УУ.</w:t>
      </w:r>
    </w:p>
    <w:p>
      <w:pPr>
        <w:pStyle w:val="Normal"/>
        <w:jc w:val="start"/>
        <w:rPr/>
      </w:pPr>
      <w:r>
        <w:rPr>
          <w:b/>
          <w:sz w:val="24"/>
        </w:rPr>
        <w:t xml:space="preserve">Ответ. </w:t>
      </w:r>
      <w:r>
        <w:rPr>
          <w:b w:val="false"/>
          <w:sz w:val="24"/>
          <w:lang w:val="zxx"/>
        </w:rPr>
        <w:t>ok</w:t>
      </w:r>
      <w:r>
        <w:rPr>
          <w:b w:val="false"/>
          <w:sz w:val="24"/>
        </w:rPr>
        <w:t xml:space="preserve">, </w:t>
      </w:r>
      <w:r>
        <w:rPr>
          <w:b w:val="false"/>
          <w:sz w:val="24"/>
          <w:lang w:val="zxx"/>
        </w:rPr>
        <w:t>bootId</w:t>
      </w:r>
      <w:r>
        <w:rPr>
          <w:b w:val="false"/>
          <w:sz w:val="24"/>
        </w:rPr>
        <w:t xml:space="preserve"> и </w:t>
      </w:r>
      <w:r>
        <w:rPr>
          <w:b w:val="false"/>
          <w:sz w:val="24"/>
          <w:lang w:val="zxx"/>
        </w:rPr>
        <w:t>hello</w:t>
      </w:r>
      <w:r>
        <w:rPr>
          <w:b w:val="false"/>
          <w:sz w:val="24"/>
        </w:rPr>
        <w:t xml:space="preserve"> </w:t>
      </w:r>
      <w:r>
        <w:rPr>
          <w:b w:val="false"/>
          <w:sz w:val="24"/>
          <w:lang w:val="zxx"/>
        </w:rPr>
        <w:t>selectedProfile/</w:t>
      </w:r>
      <w:r>
        <w:rPr>
          <w:b w:val="false"/>
          <w:sz w:val="24"/>
        </w:rPr>
        <w:t>​</w:t>
      </w:r>
      <w:r>
        <w:rPr>
          <w:b w:val="false"/>
          <w:sz w:val="24"/>
          <w:lang w:val="zxx"/>
        </w:rPr>
        <w:t>deviceId/</w:t>
      </w:r>
      <w:r>
        <w:rPr>
          <w:b w:val="false"/>
          <w:sz w:val="24"/>
        </w:rPr>
        <w:t>​</w:t>
      </w:r>
      <w:r>
        <w:rPr>
          <w:b w:val="false"/>
          <w:sz w:val="24"/>
          <w:lang w:val="zxx"/>
        </w:rPr>
        <w:t>security=tls|</w:t>
      </w:r>
      <w:r>
        <w:rPr>
          <w:b w:val="false"/>
          <w:sz w:val="24"/>
        </w:rPr>
        <w:t>​</w:t>
      </w:r>
      <w:r>
        <w:rPr>
          <w:b w:val="false"/>
          <w:sz w:val="24"/>
          <w:lang w:val="zxx"/>
        </w:rPr>
        <w:t>plain.</w:t>
      </w:r>
      <w:r>
        <w:rPr>
          <w:b w:val="false"/>
          <w:sz w:val="24"/>
        </w:rPr>
        <w:t xml:space="preserve"> Выбран разрешенный общий профиль по приоритету УУ, независимо от порядка предложения клиента.</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p>
    <w:p>
      <w:pPr>
        <w:pStyle w:val="Normal"/>
        <w:jc w:val="start"/>
        <w:rPr/>
      </w:pPr>
      <w:r>
        <w:rPr>
          <w:b/>
          <w:sz w:val="24"/>
        </w:rPr>
        <w:t xml:space="preserve">Повторы и поведение. </w:t>
      </w:r>
      <w:r>
        <w:rPr>
          <w:b w:val="false"/>
          <w:sz w:val="24"/>
        </w:rPr>
        <w:t xml:space="preserve">Точный повтор до первой предметной команды возвращает тот же выбор. После фиксации профиля другой </w:t>
      </w:r>
      <w:r>
        <w:rPr>
          <w:b w:val="false"/>
          <w:sz w:val="24"/>
          <w:lang w:val="zxx"/>
        </w:rPr>
        <w:t>hello</w:t>
      </w:r>
      <w:r>
        <w:rPr>
          <w:b w:val="false"/>
          <w:sz w:val="24"/>
        </w:rPr>
        <w:t xml:space="preserve"> запрещен; изменение предложения требует нового соединения.</w:t>
      </w:r>
    </w:p>
    <w:p>
      <w:pPr>
        <w:pStyle w:val="2"/>
        <w:rPr/>
      </w:pPr>
      <w:r>
        <w:rPr>
          <w:sz w:val="24"/>
        </w:rPr>
        <w:t>А.20 readiness.get - Оценить готовность конкретного плана</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Право наблюдения за выбранными ресурсами; владение оповещением </w:t>
      </w:r>
      <w:r>
        <w:rPr>
          <w:b w:val="false"/>
          <w:sz w:val="24"/>
          <w:lang w:val="zxx"/>
        </w:rPr>
        <w:t>НЕ ТРЕБУЕТСЯ</w:t>
      </w:r>
      <w:r>
        <w:rPr>
          <w:b w:val="false"/>
          <w:sz w:val="24"/>
        </w:rPr>
        <w:t>.</w:t>
      </w:r>
    </w:p>
    <w:p>
      <w:pPr>
        <w:pStyle w:val="Normal"/>
        <w:jc w:val="start"/>
        <w:rPr/>
      </w:pPr>
      <w:r>
        <w:rPr>
          <w:b/>
          <w:sz w:val="24"/>
        </w:rPr>
        <w:t xml:space="preserve">Запрос. </w:t>
      </w:r>
      <w:r>
        <w:rPr>
          <w:b w:val="false"/>
          <w:sz w:val="24"/>
          <w:lang w:val="zxx"/>
        </w:rPr>
        <w:t>plan</w:t>
      </w:r>
      <w:r>
        <w:rPr>
          <w:b w:val="false"/>
          <w:sz w:val="24"/>
        </w:rPr>
        <w:t xml:space="preserve"> </w:t>
      </w:r>
      <w:r>
        <w:rPr>
          <w:b w:val="false"/>
          <w:sz w:val="24"/>
          <w:lang w:val="zxx"/>
        </w:rPr>
        <w:t>mode/</w:t>
      </w:r>
      <w:r>
        <w:rPr>
          <w:b w:val="false"/>
          <w:sz w:val="24"/>
        </w:rPr>
        <w:t>​</w:t>
      </w:r>
      <w:r>
        <w:rPr>
          <w:b w:val="false"/>
          <w:sz w:val="24"/>
          <w:lang w:val="zxx"/>
        </w:rPr>
        <w:t>configRevision/</w:t>
      </w:r>
      <w:r>
        <w:rPr>
          <w:b w:val="false"/>
          <w:sz w:val="24"/>
        </w:rPr>
        <w:t>​</w:t>
      </w:r>
      <w:r>
        <w:rPr>
          <w:b w:val="false"/>
          <w:sz w:val="24"/>
          <w:lang w:val="zxx"/>
        </w:rPr>
        <w:t>capabilityRevision/</w:t>
      </w:r>
      <w:r>
        <w:rPr>
          <w:b w:val="false"/>
          <w:sz w:val="24"/>
        </w:rPr>
        <w:t>​</w:t>
      </w:r>
      <w:r>
        <w:rPr>
          <w:b w:val="false"/>
          <w:sz w:val="24"/>
          <w:lang w:val="zxx"/>
        </w:rPr>
        <w:t>maxDurationMs</w:t>
      </w:r>
      <w:r>
        <w:rPr>
          <w:b w:val="false"/>
          <w:sz w:val="24"/>
        </w:rPr>
        <w:t xml:space="preserve">, </w:t>
      </w:r>
      <w:r>
        <w:rPr>
          <w:b w:val="false"/>
          <w:sz w:val="24"/>
          <w:lang w:val="zxx"/>
        </w:rPr>
        <w:t>resources</w:t>
      </w:r>
      <w:r>
        <w:rPr>
          <w:b w:val="false"/>
          <w:sz w:val="24"/>
        </w:rPr>
        <w:t xml:space="preserve"> и элемент режима по разделу </w:t>
      </w:r>
      <w:r>
        <w:rPr>
          <w:b w:val="false"/>
          <w:sz w:val="24"/>
          <w:lang w:val="zxx"/>
        </w:rPr>
        <w:t>22</w:t>
      </w:r>
      <w:r>
        <w:rPr>
          <w:b w:val="false"/>
          <w:sz w:val="24"/>
        </w:rPr>
        <w:t xml:space="preserve">; продолжение </w:t>
      </w:r>
      <w:r>
        <w:rPr>
          <w:b w:val="false"/>
          <w:sz w:val="24"/>
          <w:lang w:val="zxx"/>
        </w:rPr>
        <w:t>selection</w:t>
      </w:r>
      <w:r>
        <w:rPr>
          <w:b w:val="false"/>
          <w:sz w:val="24"/>
        </w:rPr>
        <w:t xml:space="preserve"> </w:t>
      </w:r>
      <w:r>
        <w:rPr>
          <w:b w:val="false"/>
          <w:sz w:val="24"/>
          <w:lang w:val="zxx"/>
        </w:rPr>
        <w:t>snapshotId/</w:t>
      </w:r>
      <w:r>
        <w:rPr>
          <w:b w:val="false"/>
          <w:sz w:val="24"/>
        </w:rPr>
        <w:t>​</w:t>
      </w:r>
      <w:r>
        <w:rPr>
          <w:b w:val="false"/>
          <w:sz w:val="24"/>
          <w:lang w:val="zxx"/>
        </w:rPr>
        <w:t>cursor.</w:t>
      </w:r>
    </w:p>
    <w:p>
      <w:pPr>
        <w:pStyle w:val="Normal"/>
        <w:jc w:val="start"/>
        <w:rPr/>
      </w:pPr>
      <w:r>
        <w:rPr>
          <w:b/>
          <w:sz w:val="24"/>
        </w:rPr>
        <w:t xml:space="preserve">Ответ. </w:t>
      </w:r>
      <w:r>
        <w:rPr>
          <w:b w:val="false"/>
          <w:sz w:val="24"/>
          <w:lang w:val="zxx"/>
        </w:rPr>
        <w:t>readiness</w:t>
      </w:r>
      <w:r>
        <w:rPr>
          <w:b w:val="false"/>
          <w:sz w:val="24"/>
        </w:rPr>
        <w:t xml:space="preserve"> </w:t>
      </w:r>
      <w:r>
        <w:rPr>
          <w:b w:val="false"/>
          <w:sz w:val="24"/>
          <w:lang w:val="zxx"/>
        </w:rPr>
        <w:t>snapshotId/</w:t>
      </w:r>
      <w:r>
        <w:rPr>
          <w:b w:val="false"/>
          <w:sz w:val="24"/>
        </w:rPr>
        <w:t>​</w:t>
      </w:r>
      <w:r>
        <w:rPr>
          <w:b w:val="false"/>
          <w:sz w:val="24"/>
          <w:lang w:val="zxx"/>
        </w:rPr>
        <w:t>evaluatedAtMs/</w:t>
      </w:r>
      <w:r>
        <w:rPr>
          <w:b w:val="false"/>
          <w:sz w:val="24"/>
        </w:rPr>
        <w:t>​</w:t>
      </w:r>
      <w:r>
        <w:rPr>
          <w:b w:val="false"/>
          <w:sz w:val="24"/>
          <w:lang w:val="zxx"/>
        </w:rPr>
        <w:t>validUntilMs/</w:t>
      </w:r>
      <w:r>
        <w:rPr>
          <w:b w:val="false"/>
          <w:sz w:val="24"/>
        </w:rPr>
        <w:t>​</w:t>
      </w:r>
      <w:r>
        <w:rPr>
          <w:b w:val="false"/>
          <w:sz w:val="24"/>
          <w:lang w:val="zxx"/>
        </w:rPr>
        <w:t>stateRevision/</w:t>
      </w:r>
      <w:r>
        <w:rPr>
          <w:b w:val="false"/>
          <w:sz w:val="24"/>
        </w:rPr>
        <w:t>​</w:t>
      </w:r>
      <w:r>
        <w:rPr>
          <w:b w:val="false"/>
          <w:sz w:val="24"/>
          <w:lang w:val="zxx"/>
        </w:rPr>
        <w:t>more/</w:t>
      </w:r>
      <w:r>
        <w:rPr>
          <w:b w:val="false"/>
          <w:sz w:val="24"/>
        </w:rPr>
        <w:t>​</w:t>
      </w:r>
      <w:r>
        <w:rPr>
          <w:b w:val="false"/>
          <w:sz w:val="24"/>
          <w:lang w:val="zxx"/>
        </w:rPr>
        <w:t>cursor</w:t>
      </w:r>
      <w:r>
        <w:rPr>
          <w:b w:val="false"/>
          <w:sz w:val="24"/>
        </w:rPr>
        <w:t xml:space="preserve">, </w:t>
      </w:r>
      <w:r>
        <w:rPr>
          <w:b w:val="false"/>
          <w:sz w:val="24"/>
          <w:lang w:val="zxx"/>
        </w:rPr>
        <w:t>summary</w:t>
      </w:r>
      <w:r>
        <w:rPr>
          <w:b w:val="false"/>
          <w:sz w:val="24"/>
        </w:rPr>
        <w:t xml:space="preserve">, </w:t>
      </w:r>
      <w:r>
        <w:rPr>
          <w:b w:val="false"/>
          <w:sz w:val="24"/>
          <w:lang w:val="zxx"/>
        </w:rPr>
        <w:t>resource</w:t>
      </w:r>
      <w:r>
        <w:rPr>
          <w:b w:val="false"/>
          <w:sz w:val="24"/>
        </w:rPr>
        <w:t xml:space="preserve"> и </w:t>
      </w:r>
      <w:r>
        <w:rPr>
          <w:b w:val="false"/>
          <w:sz w:val="24"/>
          <w:lang w:val="zxx"/>
        </w:rPr>
        <w:t>evidence</w:t>
      </w:r>
      <w:r>
        <w:rPr>
          <w:b w:val="false"/>
          <w:sz w:val="24"/>
        </w:rPr>
        <w:t xml:space="preserve"> по разделу </w:t>
      </w:r>
      <w:r>
        <w:rPr>
          <w:b w:val="false"/>
          <w:sz w:val="24"/>
          <w:lang w:val="zxx"/>
        </w:rPr>
        <w:t>22.</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notFound</w:t>
      </w:r>
      <w:r>
        <w:rPr>
          <w:b w:val="false"/>
          <w:sz w:val="24"/>
        </w:rPr>
        <w:t xml:space="preserve">, </w:t>
      </w:r>
      <w:r>
        <w:rPr>
          <w:b w:val="false"/>
          <w:sz w:val="24"/>
          <w:lang w:val="zxx"/>
        </w:rPr>
        <w:t>snapshotExpired</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Чтение не включает ОУ, не запускает тест или полное хеширование, не резервирует ресурс и не поддерживает связь владельца. </w:t>
      </w:r>
      <w:r>
        <w:rPr>
          <w:b w:val="false"/>
          <w:sz w:val="24"/>
          <w:lang w:val="zxx"/>
        </w:rPr>
        <w:t>session.start</w:t>
      </w:r>
      <w:r>
        <w:rPr>
          <w:b w:val="false"/>
          <w:sz w:val="24"/>
        </w:rPr>
        <w:t xml:space="preserve"> повторно проверяет актуальные условия; старое </w:t>
      </w:r>
      <w:r>
        <w:rPr>
          <w:b w:val="false"/>
          <w:sz w:val="24"/>
          <w:lang w:val="zxx"/>
        </w:rPr>
        <w:t>ready</w:t>
      </w:r>
      <w:r>
        <w:rPr>
          <w:b w:val="false"/>
          <w:sz w:val="24"/>
        </w:rPr>
        <w:t xml:space="preserve"> не разрешает обход препятствий.</w:t>
      </w:r>
    </w:p>
    <w:p>
      <w:pPr>
        <w:pStyle w:val="2"/>
        <w:rPr/>
      </w:pPr>
      <w:r>
        <w:rPr>
          <w:sz w:val="24"/>
        </w:rPr>
        <w:t>А.21 content.describe - Прочитать манифест и доказательства проверки записи</w:t>
      </w:r>
    </w:p>
    <w:p>
      <w:pPr>
        <w:pStyle w:val="Normal"/>
        <w:jc w:val="start"/>
        <w:rPr/>
      </w:pPr>
      <w:r>
        <w:rPr>
          <w:b/>
          <w:sz w:val="24"/>
        </w:rPr>
        <w:t xml:space="preserve">Обязательность. </w:t>
      </w:r>
      <w:r>
        <w:rPr>
          <w:b w:val="false"/>
          <w:sz w:val="24"/>
        </w:rPr>
        <w:t xml:space="preserve">Обязательно при </w:t>
      </w:r>
      <w:r>
        <w:rPr>
          <w:b w:val="false"/>
          <w:sz w:val="24"/>
          <w:lang w:val="zxx"/>
        </w:rPr>
        <w:t>mode=recording</w:t>
      </w:r>
      <w:r>
        <w:rPr>
          <w:b w:val="false"/>
          <w:sz w:val="24"/>
        </w:rPr>
        <w:t xml:space="preserve"> или </w:t>
      </w:r>
      <w:r>
        <w:rPr>
          <w:b w:val="false"/>
          <w:sz w:val="24"/>
          <w:lang w:val="zxx"/>
        </w:rPr>
        <w:t>program</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Право чтения описаний контента в заданной области.</w:t>
      </w:r>
    </w:p>
    <w:p>
      <w:pPr>
        <w:pStyle w:val="Normal"/>
        <w:jc w:val="start"/>
        <w:rPr/>
      </w:pPr>
      <w:r>
        <w:rPr>
          <w:b/>
          <w:sz w:val="24"/>
        </w:rPr>
        <w:t xml:space="preserve">Запрос. </w:t>
      </w:r>
      <w:r>
        <w:rPr>
          <w:b w:val="false"/>
          <w:sz w:val="24"/>
          <w:lang w:val="zxx"/>
        </w:rPr>
        <w:t>selection</w:t>
      </w:r>
      <w:r>
        <w:rPr>
          <w:b w:val="false"/>
          <w:sz w:val="24"/>
        </w:rPr>
        <w:t xml:space="preserve"> </w:t>
      </w:r>
      <w:r>
        <w:rPr>
          <w:b w:val="false"/>
          <w:sz w:val="24"/>
          <w:lang w:val="zxx"/>
        </w:rPr>
        <w:t>contentId/</w:t>
      </w:r>
      <w:r>
        <w:rPr>
          <w:b w:val="false"/>
          <w:sz w:val="24"/>
        </w:rPr>
        <w:t>​</w:t>
      </w:r>
      <w:r>
        <w:rPr>
          <w:b w:val="false"/>
          <w:sz w:val="24"/>
          <w:lang w:val="zxx"/>
        </w:rPr>
        <w:t>revision</w:t>
      </w:r>
      <w:r>
        <w:rPr>
          <w:b w:val="false"/>
          <w:sz w:val="24"/>
        </w:rPr>
        <w:t xml:space="preserve"> либо </w:t>
      </w:r>
      <w:r>
        <w:rPr>
          <w:b w:val="false"/>
          <w:sz w:val="24"/>
          <w:lang w:val="zxx"/>
        </w:rPr>
        <w:t>snapshotId/</w:t>
      </w:r>
      <w:r>
        <w:rPr>
          <w:b w:val="false"/>
          <w:sz w:val="24"/>
        </w:rPr>
        <w:t>​</w:t>
      </w:r>
      <w:r>
        <w:rPr>
          <w:b w:val="false"/>
          <w:sz w:val="24"/>
          <w:lang w:val="zxx"/>
        </w:rPr>
        <w:t>cursor.</w:t>
      </w:r>
    </w:p>
    <w:p>
      <w:pPr>
        <w:pStyle w:val="Normal"/>
        <w:jc w:val="start"/>
        <w:rPr/>
      </w:pPr>
      <w:r>
        <w:rPr>
          <w:b/>
          <w:sz w:val="24"/>
        </w:rPr>
        <w:t xml:space="preserve">Ответ. </w:t>
      </w:r>
      <w:r>
        <w:rPr>
          <w:b w:val="false"/>
          <w:sz w:val="24"/>
          <w:lang w:val="zxx"/>
        </w:rPr>
        <w:t>contents</w:t>
      </w:r>
      <w:r>
        <w:rPr>
          <w:b w:val="false"/>
          <w:sz w:val="24"/>
        </w:rPr>
        <w:t xml:space="preserve"> с записями </w:t>
      </w:r>
      <w:r>
        <w:rPr>
          <w:b w:val="false"/>
          <w:sz w:val="24"/>
          <w:lang w:val="zxx"/>
        </w:rPr>
        <w:t>content</w:t>
      </w:r>
      <w:r>
        <w:rPr>
          <w:b w:val="false"/>
          <w:sz w:val="24"/>
        </w:rPr>
        <w:t xml:space="preserve"> и </w:t>
      </w:r>
      <w:r>
        <w:rPr>
          <w:b w:val="false"/>
          <w:sz w:val="24"/>
          <w:lang w:val="zxx"/>
        </w:rPr>
        <w:t>verification</w:t>
      </w:r>
      <w:r>
        <w:rPr>
          <w:b w:val="false"/>
          <w:sz w:val="24"/>
        </w:rPr>
        <w:t xml:space="preserve"> по разделу </w:t>
      </w:r>
      <w:r>
        <w:rPr>
          <w:b w:val="false"/>
          <w:sz w:val="24"/>
          <w:lang w:val="zxx"/>
        </w:rPr>
        <w:t>22.</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notFound</w:t>
      </w:r>
      <w:r>
        <w:rPr>
          <w:b w:val="false"/>
          <w:sz w:val="24"/>
        </w:rPr>
        <w:t xml:space="preserve">, </w:t>
      </w:r>
      <w:r>
        <w:rPr>
          <w:b w:val="false"/>
          <w:sz w:val="24"/>
          <w:lang w:val="zxx"/>
        </w:rPr>
        <w:t>snapshotExpired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Чтение не изменяет контент. </w:t>
      </w:r>
      <w:r>
        <w:rPr>
          <w:b w:val="false"/>
          <w:sz w:val="24"/>
          <w:lang w:val="zxx"/>
        </w:rPr>
        <w:t>verified</w:t>
      </w:r>
      <w:r>
        <w:rPr>
          <w:b w:val="false"/>
          <w:sz w:val="24"/>
        </w:rPr>
        <w:t xml:space="preserve"> </w:t>
      </w:r>
      <w:r>
        <w:rPr>
          <w:b w:val="false"/>
          <w:sz w:val="24"/>
          <w:lang w:val="zxx"/>
        </w:rPr>
        <w:t>ДОПУСКАЕТСЯ</w:t>
      </w:r>
      <w:r>
        <w:rPr>
          <w:b w:val="false"/>
          <w:sz w:val="24"/>
        </w:rPr>
        <w:t xml:space="preserve"> только при совпадении хеша доступных байтов с неизменным манифестом; </w:t>
      </w:r>
      <w:r>
        <w:rPr>
          <w:b w:val="false"/>
          <w:sz w:val="24"/>
          <w:lang w:val="zxx"/>
        </w:rPr>
        <w:t>unknown</w:t>
      </w:r>
      <w:r>
        <w:rPr>
          <w:b w:val="false"/>
          <w:sz w:val="24"/>
        </w:rPr>
        <w:t xml:space="preserve"> не содержит </w:t>
      </w:r>
      <w:r>
        <w:rPr>
          <w:b w:val="false"/>
          <w:sz w:val="24"/>
          <w:lang w:val="zxx"/>
        </w:rPr>
        <w:t>actualHash.</w:t>
      </w:r>
      <w:r>
        <w:rPr>
          <w:b w:val="false"/>
          <w:sz w:val="24"/>
        </w:rPr>
        <w:t xml:space="preserve"> </w:t>
      </w:r>
      <w:r>
        <w:rPr>
          <w:b w:val="false"/>
          <w:sz w:val="24"/>
          <w:lang w:val="zxx"/>
        </w:rPr>
        <w:t>session.start</w:t>
      </w:r>
      <w:r>
        <w:rPr>
          <w:b w:val="false"/>
          <w:sz w:val="24"/>
        </w:rPr>
        <w:t xml:space="preserve"> требует </w:t>
      </w:r>
      <w:r>
        <w:rPr>
          <w:b w:val="false"/>
          <w:sz w:val="24"/>
          <w:lang w:val="zxx"/>
        </w:rPr>
        <w:t>verified.</w:t>
      </w:r>
    </w:p>
    <w:p>
      <w:pPr>
        <w:pStyle w:val="2"/>
        <w:rPr/>
      </w:pPr>
      <w:r>
        <w:rPr>
          <w:sz w:val="24"/>
        </w:rPr>
        <w:t>А.22 device.describe - Идентификация изделия</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Аутентифицированный участник с правом чтения; владение </w:t>
      </w:r>
      <w:r>
        <w:rPr>
          <w:b w:val="false"/>
          <w:sz w:val="24"/>
          <w:lang w:val="zxx"/>
        </w:rPr>
        <w:t>НЕ ТРЕБУЕТСЯ</w:t>
      </w:r>
      <w:r>
        <w:rPr>
          <w:b w:val="false"/>
          <w:sz w:val="24"/>
        </w:rPr>
        <w:t>.</w:t>
      </w:r>
    </w:p>
    <w:p>
      <w:pPr>
        <w:pStyle w:val="Normal"/>
        <w:jc w:val="start"/>
        <w:rPr/>
      </w:pPr>
      <w:r>
        <w:rPr>
          <w:b/>
          <w:sz w:val="24"/>
        </w:rPr>
        <w:t xml:space="preserve">Запрос. </w:t>
      </w:r>
      <w:r>
        <w:rPr>
          <w:b w:val="false"/>
          <w:sz w:val="24"/>
        </w:rPr>
        <w:t xml:space="preserve">Без предметных параметров. Общие </w:t>
      </w:r>
      <w:r>
        <w:rPr>
          <w:b w:val="false"/>
          <w:sz w:val="24"/>
          <w:lang w:val="zxx"/>
        </w:rPr>
        <w:t>v</w:t>
      </w:r>
      <w:r>
        <w:rPr>
          <w:b w:val="false"/>
          <w:sz w:val="24"/>
        </w:rPr>
        <w:t xml:space="preserve">, </w:t>
      </w:r>
      <w:r>
        <w:rPr>
          <w:b w:val="false"/>
          <w:sz w:val="24"/>
          <w:lang w:val="zxx"/>
        </w:rPr>
        <w:t>profile</w:t>
      </w:r>
      <w:r>
        <w:rPr>
          <w:b w:val="false"/>
          <w:sz w:val="24"/>
        </w:rPr>
        <w:t xml:space="preserve"> и </w:t>
      </w:r>
      <w:r>
        <w:rPr>
          <w:b w:val="false"/>
          <w:sz w:val="24"/>
          <w:lang w:val="zxx"/>
        </w:rPr>
        <w:t>id</w:t>
      </w:r>
      <w:r>
        <w:rPr>
          <w:b w:val="false"/>
          <w:sz w:val="24"/>
        </w:rPr>
        <w:t xml:space="preserve"> обязательны; запрос выполняется после аутентификации.</w:t>
      </w:r>
    </w:p>
    <w:p>
      <w:pPr>
        <w:pStyle w:val="Normal"/>
        <w:jc w:val="start"/>
        <w:rPr/>
      </w:pPr>
      <w:r>
        <w:rPr>
          <w:b/>
          <w:sz w:val="24"/>
        </w:rPr>
        <w:t xml:space="preserve">Ответ. </w:t>
      </w:r>
      <w:r>
        <w:rPr>
          <w:b w:val="false"/>
          <w:sz w:val="24"/>
          <w:lang w:val="zxx"/>
        </w:rPr>
        <w:t>bootId</w:t>
      </w:r>
      <w:r>
        <w:rPr>
          <w:b w:val="false"/>
          <w:sz w:val="24"/>
        </w:rPr>
        <w:t xml:space="preserve"> в оболочке; </w:t>
      </w:r>
      <w:r>
        <w:rPr>
          <w:b w:val="false"/>
          <w:sz w:val="24"/>
          <w:lang w:val="zxx"/>
        </w:rPr>
        <w:t>device</w:t>
      </w:r>
      <w:r>
        <w:rPr>
          <w:b w:val="false"/>
          <w:sz w:val="24"/>
        </w:rPr>
        <w:t xml:space="preserve"> </w:t>
      </w:r>
      <w:r>
        <w:rPr>
          <w:b w:val="false"/>
          <w:sz w:val="24"/>
          <w:lang w:val="zxx"/>
        </w:rPr>
        <w:t>deviceId</w:t>
      </w:r>
      <w:r>
        <w:rPr>
          <w:b w:val="false"/>
          <w:sz w:val="24"/>
        </w:rPr>
        <w:t xml:space="preserve">, </w:t>
      </w:r>
      <w:r>
        <w:rPr>
          <w:b w:val="false"/>
          <w:sz w:val="24"/>
          <w:lang w:val="zxx"/>
        </w:rPr>
        <w:t>kind=vau|</w:t>
      </w:r>
      <w:r>
        <w:rPr>
          <w:b w:val="false"/>
          <w:sz w:val="24"/>
        </w:rPr>
        <w:t>​</w:t>
      </w:r>
      <w:r>
        <w:rPr>
          <w:b w:val="false"/>
          <w:sz w:val="24"/>
          <w:lang w:val="zxx"/>
        </w:rPr>
        <w:t>siren</w:t>
      </w:r>
      <w:r>
        <w:rPr>
          <w:b w:val="false"/>
          <w:sz w:val="24"/>
        </w:rPr>
        <w:t xml:space="preserve">, </w:t>
      </w:r>
      <w:r>
        <w:rPr>
          <w:b w:val="false"/>
          <w:sz w:val="24"/>
          <w:lang w:val="zxx"/>
        </w:rPr>
        <w:t>version</w:t>
      </w:r>
      <w:r>
        <w:rPr>
          <w:b w:val="false"/>
          <w:sz w:val="24"/>
        </w:rPr>
        <w:t xml:space="preserve">, </w:t>
      </w:r>
      <w:r>
        <w:rPr>
          <w:b w:val="false"/>
          <w:sz w:val="24"/>
          <w:lang w:val="zxx"/>
        </w:rPr>
        <w:t>uptimeMs</w:t>
      </w:r>
      <w:r>
        <w:rPr>
          <w:b w:val="false"/>
          <w:sz w:val="24"/>
        </w:rPr>
        <w:t xml:space="preserve">, </w:t>
      </w:r>
      <w:r>
        <w:rPr>
          <w:b w:val="false"/>
          <w:sz w:val="24"/>
          <w:lang w:val="zxx"/>
        </w:rPr>
        <w:t>securityPolicy=optional|</w:t>
      </w:r>
      <w:r>
        <w:rPr>
          <w:b w:val="false"/>
          <w:sz w:val="24"/>
        </w:rPr>
        <w:t>​</w:t>
      </w:r>
      <w:r>
        <w:rPr>
          <w:b w:val="false"/>
          <w:sz w:val="24"/>
          <w:lang w:val="zxx"/>
        </w:rPr>
        <w:t>secureOnly</w:t>
      </w:r>
      <w:r>
        <w:rPr>
          <w:b w:val="false"/>
          <w:sz w:val="24"/>
        </w:rPr>
        <w:t xml:space="preserve">; отдельный </w:t>
      </w:r>
      <w:r>
        <w:rPr>
          <w:b w:val="false"/>
          <w:sz w:val="24"/>
          <w:lang w:val="zxx"/>
        </w:rPr>
        <w:t>info</w:t>
      </w:r>
      <w:r>
        <w:rPr>
          <w:b w:val="false"/>
          <w:sz w:val="24"/>
        </w:rPr>
        <w:t xml:space="preserve"> </w:t>
      </w:r>
      <w:r>
        <w:rPr>
          <w:b w:val="false"/>
          <w:sz w:val="24"/>
          <w:lang w:val="zxx"/>
        </w:rPr>
        <w:t>protocolName=</w:t>
      </w:r>
      <w:r>
        <w:rPr>
          <w:b w:val="false"/>
          <w:sz w:val="24"/>
        </w:rPr>
        <w:t xml:space="preserve">Открытый протокол систем оповещения; </w:t>
      </w:r>
      <w:r>
        <w:rPr>
          <w:b w:val="false"/>
          <w:sz w:val="24"/>
          <w:lang w:val="zxx"/>
        </w:rPr>
        <w:t>manufacturer/</w:t>
      </w:r>
      <w:r>
        <w:rPr>
          <w:b w:val="false"/>
          <w:sz w:val="24"/>
        </w:rPr>
        <w:t>​</w:t>
      </w:r>
      <w:r>
        <w:rPr>
          <w:b w:val="false"/>
          <w:sz w:val="24"/>
          <w:lang w:val="zxx"/>
        </w:rPr>
        <w:t>softwareDeveloper</w:t>
      </w:r>
      <w:r>
        <w:rPr>
          <w:b w:val="false"/>
          <w:sz w:val="24"/>
        </w:rPr>
        <w:t xml:space="preserve"> необязательны и указывают фактических изготовителей. Профиль уже выбран через </w:t>
      </w:r>
      <w:r>
        <w:rPr>
          <w:b w:val="false"/>
          <w:sz w:val="24"/>
          <w:lang w:val="zxx"/>
        </w:rPr>
        <w:t>bootstrap.</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Не возвращает ключи, пароли и заводские секреты.</w:t>
      </w:r>
    </w:p>
    <w:p>
      <w:pPr>
        <w:pStyle w:val="2"/>
        <w:rPr/>
      </w:pPr>
      <w:r>
        <w:rPr>
          <w:sz w:val="24"/>
        </w:rPr>
        <w:t>А.23 device.capabilities - Возможности и пределы</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Читатель.</w:t>
      </w:r>
    </w:p>
    <w:p>
      <w:pPr>
        <w:pStyle w:val="Normal"/>
        <w:jc w:val="start"/>
        <w:rPr/>
      </w:pPr>
      <w:r>
        <w:rPr>
          <w:b/>
          <w:sz w:val="24"/>
        </w:rPr>
        <w:t xml:space="preserve">Запрос. </w:t>
      </w:r>
      <w:r>
        <w:rPr>
          <w:b w:val="false"/>
          <w:sz w:val="24"/>
        </w:rPr>
        <w:t xml:space="preserve">Без дочернего элемента для первой страницы; </w:t>
      </w:r>
      <w:r>
        <w:rPr>
          <w:b w:val="false"/>
          <w:sz w:val="24"/>
          <w:lang w:val="zxx"/>
        </w:rPr>
        <w:t>selection</w:t>
      </w:r>
      <w:r>
        <w:rPr>
          <w:b w:val="false"/>
          <w:sz w:val="24"/>
        </w:rPr>
        <w:t xml:space="preserve"> </w:t>
      </w:r>
      <w:r>
        <w:rPr>
          <w:b w:val="false"/>
          <w:sz w:val="24"/>
          <w:lang w:val="zxx"/>
        </w:rPr>
        <w:t>snapshotId/</w:t>
      </w:r>
      <w:r>
        <w:rPr>
          <w:b w:val="false"/>
          <w:sz w:val="24"/>
        </w:rPr>
        <w:t>​</w:t>
      </w:r>
      <w:r>
        <w:rPr>
          <w:b w:val="false"/>
          <w:sz w:val="24"/>
          <w:lang w:val="zxx"/>
        </w:rPr>
        <w:t>cursor</w:t>
      </w:r>
      <w:r>
        <w:rPr>
          <w:b w:val="false"/>
          <w:sz w:val="24"/>
        </w:rPr>
        <w:t xml:space="preserve"> для продолжения каталога возможностей УУ.</w:t>
      </w:r>
    </w:p>
    <w:p>
      <w:pPr>
        <w:pStyle w:val="Normal"/>
        <w:jc w:val="start"/>
        <w:rPr/>
      </w:pPr>
      <w:r>
        <w:rPr>
          <w:b/>
          <w:sz w:val="24"/>
        </w:rPr>
        <w:t xml:space="preserve">Ответ. </w:t>
      </w:r>
      <w:r>
        <w:rPr>
          <w:b w:val="false"/>
          <w:sz w:val="24"/>
          <w:lang w:val="zxx"/>
        </w:rPr>
        <w:t>capabilityRevision</w:t>
      </w:r>
      <w:r>
        <w:rPr>
          <w:b w:val="false"/>
          <w:sz w:val="24"/>
        </w:rPr>
        <w:t>, драйверы и привязки ОУ, поддержанные команды, режимы, ресурсные группы конфликтов, глубина доказательств, лимиты сообщений и опросов, виды собственных запросов УУ.</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snapshotExpired</w:t>
      </w:r>
      <w:r>
        <w:rPr>
          <w:b w:val="false"/>
          <w:sz w:val="24"/>
        </w:rPr>
        <w:t xml:space="preserve">, </w:t>
      </w:r>
      <w:r>
        <w:rPr>
          <w:b w:val="false"/>
          <w:sz w:val="24"/>
          <w:lang w:val="zxx"/>
        </w:rPr>
        <w:t>notFound</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Функция считается доступной только при явном объявлении для нужного ресурса.</w:t>
      </w:r>
    </w:p>
    <w:p>
      <w:pPr>
        <w:pStyle w:val="2"/>
        <w:rPr/>
      </w:pPr>
      <w:r>
        <w:rPr>
          <w:sz w:val="24"/>
        </w:rPr>
        <w:t>А.24 device.state - Согласованное текущее состояние</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Читатель.</w:t>
      </w:r>
    </w:p>
    <w:p>
      <w:pPr>
        <w:pStyle w:val="Normal"/>
        <w:jc w:val="start"/>
        <w:rPr/>
      </w:pPr>
      <w:r>
        <w:rPr>
          <w:b/>
          <w:sz w:val="24"/>
        </w:rPr>
        <w:t xml:space="preserve">Запрос. </w:t>
      </w:r>
      <w:r>
        <w:rPr>
          <w:b w:val="false"/>
          <w:sz w:val="24"/>
        </w:rPr>
        <w:t xml:space="preserve">Новый снимок: без дочернего элемента; при </w:t>
      </w:r>
      <w:r>
        <w:rPr>
          <w:b w:val="false"/>
          <w:sz w:val="24"/>
          <w:lang w:val="zxx"/>
        </w:rPr>
        <w:t>snapshotReplace=1</w:t>
      </w:r>
      <w:r>
        <w:rPr>
          <w:b w:val="false"/>
          <w:sz w:val="24"/>
        </w:rPr>
        <w:t xml:space="preserve"> допустим </w:t>
      </w:r>
      <w:r>
        <w:rPr>
          <w:b w:val="false"/>
          <w:sz w:val="24"/>
          <w:lang w:val="zxx"/>
        </w:rPr>
        <w:t>selection</w:t>
      </w:r>
      <w:r>
        <w:rPr>
          <w:b w:val="false"/>
          <w:sz w:val="24"/>
        </w:rPr>
        <w:t xml:space="preserve"> </w:t>
      </w:r>
      <w:r>
        <w:rPr>
          <w:b w:val="false"/>
          <w:sz w:val="24"/>
          <w:lang w:val="zxx"/>
        </w:rPr>
        <w:t>replaces</w:t>
      </w:r>
      <w:r>
        <w:rPr>
          <w:b w:val="false"/>
          <w:sz w:val="24"/>
        </w:rPr>
        <w:t xml:space="preserve"> по разделу </w:t>
      </w:r>
      <w:r>
        <w:rPr>
          <w:b w:val="false"/>
          <w:sz w:val="24"/>
          <w:lang w:val="zxx"/>
        </w:rPr>
        <w:t>21.</w:t>
      </w:r>
      <w:r>
        <w:rPr>
          <w:b w:val="false"/>
          <w:sz w:val="24"/>
        </w:rPr>
        <w:t xml:space="preserve"> Продолжение: </w:t>
      </w:r>
      <w:r>
        <w:rPr>
          <w:b w:val="false"/>
          <w:sz w:val="24"/>
          <w:lang w:val="zxx"/>
        </w:rPr>
        <w:t>selection</w:t>
      </w:r>
      <w:r>
        <w:rPr>
          <w:b w:val="false"/>
          <w:sz w:val="24"/>
        </w:rPr>
        <w:t xml:space="preserve"> </w:t>
      </w:r>
      <w:r>
        <w:rPr>
          <w:b w:val="false"/>
          <w:sz w:val="24"/>
          <w:lang w:val="zxx"/>
        </w:rPr>
        <w:t>snapshotId/</w:t>
      </w:r>
      <w:r>
        <w:rPr>
          <w:b w:val="false"/>
          <w:sz w:val="24"/>
        </w:rPr>
        <w:t>​</w:t>
      </w:r>
      <w:r>
        <w:rPr>
          <w:b w:val="false"/>
          <w:sz w:val="24"/>
          <w:lang w:val="zxx"/>
        </w:rPr>
        <w:t>cursor.</w:t>
      </w:r>
    </w:p>
    <w:p>
      <w:pPr>
        <w:pStyle w:val="Normal"/>
        <w:jc w:val="start"/>
        <w:rPr/>
      </w:pPr>
      <w:r>
        <w:rPr>
          <w:b/>
          <w:sz w:val="24"/>
        </w:rPr>
        <w:t xml:space="preserve">Ответ. </w:t>
      </w:r>
      <w:r>
        <w:rPr>
          <w:b w:val="false"/>
          <w:sz w:val="24"/>
          <w:lang w:val="zxx"/>
        </w:rPr>
        <w:t>bootId</w:t>
      </w:r>
      <w:r>
        <w:rPr>
          <w:b w:val="false"/>
          <w:sz w:val="24"/>
        </w:rPr>
        <w:t xml:space="preserve">, </w:t>
      </w:r>
      <w:r>
        <w:rPr>
          <w:b w:val="false"/>
          <w:sz w:val="24"/>
          <w:lang w:val="zxx"/>
        </w:rPr>
        <w:t>stateRevision</w:t>
      </w:r>
      <w:r>
        <w:rPr>
          <w:b w:val="false"/>
          <w:sz w:val="24"/>
        </w:rPr>
        <w:t xml:space="preserve">, </w:t>
      </w:r>
      <w:r>
        <w:rPr>
          <w:b w:val="false"/>
          <w:sz w:val="24"/>
          <w:lang w:val="zxx"/>
        </w:rPr>
        <w:t>eventSeq</w:t>
      </w:r>
      <w:r>
        <w:rPr>
          <w:b w:val="false"/>
          <w:sz w:val="24"/>
        </w:rPr>
        <w:t xml:space="preserve">; обязательные </w:t>
      </w:r>
      <w:r>
        <w:rPr>
          <w:b w:val="false"/>
          <w:sz w:val="24"/>
          <w:lang w:val="zxx"/>
        </w:rPr>
        <w:t>configuration</w:t>
      </w:r>
      <w:r>
        <w:rPr>
          <w:b w:val="false"/>
          <w:sz w:val="24"/>
        </w:rPr>
        <w:t xml:space="preserve"> с </w:t>
      </w:r>
      <w:r>
        <w:rPr>
          <w:b w:val="false"/>
          <w:sz w:val="24"/>
          <w:lang w:val="zxx"/>
        </w:rPr>
        <w:t>configRevision/</w:t>
      </w:r>
      <w:r>
        <w:rPr>
          <w:b w:val="false"/>
          <w:sz w:val="24"/>
        </w:rPr>
        <w:t>​</w:t>
      </w:r>
      <w:r>
        <w:rPr>
          <w:b w:val="false"/>
          <w:sz w:val="24"/>
          <w:lang w:val="zxx"/>
        </w:rPr>
        <w:t>appliedRevision/</w:t>
      </w:r>
      <w:r>
        <w:rPr>
          <w:b w:val="false"/>
          <w:sz w:val="24"/>
        </w:rPr>
        <w:t>​</w:t>
      </w:r>
      <w:r>
        <w:rPr>
          <w:b w:val="false"/>
          <w:sz w:val="24"/>
          <w:lang w:val="zxx"/>
        </w:rPr>
        <w:t>onControlLoss</w:t>
      </w:r>
      <w:r>
        <w:rPr>
          <w:b w:val="false"/>
          <w:sz w:val="24"/>
        </w:rPr>
        <w:t xml:space="preserve">, </w:t>
      </w:r>
      <w:r>
        <w:rPr>
          <w:b w:val="false"/>
          <w:sz w:val="24"/>
          <w:lang w:val="zxx"/>
        </w:rPr>
        <w:t>ownership/</w:t>
      </w:r>
      <w:r>
        <w:rPr>
          <w:b w:val="false"/>
          <w:sz w:val="24"/>
        </w:rPr>
        <w:t>​</w:t>
      </w:r>
      <w:r>
        <w:rPr>
          <w:b w:val="false"/>
          <w:sz w:val="24"/>
          <w:lang w:val="zxx"/>
        </w:rPr>
        <w:t>recovery</w:t>
      </w:r>
      <w:r>
        <w:rPr>
          <w:b w:val="false"/>
          <w:sz w:val="24"/>
        </w:rPr>
        <w:t xml:space="preserve">; </w:t>
      </w:r>
      <w:r>
        <w:rPr>
          <w:b w:val="false"/>
          <w:sz w:val="24"/>
          <w:lang w:val="zxx"/>
        </w:rPr>
        <w:t>resourceCount/</w:t>
      </w:r>
      <w:r>
        <w:rPr>
          <w:b w:val="false"/>
          <w:sz w:val="24"/>
        </w:rPr>
        <w:t>​</w:t>
      </w:r>
      <w:r>
        <w:rPr>
          <w:b w:val="false"/>
          <w:sz w:val="24"/>
          <w:lang w:val="zxx"/>
        </w:rPr>
        <w:t>alarmCount/</w:t>
      </w:r>
      <w:r>
        <w:rPr>
          <w:b w:val="false"/>
          <w:sz w:val="24"/>
        </w:rPr>
        <w:t>​</w:t>
      </w:r>
      <w:r>
        <w:rPr>
          <w:b w:val="false"/>
          <w:sz w:val="24"/>
          <w:lang w:val="zxx"/>
        </w:rPr>
        <w:t>sessionCount</w:t>
      </w:r>
      <w:r>
        <w:rPr>
          <w:b w:val="false"/>
          <w:sz w:val="24"/>
        </w:rPr>
        <w:t xml:space="preserve"> и страницы ресурсов, текущего сеанса, активных и неизвестных аварий.</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snapshotExpired</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Отсутствие активного сеанса не доказывает успешного окончания предыдущего.</w:t>
      </w:r>
    </w:p>
    <w:p>
      <w:pPr>
        <w:pStyle w:val="2"/>
        <w:rPr/>
      </w:pPr>
      <w:r>
        <w:rPr>
          <w:sz w:val="24"/>
        </w:rPr>
        <w:t>А.25 inventory.get - Каталог оборудования и точек</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Читатель.</w:t>
      </w:r>
    </w:p>
    <w:p>
      <w:pPr>
        <w:pStyle w:val="Normal"/>
        <w:jc w:val="start"/>
        <w:rPr/>
      </w:pPr>
      <w:r>
        <w:rPr>
          <w:b/>
          <w:sz w:val="24"/>
        </w:rPr>
        <w:t xml:space="preserve">Запрос. </w:t>
      </w:r>
      <w:r>
        <w:rPr>
          <w:b w:val="false"/>
          <w:sz w:val="24"/>
        </w:rPr>
        <w:t xml:space="preserve">Выборка по </w:t>
      </w:r>
      <w:r>
        <w:rPr>
          <w:b w:val="false"/>
          <w:sz w:val="24"/>
          <w:lang w:val="zxx"/>
        </w:rPr>
        <w:t>pointId</w:t>
      </w:r>
      <w:r>
        <w:rPr>
          <w:b w:val="false"/>
          <w:sz w:val="24"/>
        </w:rPr>
        <w:t xml:space="preserve">, </w:t>
      </w:r>
      <w:r>
        <w:rPr>
          <w:b w:val="false"/>
          <w:sz w:val="24"/>
          <w:lang w:val="zxx"/>
        </w:rPr>
        <w:t>resourceId</w:t>
      </w:r>
      <w:r>
        <w:rPr>
          <w:b w:val="false"/>
          <w:sz w:val="24"/>
        </w:rPr>
        <w:t xml:space="preserve"> или </w:t>
      </w:r>
      <w:r>
        <w:rPr>
          <w:b w:val="false"/>
          <w:sz w:val="24"/>
          <w:lang w:val="zxx"/>
        </w:rPr>
        <w:t>ouId</w:t>
      </w:r>
      <w:r>
        <w:rPr>
          <w:b w:val="false"/>
          <w:sz w:val="24"/>
        </w:rPr>
        <w:t xml:space="preserve">; </w:t>
      </w:r>
      <w:r>
        <w:rPr>
          <w:b w:val="false"/>
          <w:sz w:val="24"/>
          <w:lang w:val="zxx"/>
        </w:rPr>
        <w:t>cursor/</w:t>
      </w:r>
      <w:r>
        <w:rPr>
          <w:b w:val="false"/>
          <w:sz w:val="24"/>
        </w:rPr>
        <w:t>​</w:t>
      </w:r>
      <w:r>
        <w:rPr>
          <w:b w:val="false"/>
          <w:sz w:val="24"/>
          <w:lang w:val="zxx"/>
        </w:rPr>
        <w:t>snapshotId</w:t>
      </w:r>
      <w:r>
        <w:rPr>
          <w:b w:val="false"/>
          <w:sz w:val="24"/>
        </w:rPr>
        <w:t xml:space="preserve"> для продолжения.</w:t>
      </w:r>
    </w:p>
    <w:p>
      <w:pPr>
        <w:pStyle w:val="Normal"/>
        <w:jc w:val="start"/>
        <w:rPr/>
      </w:pPr>
      <w:r>
        <w:rPr>
          <w:b/>
          <w:sz w:val="24"/>
        </w:rPr>
        <w:t xml:space="preserve">Ответ. </w:t>
      </w:r>
      <w:r>
        <w:rPr>
          <w:b w:val="false"/>
          <w:sz w:val="24"/>
        </w:rPr>
        <w:t xml:space="preserve">Страницы самостоятельных записей </w:t>
      </w:r>
      <w:r>
        <w:rPr>
          <w:b w:val="false"/>
          <w:sz w:val="24"/>
          <w:lang w:val="zxx"/>
        </w:rPr>
        <w:t>point</w:t>
      </w:r>
      <w:r>
        <w:rPr>
          <w:b w:val="false"/>
          <w:sz w:val="24"/>
        </w:rPr>
        <w:t xml:space="preserve"> с </w:t>
      </w:r>
      <w:r>
        <w:rPr>
          <w:b w:val="false"/>
          <w:sz w:val="24"/>
          <w:lang w:val="zxx"/>
        </w:rPr>
        <w:t>id</w:t>
      </w:r>
      <w:r>
        <w:rPr>
          <w:b w:val="false"/>
          <w:sz w:val="24"/>
        </w:rPr>
        <w:t xml:space="preserve"> и </w:t>
      </w:r>
      <w:r>
        <w:rPr>
          <w:b w:val="false"/>
          <w:sz w:val="24"/>
          <w:lang w:val="zxx"/>
        </w:rPr>
        <w:t>facet=identity|</w:t>
      </w:r>
      <w:r>
        <w:rPr>
          <w:b w:val="false"/>
          <w:sz w:val="24"/>
        </w:rPr>
        <w:t>​</w:t>
      </w:r>
      <w:r>
        <w:rPr>
          <w:b w:val="false"/>
          <w:sz w:val="24"/>
          <w:lang w:val="zxx"/>
        </w:rPr>
        <w:t>meaning|</w:t>
      </w:r>
      <w:r>
        <w:rPr>
          <w:b w:val="false"/>
          <w:sz w:val="24"/>
        </w:rPr>
        <w:t>​</w:t>
      </w:r>
      <w:r>
        <w:rPr>
          <w:b w:val="false"/>
          <w:sz w:val="24"/>
          <w:lang w:val="zxx"/>
        </w:rPr>
        <w:t>source|</w:t>
      </w:r>
      <w:r>
        <w:rPr>
          <w:b w:val="false"/>
          <w:sz w:val="24"/>
        </w:rPr>
        <w:t>​</w:t>
      </w:r>
      <w:r>
        <w:rPr>
          <w:b w:val="false"/>
          <w:sz w:val="24"/>
          <w:lang w:val="zxx"/>
        </w:rPr>
        <w:t>acquisition</w:t>
      </w:r>
      <w:r>
        <w:rPr>
          <w:b w:val="false"/>
          <w:sz w:val="24"/>
        </w:rPr>
        <w:t xml:space="preserve">; </w:t>
      </w:r>
      <w:r>
        <w:rPr>
          <w:b w:val="false"/>
          <w:sz w:val="24"/>
          <w:lang w:val="zxx"/>
        </w:rPr>
        <w:t>enum</w:t>
      </w:r>
      <w:r>
        <w:rPr>
          <w:b w:val="false"/>
          <w:sz w:val="24"/>
        </w:rPr>
        <w:t xml:space="preserve"> </w:t>
      </w:r>
      <w:r>
        <w:rPr>
          <w:b w:val="false"/>
          <w:sz w:val="24"/>
          <w:lang w:val="zxx"/>
        </w:rPr>
        <w:t>pointId/</w:t>
      </w:r>
      <w:r>
        <w:rPr>
          <w:b w:val="false"/>
          <w:sz w:val="24"/>
        </w:rPr>
        <w:t>​</w:t>
      </w:r>
      <w:r>
        <w:rPr>
          <w:b w:val="false"/>
          <w:sz w:val="24"/>
          <w:lang w:val="zxx"/>
        </w:rPr>
        <w:t>code/</w:t>
      </w:r>
      <w:r>
        <w:rPr>
          <w:b w:val="false"/>
          <w:sz w:val="24"/>
        </w:rPr>
        <w:t>​</w:t>
      </w:r>
      <w:r>
        <w:rPr>
          <w:b w:val="false"/>
          <w:sz w:val="24"/>
          <w:lang w:val="zxx"/>
        </w:rPr>
        <w:t>label</w:t>
      </w:r>
      <w:r>
        <w:rPr>
          <w:b w:val="false"/>
          <w:sz w:val="24"/>
        </w:rPr>
        <w:t xml:space="preserve"> и </w:t>
      </w:r>
      <w:r>
        <w:rPr>
          <w:b w:val="false"/>
          <w:sz w:val="24"/>
          <w:lang w:val="zxx"/>
        </w:rPr>
        <w:t>threshold</w:t>
      </w:r>
      <w:r>
        <w:rPr>
          <w:b w:val="false"/>
          <w:sz w:val="24"/>
        </w:rPr>
        <w:t xml:space="preserve"> </w:t>
      </w:r>
      <w:r>
        <w:rPr>
          <w:b w:val="false"/>
          <w:sz w:val="24"/>
          <w:lang w:val="zxx"/>
        </w:rPr>
        <w:t>pointId/</w:t>
      </w:r>
      <w:r>
        <w:rPr>
          <w:b w:val="false"/>
          <w:sz w:val="24"/>
        </w:rPr>
        <w:t>​</w:t>
      </w:r>
      <w:r>
        <w:rPr>
          <w:b w:val="false"/>
          <w:sz w:val="24"/>
          <w:lang w:val="zxx"/>
        </w:rPr>
        <w:t>conditionId/</w:t>
      </w:r>
      <w:r>
        <w:rPr>
          <w:b w:val="false"/>
          <w:sz w:val="24"/>
        </w:rPr>
        <w:t>​</w:t>
      </w:r>
      <w:r>
        <w:rPr>
          <w:b w:val="false"/>
          <w:sz w:val="24"/>
          <w:lang w:val="zxx"/>
        </w:rPr>
        <w:t>operator/</w:t>
      </w:r>
      <w:r>
        <w:rPr>
          <w:b w:val="false"/>
          <w:sz w:val="24"/>
        </w:rPr>
        <w:t>​</w:t>
      </w:r>
      <w:r>
        <w:rPr>
          <w:b w:val="false"/>
          <w:sz w:val="24"/>
          <w:lang w:val="zxx"/>
        </w:rPr>
        <w:t>value/</w:t>
      </w:r>
      <w:r>
        <w:rPr>
          <w:b w:val="false"/>
          <w:sz w:val="24"/>
        </w:rPr>
        <w:t>​</w:t>
      </w:r>
      <w:r>
        <w:rPr>
          <w:b w:val="false"/>
          <w:sz w:val="24"/>
          <w:lang w:val="zxx"/>
        </w:rPr>
        <w:t>hysteresis/</w:t>
      </w:r>
      <w:r>
        <w:rPr>
          <w:b w:val="false"/>
          <w:sz w:val="24"/>
        </w:rPr>
        <w:t>​</w:t>
      </w:r>
      <w:r>
        <w:rPr>
          <w:b w:val="false"/>
          <w:sz w:val="24"/>
          <w:lang w:val="zxx"/>
        </w:rPr>
        <w:t>severity</w:t>
      </w:r>
      <w:r>
        <w:rPr>
          <w:b w:val="false"/>
          <w:sz w:val="24"/>
        </w:rPr>
        <w:t xml:space="preserve"> отдельными записями. Иерархия, типы, единицы, </w:t>
      </w:r>
      <w:r>
        <w:rPr>
          <w:b w:val="false"/>
          <w:sz w:val="24"/>
          <w:lang w:val="zxx"/>
        </w:rPr>
        <w:t>presence</w:t>
      </w:r>
      <w:r>
        <w:rPr>
          <w:b w:val="false"/>
          <w:sz w:val="24"/>
        </w:rPr>
        <w:t xml:space="preserve">, </w:t>
      </w:r>
      <w:r>
        <w:rPr>
          <w:b w:val="false"/>
          <w:sz w:val="24"/>
          <w:lang w:val="zxx"/>
        </w:rPr>
        <w:t>support</w:t>
      </w:r>
      <w:r>
        <w:rPr>
          <w:b w:val="false"/>
          <w:sz w:val="24"/>
        </w:rPr>
        <w:t xml:space="preserve">, </w:t>
      </w:r>
      <w:r>
        <w:rPr>
          <w:b w:val="false"/>
          <w:sz w:val="24"/>
          <w:lang w:val="zxx"/>
        </w:rPr>
        <w:t>readMethod</w:t>
      </w:r>
      <w:r>
        <w:rPr>
          <w:b w:val="false"/>
          <w:sz w:val="24"/>
        </w:rPr>
        <w:t xml:space="preserve">, источник; </w:t>
      </w:r>
      <w:r>
        <w:rPr>
          <w:b w:val="false"/>
          <w:sz w:val="24"/>
          <w:lang w:val="zxx"/>
        </w:rPr>
        <w:t>capabilityRevision</w:t>
      </w:r>
      <w:r>
        <w:rPr>
          <w:b w:val="false"/>
          <w:sz w:val="24"/>
        </w:rPr>
        <w:t xml:space="preserve"> и </w:t>
      </w:r>
      <w:r>
        <w:rPr>
          <w:b w:val="false"/>
          <w:sz w:val="24"/>
          <w:lang w:val="zxx"/>
        </w:rPr>
        <w:t>bindingGeneration</w:t>
      </w:r>
      <w:r>
        <w:rPr>
          <w:b w:val="false"/>
          <w:sz w:val="24"/>
        </w:rPr>
        <w:t xml:space="preserve"> в контексте снимка.</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notFound</w:t>
      </w:r>
      <w:r>
        <w:rPr>
          <w:b w:val="false"/>
          <w:sz w:val="24"/>
        </w:rPr>
        <w:t xml:space="preserve">, </w:t>
      </w:r>
      <w:r>
        <w:rPr>
          <w:b w:val="false"/>
          <w:sz w:val="24"/>
          <w:lang w:val="zxx"/>
        </w:rPr>
        <w:t>snapshotExpired</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Отсутствующая точка и неподдерживаемая точка различаются.</w:t>
      </w:r>
    </w:p>
    <w:p>
      <w:pPr>
        <w:pStyle w:val="2"/>
        <w:rPr/>
      </w:pPr>
      <w:r>
        <w:rPr>
          <w:sz w:val="24"/>
        </w:rPr>
        <w:t>А.26 sensors.read - Показания без воздействия</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Читатель.</w:t>
      </w:r>
    </w:p>
    <w:p>
      <w:pPr>
        <w:pStyle w:val="Normal"/>
        <w:jc w:val="start"/>
        <w:rPr/>
      </w:pPr>
      <w:r>
        <w:rPr>
          <w:b/>
          <w:sz w:val="24"/>
        </w:rPr>
        <w:t xml:space="preserve">Запрос. </w:t>
      </w:r>
      <w:r>
        <w:rPr>
          <w:b w:val="false"/>
          <w:sz w:val="24"/>
          <w:lang w:val="zxx"/>
        </w:rPr>
        <w:t>selection</w:t>
      </w:r>
      <w:r>
        <w:rPr>
          <w:b w:val="false"/>
          <w:sz w:val="24"/>
        </w:rPr>
        <w:t xml:space="preserve"> с </w:t>
      </w:r>
      <w:r>
        <w:rPr>
          <w:b w:val="false"/>
          <w:sz w:val="24"/>
          <w:lang w:val="zxx"/>
        </w:rPr>
        <w:t>1-</w:t>
      </w:r>
      <w:r>
        <w:rPr>
          <w:b w:val="false"/>
          <w:sz w:val="24"/>
        </w:rPr>
        <w:t>⁠</w:t>
      </w:r>
      <w:r>
        <w:rPr>
          <w:b w:val="false"/>
          <w:sz w:val="24"/>
          <w:lang w:val="zxx"/>
        </w:rPr>
        <w:t>8</w:t>
      </w:r>
      <w:r>
        <w:rPr>
          <w:b w:val="false"/>
          <w:sz w:val="24"/>
        </w:rPr>
        <w:t xml:space="preserve"> </w:t>
      </w:r>
      <w:r>
        <w:rPr>
          <w:b w:val="false"/>
          <w:sz w:val="24"/>
          <w:lang w:val="zxx"/>
        </w:rPr>
        <w:t>point</w:t>
      </w:r>
      <w:r>
        <w:rPr>
          <w:b w:val="false"/>
          <w:sz w:val="24"/>
        </w:rPr>
        <w:t xml:space="preserve"> </w:t>
      </w:r>
      <w:r>
        <w:rPr>
          <w:b w:val="false"/>
          <w:sz w:val="24"/>
          <w:lang w:val="zxx"/>
        </w:rPr>
        <w:t>id</w:t>
      </w:r>
      <w:r>
        <w:rPr>
          <w:b w:val="false"/>
          <w:sz w:val="24"/>
        </w:rPr>
        <w:t xml:space="preserve">, без повторов; при </w:t>
      </w:r>
      <w:r>
        <w:rPr>
          <w:b w:val="false"/>
          <w:sz w:val="24"/>
          <w:lang w:val="zxx"/>
        </w:rPr>
        <w:t>snapshotReplace=1</w:t>
      </w:r>
      <w:r>
        <w:rPr>
          <w:b w:val="false"/>
          <w:sz w:val="24"/>
        </w:rPr>
        <w:t xml:space="preserve"> допустим </w:t>
      </w:r>
      <w:r>
        <w:rPr>
          <w:b w:val="false"/>
          <w:sz w:val="24"/>
          <w:lang w:val="zxx"/>
        </w:rPr>
        <w:t>replaces</w:t>
      </w:r>
      <w:r>
        <w:rPr>
          <w:b w:val="false"/>
          <w:sz w:val="24"/>
        </w:rPr>
        <w:t xml:space="preserve"> по разделу </w:t>
      </w:r>
      <w:r>
        <w:rPr>
          <w:b w:val="false"/>
          <w:sz w:val="24"/>
          <w:lang w:val="zxx"/>
        </w:rPr>
        <w:t>21.</w:t>
      </w:r>
      <w:r>
        <w:rPr>
          <w:b w:val="false"/>
          <w:sz w:val="24"/>
        </w:rPr>
        <w:t xml:space="preserve"> Продолжение содержит тот же набор и пару </w:t>
      </w:r>
      <w:r>
        <w:rPr>
          <w:b w:val="false"/>
          <w:sz w:val="24"/>
          <w:lang w:val="zxx"/>
        </w:rPr>
        <w:t>snapshotId/</w:t>
      </w:r>
      <w:r>
        <w:rPr>
          <w:b w:val="false"/>
          <w:sz w:val="24"/>
        </w:rPr>
        <w:t>​</w:t>
      </w:r>
      <w:r>
        <w:rPr>
          <w:b w:val="false"/>
          <w:sz w:val="24"/>
          <w:lang w:val="zxx"/>
        </w:rPr>
        <w:t>cursor</w:t>
      </w:r>
      <w:r>
        <w:rPr>
          <w:b w:val="false"/>
          <w:sz w:val="24"/>
        </w:rPr>
        <w:t xml:space="preserve">, без </w:t>
      </w:r>
      <w:r>
        <w:rPr>
          <w:b w:val="false"/>
          <w:sz w:val="24"/>
          <w:lang w:val="zxx"/>
        </w:rPr>
        <w:t>replaces.</w:t>
      </w:r>
    </w:p>
    <w:p>
      <w:pPr>
        <w:pStyle w:val="Normal"/>
        <w:jc w:val="start"/>
        <w:rPr/>
      </w:pPr>
      <w:r>
        <w:rPr>
          <w:b/>
          <w:sz w:val="24"/>
        </w:rPr>
        <w:t xml:space="preserve">Ответ. </w:t>
      </w:r>
      <w:r>
        <w:rPr>
          <w:b w:val="false"/>
          <w:sz w:val="24"/>
        </w:rPr>
        <w:t xml:space="preserve">Значения вместе с </w:t>
      </w:r>
      <w:r>
        <w:rPr>
          <w:b w:val="false"/>
          <w:sz w:val="24"/>
          <w:lang w:val="zxx"/>
        </w:rPr>
        <w:t>validity</w:t>
      </w:r>
      <w:r>
        <w:rPr>
          <w:b w:val="false"/>
          <w:sz w:val="24"/>
        </w:rPr>
        <w:t xml:space="preserve">, </w:t>
      </w:r>
      <w:r>
        <w:rPr>
          <w:b w:val="false"/>
          <w:sz w:val="24"/>
          <w:lang w:val="zxx"/>
        </w:rPr>
        <w:t>freshness</w:t>
      </w:r>
      <w:r>
        <w:rPr>
          <w:b w:val="false"/>
          <w:sz w:val="24"/>
        </w:rPr>
        <w:t xml:space="preserve">, </w:t>
      </w:r>
      <w:r>
        <w:rPr>
          <w:b w:val="false"/>
          <w:sz w:val="24"/>
          <w:lang w:val="zxx"/>
        </w:rPr>
        <w:t>reason</w:t>
      </w:r>
      <w:r>
        <w:rPr>
          <w:b w:val="false"/>
          <w:sz w:val="24"/>
        </w:rPr>
        <w:t xml:space="preserve">, </w:t>
      </w:r>
      <w:r>
        <w:rPr>
          <w:b w:val="false"/>
          <w:sz w:val="24"/>
          <w:lang w:val="zxx"/>
        </w:rPr>
        <w:t>sourceId</w:t>
      </w:r>
      <w:r>
        <w:rPr>
          <w:b w:val="false"/>
          <w:sz w:val="24"/>
        </w:rPr>
        <w:t xml:space="preserve">, </w:t>
      </w:r>
      <w:r>
        <w:rPr>
          <w:b w:val="false"/>
          <w:sz w:val="24"/>
          <w:lang w:val="zxx"/>
        </w:rPr>
        <w:t>sampleSeq</w:t>
      </w:r>
      <w:r>
        <w:rPr>
          <w:b w:val="false"/>
          <w:sz w:val="24"/>
        </w:rPr>
        <w:t xml:space="preserve"> и временем наблюдения; метаданные снимка.</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notFound</w:t>
      </w:r>
      <w:r>
        <w:rPr>
          <w:b w:val="false"/>
          <w:sz w:val="24"/>
        </w:rPr>
        <w:t xml:space="preserve">, </w:t>
      </w:r>
      <w:r>
        <w:rPr>
          <w:b w:val="false"/>
          <w:sz w:val="24"/>
          <w:lang w:val="zxx"/>
        </w:rPr>
        <w:t>snapshotExpired</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Кеш не освежается фактом чтения; физический тест не запускается.</w:t>
      </w:r>
    </w:p>
    <w:p>
      <w:pPr>
        <w:pStyle w:val="2"/>
        <w:rPr/>
      </w:pPr>
      <w:r>
        <w:rPr>
          <w:sz w:val="24"/>
        </w:rPr>
        <w:t>А.27 diagnostics.read - Инженерная диагностика</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Право диагностики; обычное чтение может иметь меньшую детализацию.</w:t>
      </w:r>
    </w:p>
    <w:p>
      <w:pPr>
        <w:pStyle w:val="Normal"/>
        <w:jc w:val="start"/>
        <w:rPr/>
      </w:pPr>
      <w:r>
        <w:rPr>
          <w:b/>
          <w:sz w:val="24"/>
        </w:rPr>
        <w:t xml:space="preserve">Запрос. </w:t>
      </w:r>
      <w:r>
        <w:rPr>
          <w:b w:val="false"/>
          <w:sz w:val="24"/>
          <w:lang w:val="zxx"/>
        </w:rPr>
        <w:t>selection</w:t>
      </w:r>
      <w:r>
        <w:rPr>
          <w:b w:val="false"/>
          <w:sz w:val="24"/>
        </w:rPr>
        <w:t xml:space="preserve"> </w:t>
      </w:r>
      <w:r>
        <w:rPr>
          <w:b w:val="false"/>
          <w:sz w:val="24"/>
          <w:lang w:val="zxx"/>
        </w:rPr>
        <w:t>scope=controller|</w:t>
      </w:r>
      <w:r>
        <w:rPr>
          <w:b w:val="false"/>
          <w:sz w:val="24"/>
        </w:rPr>
        <w:t>​</w:t>
      </w:r>
      <w:r>
        <w:rPr>
          <w:b w:val="false"/>
          <w:sz w:val="24"/>
          <w:lang w:val="zxx"/>
        </w:rPr>
        <w:t>ethernet|</w:t>
      </w:r>
      <w:r>
        <w:rPr>
          <w:b w:val="false"/>
          <w:sz w:val="24"/>
        </w:rPr>
        <w:t>​</w:t>
      </w:r>
      <w:r>
        <w:rPr>
          <w:b w:val="false"/>
          <w:sz w:val="24"/>
          <w:lang w:val="zxx"/>
        </w:rPr>
        <w:t>control|</w:t>
      </w:r>
      <w:r>
        <w:rPr>
          <w:b w:val="false"/>
          <w:sz w:val="24"/>
        </w:rPr>
        <w:t>​</w:t>
      </w:r>
      <w:r>
        <w:rPr>
          <w:b w:val="false"/>
          <w:sz w:val="24"/>
          <w:lang w:val="zxx"/>
        </w:rPr>
        <w:t>ouInterface|</w:t>
      </w:r>
      <w:r>
        <w:rPr>
          <w:b w:val="false"/>
          <w:sz w:val="24"/>
        </w:rPr>
        <w:t>​</w:t>
      </w:r>
      <w:r>
        <w:rPr>
          <w:b w:val="false"/>
          <w:sz w:val="24"/>
          <w:lang w:val="zxx"/>
        </w:rPr>
        <w:t>media</w:t>
      </w:r>
      <w:r>
        <w:rPr>
          <w:b w:val="false"/>
          <w:sz w:val="24"/>
        </w:rPr>
        <w:t xml:space="preserve"> либо </w:t>
      </w:r>
      <w:r>
        <w:rPr>
          <w:b w:val="false"/>
          <w:sz w:val="24"/>
          <w:lang w:val="zxx"/>
        </w:rPr>
        <w:t>snapshotId/</w:t>
      </w:r>
      <w:r>
        <w:rPr>
          <w:b w:val="false"/>
          <w:sz w:val="24"/>
        </w:rPr>
        <w:t>​</w:t>
      </w:r>
      <w:r>
        <w:rPr>
          <w:b w:val="false"/>
          <w:sz w:val="24"/>
          <w:lang w:val="zxx"/>
        </w:rPr>
        <w:t>cursor.</w:t>
      </w:r>
    </w:p>
    <w:p>
      <w:pPr>
        <w:pStyle w:val="Normal"/>
        <w:jc w:val="start"/>
        <w:rPr/>
      </w:pPr>
      <w:r>
        <w:rPr>
          <w:b/>
          <w:sz w:val="24"/>
        </w:rPr>
        <w:t xml:space="preserve">Ответ. </w:t>
      </w:r>
      <w:r>
        <w:rPr>
          <w:b w:val="false"/>
          <w:sz w:val="24"/>
          <w:lang w:val="zxx"/>
        </w:rPr>
        <w:t>diagnostics</w:t>
      </w:r>
      <w:r>
        <w:rPr>
          <w:b w:val="false"/>
          <w:sz w:val="24"/>
        </w:rPr>
        <w:t xml:space="preserve"> </w:t>
      </w:r>
      <w:r>
        <w:rPr>
          <w:b w:val="false"/>
          <w:sz w:val="24"/>
          <w:lang w:val="zxx"/>
        </w:rPr>
        <w:t>snapshotId/</w:t>
      </w:r>
      <w:r>
        <w:rPr>
          <w:b w:val="false"/>
          <w:sz w:val="24"/>
        </w:rPr>
        <w:t>​</w:t>
      </w:r>
      <w:r>
        <w:rPr>
          <w:b w:val="false"/>
          <w:sz w:val="24"/>
          <w:lang w:val="zxx"/>
        </w:rPr>
        <w:t>uptimeMs/</w:t>
      </w:r>
      <w:r>
        <w:rPr>
          <w:b w:val="false"/>
          <w:sz w:val="24"/>
        </w:rPr>
        <w:t>​</w:t>
      </w:r>
      <w:r>
        <w:rPr>
          <w:b w:val="false"/>
          <w:sz w:val="24"/>
          <w:lang w:val="zxx"/>
        </w:rPr>
        <w:t>more/</w:t>
      </w:r>
      <w:r>
        <w:rPr>
          <w:b w:val="false"/>
          <w:sz w:val="24"/>
        </w:rPr>
        <w:t>​</w:t>
      </w:r>
      <w:r>
        <w:rPr>
          <w:b w:val="false"/>
          <w:sz w:val="24"/>
          <w:lang w:val="zxx"/>
        </w:rPr>
        <w:t>cursor</w:t>
      </w:r>
      <w:r>
        <w:rPr>
          <w:b w:val="false"/>
          <w:sz w:val="24"/>
        </w:rPr>
        <w:t xml:space="preserve"> и </w:t>
      </w:r>
      <w:r>
        <w:rPr>
          <w:b w:val="false"/>
          <w:sz w:val="24"/>
          <w:lang w:val="zxx"/>
        </w:rPr>
        <w:t>metric</w:t>
      </w:r>
      <w:r>
        <w:rPr>
          <w:b w:val="false"/>
          <w:sz w:val="24"/>
        </w:rPr>
        <w:t xml:space="preserve"> </w:t>
      </w:r>
      <w:r>
        <w:rPr>
          <w:b w:val="false"/>
          <w:sz w:val="24"/>
          <w:lang w:val="zxx"/>
        </w:rPr>
        <w:t>name/</w:t>
      </w:r>
      <w:r>
        <w:rPr>
          <w:b w:val="false"/>
          <w:sz w:val="24"/>
        </w:rPr>
        <w:t>​</w:t>
      </w:r>
      <w:r>
        <w:rPr>
          <w:b w:val="false"/>
          <w:sz w:val="24"/>
          <w:lang w:val="zxx"/>
        </w:rPr>
        <w:t>type/</w:t>
      </w:r>
      <w:r>
        <w:rPr>
          <w:b w:val="false"/>
          <w:sz w:val="24"/>
        </w:rPr>
        <w:t>​</w:t>
      </w:r>
      <w:r>
        <w:rPr>
          <w:b w:val="false"/>
          <w:sz w:val="24"/>
          <w:lang w:val="zxx"/>
        </w:rPr>
        <w:t>value/</w:t>
      </w:r>
      <w:r>
        <w:rPr>
          <w:b w:val="false"/>
          <w:sz w:val="24"/>
        </w:rPr>
        <w:t>​</w:t>
      </w:r>
      <w:r>
        <w:rPr>
          <w:b w:val="false"/>
          <w:sz w:val="24"/>
          <w:lang w:val="zxx"/>
        </w:rPr>
        <w:t>unit</w:t>
      </w:r>
      <w:r>
        <w:rPr>
          <w:b w:val="false"/>
          <w:sz w:val="24"/>
        </w:rPr>
        <w:t xml:space="preserve"> по разделу </w:t>
      </w:r>
      <w:r>
        <w:rPr>
          <w:b w:val="false"/>
          <w:sz w:val="24"/>
          <w:lang w:val="zxx"/>
        </w:rPr>
        <w:t>13.</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snapshotExpired</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Не сбрасывает счетчики, не перезагружает интерфейс и не меняет выходы.</w:t>
      </w:r>
    </w:p>
    <w:p>
      <w:pPr>
        <w:pStyle w:val="2"/>
        <w:rPr/>
      </w:pPr>
      <w:r>
        <w:rPr>
          <w:sz w:val="24"/>
        </w:rPr>
        <w:t>А.28 tests.list - Профили опросов и функциональных проверок</w:t>
      </w:r>
    </w:p>
    <w:p>
      <w:pPr>
        <w:pStyle w:val="Normal"/>
        <w:jc w:val="start"/>
        <w:rPr/>
      </w:pPr>
      <w:r>
        <w:rPr>
          <w:b/>
          <w:sz w:val="24"/>
        </w:rPr>
        <w:t xml:space="preserve">Обязательность. </w:t>
      </w:r>
      <w:r>
        <w:rPr>
          <w:b w:val="false"/>
          <w:sz w:val="24"/>
        </w:rPr>
        <w:t xml:space="preserve">Обязательно при </w:t>
      </w:r>
      <w:r>
        <w:rPr>
          <w:b w:val="false"/>
          <w:sz w:val="24"/>
          <w:lang w:val="zxx"/>
        </w:rPr>
        <w:t>mode=test</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Читатель.</w:t>
      </w:r>
    </w:p>
    <w:p>
      <w:pPr>
        <w:pStyle w:val="Normal"/>
        <w:jc w:val="start"/>
        <w:rPr/>
      </w:pPr>
      <w:r>
        <w:rPr>
          <w:b/>
          <w:sz w:val="24"/>
        </w:rPr>
        <w:t xml:space="preserve">Запрос. </w:t>
      </w:r>
      <w:r>
        <w:rPr>
          <w:b w:val="false"/>
          <w:sz w:val="24"/>
          <w:lang w:val="zxx"/>
        </w:rPr>
        <w:t>selection</w:t>
      </w:r>
      <w:r>
        <w:rPr>
          <w:b w:val="false"/>
          <w:sz w:val="24"/>
        </w:rPr>
        <w:t xml:space="preserve"> с необязательным </w:t>
      </w:r>
      <w:r>
        <w:rPr>
          <w:b w:val="false"/>
          <w:sz w:val="24"/>
          <w:lang w:val="zxx"/>
        </w:rPr>
        <w:t>testId</w:t>
      </w:r>
      <w:r>
        <w:rPr>
          <w:b w:val="false"/>
          <w:sz w:val="24"/>
        </w:rPr>
        <w:t xml:space="preserve"> либо </w:t>
      </w:r>
      <w:r>
        <w:rPr>
          <w:b w:val="false"/>
          <w:sz w:val="24"/>
          <w:lang w:val="zxx"/>
        </w:rPr>
        <w:t>snapshotId/</w:t>
      </w:r>
      <w:r>
        <w:rPr>
          <w:b w:val="false"/>
          <w:sz w:val="24"/>
        </w:rPr>
        <w:t>​</w:t>
      </w:r>
      <w:r>
        <w:rPr>
          <w:b w:val="false"/>
          <w:sz w:val="24"/>
          <w:lang w:val="zxx"/>
        </w:rPr>
        <w:t>cursor.</w:t>
      </w:r>
    </w:p>
    <w:p>
      <w:pPr>
        <w:pStyle w:val="Normal"/>
        <w:jc w:val="start"/>
        <w:rPr/>
      </w:pPr>
      <w:r>
        <w:rPr>
          <w:b/>
          <w:sz w:val="24"/>
        </w:rPr>
        <w:t xml:space="preserve">Ответ. </w:t>
      </w:r>
      <w:r>
        <w:rPr>
          <w:b w:val="false"/>
          <w:sz w:val="24"/>
          <w:lang w:val="zxx"/>
        </w:rPr>
        <w:t>tests</w:t>
      </w:r>
      <w:r>
        <w:rPr>
          <w:b w:val="false"/>
          <w:sz w:val="24"/>
        </w:rPr>
        <w:t xml:space="preserve"> </w:t>
      </w:r>
      <w:r>
        <w:rPr>
          <w:b w:val="false"/>
          <w:sz w:val="24"/>
          <w:lang w:val="zxx"/>
        </w:rPr>
        <w:t>snapshotId/</w:t>
      </w:r>
      <w:r>
        <w:rPr>
          <w:b w:val="false"/>
          <w:sz w:val="24"/>
        </w:rPr>
        <w:t>​</w:t>
      </w:r>
      <w:r>
        <w:rPr>
          <w:b w:val="false"/>
          <w:sz w:val="24"/>
          <w:lang w:val="zxx"/>
        </w:rPr>
        <w:t>capabilityRevision/</w:t>
      </w:r>
      <w:r>
        <w:rPr>
          <w:b w:val="false"/>
          <w:sz w:val="24"/>
        </w:rPr>
        <w:t>​</w:t>
      </w:r>
      <w:r>
        <w:rPr>
          <w:b w:val="false"/>
          <w:sz w:val="24"/>
          <w:lang w:val="zxx"/>
        </w:rPr>
        <w:t>more/</w:t>
      </w:r>
      <w:r>
        <w:rPr>
          <w:b w:val="false"/>
          <w:sz w:val="24"/>
        </w:rPr>
        <w:t>​</w:t>
      </w:r>
      <w:r>
        <w:rPr>
          <w:b w:val="false"/>
          <w:sz w:val="24"/>
          <w:lang w:val="zxx"/>
        </w:rPr>
        <w:t>cursor</w:t>
      </w:r>
      <w:r>
        <w:rPr>
          <w:b w:val="false"/>
          <w:sz w:val="24"/>
        </w:rPr>
        <w:t xml:space="preserve">; </w:t>
      </w:r>
      <w:r>
        <w:rPr>
          <w:b w:val="false"/>
          <w:sz w:val="24"/>
          <w:lang w:val="zxx"/>
        </w:rPr>
        <w:t>test</w:t>
      </w:r>
      <w:r>
        <w:rPr>
          <w:b w:val="false"/>
          <w:sz w:val="24"/>
        </w:rPr>
        <w:t xml:space="preserve">, </w:t>
      </w:r>
      <w:r>
        <w:rPr>
          <w:b w:val="false"/>
          <w:sz w:val="24"/>
          <w:lang w:val="zxx"/>
        </w:rPr>
        <w:t>check</w:t>
      </w:r>
      <w:r>
        <w:rPr>
          <w:b w:val="false"/>
          <w:sz w:val="24"/>
        </w:rPr>
        <w:t xml:space="preserve"> и </w:t>
      </w:r>
      <w:r>
        <w:rPr>
          <w:b w:val="false"/>
          <w:sz w:val="24"/>
          <w:lang w:val="zxx"/>
        </w:rPr>
        <w:t>observation</w:t>
      </w:r>
      <w:r>
        <w:rPr>
          <w:b w:val="false"/>
          <w:sz w:val="24"/>
        </w:rPr>
        <w:t xml:space="preserve"> по разделу </w:t>
      </w:r>
      <w:r>
        <w:rPr>
          <w:b w:val="false"/>
          <w:sz w:val="24"/>
          <w:lang w:val="zxx"/>
        </w:rPr>
        <w:t>12.</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notFound</w:t>
      </w:r>
      <w:r>
        <w:rPr>
          <w:b w:val="false"/>
          <w:sz w:val="24"/>
        </w:rPr>
        <w:t xml:space="preserve">, </w:t>
      </w:r>
      <w:r>
        <w:rPr>
          <w:b w:val="false"/>
          <w:sz w:val="24"/>
          <w:lang w:val="zxx"/>
        </w:rPr>
        <w:t>snapshotExpired</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Перечень не запускает проверку. Выполнение: </w:t>
      </w:r>
      <w:r>
        <w:rPr>
          <w:b w:val="false"/>
          <w:sz w:val="24"/>
          <w:lang w:val="zxx"/>
        </w:rPr>
        <w:t>session.start</w:t>
      </w:r>
      <w:r>
        <w:rPr>
          <w:b w:val="false"/>
          <w:sz w:val="24"/>
        </w:rPr>
        <w:t xml:space="preserve"> с </w:t>
      </w:r>
      <w:r>
        <w:rPr>
          <w:b w:val="false"/>
          <w:sz w:val="24"/>
          <w:lang w:val="zxx"/>
        </w:rPr>
        <w:t>mode=test.</w:t>
      </w:r>
      <w:r>
        <w:rPr>
          <w:b w:val="false"/>
          <w:sz w:val="24"/>
        </w:rPr>
        <w:t xml:space="preserve"> Формат </w:t>
      </w:r>
      <w:r>
        <w:rPr>
          <w:b w:val="false"/>
          <w:sz w:val="24"/>
          <w:lang w:val="zxx"/>
        </w:rPr>
        <w:t>tests.list</w:t>
      </w:r>
      <w:r>
        <w:rPr>
          <w:b w:val="false"/>
          <w:sz w:val="24"/>
        </w:rPr>
        <w:t xml:space="preserve"> определен в разделе </w:t>
      </w:r>
      <w:r>
        <w:rPr>
          <w:b w:val="false"/>
          <w:sz w:val="24"/>
          <w:lang w:val="zxx"/>
        </w:rPr>
        <w:t>12</w:t>
      </w:r>
      <w:r>
        <w:rPr>
          <w:b w:val="false"/>
          <w:sz w:val="24"/>
        </w:rPr>
        <w:t>; каталог содержит все критерии и наблюдения принятого плана.</w:t>
      </w:r>
    </w:p>
    <w:p>
      <w:pPr>
        <w:pStyle w:val="2"/>
        <w:rPr/>
      </w:pPr>
      <w:r>
        <w:rPr>
          <w:sz w:val="24"/>
        </w:rPr>
        <w:t>А.29 log.read - Журнал устройства</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Право чтения журнала.</w:t>
      </w:r>
    </w:p>
    <w:p>
      <w:pPr>
        <w:pStyle w:val="Normal"/>
        <w:jc w:val="start"/>
        <w:rPr/>
      </w:pPr>
      <w:r>
        <w:rPr>
          <w:b/>
          <w:sz w:val="24"/>
        </w:rPr>
        <w:t xml:space="preserve">Запрос. </w:t>
      </w:r>
      <w:r>
        <w:rPr>
          <w:b w:val="false"/>
          <w:sz w:val="24"/>
          <w:lang w:val="zxx"/>
        </w:rPr>
        <w:t>selection</w:t>
      </w:r>
      <w:r>
        <w:rPr>
          <w:b w:val="false"/>
          <w:sz w:val="24"/>
        </w:rPr>
        <w:t xml:space="preserve"> </w:t>
      </w:r>
      <w:r>
        <w:rPr>
          <w:b w:val="false"/>
          <w:sz w:val="24"/>
          <w:lang w:val="zxx"/>
        </w:rPr>
        <w:t>afterSeq/</w:t>
      </w:r>
      <w:r>
        <w:rPr>
          <w:b w:val="false"/>
          <w:sz w:val="24"/>
        </w:rPr>
        <w:t>​</w:t>
      </w:r>
      <w:r>
        <w:rPr>
          <w:b w:val="false"/>
          <w:sz w:val="24"/>
          <w:lang w:val="zxx"/>
        </w:rPr>
        <w:t>limit</w:t>
      </w:r>
      <w:r>
        <w:rPr>
          <w:b w:val="false"/>
          <w:sz w:val="24"/>
        </w:rPr>
        <w:t xml:space="preserve">, </w:t>
      </w:r>
      <w:r>
        <w:rPr>
          <w:b w:val="false"/>
          <w:sz w:val="24"/>
          <w:lang w:val="zxx"/>
        </w:rPr>
        <w:t>limit=1..8.</w:t>
      </w:r>
    </w:p>
    <w:p>
      <w:pPr>
        <w:pStyle w:val="Normal"/>
        <w:jc w:val="start"/>
        <w:rPr/>
      </w:pPr>
      <w:r>
        <w:rPr>
          <w:b/>
          <w:sz w:val="24"/>
        </w:rPr>
        <w:t xml:space="preserve">Ответ. </w:t>
      </w:r>
      <w:r>
        <w:rPr>
          <w:b w:val="false"/>
          <w:sz w:val="24"/>
          <w:lang w:val="zxx"/>
        </w:rPr>
        <w:t>log</w:t>
      </w:r>
      <w:r>
        <w:rPr>
          <w:b w:val="false"/>
          <w:sz w:val="24"/>
        </w:rPr>
        <w:t xml:space="preserve"> </w:t>
      </w:r>
      <w:r>
        <w:rPr>
          <w:b w:val="false"/>
          <w:sz w:val="24"/>
          <w:lang w:val="zxx"/>
        </w:rPr>
        <w:t>oldestSeq/</w:t>
      </w:r>
      <w:r>
        <w:rPr>
          <w:b w:val="false"/>
          <w:sz w:val="24"/>
        </w:rPr>
        <w:t>​</w:t>
      </w:r>
      <w:r>
        <w:rPr>
          <w:b w:val="false"/>
          <w:sz w:val="24"/>
          <w:lang w:val="zxx"/>
        </w:rPr>
        <w:t>nextSeq/</w:t>
      </w:r>
      <w:r>
        <w:rPr>
          <w:b w:val="false"/>
          <w:sz w:val="24"/>
        </w:rPr>
        <w:t>​</w:t>
      </w:r>
      <w:r>
        <w:rPr>
          <w:b w:val="false"/>
          <w:sz w:val="24"/>
          <w:lang w:val="zxx"/>
        </w:rPr>
        <w:t>gap/</w:t>
      </w:r>
      <w:r>
        <w:rPr>
          <w:b w:val="false"/>
          <w:sz w:val="24"/>
        </w:rPr>
        <w:t>​</w:t>
      </w:r>
      <w:r>
        <w:rPr>
          <w:b w:val="false"/>
          <w:sz w:val="24"/>
          <w:lang w:val="zxx"/>
        </w:rPr>
        <w:t>more</w:t>
      </w:r>
      <w:r>
        <w:rPr>
          <w:b w:val="false"/>
          <w:sz w:val="24"/>
        </w:rPr>
        <w:t xml:space="preserve"> и </w:t>
      </w:r>
      <w:r>
        <w:rPr>
          <w:b w:val="false"/>
          <w:sz w:val="24"/>
          <w:lang w:val="zxx"/>
        </w:rPr>
        <w:t>entry</w:t>
      </w:r>
      <w:r>
        <w:rPr>
          <w:b w:val="false"/>
          <w:sz w:val="24"/>
        </w:rPr>
        <w:t xml:space="preserve"> </w:t>
      </w:r>
      <w:r>
        <w:rPr>
          <w:b w:val="false"/>
          <w:sz w:val="24"/>
          <w:lang w:val="zxx"/>
        </w:rPr>
        <w:t>seq/</w:t>
      </w:r>
      <w:r>
        <w:rPr>
          <w:b w:val="false"/>
          <w:sz w:val="24"/>
        </w:rPr>
        <w:t>​</w:t>
      </w:r>
      <w:r>
        <w:rPr>
          <w:b w:val="false"/>
          <w:sz w:val="24"/>
          <w:lang w:val="zxx"/>
        </w:rPr>
        <w:t>atMs/</w:t>
      </w:r>
      <w:r>
        <w:rPr>
          <w:b w:val="false"/>
          <w:sz w:val="24"/>
        </w:rPr>
        <w:t>​</w:t>
      </w:r>
      <w:r>
        <w:rPr>
          <w:b w:val="false"/>
          <w:sz w:val="24"/>
          <w:lang w:val="zxx"/>
        </w:rPr>
        <w:t>level/</w:t>
      </w:r>
      <w:r>
        <w:rPr>
          <w:b w:val="false"/>
          <w:sz w:val="24"/>
        </w:rPr>
        <w:t>​</w:t>
      </w:r>
      <w:r>
        <w:rPr>
          <w:b w:val="false"/>
          <w:sz w:val="24"/>
          <w:lang w:val="zxx"/>
        </w:rPr>
        <w:t>code/</w:t>
      </w:r>
      <w:r>
        <w:rPr>
          <w:b w:val="false"/>
          <w:sz w:val="24"/>
        </w:rPr>
        <w:t>​</w:t>
      </w:r>
      <w:r>
        <w:rPr>
          <w:b w:val="false"/>
          <w:sz w:val="24"/>
          <w:lang w:val="zxx"/>
        </w:rPr>
        <w:t>sessionId</w:t>
      </w:r>
      <w:r>
        <w:rPr>
          <w:b w:val="false"/>
          <w:sz w:val="24"/>
        </w:rPr>
        <w:t xml:space="preserve"> по разделу </w:t>
      </w:r>
      <w:r>
        <w:rPr>
          <w:b w:val="false"/>
          <w:sz w:val="24"/>
          <w:lang w:val="zxx"/>
        </w:rPr>
        <w:t>13.</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cursorExpired</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Ключи и секреты отсутствуют; утрата истории не заменяется пустым успешным результатом.</w:t>
      </w:r>
    </w:p>
    <w:p>
      <w:pPr>
        <w:pStyle w:val="2"/>
        <w:rPr/>
      </w:pPr>
      <w:r>
        <w:rPr>
          <w:sz w:val="24"/>
        </w:rPr>
        <w:t>А.30 poll.start - Опрос без запуска ОУ</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Право опроса; владение оповещением </w:t>
      </w:r>
      <w:r>
        <w:rPr>
          <w:b w:val="false"/>
          <w:sz w:val="24"/>
          <w:lang w:val="zxx"/>
        </w:rPr>
        <w:t>НЕ ТРЕБУЕТСЯ</w:t>
      </w:r>
      <w:r>
        <w:rPr>
          <w:b w:val="false"/>
          <w:sz w:val="24"/>
        </w:rPr>
        <w:t>.</w:t>
      </w:r>
    </w:p>
    <w:p>
      <w:pPr>
        <w:pStyle w:val="Normal"/>
        <w:jc w:val="start"/>
        <w:rPr/>
      </w:pPr>
      <w:r>
        <w:rPr>
          <w:b/>
          <w:sz w:val="24"/>
        </w:rPr>
        <w:t xml:space="preserve">Запрос. </w:t>
      </w:r>
      <w:r>
        <w:rPr>
          <w:b w:val="false"/>
          <w:sz w:val="24"/>
          <w:lang w:val="zxx"/>
        </w:rPr>
        <w:t>poll</w:t>
      </w:r>
      <w:r>
        <w:rPr>
          <w:b w:val="false"/>
          <w:sz w:val="24"/>
        </w:rPr>
        <w:t xml:space="preserve"> </w:t>
      </w:r>
      <w:r>
        <w:rPr>
          <w:b w:val="false"/>
          <w:sz w:val="24"/>
          <w:lang w:val="zxx"/>
        </w:rPr>
        <w:t>clientOperationId/</w:t>
      </w:r>
      <w:r>
        <w:rPr>
          <w:b w:val="false"/>
          <w:sz w:val="24"/>
        </w:rPr>
        <w:t>​</w:t>
      </w:r>
      <w:r>
        <w:rPr>
          <w:b w:val="false"/>
          <w:sz w:val="24"/>
          <w:lang w:val="zxx"/>
        </w:rPr>
        <w:t>deadlineMs/</w:t>
      </w:r>
      <w:r>
        <w:rPr>
          <w:b w:val="false"/>
          <w:sz w:val="24"/>
        </w:rPr>
        <w:t>​</w:t>
      </w:r>
      <w:r>
        <w:rPr>
          <w:b w:val="false"/>
          <w:sz w:val="24"/>
          <w:lang w:val="zxx"/>
        </w:rPr>
        <w:t>refresh=cache|</w:t>
      </w:r>
      <w:r>
        <w:rPr>
          <w:b w:val="false"/>
          <w:sz w:val="24"/>
        </w:rPr>
        <w:t>​</w:t>
      </w:r>
      <w:r>
        <w:rPr>
          <w:b w:val="false"/>
          <w:sz w:val="24"/>
          <w:lang w:val="zxx"/>
        </w:rPr>
        <w:t>readBus</w:t>
      </w:r>
      <w:r>
        <w:rPr>
          <w:b w:val="false"/>
          <w:sz w:val="24"/>
        </w:rPr>
        <w:t xml:space="preserve">, </w:t>
      </w:r>
      <w:r>
        <w:rPr>
          <w:b w:val="false"/>
          <w:sz w:val="24"/>
          <w:lang w:val="zxx"/>
        </w:rPr>
        <w:t>1..8</w:t>
      </w:r>
      <w:r>
        <w:rPr>
          <w:b w:val="false"/>
          <w:sz w:val="24"/>
        </w:rPr>
        <w:t xml:space="preserve"> </w:t>
      </w:r>
      <w:r>
        <w:rPr>
          <w:b w:val="false"/>
          <w:sz w:val="24"/>
          <w:lang w:val="zxx"/>
        </w:rPr>
        <w:t>point</w:t>
      </w:r>
      <w:r>
        <w:rPr>
          <w:b w:val="false"/>
          <w:sz w:val="24"/>
        </w:rPr>
        <w:t xml:space="preserve"> </w:t>
      </w:r>
      <w:r>
        <w:rPr>
          <w:b w:val="false"/>
          <w:sz w:val="24"/>
          <w:lang w:val="zxx"/>
        </w:rPr>
        <w:t>id.</w:t>
      </w:r>
    </w:p>
    <w:p>
      <w:pPr>
        <w:pStyle w:val="Normal"/>
        <w:jc w:val="start"/>
        <w:rPr/>
      </w:pPr>
      <w:r>
        <w:rPr>
          <w:b/>
          <w:sz w:val="24"/>
        </w:rPr>
        <w:t xml:space="preserve">Ответ. </w:t>
      </w:r>
      <w:r>
        <w:rPr>
          <w:b w:val="false"/>
          <w:sz w:val="24"/>
          <w:lang w:val="zxx"/>
        </w:rPr>
        <w:t>accepted</w:t>
      </w:r>
      <w:r>
        <w:rPr>
          <w:b w:val="false"/>
          <w:sz w:val="24"/>
        </w:rPr>
        <w:t xml:space="preserve">, </w:t>
      </w:r>
      <w:r>
        <w:rPr>
          <w:b w:val="false"/>
          <w:sz w:val="24"/>
          <w:lang w:val="zxx"/>
        </w:rPr>
        <w:t>operation</w:t>
      </w:r>
      <w:r>
        <w:rPr>
          <w:b w:val="false"/>
          <w:sz w:val="24"/>
        </w:rPr>
        <w:t xml:space="preserve"> </w:t>
      </w:r>
      <w:r>
        <w:rPr>
          <w:b w:val="false"/>
          <w:sz w:val="24"/>
          <w:lang w:val="zxx"/>
        </w:rPr>
        <w:t>id/</w:t>
      </w:r>
      <w:r>
        <w:rPr>
          <w:b w:val="false"/>
          <w:sz w:val="24"/>
        </w:rPr>
        <w:t>​</w:t>
      </w:r>
      <w:r>
        <w:rPr>
          <w:b w:val="false"/>
          <w:sz w:val="24"/>
          <w:lang w:val="zxx"/>
        </w:rPr>
        <w:t>clientOperationId/</w:t>
      </w:r>
      <w:r>
        <w:rPr>
          <w:b w:val="false"/>
          <w:sz w:val="24"/>
        </w:rPr>
        <w:t>​</w:t>
      </w:r>
      <w:r>
        <w:rPr>
          <w:b w:val="false"/>
          <w:sz w:val="24"/>
          <w:lang w:val="zxx"/>
        </w:rPr>
        <w:t>state=queued</w:t>
      </w:r>
      <w:r>
        <w:rPr>
          <w:b w:val="false"/>
          <w:sz w:val="24"/>
        </w:rPr>
        <w:t xml:space="preserve">; результат через </w:t>
      </w:r>
      <w:r>
        <w:rPr>
          <w:b w:val="false"/>
          <w:sz w:val="24"/>
          <w:lang w:val="zxx"/>
        </w:rPr>
        <w:t>poll.get.</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conflict</w:t>
      </w:r>
    </w:p>
    <w:p>
      <w:pPr>
        <w:pStyle w:val="Normal"/>
        <w:jc w:val="start"/>
        <w:rPr/>
      </w:pPr>
      <w:r>
        <w:rPr>
          <w:b/>
          <w:sz w:val="24"/>
        </w:rPr>
        <w:t xml:space="preserve">Повторы и поведение. </w:t>
      </w:r>
      <w:r>
        <w:rPr>
          <w:b w:val="false"/>
          <w:sz w:val="24"/>
          <w:lang w:val="zxx"/>
        </w:rPr>
        <w:t>clientOperationId</w:t>
      </w:r>
      <w:r>
        <w:rPr>
          <w:b w:val="false"/>
          <w:sz w:val="24"/>
        </w:rPr>
        <w:t xml:space="preserve"> дедуплицируется в </w:t>
      </w:r>
      <w:r>
        <w:rPr>
          <w:b w:val="false"/>
          <w:sz w:val="24"/>
          <w:lang w:val="zxx"/>
        </w:rPr>
        <w:t>principalId/</w:t>
      </w:r>
      <w:r>
        <w:rPr>
          <w:b w:val="false"/>
          <w:sz w:val="24"/>
        </w:rPr>
        <w:t>​</w:t>
      </w:r>
      <w:r>
        <w:rPr>
          <w:b w:val="false"/>
          <w:sz w:val="24"/>
          <w:lang w:val="zxx"/>
        </w:rPr>
        <w:t>bootId</w:t>
      </w:r>
      <w:r>
        <w:rPr>
          <w:b w:val="false"/>
          <w:sz w:val="24"/>
        </w:rPr>
        <w:t xml:space="preserve"> до </w:t>
      </w:r>
      <w:r>
        <w:rPr>
          <w:b w:val="false"/>
          <w:sz w:val="24"/>
          <w:lang w:val="zxx"/>
        </w:rPr>
        <w:t>deadlineMs+resultRetentionMs.</w:t>
      </w:r>
      <w:r>
        <w:rPr>
          <w:b w:val="false"/>
          <w:sz w:val="24"/>
        </w:rPr>
        <w:t xml:space="preserve"> Другой набор полей с тем же </w:t>
      </w:r>
      <w:r>
        <w:rPr>
          <w:b w:val="false"/>
          <w:sz w:val="24"/>
          <w:lang w:val="zxx"/>
        </w:rPr>
        <w:t>ID</w:t>
      </w:r>
      <w:r>
        <w:rPr>
          <w:b w:val="false"/>
          <w:sz w:val="24"/>
        </w:rPr>
        <w:t xml:space="preserve"> дает </w:t>
      </w:r>
      <w:r>
        <w:rPr>
          <w:b w:val="false"/>
          <w:sz w:val="24"/>
          <w:lang w:val="zxx"/>
        </w:rPr>
        <w:t>conflict.</w:t>
      </w:r>
      <w:r>
        <w:rPr>
          <w:b w:val="false"/>
          <w:sz w:val="24"/>
        </w:rPr>
        <w:t xml:space="preserve"> Квоты: одно задание на участника, два на УУ. Чтение не включает выходы и не продлевает </w:t>
      </w:r>
      <w:r>
        <w:rPr>
          <w:b w:val="false"/>
          <w:sz w:val="24"/>
          <w:lang w:val="zxx"/>
        </w:rPr>
        <w:t>lease.</w:t>
      </w:r>
    </w:p>
    <w:p>
      <w:pPr>
        <w:pStyle w:val="2"/>
        <w:rPr/>
      </w:pPr>
      <w:r>
        <w:rPr>
          <w:sz w:val="24"/>
        </w:rPr>
        <w:t>А.31 poll.get - Результаты опроса</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Создатель задания или роль с разрешенным доступом к нему.</w:t>
      </w:r>
    </w:p>
    <w:p>
      <w:pPr>
        <w:pStyle w:val="Normal"/>
        <w:jc w:val="start"/>
        <w:rPr/>
      </w:pPr>
      <w:r>
        <w:rPr>
          <w:b/>
          <w:sz w:val="24"/>
        </w:rPr>
        <w:t xml:space="preserve">Запрос. </w:t>
      </w:r>
      <w:r>
        <w:rPr>
          <w:b w:val="false"/>
          <w:sz w:val="24"/>
          <w:lang w:val="zxx"/>
        </w:rPr>
        <w:t>selection</w:t>
      </w:r>
      <w:r>
        <w:rPr>
          <w:b w:val="false"/>
          <w:sz w:val="24"/>
        </w:rPr>
        <w:t xml:space="preserve"> </w:t>
      </w:r>
      <w:r>
        <w:rPr>
          <w:b w:val="false"/>
          <w:sz w:val="24"/>
          <w:lang w:val="zxx"/>
        </w:rPr>
        <w:t>operationId</w:t>
      </w:r>
      <w:r>
        <w:rPr>
          <w:b w:val="false"/>
          <w:sz w:val="24"/>
        </w:rPr>
        <w:t xml:space="preserve"> либо </w:t>
      </w:r>
      <w:r>
        <w:rPr>
          <w:b w:val="false"/>
          <w:sz w:val="24"/>
          <w:lang w:val="zxx"/>
        </w:rPr>
        <w:t>operationId/</w:t>
      </w:r>
      <w:r>
        <w:rPr>
          <w:b w:val="false"/>
          <w:sz w:val="24"/>
        </w:rPr>
        <w:t>​</w:t>
      </w:r>
      <w:r>
        <w:rPr>
          <w:b w:val="false"/>
          <w:sz w:val="24"/>
          <w:lang w:val="zxx"/>
        </w:rPr>
        <w:t>snapshotId/</w:t>
      </w:r>
      <w:r>
        <w:rPr>
          <w:b w:val="false"/>
          <w:sz w:val="24"/>
        </w:rPr>
        <w:t>​</w:t>
      </w:r>
      <w:r>
        <w:rPr>
          <w:b w:val="false"/>
          <w:sz w:val="24"/>
          <w:lang w:val="zxx"/>
        </w:rPr>
        <w:t>cursor.</w:t>
      </w:r>
    </w:p>
    <w:p>
      <w:pPr>
        <w:pStyle w:val="Normal"/>
        <w:jc w:val="start"/>
        <w:rPr/>
      </w:pPr>
      <w:r>
        <w:rPr>
          <w:b/>
          <w:sz w:val="24"/>
        </w:rPr>
        <w:t xml:space="preserve">Ответ. </w:t>
      </w:r>
      <w:r>
        <w:rPr>
          <w:b w:val="false"/>
          <w:sz w:val="24"/>
          <w:lang w:val="zxx"/>
        </w:rPr>
        <w:t>poll</w:t>
      </w:r>
      <w:r>
        <w:rPr>
          <w:b w:val="false"/>
          <w:sz w:val="24"/>
        </w:rPr>
        <w:t xml:space="preserve"> </w:t>
      </w:r>
      <w:r>
        <w:rPr>
          <w:b w:val="false"/>
          <w:sz w:val="24"/>
          <w:lang w:val="zxx"/>
        </w:rPr>
        <w:t>snapshotId/</w:t>
      </w:r>
      <w:r>
        <w:rPr>
          <w:b w:val="false"/>
          <w:sz w:val="24"/>
        </w:rPr>
        <w:t>​</w:t>
      </w:r>
      <w:r>
        <w:rPr>
          <w:b w:val="false"/>
          <w:sz w:val="24"/>
          <w:lang w:val="zxx"/>
        </w:rPr>
        <w:t>operationId/</w:t>
      </w:r>
      <w:r>
        <w:rPr>
          <w:b w:val="false"/>
          <w:sz w:val="24"/>
        </w:rPr>
        <w:t>​</w:t>
      </w:r>
      <w:r>
        <w:rPr>
          <w:b w:val="false"/>
          <w:sz w:val="24"/>
          <w:lang w:val="zxx"/>
        </w:rPr>
        <w:t>state=queued|</w:t>
      </w:r>
      <w:r>
        <w:rPr>
          <w:b w:val="false"/>
          <w:sz w:val="24"/>
        </w:rPr>
        <w:t>​</w:t>
      </w:r>
      <w:r>
        <w:rPr>
          <w:b w:val="false"/>
          <w:sz w:val="24"/>
          <w:lang w:val="zxx"/>
        </w:rPr>
        <w:t>running|</w:t>
      </w:r>
      <w:r>
        <w:rPr>
          <w:b w:val="false"/>
          <w:sz w:val="24"/>
        </w:rPr>
        <w:t>​</w:t>
      </w:r>
      <w:r>
        <w:rPr>
          <w:b w:val="false"/>
          <w:sz w:val="24"/>
          <w:lang w:val="zxx"/>
        </w:rPr>
        <w:t>finished|</w:t>
      </w:r>
      <w:r>
        <w:rPr>
          <w:b w:val="false"/>
          <w:sz w:val="24"/>
        </w:rPr>
        <w:t>​</w:t>
      </w:r>
      <w:r>
        <w:rPr>
          <w:b w:val="false"/>
          <w:sz w:val="24"/>
          <w:lang w:val="zxx"/>
        </w:rPr>
        <w:t>cancelled/</w:t>
      </w:r>
      <w:r>
        <w:rPr>
          <w:b w:val="false"/>
          <w:sz w:val="24"/>
        </w:rPr>
        <w:t>​</w:t>
      </w:r>
      <w:r>
        <w:rPr>
          <w:b w:val="false"/>
          <w:sz w:val="24"/>
          <w:lang w:val="zxx"/>
        </w:rPr>
        <w:t>expectedCount/</w:t>
      </w:r>
      <w:r>
        <w:rPr>
          <w:b w:val="false"/>
          <w:sz w:val="24"/>
        </w:rPr>
        <w:t>​</w:t>
      </w:r>
      <w:r>
        <w:rPr>
          <w:b w:val="false"/>
          <w:sz w:val="24"/>
          <w:lang w:val="zxx"/>
        </w:rPr>
        <w:t>complete/</w:t>
      </w:r>
      <w:r>
        <w:rPr>
          <w:b w:val="false"/>
          <w:sz w:val="24"/>
        </w:rPr>
        <w:t>​</w:t>
      </w:r>
      <w:r>
        <w:rPr>
          <w:b w:val="false"/>
          <w:sz w:val="24"/>
          <w:lang w:val="zxx"/>
        </w:rPr>
        <w:t>evaluatedAtMs/</w:t>
      </w:r>
      <w:r>
        <w:rPr>
          <w:b w:val="false"/>
          <w:sz w:val="24"/>
        </w:rPr>
        <w:t>​</w:t>
      </w:r>
      <w:r>
        <w:rPr>
          <w:b w:val="false"/>
          <w:sz w:val="24"/>
          <w:lang w:val="zxx"/>
        </w:rPr>
        <w:t>more/</w:t>
      </w:r>
      <w:r>
        <w:rPr>
          <w:b w:val="false"/>
          <w:sz w:val="24"/>
        </w:rPr>
        <w:t>​</w:t>
      </w:r>
      <w:r>
        <w:rPr>
          <w:b w:val="false"/>
          <w:sz w:val="24"/>
          <w:lang w:val="zxx"/>
        </w:rPr>
        <w:t>cursor</w:t>
      </w:r>
      <w:r>
        <w:rPr>
          <w:b w:val="false"/>
          <w:sz w:val="24"/>
        </w:rPr>
        <w:t xml:space="preserve">; </w:t>
      </w:r>
      <w:r>
        <w:rPr>
          <w:b w:val="false"/>
          <w:sz w:val="24"/>
          <w:lang w:val="zxx"/>
        </w:rPr>
        <w:t>point</w:t>
      </w:r>
      <w:r>
        <w:rPr>
          <w:b w:val="false"/>
          <w:sz w:val="24"/>
        </w:rPr>
        <w:t xml:space="preserve"> по формату </w:t>
      </w:r>
      <w:r>
        <w:rPr>
          <w:b w:val="false"/>
          <w:sz w:val="24"/>
          <w:lang w:val="zxx"/>
        </w:rPr>
        <w:t>sensors.read.</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notFound</w:t>
      </w:r>
      <w:r>
        <w:rPr>
          <w:b w:val="false"/>
          <w:sz w:val="24"/>
        </w:rPr>
        <w:t xml:space="preserve">, </w:t>
      </w:r>
      <w:r>
        <w:rPr>
          <w:b w:val="false"/>
          <w:sz w:val="24"/>
          <w:lang w:val="zxx"/>
        </w:rPr>
        <w:t>snapshotExpired</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w:t>
      </w:r>
      <w:r>
        <w:rPr>
          <w:b w:val="false"/>
          <w:sz w:val="24"/>
          <w:lang w:val="zxx"/>
        </w:rPr>
        <w:t>complete</w:t>
      </w:r>
      <w:r>
        <w:rPr>
          <w:b w:val="false"/>
          <w:sz w:val="24"/>
        </w:rPr>
        <w:t xml:space="preserve"> означает собранный набор результатов, а не исправность всех точек.</w:t>
      </w:r>
    </w:p>
    <w:p>
      <w:pPr>
        <w:pStyle w:val="2"/>
        <w:rPr/>
      </w:pPr>
      <w:r>
        <w:rPr>
          <w:sz w:val="24"/>
        </w:rPr>
        <w:t>А.32 poll.cancel - Отменить свой опрос</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Создатель задания с правом опроса.</w:t>
      </w:r>
    </w:p>
    <w:p>
      <w:pPr>
        <w:pStyle w:val="Normal"/>
        <w:jc w:val="start"/>
        <w:rPr/>
      </w:pPr>
      <w:r>
        <w:rPr>
          <w:b/>
          <w:sz w:val="24"/>
        </w:rPr>
        <w:t xml:space="preserve">Запрос. </w:t>
      </w:r>
      <w:r>
        <w:rPr>
          <w:b w:val="false"/>
          <w:sz w:val="24"/>
          <w:lang w:val="zxx"/>
        </w:rPr>
        <w:t>poll</w:t>
      </w:r>
      <w:r>
        <w:rPr>
          <w:b w:val="false"/>
          <w:sz w:val="24"/>
        </w:rPr>
        <w:t xml:space="preserve"> </w:t>
      </w:r>
      <w:r>
        <w:rPr>
          <w:b w:val="false"/>
          <w:sz w:val="24"/>
          <w:lang w:val="zxx"/>
        </w:rPr>
        <w:t>operationId/</w:t>
      </w:r>
      <w:r>
        <w:rPr>
          <w:b w:val="false"/>
          <w:sz w:val="24"/>
        </w:rPr>
        <w:t>​</w:t>
      </w:r>
      <w:r>
        <w:rPr>
          <w:b w:val="false"/>
          <w:sz w:val="24"/>
          <w:lang w:val="zxx"/>
        </w:rPr>
        <w:t>clientOperationId.</w:t>
      </w:r>
    </w:p>
    <w:p>
      <w:pPr>
        <w:pStyle w:val="Normal"/>
        <w:jc w:val="start"/>
        <w:rPr/>
      </w:pPr>
      <w:r>
        <w:rPr>
          <w:b/>
          <w:sz w:val="24"/>
        </w:rPr>
        <w:t xml:space="preserve">Ответ. </w:t>
      </w:r>
      <w:r>
        <w:rPr>
          <w:b w:val="false"/>
          <w:sz w:val="24"/>
          <w:lang w:val="zxx"/>
        </w:rPr>
        <w:t>cancelled</w:t>
      </w:r>
      <w:r>
        <w:rPr>
          <w:b w:val="false"/>
          <w:sz w:val="24"/>
        </w:rPr>
        <w:t xml:space="preserve"> </w:t>
      </w:r>
      <w:r>
        <w:rPr>
          <w:b w:val="false"/>
          <w:sz w:val="24"/>
          <w:lang w:val="zxx"/>
        </w:rPr>
        <w:t>operationId</w:t>
      </w:r>
      <w:r>
        <w:rPr>
          <w:b w:val="false"/>
          <w:sz w:val="24"/>
        </w:rPr>
        <w:t>; уже полученные результаты сохраняются.</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notFound</w:t>
      </w:r>
    </w:p>
    <w:p>
      <w:pPr>
        <w:pStyle w:val="Normal"/>
        <w:jc w:val="start"/>
        <w:rPr/>
      </w:pPr>
      <w:r>
        <w:rPr>
          <w:b/>
          <w:sz w:val="24"/>
        </w:rPr>
        <w:t xml:space="preserve">Повторы и поведение. </w:t>
      </w:r>
      <w:r>
        <w:rPr>
          <w:b w:val="false"/>
          <w:sz w:val="24"/>
        </w:rPr>
        <w:t>Не отменяет чужие опросы и не останавливает оповещение. Повтор для доступного завершенного задания возвращает его состояние; уже начатое получение наблюдений от ОУ может закончиться до отмены.</w:t>
      </w:r>
    </w:p>
    <w:p>
      <w:pPr>
        <w:pStyle w:val="2"/>
        <w:rPr/>
      </w:pPr>
      <w:r>
        <w:rPr>
          <w:sz w:val="24"/>
        </w:rPr>
        <w:t>А.33 control.acquire - Получить управление</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Участник с правом управления; активного несовместимого владельца нет.</w:t>
      </w:r>
    </w:p>
    <w:p>
      <w:pPr>
        <w:pStyle w:val="Normal"/>
        <w:jc w:val="start"/>
        <w:rPr/>
      </w:pPr>
      <w:r>
        <w:rPr>
          <w:b/>
          <w:sz w:val="24"/>
        </w:rPr>
        <w:t xml:space="preserve">Запрос. </w:t>
      </w:r>
      <w:r>
        <w:rPr>
          <w:b w:val="false"/>
          <w:sz w:val="24"/>
          <w:lang w:val="zxx"/>
        </w:rPr>
        <w:t>control</w:t>
      </w:r>
      <w:r>
        <w:rPr>
          <w:b w:val="false"/>
          <w:sz w:val="24"/>
        </w:rPr>
        <w:t xml:space="preserve"> </w:t>
      </w:r>
      <w:r>
        <w:rPr>
          <w:b w:val="false"/>
          <w:sz w:val="24"/>
          <w:lang w:val="zxx"/>
        </w:rPr>
        <w:t>acquireSeq/</w:t>
      </w:r>
      <w:r>
        <w:rPr>
          <w:b w:val="false"/>
          <w:sz w:val="24"/>
        </w:rPr>
        <w:t>​</w:t>
      </w:r>
      <w:r>
        <w:rPr>
          <w:b w:val="false"/>
          <w:sz w:val="24"/>
          <w:lang w:val="zxx"/>
        </w:rPr>
        <w:t>instanceId/</w:t>
      </w:r>
      <w:r>
        <w:rPr>
          <w:b w:val="false"/>
          <w:sz w:val="24"/>
        </w:rPr>
        <w:t>​</w:t>
      </w:r>
      <w:r>
        <w:rPr>
          <w:b w:val="false"/>
          <w:sz w:val="24"/>
          <w:lang w:val="zxx"/>
        </w:rPr>
        <w:t>purpose=real|</w:t>
      </w:r>
      <w:r>
        <w:rPr>
          <w:b w:val="false"/>
          <w:sz w:val="24"/>
        </w:rPr>
        <w:t>​</w:t>
      </w:r>
      <w:r>
        <w:rPr>
          <w:b w:val="false"/>
          <w:sz w:val="24"/>
          <w:lang w:val="zxx"/>
        </w:rPr>
        <w:t>exercise|</w:t>
      </w:r>
      <w:r>
        <w:rPr>
          <w:b w:val="false"/>
          <w:sz w:val="24"/>
        </w:rPr>
        <w:t>​</w:t>
      </w:r>
      <w:r>
        <w:rPr>
          <w:b w:val="false"/>
          <w:sz w:val="24"/>
          <w:lang w:val="zxx"/>
        </w:rPr>
        <w:t>technical|</w:t>
      </w:r>
      <w:r>
        <w:rPr>
          <w:b w:val="false"/>
          <w:sz w:val="24"/>
        </w:rPr>
        <w:t>​</w:t>
      </w:r>
      <w:r>
        <w:rPr>
          <w:b w:val="false"/>
          <w:sz w:val="24"/>
          <w:lang w:val="zxx"/>
        </w:rPr>
        <w:t>maintenance</w:t>
      </w:r>
      <w:r>
        <w:rPr>
          <w:b w:val="false"/>
          <w:sz w:val="24"/>
        </w:rPr>
        <w:t xml:space="preserve">; контекст </w:t>
      </w:r>
      <w:r>
        <w:rPr>
          <w:b w:val="false"/>
          <w:sz w:val="24"/>
          <w:lang w:val="zxx"/>
        </w:rPr>
        <w:t>bootId.</w:t>
      </w:r>
      <w:r>
        <w:rPr>
          <w:b w:val="false"/>
          <w:sz w:val="24"/>
        </w:rPr>
        <w:t xml:space="preserve"> Назначение проверяется по правам и сохраняется в эпохе.</w:t>
      </w:r>
    </w:p>
    <w:p>
      <w:pPr>
        <w:pStyle w:val="Normal"/>
        <w:jc w:val="start"/>
        <w:rPr/>
      </w:pPr>
      <w:r>
        <w:rPr>
          <w:b/>
          <w:sz w:val="24"/>
        </w:rPr>
        <w:t xml:space="preserve">Ответ. </w:t>
      </w:r>
      <w:r>
        <w:rPr>
          <w:b w:val="false"/>
          <w:sz w:val="24"/>
          <w:lang w:val="zxx"/>
        </w:rPr>
        <w:t>control</w:t>
      </w:r>
      <w:r>
        <w:rPr>
          <w:b w:val="false"/>
          <w:sz w:val="24"/>
        </w:rPr>
        <w:t xml:space="preserve"> с </w:t>
      </w:r>
      <w:r>
        <w:rPr>
          <w:b w:val="false"/>
          <w:sz w:val="24"/>
          <w:lang w:val="zxx"/>
        </w:rPr>
        <w:t>acquireSeq</w:t>
      </w:r>
      <w:r>
        <w:rPr>
          <w:b w:val="false"/>
          <w:sz w:val="24"/>
        </w:rPr>
        <w:t xml:space="preserve">, </w:t>
      </w:r>
      <w:r>
        <w:rPr>
          <w:b w:val="false"/>
          <w:sz w:val="24"/>
          <w:lang w:val="zxx"/>
        </w:rPr>
        <w:t>instanceId</w:t>
      </w:r>
      <w:r>
        <w:rPr>
          <w:b w:val="false"/>
          <w:sz w:val="24"/>
        </w:rPr>
        <w:t xml:space="preserve">, </w:t>
      </w:r>
      <w:r>
        <w:rPr>
          <w:b w:val="false"/>
          <w:sz w:val="24"/>
          <w:lang w:val="zxx"/>
        </w:rPr>
        <w:t>purpose</w:t>
      </w:r>
      <w:r>
        <w:rPr>
          <w:b w:val="false"/>
          <w:sz w:val="24"/>
        </w:rPr>
        <w:t xml:space="preserve">, </w:t>
      </w:r>
      <w:r>
        <w:rPr>
          <w:b w:val="false"/>
          <w:sz w:val="24"/>
          <w:lang w:val="zxx"/>
        </w:rPr>
        <w:t>controlEpoch</w:t>
      </w:r>
      <w:r>
        <w:rPr>
          <w:b w:val="false"/>
          <w:sz w:val="24"/>
        </w:rPr>
        <w:t xml:space="preserve">, </w:t>
      </w:r>
      <w:r>
        <w:rPr>
          <w:b w:val="false"/>
          <w:sz w:val="24"/>
          <w:lang w:val="zxx"/>
        </w:rPr>
        <w:t>highWater</w:t>
      </w:r>
      <w:r>
        <w:rPr>
          <w:b w:val="false"/>
          <w:sz w:val="24"/>
        </w:rPr>
        <w:t xml:space="preserve">, </w:t>
      </w:r>
      <w:r>
        <w:rPr>
          <w:b w:val="false"/>
          <w:sz w:val="24"/>
          <w:lang w:val="zxx"/>
        </w:rPr>
        <w:t>attachSeq</w:t>
      </w:r>
      <w:r>
        <w:rPr>
          <w:b w:val="false"/>
          <w:sz w:val="24"/>
        </w:rPr>
        <w:t xml:space="preserve">, </w:t>
      </w:r>
      <w:r>
        <w:rPr>
          <w:b w:val="false"/>
          <w:sz w:val="24"/>
          <w:lang w:val="zxx"/>
        </w:rPr>
        <w:t>leaseRemainingMs</w:t>
      </w:r>
      <w:r>
        <w:rPr>
          <w:b w:val="false"/>
          <w:sz w:val="24"/>
        </w:rPr>
        <w:t xml:space="preserve">, </w:t>
      </w:r>
      <w:r>
        <w:rPr>
          <w:b w:val="false"/>
          <w:sz w:val="24"/>
          <w:lang w:val="zxx"/>
        </w:rPr>
        <w:t>current</w:t>
      </w:r>
      <w:r>
        <w:rPr>
          <w:b w:val="false"/>
          <w:sz w:val="24"/>
        </w:rPr>
        <w:t xml:space="preserve"> и </w:t>
      </w:r>
      <w:r>
        <w:rPr>
          <w:b w:val="false"/>
          <w:sz w:val="24"/>
          <w:lang w:val="zxx"/>
        </w:rPr>
        <w:t>idleDeadlineMs</w:t>
      </w:r>
      <w:r>
        <w:rPr>
          <w:b w:val="false"/>
          <w:sz w:val="24"/>
        </w:rPr>
        <w:t xml:space="preserve"> при отсутствии исполнения. Повторы и свободное владение - раздел </w:t>
      </w:r>
      <w:r>
        <w:rPr>
          <w:b w:val="false"/>
          <w:sz w:val="24"/>
          <w:lang w:val="zxx"/>
        </w:rPr>
        <w:t>5.</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unsafeState</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Последний </w:t>
      </w:r>
      <w:r>
        <w:rPr>
          <w:b w:val="false"/>
          <w:sz w:val="24"/>
          <w:lang w:val="zxx"/>
        </w:rPr>
        <w:t>acquireSeq</w:t>
      </w:r>
      <w:r>
        <w:rPr>
          <w:b w:val="false"/>
          <w:sz w:val="24"/>
        </w:rPr>
        <w:t xml:space="preserve"> и решение хранятся для допущенного </w:t>
      </w:r>
      <w:r>
        <w:rPr>
          <w:b w:val="false"/>
          <w:sz w:val="24"/>
          <w:lang w:val="zxx"/>
        </w:rPr>
        <w:t>principalId</w:t>
      </w:r>
      <w:r>
        <w:rPr>
          <w:b w:val="false"/>
          <w:sz w:val="24"/>
        </w:rPr>
        <w:t xml:space="preserve"> до смены </w:t>
      </w:r>
      <w:r>
        <w:rPr>
          <w:b w:val="false"/>
          <w:sz w:val="24"/>
          <w:lang w:val="zxx"/>
        </w:rPr>
        <w:t>bootId.</w:t>
      </w:r>
      <w:r>
        <w:rPr>
          <w:b w:val="false"/>
          <w:sz w:val="24"/>
        </w:rPr>
        <w:t xml:space="preserve"> Точный повтор возвращает ту же эпоху; </w:t>
      </w:r>
      <w:r>
        <w:rPr>
          <w:b w:val="false"/>
          <w:sz w:val="24"/>
          <w:lang w:val="zxx"/>
        </w:rPr>
        <w:t>current=false</w:t>
      </w:r>
      <w:r>
        <w:rPr>
          <w:b w:val="false"/>
          <w:sz w:val="24"/>
        </w:rPr>
        <w:t xml:space="preserve"> означает завершенное владение. На новом канале повтор только возвращает решение, а прикрепление выполняет </w:t>
      </w:r>
      <w:r>
        <w:rPr>
          <w:b w:val="false"/>
          <w:sz w:val="24"/>
          <w:lang w:val="zxx"/>
        </w:rPr>
        <w:t>resume.</w:t>
      </w:r>
      <w:r>
        <w:rPr>
          <w:b w:val="false"/>
          <w:sz w:val="24"/>
        </w:rPr>
        <w:t xml:space="preserve"> Новый номер не захватывает чужой сеанс.</w:t>
      </w:r>
    </w:p>
    <w:p>
      <w:pPr>
        <w:pStyle w:val="2"/>
        <w:rPr/>
      </w:pPr>
      <w:r>
        <w:rPr>
          <w:sz w:val="24"/>
        </w:rPr>
        <w:t>А.34 control.resume - Восстановить свое управление</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Тот же логический владелец с подтвержденным правом восстановления.</w:t>
      </w:r>
    </w:p>
    <w:p>
      <w:pPr>
        <w:pStyle w:val="Normal"/>
        <w:jc w:val="start"/>
        <w:rPr/>
      </w:pPr>
      <w:r>
        <w:rPr>
          <w:b/>
          <w:sz w:val="24"/>
        </w:rPr>
        <w:t xml:space="preserve">Запрос. </w:t>
      </w:r>
      <w:r>
        <w:rPr>
          <w:b w:val="false"/>
          <w:sz w:val="24"/>
          <w:lang w:val="zxx"/>
        </w:rPr>
        <w:t>bootId/</w:t>
      </w:r>
      <w:r>
        <w:rPr>
          <w:b w:val="false"/>
          <w:sz w:val="24"/>
        </w:rPr>
        <w:t>​</w:t>
      </w:r>
      <w:r>
        <w:rPr>
          <w:b w:val="false"/>
          <w:sz w:val="24"/>
          <w:lang w:val="zxx"/>
        </w:rPr>
        <w:t>controlEpoch</w:t>
      </w:r>
      <w:r>
        <w:rPr>
          <w:b w:val="false"/>
          <w:sz w:val="24"/>
        </w:rPr>
        <w:t xml:space="preserve"> в оболочке; </w:t>
      </w:r>
      <w:r>
        <w:rPr>
          <w:b w:val="false"/>
          <w:sz w:val="24"/>
          <w:lang w:val="zxx"/>
        </w:rPr>
        <w:t>control</w:t>
      </w:r>
      <w:r>
        <w:rPr>
          <w:b w:val="false"/>
          <w:sz w:val="24"/>
        </w:rPr>
        <w:t xml:space="preserve"> </w:t>
      </w:r>
      <w:r>
        <w:rPr>
          <w:b w:val="false"/>
          <w:sz w:val="24"/>
          <w:lang w:val="zxx"/>
        </w:rPr>
        <w:t>acquireSeq</w:t>
      </w:r>
      <w:r>
        <w:rPr>
          <w:b w:val="false"/>
          <w:sz w:val="24"/>
        </w:rPr>
        <w:t xml:space="preserve">, </w:t>
      </w:r>
      <w:r>
        <w:rPr>
          <w:b w:val="false"/>
          <w:sz w:val="24"/>
          <w:lang w:val="zxx"/>
        </w:rPr>
        <w:t>instanceId</w:t>
      </w:r>
      <w:r>
        <w:rPr>
          <w:b w:val="false"/>
          <w:sz w:val="24"/>
        </w:rPr>
        <w:t xml:space="preserve"> и возрастающий </w:t>
      </w:r>
      <w:r>
        <w:rPr>
          <w:b w:val="false"/>
          <w:sz w:val="24"/>
          <w:lang w:val="zxx"/>
        </w:rPr>
        <w:t>attachSeq.</w:t>
      </w:r>
      <w:r>
        <w:rPr>
          <w:b w:val="false"/>
          <w:sz w:val="24"/>
        </w:rPr>
        <w:t xml:space="preserve"> Право резервной копии требует ограждения прежней по разделу </w:t>
      </w:r>
      <w:r>
        <w:rPr>
          <w:b w:val="false"/>
          <w:sz w:val="24"/>
          <w:lang w:val="zxx"/>
        </w:rPr>
        <w:t>5.</w:t>
      </w:r>
    </w:p>
    <w:p>
      <w:pPr>
        <w:pStyle w:val="Normal"/>
        <w:jc w:val="start"/>
        <w:rPr/>
      </w:pPr>
      <w:r>
        <w:rPr>
          <w:b/>
          <w:sz w:val="24"/>
        </w:rPr>
        <w:t xml:space="preserve">Ответ. </w:t>
      </w:r>
      <w:r>
        <w:rPr>
          <w:b w:val="false"/>
          <w:sz w:val="24"/>
          <w:lang w:val="zxx"/>
        </w:rPr>
        <w:t>control</w:t>
      </w:r>
      <w:r>
        <w:rPr>
          <w:b w:val="false"/>
          <w:sz w:val="24"/>
        </w:rPr>
        <w:t xml:space="preserve"> с прежними </w:t>
      </w:r>
      <w:r>
        <w:rPr>
          <w:b w:val="false"/>
          <w:sz w:val="24"/>
          <w:lang w:val="zxx"/>
        </w:rPr>
        <w:t>purpose/</w:t>
      </w:r>
      <w:r>
        <w:rPr>
          <w:b w:val="false"/>
          <w:sz w:val="24"/>
        </w:rPr>
        <w:t>​</w:t>
      </w:r>
      <w:r>
        <w:rPr>
          <w:b w:val="false"/>
          <w:sz w:val="24"/>
          <w:lang w:val="zxx"/>
        </w:rPr>
        <w:t>controlEpoch</w:t>
      </w:r>
      <w:r>
        <w:rPr>
          <w:b w:val="false"/>
          <w:sz w:val="24"/>
        </w:rPr>
        <w:t xml:space="preserve">, новым </w:t>
      </w:r>
      <w:r>
        <w:rPr>
          <w:b w:val="false"/>
          <w:sz w:val="24"/>
          <w:lang w:val="zxx"/>
        </w:rPr>
        <w:t>attachSeq</w:t>
      </w:r>
      <w:r>
        <w:rPr>
          <w:b w:val="false"/>
          <w:sz w:val="24"/>
        </w:rPr>
        <w:t xml:space="preserve"> и текущими </w:t>
      </w:r>
      <w:r>
        <w:rPr>
          <w:b w:val="false"/>
          <w:sz w:val="24"/>
          <w:lang w:val="zxx"/>
        </w:rPr>
        <w:t>highWater/</w:t>
      </w:r>
      <w:r>
        <w:rPr>
          <w:b w:val="false"/>
          <w:sz w:val="24"/>
        </w:rPr>
        <w:t>​</w:t>
      </w:r>
      <w:r>
        <w:rPr>
          <w:b w:val="false"/>
          <w:sz w:val="24"/>
          <w:lang w:val="zxx"/>
        </w:rPr>
        <w:t>leaseRemainingMs/</w:t>
      </w:r>
      <w:r>
        <w:rPr>
          <w:b w:val="false"/>
          <w:sz w:val="24"/>
        </w:rPr>
        <w:t>​</w:t>
      </w:r>
      <w:r>
        <w:rPr>
          <w:b w:val="false"/>
          <w:sz w:val="24"/>
          <w:lang w:val="zxx"/>
        </w:rPr>
        <w:t>current</w:t>
      </w:r>
      <w:r>
        <w:rPr>
          <w:b w:val="false"/>
          <w:sz w:val="24"/>
        </w:rPr>
        <w:t xml:space="preserve">; </w:t>
      </w:r>
      <w:r>
        <w:rPr>
          <w:b w:val="false"/>
          <w:sz w:val="24"/>
          <w:lang w:val="zxx"/>
        </w:rPr>
        <w:t>idleDeadlineMs</w:t>
      </w:r>
      <w:r>
        <w:rPr>
          <w:b w:val="false"/>
          <w:sz w:val="24"/>
        </w:rPr>
        <w:t xml:space="preserve"> не продлевается.</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Живая прежняя привязка не вытесняется: </w:t>
      </w:r>
      <w:r>
        <w:rPr>
          <w:b w:val="false"/>
          <w:sz w:val="24"/>
          <w:lang w:val="zxx"/>
        </w:rPr>
        <w:t>busy/</w:t>
      </w:r>
      <w:r>
        <w:rPr>
          <w:b w:val="false"/>
          <w:sz w:val="24"/>
        </w:rPr>
        <w:t>​</w:t>
      </w:r>
      <w:r>
        <w:rPr>
          <w:b w:val="false"/>
          <w:sz w:val="24"/>
          <w:lang w:val="zxx"/>
        </w:rPr>
        <w:t>detail=ownershipHeld.</w:t>
      </w:r>
      <w:r>
        <w:rPr>
          <w:b w:val="false"/>
          <w:sz w:val="24"/>
        </w:rPr>
        <w:t xml:space="preserve"> После ее отсоединения старый канал лишен изменяющих полномочий. Смена </w:t>
      </w:r>
      <w:r>
        <w:rPr>
          <w:b w:val="false"/>
          <w:sz w:val="24"/>
          <w:lang w:val="zxx"/>
        </w:rPr>
        <w:t>IP</w:t>
      </w:r>
      <w:r>
        <w:rPr>
          <w:b w:val="false"/>
          <w:sz w:val="24"/>
        </w:rPr>
        <w:t xml:space="preserve"> допустима после проверки идентичности и прежнего контекста. Повторное подключение не сбрасывает номера, не перезапускает сеанс и не решает </w:t>
      </w:r>
      <w:r>
        <w:rPr>
          <w:b w:val="false"/>
          <w:sz w:val="24"/>
          <w:lang w:val="zxx"/>
        </w:rPr>
        <w:t>HA</w:t>
      </w:r>
      <w:r>
        <w:rPr>
          <w:b w:val="false"/>
          <w:sz w:val="24"/>
        </w:rPr>
        <w:t xml:space="preserve"> само по себе. При утрате контекста после перезапуска АРМ читает актуальный снимок и сохраненный результат; присвоение чужого исполнения запрещено.</w:t>
      </w:r>
    </w:p>
    <w:p>
      <w:pPr>
        <w:pStyle w:val="2"/>
        <w:rPr/>
      </w:pPr>
      <w:r>
        <w:rPr>
          <w:sz w:val="24"/>
        </w:rPr>
        <w:t>А.35 control.release - Освободить управление</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Текущий владелец, нет активного сеанса или занятых неизвестным исходом ресурсов.</w:t>
      </w:r>
    </w:p>
    <w:p>
      <w:pPr>
        <w:pStyle w:val="Normal"/>
        <w:jc w:val="start"/>
        <w:rPr/>
      </w:pPr>
      <w:r>
        <w:rPr>
          <w:b/>
          <w:sz w:val="24"/>
        </w:rPr>
        <w:t xml:space="preserve">Запрос. </w:t>
      </w:r>
      <w:r>
        <w:rPr>
          <w:b w:val="false"/>
          <w:sz w:val="24"/>
        </w:rPr>
        <w:t xml:space="preserve">Текущие </w:t>
      </w:r>
      <w:r>
        <w:rPr>
          <w:b w:val="false"/>
          <w:sz w:val="24"/>
          <w:lang w:val="zxx"/>
        </w:rPr>
        <w:t>bootId/</w:t>
      </w:r>
      <w:r>
        <w:rPr>
          <w:b w:val="false"/>
          <w:sz w:val="24"/>
        </w:rPr>
        <w:t>​</w:t>
      </w:r>
      <w:r>
        <w:rPr>
          <w:b w:val="false"/>
          <w:sz w:val="24"/>
          <w:lang w:val="zxx"/>
        </w:rPr>
        <w:t>controlEpoch</w:t>
      </w:r>
      <w:r>
        <w:rPr>
          <w:b w:val="false"/>
          <w:sz w:val="24"/>
        </w:rPr>
        <w:t xml:space="preserve"> и новый </w:t>
      </w:r>
      <w:r>
        <w:rPr>
          <w:b w:val="false"/>
          <w:sz w:val="24"/>
          <w:lang w:val="zxx"/>
        </w:rPr>
        <w:t>cmdSeq.</w:t>
      </w:r>
    </w:p>
    <w:p>
      <w:pPr>
        <w:pStyle w:val="Normal"/>
        <w:jc w:val="start"/>
        <w:rPr/>
      </w:pPr>
      <w:r>
        <w:rPr>
          <w:b/>
          <w:sz w:val="24"/>
        </w:rPr>
        <w:t xml:space="preserve">Ответ. </w:t>
      </w:r>
      <w:r>
        <w:rPr>
          <w:b w:val="false"/>
          <w:sz w:val="24"/>
          <w:lang w:val="zxx"/>
        </w:rPr>
        <w:t>ok</w:t>
      </w:r>
      <w:r>
        <w:rPr>
          <w:b w:val="false"/>
          <w:sz w:val="24"/>
        </w:rPr>
        <w:t xml:space="preserve"> и </w:t>
      </w:r>
      <w:r>
        <w:rPr>
          <w:b w:val="false"/>
          <w:sz w:val="24"/>
          <w:lang w:val="zxx"/>
        </w:rPr>
        <w:t>released</w:t>
      </w:r>
      <w:r>
        <w:rPr>
          <w:b w:val="false"/>
          <w:sz w:val="24"/>
        </w:rPr>
        <w:t xml:space="preserve"> </w:t>
      </w:r>
      <w:r>
        <w:rPr>
          <w:b w:val="false"/>
          <w:sz w:val="24"/>
          <w:lang w:val="zxx"/>
        </w:rPr>
        <w:t>controlEpoch/</w:t>
      </w:r>
      <w:r>
        <w:rPr>
          <w:b w:val="false"/>
          <w:sz w:val="24"/>
        </w:rPr>
        <w:t>​</w:t>
      </w:r>
      <w:r>
        <w:rPr>
          <w:b w:val="false"/>
          <w:sz w:val="24"/>
          <w:lang w:val="zxx"/>
        </w:rPr>
        <w:t>released=true.</w:t>
      </w:r>
      <w:r>
        <w:rPr>
          <w:b w:val="false"/>
          <w:sz w:val="24"/>
        </w:rPr>
        <w:t xml:space="preserve"> Точный повтор на исходном либо новом допущенном канале того же участника возвращает сохраненный ответ из кеша завершенной эпохи.</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unsafeState</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Точный повтор </w:t>
      </w:r>
      <w:r>
        <w:rPr>
          <w:b w:val="false"/>
          <w:sz w:val="24"/>
          <w:lang w:val="zxx"/>
        </w:rPr>
        <w:t>cmdSeq</w:t>
      </w:r>
      <w:r>
        <w:rPr>
          <w:b w:val="false"/>
          <w:sz w:val="24"/>
        </w:rPr>
        <w:t xml:space="preserve"> в том же </w:t>
      </w:r>
      <w:r>
        <w:rPr>
          <w:b w:val="false"/>
          <w:sz w:val="24"/>
          <w:lang w:val="zxx"/>
        </w:rPr>
        <w:t>bootId/</w:t>
      </w:r>
      <w:r>
        <w:rPr>
          <w:b w:val="false"/>
          <w:sz w:val="24"/>
        </w:rPr>
        <w:t>​</w:t>
      </w:r>
      <w:r>
        <w:rPr>
          <w:b w:val="false"/>
          <w:sz w:val="24"/>
          <w:lang w:val="zxx"/>
        </w:rPr>
        <w:t>controlEpoch</w:t>
      </w:r>
      <w:r>
        <w:rPr>
          <w:b w:val="false"/>
          <w:sz w:val="24"/>
        </w:rPr>
        <w:t xml:space="preserve"> возвращает сохраненное решение без повторного действия. Если решение и сведения об адресной отмене вытеснены, старый номер получает </w:t>
      </w:r>
      <w:r>
        <w:rPr>
          <w:b w:val="false"/>
          <w:sz w:val="24"/>
          <w:lang w:val="zxx"/>
        </w:rPr>
        <w:t>resultExpired.</w:t>
      </w:r>
      <w:r>
        <w:rPr>
          <w:b w:val="false"/>
          <w:sz w:val="24"/>
        </w:rPr>
        <w:t xml:space="preserve"> Не используется как замена явной остановке; при активном сеансе возвращает </w:t>
      </w:r>
      <w:r>
        <w:rPr>
          <w:b w:val="false"/>
          <w:sz w:val="24"/>
          <w:lang w:val="zxx"/>
        </w:rPr>
        <w:t>busy.</w:t>
      </w:r>
    </w:p>
    <w:p>
      <w:pPr>
        <w:pStyle w:val="2"/>
        <w:rPr/>
      </w:pPr>
      <w:r>
        <w:rPr>
          <w:sz w:val="24"/>
        </w:rPr>
        <w:t>А.36 channel.ping - Проверить жизнь канала</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Аутентифицированный участник в своем канале.</w:t>
      </w:r>
    </w:p>
    <w:p>
      <w:pPr>
        <w:pStyle w:val="Normal"/>
        <w:jc w:val="start"/>
        <w:rPr/>
      </w:pPr>
      <w:r>
        <w:rPr>
          <w:b/>
          <w:sz w:val="24"/>
        </w:rPr>
        <w:t xml:space="preserve">Запрос. </w:t>
      </w:r>
      <w:r>
        <w:rPr>
          <w:b w:val="false"/>
          <w:sz w:val="24"/>
          <w:lang w:val="zxx"/>
        </w:rPr>
        <w:t>id</w:t>
      </w:r>
      <w:r>
        <w:rPr>
          <w:b w:val="false"/>
          <w:sz w:val="24"/>
        </w:rPr>
        <w:t xml:space="preserve"> и </w:t>
      </w:r>
      <w:r>
        <w:rPr>
          <w:b w:val="false"/>
          <w:sz w:val="24"/>
          <w:lang w:val="zxx"/>
        </w:rPr>
        <w:t>bootId</w:t>
      </w:r>
      <w:r>
        <w:rPr>
          <w:b w:val="false"/>
          <w:sz w:val="24"/>
        </w:rPr>
        <w:t xml:space="preserve"> в оболочке; владелец передает также </w:t>
      </w:r>
      <w:r>
        <w:rPr>
          <w:b w:val="false"/>
          <w:sz w:val="24"/>
          <w:lang w:val="zxx"/>
        </w:rPr>
        <w:t>controlEpoch.</w:t>
      </w:r>
      <w:r>
        <w:rPr>
          <w:b w:val="false"/>
          <w:sz w:val="24"/>
        </w:rPr>
        <w:t xml:space="preserve"> Дочернего элемента и </w:t>
      </w:r>
      <w:r>
        <w:rPr>
          <w:b w:val="false"/>
          <w:sz w:val="24"/>
          <w:lang w:val="zxx"/>
        </w:rPr>
        <w:t>cmdSeq</w:t>
      </w:r>
      <w:r>
        <w:rPr>
          <w:b w:val="false"/>
          <w:sz w:val="24"/>
        </w:rPr>
        <w:t xml:space="preserve"> нет.</w:t>
      </w:r>
    </w:p>
    <w:p>
      <w:pPr>
        <w:pStyle w:val="Normal"/>
        <w:jc w:val="start"/>
        <w:rPr/>
      </w:pPr>
      <w:r>
        <w:rPr>
          <w:b/>
          <w:sz w:val="24"/>
        </w:rPr>
        <w:t xml:space="preserve">Ответ. </w:t>
      </w:r>
      <w:r>
        <w:rPr>
          <w:b w:val="false"/>
          <w:sz w:val="24"/>
          <w:lang w:val="zxx"/>
        </w:rPr>
        <w:t>ok</w:t>
      </w:r>
      <w:r>
        <w:rPr>
          <w:b w:val="false"/>
          <w:sz w:val="24"/>
        </w:rPr>
        <w:t xml:space="preserve">, </w:t>
      </w:r>
      <w:r>
        <w:rPr>
          <w:b w:val="false"/>
          <w:sz w:val="24"/>
          <w:lang w:val="zxx"/>
        </w:rPr>
        <w:t>bootId</w:t>
      </w:r>
      <w:r>
        <w:rPr>
          <w:b w:val="false"/>
          <w:sz w:val="24"/>
        </w:rPr>
        <w:t xml:space="preserve"> и </w:t>
      </w:r>
      <w:r>
        <w:rPr>
          <w:b w:val="false"/>
          <w:sz w:val="24"/>
          <w:lang w:val="zxx"/>
        </w:rPr>
        <w:t>channel</w:t>
      </w:r>
      <w:r>
        <w:rPr>
          <w:b w:val="false"/>
          <w:sz w:val="24"/>
        </w:rPr>
        <w:t xml:space="preserve"> </w:t>
      </w:r>
      <w:r>
        <w:rPr>
          <w:b w:val="false"/>
          <w:sz w:val="24"/>
          <w:lang w:val="zxx"/>
        </w:rPr>
        <w:t>uptimeMs/</w:t>
      </w:r>
      <w:r>
        <w:rPr>
          <w:b w:val="false"/>
          <w:sz w:val="24"/>
        </w:rPr>
        <w:t>​</w:t>
      </w:r>
      <w:r>
        <w:rPr>
          <w:b w:val="false"/>
          <w:sz w:val="24"/>
          <w:lang w:val="zxx"/>
        </w:rPr>
        <w:t>leaseRemainingMs.</w:t>
      </w:r>
      <w:r>
        <w:rPr>
          <w:b w:val="false"/>
          <w:sz w:val="24"/>
        </w:rPr>
        <w:t xml:space="preserve"> Для наблюдателя </w:t>
      </w:r>
      <w:r>
        <w:rPr>
          <w:b w:val="false"/>
          <w:sz w:val="24"/>
          <w:lang w:val="zxx"/>
        </w:rPr>
        <w:t>leaseRemainingMs=0.</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staleEpoch</w:t>
      </w:r>
      <w:r>
        <w:rPr>
          <w:b w:val="false"/>
          <w:sz w:val="24"/>
        </w:rPr>
        <w:t xml:space="preserve">, </w:t>
      </w:r>
      <w:r>
        <w:rPr>
          <w:b w:val="false"/>
          <w:sz w:val="24"/>
          <w:lang w:val="zxx"/>
        </w:rPr>
        <w:t>staleAttachment</w:t>
      </w:r>
    </w:p>
    <w:p>
      <w:pPr>
        <w:pStyle w:val="Normal"/>
        <w:jc w:val="start"/>
        <w:rPr/>
      </w:pPr>
      <w:r>
        <w:rPr>
          <w:b/>
          <w:sz w:val="24"/>
        </w:rPr>
        <w:t xml:space="preserve">Повторы и поведение. </w:t>
      </w:r>
      <w:r>
        <w:rPr>
          <w:b w:val="false"/>
          <w:sz w:val="24"/>
        </w:rPr>
        <w:t xml:space="preserve">Отдельный слот </w:t>
      </w:r>
      <w:r>
        <w:rPr>
          <w:b w:val="false"/>
          <w:sz w:val="24"/>
          <w:lang w:val="zxx"/>
        </w:rPr>
        <w:t>heartbeat</w:t>
      </w:r>
      <w:r>
        <w:rPr>
          <w:b w:val="false"/>
          <w:sz w:val="24"/>
        </w:rPr>
        <w:t xml:space="preserve">, период </w:t>
      </w:r>
      <w:r>
        <w:rPr>
          <w:b w:val="false"/>
          <w:sz w:val="24"/>
          <w:lang w:val="zxx"/>
        </w:rPr>
        <w:t>5000</w:t>
      </w:r>
      <w:r>
        <w:rPr>
          <w:b w:val="false"/>
          <w:sz w:val="24"/>
        </w:rPr>
        <w:t xml:space="preserve"> мс, </w:t>
      </w:r>
      <w:r>
        <w:rPr>
          <w:b w:val="false"/>
          <w:sz w:val="24"/>
          <w:lang w:val="zxx"/>
        </w:rPr>
        <w:t>lease</w:t>
      </w:r>
      <w:r>
        <w:rPr>
          <w:b w:val="false"/>
          <w:sz w:val="24"/>
        </w:rPr>
        <w:t xml:space="preserve"> </w:t>
      </w:r>
      <w:r>
        <w:rPr>
          <w:b w:val="false"/>
          <w:sz w:val="24"/>
          <w:lang w:val="zxx"/>
        </w:rPr>
        <w:t>30000</w:t>
      </w:r>
      <w:r>
        <w:rPr>
          <w:b w:val="false"/>
          <w:sz w:val="24"/>
        </w:rPr>
        <w:t xml:space="preserve"> мс. Только запрос прикрепленного владельца с текущей эпохой продлевает связь. Наблюдатели не продлевают владение.</w:t>
      </w:r>
    </w:p>
    <w:p>
      <w:pPr>
        <w:pStyle w:val="2"/>
        <w:rPr/>
      </w:pPr>
      <w:r>
        <w:rPr>
          <w:sz w:val="24"/>
        </w:rPr>
        <w:t>А.37 session.start - Начать оповещение, опрос с запуском или проверку</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Текущий владелец; поддержанные ресурсы свободны и имеют допустимое физическое состояние.</w:t>
      </w:r>
    </w:p>
    <w:p>
      <w:pPr>
        <w:pStyle w:val="Normal"/>
        <w:jc w:val="start"/>
        <w:rPr/>
      </w:pPr>
      <w:r>
        <w:rPr>
          <w:b/>
          <w:sz w:val="24"/>
        </w:rPr>
        <w:t xml:space="preserve">Запрос. </w:t>
      </w:r>
      <w:r>
        <w:rPr>
          <w:b w:val="false"/>
          <w:sz w:val="24"/>
          <w:lang w:val="zxx"/>
        </w:rPr>
        <w:t>bootId/</w:t>
      </w:r>
      <w:r>
        <w:rPr>
          <w:b w:val="false"/>
          <w:sz w:val="24"/>
        </w:rPr>
        <w:t>​</w:t>
      </w:r>
      <w:r>
        <w:rPr>
          <w:b w:val="false"/>
          <w:sz w:val="24"/>
          <w:lang w:val="zxx"/>
        </w:rPr>
        <w:t>controlEpoch/</w:t>
      </w:r>
      <w:r>
        <w:rPr>
          <w:b w:val="false"/>
          <w:sz w:val="24"/>
        </w:rPr>
        <w:t>​</w:t>
      </w:r>
      <w:r>
        <w:rPr>
          <w:b w:val="false"/>
          <w:sz w:val="24"/>
          <w:lang w:val="zxx"/>
        </w:rPr>
        <w:t>cmdSeq</w:t>
      </w:r>
      <w:r>
        <w:rPr>
          <w:b w:val="false"/>
          <w:sz w:val="24"/>
        </w:rPr>
        <w:t xml:space="preserve">; </w:t>
      </w:r>
      <w:r>
        <w:rPr>
          <w:b w:val="false"/>
          <w:sz w:val="24"/>
          <w:lang w:val="zxx"/>
        </w:rPr>
        <w:t>session</w:t>
      </w:r>
      <w:r>
        <w:rPr>
          <w:b w:val="false"/>
          <w:sz w:val="24"/>
        </w:rPr>
        <w:t xml:space="preserve"> </w:t>
      </w:r>
      <w:r>
        <w:rPr>
          <w:b w:val="false"/>
          <w:sz w:val="24"/>
          <w:lang w:val="zxx"/>
        </w:rPr>
        <w:t>mode=siren|</w:t>
      </w:r>
      <w:r>
        <w:rPr>
          <w:b w:val="false"/>
          <w:sz w:val="24"/>
        </w:rPr>
        <w:t>​</w:t>
      </w:r>
      <w:r>
        <w:rPr>
          <w:b w:val="false"/>
          <w:sz w:val="24"/>
          <w:lang w:val="zxx"/>
        </w:rPr>
        <w:t>recording|</w:t>
      </w:r>
      <w:r>
        <w:rPr>
          <w:b w:val="false"/>
          <w:sz w:val="24"/>
        </w:rPr>
        <w:t>​</w:t>
      </w:r>
      <w:r>
        <w:rPr>
          <w:b w:val="false"/>
          <w:sz w:val="24"/>
          <w:lang w:val="zxx"/>
        </w:rPr>
        <w:t>test|</w:t>
      </w:r>
      <w:r>
        <w:rPr>
          <w:b w:val="false"/>
          <w:sz w:val="24"/>
        </w:rPr>
        <w:t>​</w:t>
      </w:r>
      <w:r>
        <w:rPr>
          <w:b w:val="false"/>
          <w:sz w:val="24"/>
          <w:lang w:val="zxx"/>
        </w:rPr>
        <w:t>program|</w:t>
      </w:r>
      <w:r>
        <w:rPr>
          <w:b w:val="false"/>
          <w:sz w:val="24"/>
        </w:rPr>
        <w:t>​</w:t>
      </w:r>
      <w:r>
        <w:rPr>
          <w:b w:val="false"/>
          <w:sz w:val="24"/>
          <w:lang w:val="zxx"/>
        </w:rPr>
        <w:t>stream</w:t>
      </w:r>
      <w:r>
        <w:rPr>
          <w:b w:val="false"/>
          <w:sz w:val="24"/>
        </w:rPr>
        <w:t xml:space="preserve">, </w:t>
      </w:r>
      <w:r>
        <w:rPr>
          <w:b w:val="false"/>
          <w:sz w:val="24"/>
          <w:lang w:val="zxx"/>
        </w:rPr>
        <w:t>purpose</w:t>
      </w:r>
      <w:r>
        <w:rPr>
          <w:b w:val="false"/>
          <w:sz w:val="24"/>
        </w:rPr>
        <w:t xml:space="preserve">, </w:t>
      </w:r>
      <w:r>
        <w:rPr>
          <w:b w:val="false"/>
          <w:sz w:val="24"/>
          <w:lang w:val="zxx"/>
        </w:rPr>
        <w:t>acceptBeforeMs</w:t>
      </w:r>
      <w:r>
        <w:rPr>
          <w:b w:val="false"/>
          <w:sz w:val="24"/>
        </w:rPr>
        <w:t xml:space="preserve">, </w:t>
      </w:r>
      <w:r>
        <w:rPr>
          <w:b w:val="false"/>
          <w:sz w:val="24"/>
          <w:lang w:val="zxx"/>
        </w:rPr>
        <w:t>maxDurationMs</w:t>
      </w:r>
      <w:r>
        <w:rPr>
          <w:b w:val="false"/>
          <w:sz w:val="24"/>
        </w:rPr>
        <w:t xml:space="preserve">, </w:t>
      </w:r>
      <w:r>
        <w:rPr>
          <w:b w:val="false"/>
          <w:sz w:val="24"/>
          <w:lang w:val="zxx"/>
        </w:rPr>
        <w:t>configRevision</w:t>
      </w:r>
      <w:r>
        <w:rPr>
          <w:b w:val="false"/>
          <w:sz w:val="24"/>
        </w:rPr>
        <w:t xml:space="preserve">, </w:t>
      </w:r>
      <w:r>
        <w:rPr>
          <w:b w:val="false"/>
          <w:sz w:val="24"/>
          <w:lang w:val="zxx"/>
        </w:rPr>
        <w:t>capabilityRevision</w:t>
      </w:r>
      <w:r>
        <w:rPr>
          <w:b w:val="false"/>
          <w:sz w:val="24"/>
        </w:rPr>
        <w:t xml:space="preserve">; </w:t>
      </w:r>
      <w:r>
        <w:rPr>
          <w:b w:val="false"/>
          <w:sz w:val="24"/>
          <w:lang w:val="zxx"/>
        </w:rPr>
        <w:t>resources</w:t>
      </w:r>
      <w:r>
        <w:rPr>
          <w:b w:val="false"/>
          <w:sz w:val="24"/>
        </w:rPr>
        <w:t xml:space="preserve"> с </w:t>
      </w:r>
      <w:r>
        <w:rPr>
          <w:b w:val="false"/>
          <w:sz w:val="24"/>
          <w:lang w:val="zxx"/>
        </w:rPr>
        <w:t>1..4</w:t>
      </w:r>
      <w:r>
        <w:rPr>
          <w:b w:val="false"/>
          <w:sz w:val="24"/>
        </w:rPr>
        <w:t xml:space="preserve"> </w:t>
      </w:r>
      <w:r>
        <w:rPr>
          <w:b w:val="false"/>
          <w:sz w:val="24"/>
          <w:lang w:val="zxx"/>
        </w:rPr>
        <w:t>resource</w:t>
      </w:r>
      <w:r>
        <w:rPr>
          <w:b w:val="false"/>
          <w:sz w:val="24"/>
        </w:rPr>
        <w:t xml:space="preserve"> </w:t>
      </w:r>
      <w:r>
        <w:rPr>
          <w:b w:val="false"/>
          <w:sz w:val="24"/>
          <w:lang w:val="zxx"/>
        </w:rPr>
        <w:t>id/</w:t>
      </w:r>
      <w:r>
        <w:rPr>
          <w:b w:val="false"/>
          <w:sz w:val="24"/>
        </w:rPr>
        <w:t>​</w:t>
      </w:r>
      <w:r>
        <w:rPr>
          <w:b w:val="false"/>
          <w:sz w:val="24"/>
          <w:lang w:val="zxx"/>
        </w:rPr>
        <w:t>bindingGeneration</w:t>
      </w:r>
      <w:r>
        <w:rPr>
          <w:b w:val="false"/>
          <w:sz w:val="24"/>
        </w:rPr>
        <w:t xml:space="preserve"> и ровно один элемент соответствующего режима. Форматы приведены в разделах </w:t>
      </w:r>
      <w:r>
        <w:rPr>
          <w:b w:val="false"/>
          <w:sz w:val="24"/>
          <w:lang w:val="zxx"/>
        </w:rPr>
        <w:t>12</w:t>
      </w:r>
      <w:r>
        <w:rPr>
          <w:b w:val="false"/>
          <w:sz w:val="24"/>
        </w:rPr>
        <w:t xml:space="preserve">, </w:t>
      </w:r>
      <w:r>
        <w:rPr>
          <w:b w:val="false"/>
          <w:sz w:val="24"/>
          <w:lang w:val="zxx"/>
        </w:rPr>
        <w:t>15</w:t>
      </w:r>
      <w:r>
        <w:rPr>
          <w:b w:val="false"/>
          <w:sz w:val="24"/>
        </w:rPr>
        <w:t xml:space="preserve">, </w:t>
      </w:r>
      <w:r>
        <w:rPr>
          <w:b w:val="false"/>
          <w:sz w:val="24"/>
          <w:lang w:val="zxx"/>
        </w:rPr>
        <w:t>19</w:t>
      </w:r>
      <w:r>
        <w:rPr>
          <w:b w:val="false"/>
          <w:sz w:val="24"/>
        </w:rPr>
        <w:t xml:space="preserve"> и </w:t>
      </w:r>
      <w:r>
        <w:rPr>
          <w:b w:val="false"/>
          <w:sz w:val="24"/>
          <w:lang w:val="zxx"/>
        </w:rPr>
        <w:t>26.</w:t>
      </w:r>
    </w:p>
    <w:p>
      <w:pPr>
        <w:pStyle w:val="Normal"/>
        <w:jc w:val="start"/>
        <w:rPr/>
      </w:pPr>
      <w:r>
        <w:rPr>
          <w:b/>
          <w:sz w:val="24"/>
        </w:rPr>
        <w:t xml:space="preserve">Ответ. </w:t>
      </w:r>
      <w:r>
        <w:rPr>
          <w:b w:val="false"/>
          <w:sz w:val="24"/>
          <w:lang w:val="zxx"/>
        </w:rPr>
        <w:t>accepted</w:t>
      </w:r>
      <w:r>
        <w:rPr>
          <w:b w:val="false"/>
          <w:sz w:val="24"/>
        </w:rPr>
        <w:t xml:space="preserve"> с </w:t>
      </w:r>
      <w:r>
        <w:rPr>
          <w:b w:val="false"/>
          <w:sz w:val="24"/>
          <w:lang w:val="zxx"/>
        </w:rPr>
        <w:t>session</w:t>
      </w:r>
      <w:r>
        <w:rPr>
          <w:b w:val="false"/>
          <w:sz w:val="24"/>
        </w:rPr>
        <w:t xml:space="preserve"> </w:t>
      </w:r>
      <w:r>
        <w:rPr>
          <w:b w:val="false"/>
          <w:sz w:val="24"/>
          <w:lang w:val="zxx"/>
        </w:rPr>
        <w:t>id/</w:t>
      </w:r>
      <w:r>
        <w:rPr>
          <w:b w:val="false"/>
          <w:sz w:val="24"/>
        </w:rPr>
        <w:t>​</w:t>
      </w:r>
      <w:r>
        <w:rPr>
          <w:b w:val="false"/>
          <w:sz w:val="24"/>
          <w:lang w:val="zxx"/>
        </w:rPr>
        <w:t>startSeq/</w:t>
      </w:r>
      <w:r>
        <w:rPr>
          <w:b w:val="false"/>
          <w:sz w:val="24"/>
        </w:rPr>
        <w:t>​</w:t>
      </w:r>
      <w:r>
        <w:rPr>
          <w:b w:val="false"/>
          <w:sz w:val="24"/>
          <w:lang w:val="zxx"/>
        </w:rPr>
        <w:t>state/</w:t>
      </w:r>
      <w:r>
        <w:rPr>
          <w:b w:val="false"/>
          <w:sz w:val="24"/>
        </w:rPr>
        <w:t>​</w:t>
      </w:r>
      <w:r>
        <w:rPr>
          <w:b w:val="false"/>
          <w:sz w:val="24"/>
          <w:lang w:val="zxx"/>
        </w:rPr>
        <w:t>onControlLoss/</w:t>
      </w:r>
      <w:r>
        <w:rPr>
          <w:b w:val="false"/>
          <w:sz w:val="24"/>
        </w:rPr>
        <w:t>​</w:t>
      </w:r>
      <w:r>
        <w:rPr>
          <w:b w:val="false"/>
          <w:sz w:val="24"/>
          <w:lang w:val="zxx"/>
        </w:rPr>
        <w:t>configRevision/</w:t>
      </w:r>
      <w:r>
        <w:rPr>
          <w:b w:val="false"/>
          <w:sz w:val="24"/>
        </w:rPr>
        <w:t>​</w:t>
      </w:r>
      <w:r>
        <w:rPr>
          <w:b w:val="false"/>
          <w:sz w:val="24"/>
          <w:lang w:val="zxx"/>
        </w:rPr>
        <w:t>capabilityRevision/</w:t>
      </w:r>
      <w:r>
        <w:rPr>
          <w:b w:val="false"/>
          <w:sz w:val="24"/>
        </w:rPr>
        <w:t>​</w:t>
      </w:r>
      <w:r>
        <w:rPr>
          <w:b w:val="false"/>
          <w:sz w:val="24"/>
          <w:lang w:val="zxx"/>
        </w:rPr>
        <w:t>acceptedAtMs/</w:t>
      </w:r>
      <w:r>
        <w:rPr>
          <w:b w:val="false"/>
          <w:sz w:val="24"/>
        </w:rPr>
        <w:t>​</w:t>
      </w:r>
      <w:r>
        <w:rPr>
          <w:b w:val="false"/>
          <w:sz w:val="24"/>
          <w:lang w:val="zxx"/>
        </w:rPr>
        <w:t>maxDurationMs.</w:t>
      </w:r>
      <w:r>
        <w:rPr>
          <w:b w:val="false"/>
          <w:sz w:val="24"/>
        </w:rPr>
        <w:t xml:space="preserve"> Принятие и физический результат раздельны; наблюдения и проверки читаются страницами </w:t>
      </w:r>
      <w:r>
        <w:rPr>
          <w:b w:val="false"/>
          <w:sz w:val="24"/>
          <w:lang w:val="zxx"/>
        </w:rPr>
        <w:t>session.get.</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unsupported</w:t>
      </w:r>
      <w:r>
        <w:rPr>
          <w:b w:val="false"/>
          <w:sz w:val="24"/>
        </w:rPr>
        <w:t xml:space="preserve">, </w:t>
      </w:r>
      <w:r>
        <w:rPr>
          <w:b w:val="false"/>
          <w:sz w:val="24"/>
          <w:lang w:val="zxx"/>
        </w:rPr>
        <w:t>startWindowExpired</w:t>
      </w:r>
      <w:r>
        <w:rPr>
          <w:b w:val="false"/>
          <w:sz w:val="24"/>
        </w:rPr>
        <w:t xml:space="preserve">, </w:t>
      </w:r>
      <w:r>
        <w:rPr>
          <w:b w:val="false"/>
          <w:sz w:val="24"/>
          <w:lang w:val="zxx"/>
        </w:rPr>
        <w:t>startBlockedByCancel</w:t>
      </w:r>
      <w:r>
        <w:rPr>
          <w:b w:val="false"/>
          <w:sz w:val="24"/>
        </w:rPr>
        <w:t xml:space="preserve">, </w:t>
      </w:r>
      <w:r>
        <w:rPr>
          <w:b w:val="false"/>
          <w:sz w:val="24"/>
          <w:lang w:val="zxx"/>
        </w:rPr>
        <w:t>sourceUnavailable</w:t>
      </w:r>
      <w:r>
        <w:rPr>
          <w:b w:val="false"/>
          <w:sz w:val="24"/>
        </w:rPr>
        <w:t xml:space="preserve">, </w:t>
      </w:r>
      <w:r>
        <w:rPr>
          <w:b w:val="false"/>
          <w:sz w:val="24"/>
          <w:lang w:val="zxx"/>
        </w:rPr>
        <w:t>unsafeState</w:t>
      </w:r>
      <w:r>
        <w:rPr>
          <w:b w:val="false"/>
          <w:sz w:val="24"/>
        </w:rPr>
        <w:t xml:space="preserve">, </w:t>
      </w:r>
      <w:r>
        <w:rPr>
          <w:b w:val="false"/>
          <w:sz w:val="24"/>
          <w:lang w:val="zxx"/>
        </w:rPr>
        <w:t>notFound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Точный повтор </w:t>
      </w:r>
      <w:r>
        <w:rPr>
          <w:b w:val="false"/>
          <w:sz w:val="24"/>
          <w:lang w:val="zxx"/>
        </w:rPr>
        <w:t>cmdSeq</w:t>
      </w:r>
      <w:r>
        <w:rPr>
          <w:b w:val="false"/>
          <w:sz w:val="24"/>
        </w:rPr>
        <w:t xml:space="preserve"> в том же </w:t>
      </w:r>
      <w:r>
        <w:rPr>
          <w:b w:val="false"/>
          <w:sz w:val="24"/>
          <w:lang w:val="zxx"/>
        </w:rPr>
        <w:t>bootId/</w:t>
      </w:r>
      <w:r>
        <w:rPr>
          <w:b w:val="false"/>
          <w:sz w:val="24"/>
        </w:rPr>
        <w:t>​</w:t>
      </w:r>
      <w:r>
        <w:rPr>
          <w:b w:val="false"/>
          <w:sz w:val="24"/>
          <w:lang w:val="zxx"/>
        </w:rPr>
        <w:t>controlEpoch</w:t>
      </w:r>
      <w:r>
        <w:rPr>
          <w:b w:val="false"/>
          <w:sz w:val="24"/>
        </w:rPr>
        <w:t xml:space="preserve"> возвращает сохраненное решение без повторного действия. Если решение и сведения об адресной отмене вытеснены, старый номер получает </w:t>
      </w:r>
      <w:r>
        <w:rPr>
          <w:b w:val="false"/>
          <w:sz w:val="24"/>
          <w:lang w:val="zxx"/>
        </w:rPr>
        <w:t>resultExpired.</w:t>
      </w:r>
      <w:r>
        <w:rPr>
          <w:b w:val="false"/>
          <w:sz w:val="24"/>
        </w:rPr>
        <w:t xml:space="preserve"> </w:t>
      </w:r>
      <w:r>
        <w:rPr>
          <w:b w:val="false"/>
          <w:sz w:val="24"/>
          <w:lang w:val="zxx"/>
        </w:rPr>
        <w:t>onControlLoss</w:t>
      </w:r>
      <w:r>
        <w:rPr>
          <w:b w:val="false"/>
          <w:sz w:val="24"/>
        </w:rPr>
        <w:t xml:space="preserve"> не переопределяется в </w:t>
      </w:r>
      <w:r>
        <w:rPr>
          <w:b w:val="false"/>
          <w:sz w:val="24"/>
          <w:lang w:val="zxx"/>
        </w:rPr>
        <w:t>session.start.</w:t>
      </w:r>
      <w:r>
        <w:rPr>
          <w:b w:val="false"/>
          <w:sz w:val="24"/>
        </w:rPr>
        <w:t xml:space="preserve"> Отмена без ответа: </w:t>
      </w:r>
      <w:r>
        <w:rPr>
          <w:b w:val="false"/>
          <w:sz w:val="24"/>
          <w:lang w:val="zxx"/>
        </w:rPr>
        <w:t>session.cancel</w:t>
      </w:r>
      <w:r>
        <w:rPr>
          <w:b w:val="false"/>
          <w:sz w:val="24"/>
        </w:rPr>
        <w:t xml:space="preserve"> по </w:t>
      </w:r>
      <w:r>
        <w:rPr>
          <w:b w:val="false"/>
          <w:sz w:val="24"/>
          <w:lang w:val="zxx"/>
        </w:rPr>
        <w:t>startSeq</w:t>
      </w:r>
      <w:r>
        <w:rPr>
          <w:b w:val="false"/>
          <w:sz w:val="24"/>
        </w:rPr>
        <w:t xml:space="preserve">; с известным </w:t>
      </w:r>
      <w:r>
        <w:rPr>
          <w:b w:val="false"/>
          <w:sz w:val="24"/>
          <w:lang w:val="zxx"/>
        </w:rPr>
        <w:t>ID:</w:t>
      </w:r>
      <w:r>
        <w:rPr>
          <w:b w:val="false"/>
          <w:sz w:val="24"/>
        </w:rPr>
        <w:t xml:space="preserve"> </w:t>
      </w:r>
      <w:r>
        <w:rPr>
          <w:b w:val="false"/>
          <w:sz w:val="24"/>
          <w:lang w:val="zxx"/>
        </w:rPr>
        <w:t>session.stop.</w:t>
      </w:r>
      <w:r>
        <w:rPr>
          <w:b w:val="false"/>
          <w:sz w:val="24"/>
        </w:rPr>
        <w:t xml:space="preserve"> Все поля конкретного режима и быстрые обязательные предусловия проверяются до воздействия по текущим наблюдениям. Старое заключение </w:t>
      </w:r>
      <w:r>
        <w:rPr>
          <w:b w:val="false"/>
          <w:sz w:val="24"/>
          <w:lang w:val="zxx"/>
        </w:rPr>
        <w:t>readiness.get</w:t>
      </w:r>
      <w:r>
        <w:rPr>
          <w:b w:val="false"/>
          <w:sz w:val="24"/>
        </w:rPr>
        <w:t xml:space="preserve"> не резервирует ресурс и не заменяет повторной проверки.</w:t>
      </w:r>
    </w:p>
    <w:p>
      <w:pPr>
        <w:pStyle w:val="2"/>
        <w:rPr/>
      </w:pPr>
      <w:r>
        <w:rPr>
          <w:sz w:val="24"/>
        </w:rPr>
        <w:t>А.38 session.stop - Остановить известный сеанс</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Текущий владелец именно этого исполнения.</w:t>
      </w:r>
    </w:p>
    <w:p>
      <w:pPr>
        <w:pStyle w:val="Normal"/>
        <w:jc w:val="start"/>
        <w:rPr/>
      </w:pPr>
      <w:r>
        <w:rPr>
          <w:b/>
          <w:sz w:val="24"/>
        </w:rPr>
        <w:t xml:space="preserve">Запрос. </w:t>
      </w:r>
      <w:r>
        <w:rPr>
          <w:b w:val="false"/>
          <w:sz w:val="24"/>
          <w:lang w:val="zxx"/>
        </w:rPr>
        <w:t>bootId/</w:t>
      </w:r>
      <w:r>
        <w:rPr>
          <w:b w:val="false"/>
          <w:sz w:val="24"/>
        </w:rPr>
        <w:t>​</w:t>
      </w:r>
      <w:r>
        <w:rPr>
          <w:b w:val="false"/>
          <w:sz w:val="24"/>
          <w:lang w:val="zxx"/>
        </w:rPr>
        <w:t>controlEpoch</w:t>
      </w:r>
      <w:r>
        <w:rPr>
          <w:b w:val="false"/>
          <w:sz w:val="24"/>
        </w:rPr>
        <w:t xml:space="preserve">, новый </w:t>
      </w:r>
      <w:r>
        <w:rPr>
          <w:b w:val="false"/>
          <w:sz w:val="24"/>
          <w:lang w:val="zxx"/>
        </w:rPr>
        <w:t>cmdSeq</w:t>
      </w:r>
      <w:r>
        <w:rPr>
          <w:b w:val="false"/>
          <w:sz w:val="24"/>
        </w:rPr>
        <w:t xml:space="preserve"> и точный </w:t>
      </w:r>
      <w:r>
        <w:rPr>
          <w:b w:val="false"/>
          <w:sz w:val="24"/>
          <w:lang w:val="zxx"/>
        </w:rPr>
        <w:t>sessionId.</w:t>
      </w:r>
    </w:p>
    <w:p>
      <w:pPr>
        <w:pStyle w:val="Normal"/>
        <w:jc w:val="start"/>
        <w:rPr/>
      </w:pPr>
      <w:r>
        <w:rPr>
          <w:b/>
          <w:sz w:val="24"/>
        </w:rPr>
        <w:t xml:space="preserve">Ответ. </w:t>
      </w:r>
      <w:r>
        <w:rPr>
          <w:b w:val="false"/>
          <w:sz w:val="24"/>
        </w:rPr>
        <w:t>Принятие остановки/</w:t>
      </w:r>
      <w:r>
        <w:rPr>
          <w:b w:val="false"/>
          <w:sz w:val="24"/>
          <w:lang w:val="zxx"/>
        </w:rPr>
        <w:t>state=stopping</w:t>
      </w:r>
      <w:r>
        <w:rPr>
          <w:b w:val="false"/>
          <w:sz w:val="24"/>
        </w:rPr>
        <w:t>; затем результат исполнения и отдельно подтвержденное состояние выходов.</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Точный повтор </w:t>
      </w:r>
      <w:r>
        <w:rPr>
          <w:b w:val="false"/>
          <w:sz w:val="24"/>
          <w:lang w:val="zxx"/>
        </w:rPr>
        <w:t>cmdSeq</w:t>
      </w:r>
      <w:r>
        <w:rPr>
          <w:b w:val="false"/>
          <w:sz w:val="24"/>
        </w:rPr>
        <w:t xml:space="preserve"> в том же </w:t>
      </w:r>
      <w:r>
        <w:rPr>
          <w:b w:val="false"/>
          <w:sz w:val="24"/>
          <w:lang w:val="zxx"/>
        </w:rPr>
        <w:t>bootId/</w:t>
      </w:r>
      <w:r>
        <w:rPr>
          <w:b w:val="false"/>
          <w:sz w:val="24"/>
        </w:rPr>
        <w:t>​</w:t>
      </w:r>
      <w:r>
        <w:rPr>
          <w:b w:val="false"/>
          <w:sz w:val="24"/>
          <w:lang w:val="zxx"/>
        </w:rPr>
        <w:t>controlEpoch</w:t>
      </w:r>
      <w:r>
        <w:rPr>
          <w:b w:val="false"/>
          <w:sz w:val="24"/>
        </w:rPr>
        <w:t xml:space="preserve"> возвращает сохраненное решение без повторного действия. Если решение и сведения об адресной отмене вытеснены, старый номер получает </w:t>
      </w:r>
      <w:r>
        <w:rPr>
          <w:b w:val="false"/>
          <w:sz w:val="24"/>
          <w:lang w:val="zxx"/>
        </w:rPr>
        <w:t>resultExpired.</w:t>
      </w:r>
      <w:r>
        <w:rPr>
          <w:b w:val="false"/>
          <w:sz w:val="24"/>
        </w:rPr>
        <w:t xml:space="preserve"> Разделяет отдельный приоритетный слот с </w:t>
      </w:r>
      <w:r>
        <w:rPr>
          <w:b w:val="false"/>
          <w:sz w:val="24"/>
          <w:lang w:val="zxx"/>
        </w:rPr>
        <w:t>session.cancel</w:t>
      </w:r>
      <w:r>
        <w:rPr>
          <w:b w:val="false"/>
          <w:sz w:val="24"/>
        </w:rPr>
        <w:t xml:space="preserve"> и не ожидает ответа обычного чтения или сервисной команды. Старый </w:t>
      </w:r>
      <w:r>
        <w:rPr>
          <w:b w:val="false"/>
          <w:sz w:val="24"/>
          <w:lang w:val="zxx"/>
        </w:rPr>
        <w:t>sessionId</w:t>
      </w:r>
      <w:r>
        <w:rPr>
          <w:b w:val="false"/>
          <w:sz w:val="24"/>
        </w:rPr>
        <w:t xml:space="preserve"> никогда не означает "остановить текущий". Возврат </w:t>
      </w:r>
      <w:r>
        <w:rPr>
          <w:b w:val="false"/>
          <w:sz w:val="24"/>
          <w:lang w:val="zxx"/>
        </w:rPr>
        <w:t>accepted</w:t>
      </w:r>
      <w:r>
        <w:rPr>
          <w:b w:val="false"/>
          <w:sz w:val="24"/>
        </w:rPr>
        <w:t xml:space="preserve"> еще не доказывает физического выключения. Отмена удаляет будущие включения и повторы этого исполнения, отзывает его медиаразрешения; обработка </w:t>
      </w:r>
      <w:r>
        <w:rPr>
          <w:b w:val="false"/>
          <w:sz w:val="24"/>
          <w:lang w:val="zxx"/>
        </w:rPr>
        <w:t>session.stop</w:t>
      </w:r>
      <w:r>
        <w:rPr>
          <w:b w:val="false"/>
          <w:sz w:val="24"/>
        </w:rPr>
        <w:t xml:space="preserve"> </w:t>
      </w:r>
      <w:r>
        <w:rPr>
          <w:b w:val="false"/>
          <w:sz w:val="24"/>
          <w:lang w:val="zxx"/>
        </w:rPr>
        <w:t>НЕ ДОЛЖНА</w:t>
      </w:r>
      <w:r>
        <w:rPr>
          <w:b w:val="false"/>
          <w:sz w:val="24"/>
        </w:rPr>
        <w:t xml:space="preserve"> оставлять задержанный </w:t>
      </w:r>
      <w:r>
        <w:rPr>
          <w:b w:val="false"/>
          <w:sz w:val="24"/>
          <w:lang w:val="zxx"/>
        </w:rPr>
        <w:t>session.start</w:t>
      </w:r>
      <w:r>
        <w:rPr>
          <w:b w:val="false"/>
          <w:sz w:val="24"/>
        </w:rPr>
        <w:t xml:space="preserve"> в драйвере.</w:t>
      </w:r>
    </w:p>
    <w:p>
      <w:pPr>
        <w:pStyle w:val="2"/>
        <w:rPr/>
      </w:pPr>
      <w:r>
        <w:rPr>
          <w:sz w:val="24"/>
        </w:rPr>
        <w:t>А.39 session.cancel - Отменить неподтвержденный session.start</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Текущий владелец соответствующего </w:t>
      </w:r>
      <w:r>
        <w:rPr>
          <w:b w:val="false"/>
          <w:sz w:val="24"/>
          <w:lang w:val="zxx"/>
        </w:rPr>
        <w:t>bootId/</w:t>
      </w:r>
      <w:r>
        <w:rPr>
          <w:b w:val="false"/>
          <w:sz w:val="24"/>
        </w:rPr>
        <w:t>​</w:t>
      </w:r>
      <w:r>
        <w:rPr>
          <w:b w:val="false"/>
          <w:sz w:val="24"/>
          <w:lang w:val="zxx"/>
        </w:rPr>
        <w:t>controlEpoch.</w:t>
      </w:r>
    </w:p>
    <w:p>
      <w:pPr>
        <w:pStyle w:val="Normal"/>
        <w:jc w:val="start"/>
        <w:rPr/>
      </w:pPr>
      <w:r>
        <w:rPr>
          <w:b/>
          <w:sz w:val="24"/>
        </w:rPr>
        <w:t xml:space="preserve">Запрос. </w:t>
      </w:r>
      <w:r>
        <w:rPr>
          <w:b w:val="false"/>
          <w:sz w:val="24"/>
        </w:rPr>
        <w:t xml:space="preserve">Новый </w:t>
      </w:r>
      <w:r>
        <w:rPr>
          <w:b w:val="false"/>
          <w:sz w:val="24"/>
          <w:lang w:val="zxx"/>
        </w:rPr>
        <w:t>cmdSeq</w:t>
      </w:r>
      <w:r>
        <w:rPr>
          <w:b w:val="false"/>
          <w:sz w:val="24"/>
        </w:rPr>
        <w:t xml:space="preserve"> и </w:t>
      </w:r>
      <w:r>
        <w:rPr>
          <w:b w:val="false"/>
          <w:sz w:val="24"/>
          <w:lang w:val="zxx"/>
        </w:rPr>
        <w:t>startSeq</w:t>
      </w:r>
      <w:r>
        <w:rPr>
          <w:b w:val="false"/>
          <w:sz w:val="24"/>
        </w:rPr>
        <w:t xml:space="preserve"> исходного </w:t>
      </w:r>
      <w:r>
        <w:rPr>
          <w:b w:val="false"/>
          <w:sz w:val="24"/>
          <w:lang w:val="zxx"/>
        </w:rPr>
        <w:t>session.start</w:t>
      </w:r>
      <w:r>
        <w:rPr>
          <w:b w:val="false"/>
          <w:sz w:val="24"/>
        </w:rPr>
        <w:t xml:space="preserve">; </w:t>
      </w:r>
      <w:r>
        <w:rPr>
          <w:b w:val="false"/>
          <w:sz w:val="24"/>
          <w:lang w:val="zxx"/>
        </w:rPr>
        <w:t>0</w:t>
      </w:r>
      <w:r>
        <w:rPr>
          <w:b w:val="false"/>
          <w:sz w:val="24"/>
        </w:rPr>
        <w:t xml:space="preserve"> &lt; </w:t>
      </w:r>
      <w:r>
        <w:rPr>
          <w:b w:val="false"/>
          <w:sz w:val="24"/>
          <w:lang w:val="zxx"/>
        </w:rPr>
        <w:t>startSeq</w:t>
      </w:r>
      <w:r>
        <w:rPr>
          <w:b w:val="false"/>
          <w:sz w:val="24"/>
        </w:rPr>
        <w:t xml:space="preserve"> &lt; </w:t>
      </w:r>
      <w:r>
        <w:rPr>
          <w:b w:val="false"/>
          <w:sz w:val="24"/>
          <w:lang w:val="zxx"/>
        </w:rPr>
        <w:t>cmdSeq.</w:t>
      </w:r>
      <w:r>
        <w:rPr>
          <w:b w:val="false"/>
          <w:sz w:val="24"/>
        </w:rPr>
        <w:t xml:space="preserve"> </w:t>
      </w:r>
      <w:r>
        <w:rPr>
          <w:b w:val="false"/>
          <w:sz w:val="24"/>
          <w:lang w:val="zxx"/>
        </w:rPr>
        <w:t>sessionId</w:t>
      </w:r>
      <w:r>
        <w:rPr>
          <w:b w:val="false"/>
          <w:sz w:val="24"/>
        </w:rPr>
        <w:t xml:space="preserve"> знать </w:t>
      </w:r>
      <w:r>
        <w:rPr>
          <w:b w:val="false"/>
          <w:sz w:val="24"/>
          <w:lang w:val="zxx"/>
        </w:rPr>
        <w:t>НЕ ТРЕБУЕТСЯ</w:t>
      </w:r>
      <w:r>
        <w:rPr>
          <w:b w:val="false"/>
          <w:sz w:val="24"/>
        </w:rPr>
        <w:t>.</w:t>
      </w:r>
    </w:p>
    <w:p>
      <w:pPr>
        <w:pStyle w:val="Normal"/>
        <w:jc w:val="start"/>
        <w:rPr/>
      </w:pPr>
      <w:r>
        <w:rPr>
          <w:b/>
          <w:sz w:val="24"/>
        </w:rPr>
        <w:t xml:space="preserve">Ответ. </w:t>
      </w:r>
      <w:r>
        <w:rPr>
          <w:b w:val="false"/>
          <w:sz w:val="24"/>
        </w:rPr>
        <w:t xml:space="preserve">Совпадающий активный сеанс переходит в </w:t>
      </w:r>
      <w:r>
        <w:rPr>
          <w:b w:val="false"/>
          <w:sz w:val="24"/>
          <w:lang w:val="zxx"/>
        </w:rPr>
        <w:t>stopping</w:t>
      </w:r>
      <w:r>
        <w:rPr>
          <w:b w:val="false"/>
          <w:sz w:val="24"/>
        </w:rPr>
        <w:t xml:space="preserve">; иначе </w:t>
      </w:r>
      <w:r>
        <w:rPr>
          <w:b w:val="false"/>
          <w:sz w:val="24"/>
          <w:lang w:val="zxx"/>
        </w:rPr>
        <w:t>activeMatch=false</w:t>
      </w:r>
      <w:r>
        <w:rPr>
          <w:b w:val="false"/>
          <w:sz w:val="24"/>
        </w:rPr>
        <w:t xml:space="preserve">, </w:t>
      </w:r>
      <w:r>
        <w:rPr>
          <w:b w:val="false"/>
          <w:sz w:val="24"/>
          <w:lang w:val="zxx"/>
        </w:rPr>
        <w:t>lateStartBlocked=true</w:t>
      </w:r>
      <w:r>
        <w:rPr>
          <w:b w:val="false"/>
          <w:sz w:val="24"/>
        </w:rPr>
        <w:t xml:space="preserve"> и честное состояние доступности истории.</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storageFault</w:t>
      </w:r>
      <w:r>
        <w:rPr>
          <w:b w:val="false"/>
          <w:sz w:val="24"/>
        </w:rPr>
        <w:t xml:space="preserve">, </w:t>
      </w:r>
      <w:r>
        <w:rPr>
          <w:b w:val="false"/>
          <w:sz w:val="24"/>
          <w:lang w:val="zxx"/>
        </w:rPr>
        <w:t>startBlockedByCancel</w:t>
      </w:r>
    </w:p>
    <w:p>
      <w:pPr>
        <w:pStyle w:val="Normal"/>
        <w:jc w:val="start"/>
        <w:rPr/>
      </w:pPr>
      <w:r>
        <w:rPr>
          <w:b/>
          <w:sz w:val="24"/>
        </w:rPr>
        <w:t xml:space="preserve">Повторы и поведение. </w:t>
      </w:r>
      <w:r>
        <w:rPr>
          <w:b w:val="false"/>
          <w:sz w:val="24"/>
        </w:rPr>
        <w:t xml:space="preserve">Точный повтор </w:t>
      </w:r>
      <w:r>
        <w:rPr>
          <w:b w:val="false"/>
          <w:sz w:val="24"/>
          <w:lang w:val="zxx"/>
        </w:rPr>
        <w:t>cmdSeq</w:t>
      </w:r>
      <w:r>
        <w:rPr>
          <w:b w:val="false"/>
          <w:sz w:val="24"/>
        </w:rPr>
        <w:t xml:space="preserve"> в том же </w:t>
      </w:r>
      <w:r>
        <w:rPr>
          <w:b w:val="false"/>
          <w:sz w:val="24"/>
          <w:lang w:val="zxx"/>
        </w:rPr>
        <w:t>bootId/</w:t>
      </w:r>
      <w:r>
        <w:rPr>
          <w:b w:val="false"/>
          <w:sz w:val="24"/>
        </w:rPr>
        <w:t>​</w:t>
      </w:r>
      <w:r>
        <w:rPr>
          <w:b w:val="false"/>
          <w:sz w:val="24"/>
          <w:lang w:val="zxx"/>
        </w:rPr>
        <w:t>controlEpoch</w:t>
      </w:r>
      <w:r>
        <w:rPr>
          <w:b w:val="false"/>
          <w:sz w:val="24"/>
        </w:rPr>
        <w:t xml:space="preserve"> возвращает сохраненное решение без повторного действия. Если решение и сведения об адресной отмене вытеснены, старый номер получает </w:t>
      </w:r>
      <w:r>
        <w:rPr>
          <w:b w:val="false"/>
          <w:sz w:val="24"/>
          <w:lang w:val="zxx"/>
        </w:rPr>
        <w:t>resultExpired.</w:t>
      </w:r>
      <w:r>
        <w:rPr>
          <w:b w:val="false"/>
          <w:sz w:val="24"/>
        </w:rPr>
        <w:t xml:space="preserve"> Поднимает </w:t>
      </w:r>
      <w:r>
        <w:rPr>
          <w:b w:val="false"/>
          <w:sz w:val="24"/>
          <w:lang w:val="zxx"/>
        </w:rPr>
        <w:t>highWater</w:t>
      </w:r>
      <w:r>
        <w:rPr>
          <w:b w:val="false"/>
          <w:sz w:val="24"/>
        </w:rPr>
        <w:t xml:space="preserve"> и блокирует поздний запуск с указанным старым номером. Сохраненная отмена позволяет ответить </w:t>
      </w:r>
      <w:r>
        <w:rPr>
          <w:b w:val="false"/>
          <w:sz w:val="24"/>
          <w:lang w:val="zxx"/>
        </w:rPr>
        <w:t>startBlockedByCancel</w:t>
      </w:r>
      <w:r>
        <w:rPr>
          <w:b w:val="false"/>
          <w:sz w:val="24"/>
        </w:rPr>
        <w:t xml:space="preserve"> с </w:t>
      </w:r>
      <w:r>
        <w:rPr>
          <w:b w:val="false"/>
          <w:sz w:val="24"/>
          <w:lang w:val="zxx"/>
        </w:rPr>
        <w:t>cancelSeq</w:t>
      </w:r>
      <w:r>
        <w:rPr>
          <w:b w:val="false"/>
          <w:sz w:val="24"/>
        </w:rPr>
        <w:t xml:space="preserve">, когда решение самого </w:t>
      </w:r>
      <w:r>
        <w:rPr>
          <w:b w:val="false"/>
          <w:sz w:val="24"/>
          <w:lang w:val="zxx"/>
        </w:rPr>
        <w:t>session.start</w:t>
      </w:r>
      <w:r>
        <w:rPr>
          <w:b w:val="false"/>
          <w:sz w:val="24"/>
        </w:rPr>
        <w:t xml:space="preserve"> отсутствует; после вытеснения истории остается </w:t>
      </w:r>
      <w:r>
        <w:rPr>
          <w:b w:val="false"/>
          <w:sz w:val="24"/>
          <w:lang w:val="zxx"/>
        </w:rPr>
        <w:t>resultExpired.</w:t>
      </w:r>
      <w:r>
        <w:rPr>
          <w:b w:val="false"/>
          <w:sz w:val="24"/>
        </w:rPr>
        <w:t xml:space="preserve"> Чужой или более новый сеанс не затрагивает. Решение по резервному номеру завершения не вытесняется до освобождения эпохи; условия допуска и нерасходования номера определены разделом </w:t>
      </w:r>
      <w:r>
        <w:rPr>
          <w:b w:val="false"/>
          <w:sz w:val="24"/>
          <w:lang w:val="zxx"/>
        </w:rPr>
        <w:t>6.</w:t>
      </w:r>
    </w:p>
    <w:p>
      <w:pPr>
        <w:pStyle w:val="2"/>
        <w:rPr/>
      </w:pPr>
      <w:r>
        <w:rPr>
          <w:sz w:val="24"/>
        </w:rPr>
        <w:t>А.40 session.get - Узнать состояние и итог сеанса</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Участник с правом чтения соответствующего исполнения.</w:t>
      </w:r>
    </w:p>
    <w:p>
      <w:pPr>
        <w:pStyle w:val="Normal"/>
        <w:jc w:val="start"/>
        <w:rPr/>
      </w:pPr>
      <w:r>
        <w:rPr>
          <w:b/>
          <w:sz w:val="24"/>
        </w:rPr>
        <w:t xml:space="preserve">Запрос. </w:t>
      </w:r>
      <w:r>
        <w:rPr>
          <w:b w:val="false"/>
          <w:sz w:val="24"/>
          <w:lang w:val="zxx"/>
        </w:rPr>
        <w:t>bootId</w:t>
      </w:r>
      <w:r>
        <w:rPr>
          <w:b w:val="false"/>
          <w:sz w:val="24"/>
        </w:rPr>
        <w:t xml:space="preserve"> в оболочке; </w:t>
      </w:r>
      <w:r>
        <w:rPr>
          <w:b w:val="false"/>
          <w:sz w:val="24"/>
          <w:lang w:val="zxx"/>
        </w:rPr>
        <w:t>selection</w:t>
      </w:r>
      <w:r>
        <w:rPr>
          <w:b w:val="false"/>
          <w:sz w:val="24"/>
        </w:rPr>
        <w:t xml:space="preserve"> </w:t>
      </w:r>
      <w:r>
        <w:rPr>
          <w:b w:val="false"/>
          <w:sz w:val="24"/>
          <w:lang w:val="zxx"/>
        </w:rPr>
        <w:t>sessionId</w:t>
      </w:r>
      <w:r>
        <w:rPr>
          <w:b w:val="false"/>
          <w:sz w:val="24"/>
        </w:rPr>
        <w:t xml:space="preserve"> либо </w:t>
      </w:r>
      <w:r>
        <w:rPr>
          <w:b w:val="false"/>
          <w:sz w:val="24"/>
          <w:lang w:val="zxx"/>
        </w:rPr>
        <w:t>startSeq</w:t>
      </w:r>
      <w:r>
        <w:rPr>
          <w:b w:val="false"/>
          <w:sz w:val="24"/>
        </w:rPr>
        <w:t xml:space="preserve"> (для </w:t>
      </w:r>
      <w:r>
        <w:rPr>
          <w:b w:val="false"/>
          <w:sz w:val="24"/>
          <w:lang w:val="zxx"/>
        </w:rPr>
        <w:t>startSeq</w:t>
      </w:r>
      <w:r>
        <w:rPr>
          <w:b w:val="false"/>
          <w:sz w:val="24"/>
        </w:rPr>
        <w:t xml:space="preserve"> также </w:t>
      </w:r>
      <w:r>
        <w:rPr>
          <w:b w:val="false"/>
          <w:sz w:val="24"/>
          <w:lang w:val="zxx"/>
        </w:rPr>
        <w:t>controlEpoch</w:t>
      </w:r>
      <w:r>
        <w:rPr>
          <w:b w:val="false"/>
          <w:sz w:val="24"/>
        </w:rPr>
        <w:t xml:space="preserve"> в оболочке); при </w:t>
      </w:r>
      <w:r>
        <w:rPr>
          <w:b w:val="false"/>
          <w:sz w:val="24"/>
          <w:lang w:val="zxx"/>
        </w:rPr>
        <w:t>snapshotReplace=1</w:t>
      </w:r>
      <w:r>
        <w:rPr>
          <w:b w:val="false"/>
          <w:sz w:val="24"/>
        </w:rPr>
        <w:t xml:space="preserve"> допустим </w:t>
      </w:r>
      <w:r>
        <w:rPr>
          <w:b w:val="false"/>
          <w:sz w:val="24"/>
          <w:lang w:val="zxx"/>
        </w:rPr>
        <w:t>replaces</w:t>
      </w:r>
      <w:r>
        <w:rPr>
          <w:b w:val="false"/>
          <w:sz w:val="24"/>
        </w:rPr>
        <w:t xml:space="preserve"> по разделу </w:t>
      </w:r>
      <w:r>
        <w:rPr>
          <w:b w:val="false"/>
          <w:sz w:val="24"/>
          <w:lang w:val="zxx"/>
        </w:rPr>
        <w:t>21.</w:t>
      </w:r>
      <w:r>
        <w:rPr>
          <w:b w:val="false"/>
          <w:sz w:val="24"/>
        </w:rPr>
        <w:t xml:space="preserve"> Продолжение: те же поля выбора и пара </w:t>
      </w:r>
      <w:r>
        <w:rPr>
          <w:b w:val="false"/>
          <w:sz w:val="24"/>
          <w:lang w:val="zxx"/>
        </w:rPr>
        <w:t>snapshotId/</w:t>
      </w:r>
      <w:r>
        <w:rPr>
          <w:b w:val="false"/>
          <w:sz w:val="24"/>
        </w:rPr>
        <w:t>​</w:t>
      </w:r>
      <w:r>
        <w:rPr>
          <w:b w:val="false"/>
          <w:sz w:val="24"/>
          <w:lang w:val="zxx"/>
        </w:rPr>
        <w:t>cursor</w:t>
      </w:r>
      <w:r>
        <w:rPr>
          <w:b w:val="false"/>
          <w:sz w:val="24"/>
        </w:rPr>
        <w:t xml:space="preserve"> без </w:t>
      </w:r>
      <w:r>
        <w:rPr>
          <w:b w:val="false"/>
          <w:sz w:val="24"/>
          <w:lang w:val="zxx"/>
        </w:rPr>
        <w:t>replaces</w:t>
      </w:r>
      <w:r>
        <w:rPr>
          <w:b w:val="false"/>
          <w:sz w:val="24"/>
        </w:rPr>
        <w:t>; одно поле без другого запрещено.</w:t>
      </w:r>
    </w:p>
    <w:p>
      <w:pPr>
        <w:pStyle w:val="Normal"/>
        <w:jc w:val="start"/>
        <w:rPr/>
      </w:pPr>
      <w:r>
        <w:rPr>
          <w:b/>
          <w:sz w:val="24"/>
        </w:rPr>
        <w:t xml:space="preserve">Ответ. </w:t>
      </w:r>
      <w:r>
        <w:rPr>
          <w:b w:val="false"/>
          <w:sz w:val="24"/>
        </w:rPr>
        <w:t xml:space="preserve">Неизменный </w:t>
      </w:r>
      <w:r>
        <w:rPr>
          <w:b w:val="false"/>
          <w:sz w:val="24"/>
          <w:lang w:val="zxx"/>
        </w:rPr>
        <w:t>result</w:t>
      </w:r>
      <w:r>
        <w:rPr>
          <w:b w:val="false"/>
          <w:sz w:val="24"/>
        </w:rPr>
        <w:t xml:space="preserve">; одна </w:t>
      </w:r>
      <w:r>
        <w:rPr>
          <w:b w:val="false"/>
          <w:sz w:val="24"/>
          <w:lang w:val="zxx"/>
        </w:rPr>
        <w:t>session</w:t>
      </w:r>
      <w:r>
        <w:rPr>
          <w:b w:val="false"/>
          <w:sz w:val="24"/>
        </w:rPr>
        <w:t xml:space="preserve"> на первой странице, одна </w:t>
      </w:r>
      <w:r>
        <w:rPr>
          <w:b w:val="false"/>
          <w:sz w:val="24"/>
          <w:lang w:val="zxx"/>
        </w:rPr>
        <w:t>timeline</w:t>
      </w:r>
      <w:r>
        <w:rPr>
          <w:b w:val="false"/>
          <w:sz w:val="24"/>
        </w:rPr>
        <w:t xml:space="preserve"> и одна </w:t>
      </w:r>
      <w:r>
        <w:rPr>
          <w:b w:val="false"/>
          <w:sz w:val="24"/>
          <w:lang w:val="zxx"/>
        </w:rPr>
        <w:t>completion</w:t>
      </w:r>
      <w:r>
        <w:rPr>
          <w:b w:val="false"/>
          <w:sz w:val="24"/>
        </w:rPr>
        <w:t xml:space="preserve"> на весь снимок, </w:t>
      </w:r>
      <w:r>
        <w:rPr>
          <w:b w:val="false"/>
          <w:sz w:val="24"/>
          <w:lang w:val="zxx"/>
        </w:rPr>
        <w:t>resource/</w:t>
      </w:r>
      <w:r>
        <w:rPr>
          <w:b w:val="false"/>
          <w:sz w:val="24"/>
        </w:rPr>
        <w:t>​</w:t>
      </w:r>
      <w:r>
        <w:rPr>
          <w:b w:val="false"/>
          <w:sz w:val="24"/>
          <w:lang w:val="zxx"/>
        </w:rPr>
        <w:t>check/</w:t>
      </w:r>
      <w:r>
        <w:rPr>
          <w:b w:val="false"/>
          <w:sz w:val="24"/>
        </w:rPr>
        <w:t>​</w:t>
      </w:r>
      <w:r>
        <w:rPr>
          <w:b w:val="false"/>
          <w:sz w:val="24"/>
          <w:lang w:val="zxx"/>
        </w:rPr>
        <w:t>observation/</w:t>
      </w:r>
      <w:r>
        <w:rPr>
          <w:b w:val="false"/>
          <w:sz w:val="24"/>
        </w:rPr>
        <w:t>​</w:t>
      </w:r>
      <w:r>
        <w:rPr>
          <w:b w:val="false"/>
          <w:sz w:val="24"/>
          <w:lang w:val="zxx"/>
        </w:rPr>
        <w:t>execution/</w:t>
      </w:r>
      <w:r>
        <w:rPr>
          <w:b w:val="false"/>
          <w:sz w:val="24"/>
        </w:rPr>
        <w:t>​</w:t>
      </w:r>
      <w:r>
        <w:rPr>
          <w:b w:val="false"/>
          <w:sz w:val="24"/>
          <w:lang w:val="zxx"/>
        </w:rPr>
        <w:t>fault</w:t>
      </w:r>
      <w:r>
        <w:rPr>
          <w:b w:val="false"/>
          <w:sz w:val="24"/>
        </w:rPr>
        <w:t xml:space="preserve"> и для </w:t>
      </w:r>
      <w:r>
        <w:rPr>
          <w:b w:val="false"/>
          <w:sz w:val="24"/>
          <w:lang w:val="zxx"/>
        </w:rPr>
        <w:t>program</w:t>
      </w:r>
      <w:r>
        <w:rPr>
          <w:b w:val="false"/>
          <w:sz w:val="24"/>
        </w:rPr>
        <w:t xml:space="preserve"> все </w:t>
      </w:r>
      <w:r>
        <w:rPr>
          <w:b w:val="false"/>
          <w:sz w:val="24"/>
          <w:lang w:val="zxx"/>
        </w:rPr>
        <w:t>stageResult.</w:t>
      </w:r>
      <w:r>
        <w:rPr>
          <w:b w:val="false"/>
          <w:sz w:val="24"/>
        </w:rPr>
        <w:t xml:space="preserve"> Времена, полнота и </w:t>
      </w:r>
      <w:r>
        <w:rPr>
          <w:b w:val="false"/>
          <w:sz w:val="24"/>
          <w:lang w:val="zxx"/>
        </w:rPr>
        <w:t>result/</w:t>
      </w:r>
      <w:r>
        <w:rPr>
          <w:b w:val="false"/>
          <w:sz w:val="24"/>
        </w:rPr>
        <w:t>​</w:t>
      </w:r>
      <w:r>
        <w:rPr>
          <w:b w:val="false"/>
          <w:sz w:val="24"/>
          <w:lang w:val="zxx"/>
        </w:rPr>
        <w:t>reason</w:t>
      </w:r>
      <w:r>
        <w:rPr>
          <w:b w:val="false"/>
          <w:sz w:val="24"/>
        </w:rPr>
        <w:t xml:space="preserve"> определены разделами </w:t>
      </w:r>
      <w:r>
        <w:rPr>
          <w:b w:val="false"/>
          <w:sz w:val="24"/>
          <w:lang w:val="zxx"/>
        </w:rPr>
        <w:t>8</w:t>
      </w:r>
      <w:r>
        <w:rPr>
          <w:b w:val="false"/>
          <w:sz w:val="24"/>
        </w:rPr>
        <w:t xml:space="preserve">, </w:t>
      </w:r>
      <w:r>
        <w:rPr>
          <w:b w:val="false"/>
          <w:sz w:val="24"/>
          <w:lang w:val="zxx"/>
        </w:rPr>
        <w:t>19</w:t>
      </w:r>
      <w:r>
        <w:rPr>
          <w:b w:val="false"/>
          <w:sz w:val="24"/>
        </w:rPr>
        <w:t xml:space="preserve"> и </w:t>
      </w:r>
      <w:r>
        <w:rPr>
          <w:b w:val="false"/>
          <w:sz w:val="24"/>
          <w:lang w:val="zxx"/>
        </w:rPr>
        <w:t>26.</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notFound</w:t>
      </w:r>
      <w:r>
        <w:rPr>
          <w:b w:val="false"/>
          <w:sz w:val="24"/>
        </w:rPr>
        <w:t xml:space="preserve">, </w:t>
      </w:r>
      <w:r>
        <w:rPr>
          <w:b w:val="false"/>
          <w:sz w:val="24"/>
          <w:lang w:val="zxx"/>
        </w:rPr>
        <w:t>resultExpired</w:t>
      </w:r>
      <w:r>
        <w:rPr>
          <w:b w:val="false"/>
          <w:sz w:val="24"/>
        </w:rPr>
        <w:t xml:space="preserve">, </w:t>
      </w:r>
      <w:r>
        <w:rPr>
          <w:b w:val="false"/>
          <w:sz w:val="24"/>
          <w:lang w:val="zxx"/>
        </w:rPr>
        <w:t>snapshotExpired</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w:t>
      </w:r>
      <w:r>
        <w:rPr>
          <w:b w:val="false"/>
          <w:sz w:val="24"/>
          <w:lang w:val="zxx"/>
        </w:rPr>
        <w:t>result</w:t>
      </w:r>
      <w:r>
        <w:rPr>
          <w:b w:val="false"/>
          <w:sz w:val="24"/>
        </w:rPr>
        <w:t xml:space="preserve"> содержит </w:t>
      </w:r>
      <w:r>
        <w:rPr>
          <w:b w:val="false"/>
          <w:sz w:val="24"/>
          <w:lang w:val="zxx"/>
        </w:rPr>
        <w:t>snapshotId</w:t>
      </w:r>
      <w:r>
        <w:rPr>
          <w:b w:val="false"/>
          <w:sz w:val="24"/>
        </w:rPr>
        <w:t xml:space="preserve">, </w:t>
      </w:r>
      <w:r>
        <w:rPr>
          <w:b w:val="false"/>
          <w:sz w:val="24"/>
          <w:lang w:val="zxx"/>
        </w:rPr>
        <w:t>stateRevision</w:t>
      </w:r>
      <w:r>
        <w:rPr>
          <w:b w:val="false"/>
          <w:sz w:val="24"/>
        </w:rPr>
        <w:t xml:space="preserve">, </w:t>
      </w:r>
      <w:r>
        <w:rPr>
          <w:b w:val="false"/>
          <w:sz w:val="24"/>
          <w:lang w:val="zxx"/>
        </w:rPr>
        <w:t>evaluatedAtMs</w:t>
      </w:r>
      <w:r>
        <w:rPr>
          <w:b w:val="false"/>
          <w:sz w:val="24"/>
        </w:rPr>
        <w:t xml:space="preserve">, </w:t>
      </w:r>
      <w:r>
        <w:rPr>
          <w:b w:val="false"/>
          <w:sz w:val="24"/>
          <w:lang w:val="zxx"/>
        </w:rPr>
        <w:t>more</w:t>
      </w:r>
      <w:r>
        <w:rPr>
          <w:b w:val="false"/>
          <w:sz w:val="24"/>
        </w:rPr>
        <w:t xml:space="preserve"> и </w:t>
      </w:r>
      <w:r>
        <w:rPr>
          <w:b w:val="false"/>
          <w:sz w:val="24"/>
          <w:lang w:val="zxx"/>
        </w:rPr>
        <w:t>cursor</w:t>
      </w:r>
      <w:r>
        <w:rPr>
          <w:b w:val="false"/>
          <w:sz w:val="24"/>
        </w:rPr>
        <w:t xml:space="preserve"> только при </w:t>
      </w:r>
      <w:r>
        <w:rPr>
          <w:b w:val="false"/>
          <w:sz w:val="24"/>
          <w:lang w:val="zxx"/>
        </w:rPr>
        <w:t>more=true</w:t>
      </w:r>
      <w:r>
        <w:rPr>
          <w:b w:val="false"/>
          <w:sz w:val="24"/>
        </w:rPr>
        <w:t xml:space="preserve">; сводка </w:t>
      </w:r>
      <w:r>
        <w:rPr>
          <w:b w:val="false"/>
          <w:sz w:val="24"/>
          <w:lang w:val="zxx"/>
        </w:rPr>
        <w:t>session</w:t>
      </w:r>
      <w:r>
        <w:rPr>
          <w:b w:val="false"/>
          <w:sz w:val="24"/>
        </w:rPr>
        <w:t xml:space="preserve"> есть только на первой странице; </w:t>
      </w:r>
      <w:r>
        <w:rPr>
          <w:b w:val="false"/>
          <w:sz w:val="24"/>
          <w:lang w:val="zxx"/>
        </w:rPr>
        <w:t>mode</w:t>
      </w:r>
      <w:r>
        <w:rPr>
          <w:b w:val="false"/>
          <w:sz w:val="24"/>
        </w:rPr>
        <w:t xml:space="preserve"> и счетчики </w:t>
      </w:r>
      <w:r>
        <w:rPr>
          <w:b w:val="false"/>
          <w:sz w:val="24"/>
          <w:lang w:val="zxx"/>
        </w:rPr>
        <w:t>resourceCount/</w:t>
      </w:r>
      <w:r>
        <w:rPr>
          <w:b w:val="false"/>
          <w:sz w:val="24"/>
        </w:rPr>
        <w:t>​</w:t>
      </w:r>
      <w:r>
        <w:rPr>
          <w:b w:val="false"/>
          <w:sz w:val="24"/>
          <w:lang w:val="zxx"/>
        </w:rPr>
        <w:t>checkCount/</w:t>
      </w:r>
      <w:r>
        <w:rPr>
          <w:b w:val="false"/>
          <w:sz w:val="24"/>
        </w:rPr>
        <w:t>​</w:t>
      </w:r>
      <w:r>
        <w:rPr>
          <w:b w:val="false"/>
          <w:sz w:val="24"/>
          <w:lang w:val="zxx"/>
        </w:rPr>
        <w:t>observationCount/</w:t>
      </w:r>
      <w:r>
        <w:rPr>
          <w:b w:val="false"/>
          <w:sz w:val="24"/>
        </w:rPr>
        <w:t>​</w:t>
      </w:r>
      <w:r>
        <w:rPr>
          <w:b w:val="false"/>
          <w:sz w:val="24"/>
          <w:lang w:val="zxx"/>
        </w:rPr>
        <w:t>executionCount/</w:t>
      </w:r>
      <w:r>
        <w:rPr>
          <w:b w:val="false"/>
          <w:sz w:val="24"/>
        </w:rPr>
        <w:t>​</w:t>
      </w:r>
      <w:r>
        <w:rPr>
          <w:b w:val="false"/>
          <w:sz w:val="24"/>
          <w:lang w:val="zxx"/>
        </w:rPr>
        <w:t>faultCount</w:t>
      </w:r>
      <w:r>
        <w:rPr>
          <w:b w:val="false"/>
          <w:sz w:val="24"/>
        </w:rPr>
        <w:t xml:space="preserve"> неизменны на всех страницах, далее целые </w:t>
      </w:r>
      <w:r>
        <w:rPr>
          <w:b w:val="false"/>
          <w:sz w:val="24"/>
          <w:lang w:val="zxx"/>
        </w:rPr>
        <w:t>timeline/</w:t>
      </w:r>
      <w:r>
        <w:rPr>
          <w:b w:val="false"/>
          <w:sz w:val="24"/>
        </w:rPr>
        <w:t>​</w:t>
      </w:r>
      <w:r>
        <w:rPr>
          <w:b w:val="false"/>
          <w:sz w:val="24"/>
          <w:lang w:val="zxx"/>
        </w:rPr>
        <w:t>resource/</w:t>
      </w:r>
      <w:r>
        <w:rPr>
          <w:b w:val="false"/>
          <w:sz w:val="24"/>
        </w:rPr>
        <w:t>​</w:t>
      </w:r>
      <w:r>
        <w:rPr>
          <w:b w:val="false"/>
          <w:sz w:val="24"/>
          <w:lang w:val="zxx"/>
        </w:rPr>
        <w:t>check/</w:t>
      </w:r>
      <w:r>
        <w:rPr>
          <w:b w:val="false"/>
          <w:sz w:val="24"/>
        </w:rPr>
        <w:t>​</w:t>
      </w:r>
      <w:r>
        <w:rPr>
          <w:b w:val="false"/>
          <w:sz w:val="24"/>
          <w:lang w:val="zxx"/>
        </w:rPr>
        <w:t>observation/</w:t>
      </w:r>
      <w:r>
        <w:rPr>
          <w:b w:val="false"/>
          <w:sz w:val="24"/>
        </w:rPr>
        <w:t>​</w:t>
      </w:r>
      <w:r>
        <w:rPr>
          <w:b w:val="false"/>
          <w:sz w:val="24"/>
          <w:lang w:val="zxx"/>
        </w:rPr>
        <w:t>execution/</w:t>
      </w:r>
      <w:r>
        <w:rPr>
          <w:b w:val="false"/>
          <w:sz w:val="24"/>
        </w:rPr>
        <w:t>​</w:t>
      </w:r>
      <w:r>
        <w:rPr>
          <w:b w:val="false"/>
          <w:sz w:val="24"/>
          <w:lang w:val="zxx"/>
        </w:rPr>
        <w:t>completion/</w:t>
      </w:r>
      <w:r>
        <w:rPr>
          <w:b w:val="false"/>
          <w:sz w:val="24"/>
        </w:rPr>
        <w:t>​</w:t>
      </w:r>
      <w:r>
        <w:rPr>
          <w:b w:val="false"/>
          <w:sz w:val="24"/>
          <w:lang w:val="zxx"/>
        </w:rPr>
        <w:t>fault/</w:t>
      </w:r>
      <w:r>
        <w:rPr>
          <w:b w:val="false"/>
          <w:sz w:val="24"/>
        </w:rPr>
        <w:t>​</w:t>
      </w:r>
      <w:r>
        <w:rPr>
          <w:b w:val="false"/>
          <w:sz w:val="24"/>
          <w:lang w:val="zxx"/>
        </w:rPr>
        <w:t>stageResult.</w:t>
      </w:r>
      <w:r>
        <w:rPr>
          <w:b w:val="false"/>
          <w:sz w:val="24"/>
        </w:rPr>
        <w:t xml:space="preserve"> Размер с оболочкой до </w:t>
      </w:r>
      <w:r>
        <w:rPr>
          <w:b w:val="false"/>
          <w:sz w:val="24"/>
          <w:lang w:val="zxx"/>
        </w:rPr>
        <w:t>1024</w:t>
      </w:r>
      <w:r>
        <w:rPr>
          <w:b w:val="false"/>
          <w:sz w:val="24"/>
        </w:rPr>
        <w:t xml:space="preserve"> байт. Конец страницы не является концом сеанса. Неизвестный исторический результат не выводится из текущего состояния устройства.</w:t>
      </w:r>
    </w:p>
    <w:p>
      <w:pPr>
        <w:pStyle w:val="2"/>
        <w:rPr/>
      </w:pPr>
      <w:r>
        <w:rPr>
          <w:sz w:val="24"/>
        </w:rPr>
        <w:t>А.41 command.get - Уточнить решение по команде</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Владелец контекста либо явно разрешенная диагностическая роль.</w:t>
      </w:r>
    </w:p>
    <w:p>
      <w:pPr>
        <w:pStyle w:val="Normal"/>
        <w:jc w:val="start"/>
        <w:rPr/>
      </w:pPr>
      <w:r>
        <w:rPr>
          <w:b/>
          <w:sz w:val="24"/>
        </w:rPr>
        <w:t xml:space="preserve">Запрос. </w:t>
      </w:r>
      <w:r>
        <w:rPr>
          <w:b w:val="false"/>
          <w:sz w:val="24"/>
          <w:lang w:val="zxx"/>
        </w:rPr>
        <w:t>selection</w:t>
      </w:r>
      <w:r>
        <w:rPr>
          <w:b w:val="false"/>
          <w:sz w:val="24"/>
        </w:rPr>
        <w:t xml:space="preserve"> </w:t>
      </w:r>
      <w:r>
        <w:rPr>
          <w:b w:val="false"/>
          <w:sz w:val="24"/>
          <w:lang w:val="zxx"/>
        </w:rPr>
        <w:t>controlEpoch/</w:t>
      </w:r>
      <w:r>
        <w:rPr>
          <w:b w:val="false"/>
          <w:sz w:val="24"/>
        </w:rPr>
        <w:t>​</w:t>
      </w:r>
      <w:r>
        <w:rPr>
          <w:b w:val="false"/>
          <w:sz w:val="24"/>
          <w:lang w:val="zxx"/>
        </w:rPr>
        <w:t>cmdSeq</w:t>
      </w:r>
      <w:r>
        <w:rPr>
          <w:b w:val="false"/>
          <w:sz w:val="24"/>
        </w:rPr>
        <w:t xml:space="preserve">; </w:t>
      </w:r>
      <w:r>
        <w:rPr>
          <w:b w:val="false"/>
          <w:sz w:val="24"/>
          <w:lang w:val="zxx"/>
        </w:rPr>
        <w:t>bootId</w:t>
      </w:r>
      <w:r>
        <w:rPr>
          <w:b w:val="false"/>
          <w:sz w:val="24"/>
        </w:rPr>
        <w:t xml:space="preserve"> в оболочке.</w:t>
      </w:r>
    </w:p>
    <w:p>
      <w:pPr>
        <w:pStyle w:val="Normal"/>
        <w:jc w:val="start"/>
        <w:rPr/>
      </w:pPr>
      <w:r>
        <w:rPr>
          <w:b/>
          <w:sz w:val="24"/>
        </w:rPr>
        <w:t xml:space="preserve">Ответ. </w:t>
      </w:r>
      <w:r>
        <w:rPr>
          <w:b w:val="false"/>
          <w:sz w:val="24"/>
          <w:lang w:val="zxx"/>
        </w:rPr>
        <w:t>command</w:t>
      </w:r>
      <w:r>
        <w:rPr>
          <w:b w:val="false"/>
          <w:sz w:val="24"/>
        </w:rPr>
        <w:t xml:space="preserve"> </w:t>
      </w:r>
      <w:r>
        <w:rPr>
          <w:b w:val="false"/>
          <w:sz w:val="24"/>
          <w:lang w:val="zxx"/>
        </w:rPr>
        <w:t>cmdSeq/</w:t>
      </w:r>
      <w:r>
        <w:rPr>
          <w:b w:val="false"/>
          <w:sz w:val="24"/>
        </w:rPr>
        <w:t>​</w:t>
      </w:r>
      <w:r>
        <w:rPr>
          <w:b w:val="false"/>
          <w:sz w:val="24"/>
          <w:lang w:val="zxx"/>
        </w:rPr>
        <w:t>state=accepted|</w:t>
      </w:r>
      <w:r>
        <w:rPr>
          <w:b w:val="false"/>
          <w:sz w:val="24"/>
        </w:rPr>
        <w:t>​</w:t>
      </w:r>
      <w:r>
        <w:rPr>
          <w:b w:val="false"/>
          <w:sz w:val="24"/>
          <w:lang w:val="zxx"/>
        </w:rPr>
        <w:t>rejected|</w:t>
      </w:r>
      <w:r>
        <w:rPr>
          <w:b w:val="false"/>
          <w:sz w:val="24"/>
        </w:rPr>
        <w:t>​</w:t>
      </w:r>
      <w:r>
        <w:rPr>
          <w:b w:val="false"/>
          <w:sz w:val="24"/>
          <w:lang w:val="zxx"/>
        </w:rPr>
        <w:t>expired</w:t>
      </w:r>
      <w:r>
        <w:rPr>
          <w:b w:val="false"/>
          <w:sz w:val="24"/>
        </w:rPr>
        <w:t xml:space="preserve">; </w:t>
      </w:r>
      <w:r>
        <w:rPr>
          <w:b w:val="false"/>
          <w:sz w:val="24"/>
          <w:lang w:val="zxx"/>
        </w:rPr>
        <w:t>action</w:t>
      </w:r>
      <w:r>
        <w:rPr>
          <w:b w:val="false"/>
          <w:sz w:val="24"/>
        </w:rPr>
        <w:t xml:space="preserve"> и исходное тело решения при сохраненной истории по разделу </w:t>
      </w:r>
      <w:r>
        <w:rPr>
          <w:b w:val="false"/>
          <w:sz w:val="24"/>
          <w:lang w:val="zxx"/>
        </w:rPr>
        <w:t>13.</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resultExpired</w:t>
      </w:r>
      <w:r>
        <w:rPr>
          <w:b w:val="false"/>
          <w:sz w:val="24"/>
        </w:rPr>
        <w:t xml:space="preserve">, </w:t>
      </w:r>
      <w:r>
        <w:rPr>
          <w:b w:val="false"/>
          <w:sz w:val="24"/>
          <w:lang w:val="zxx"/>
        </w:rPr>
        <w:t>staleEpoch</w:t>
      </w:r>
    </w:p>
    <w:p>
      <w:pPr>
        <w:pStyle w:val="Normal"/>
        <w:jc w:val="start"/>
        <w:rPr/>
      </w:pPr>
      <w:r>
        <w:rPr>
          <w:b/>
          <w:sz w:val="24"/>
        </w:rPr>
        <w:t xml:space="preserve">Повторы и поведение. </w:t>
      </w:r>
      <w:r>
        <w:rPr>
          <w:b w:val="false"/>
          <w:sz w:val="24"/>
        </w:rPr>
        <w:t xml:space="preserve">Доступен только участнику исходной команды. Не исполняет ее повторно; </w:t>
      </w:r>
      <w:r>
        <w:rPr>
          <w:b w:val="false"/>
          <w:sz w:val="24"/>
          <w:lang w:val="zxx"/>
        </w:rPr>
        <w:t>expired</w:t>
      </w:r>
      <w:r>
        <w:rPr>
          <w:b w:val="false"/>
          <w:sz w:val="24"/>
        </w:rPr>
        <w:t xml:space="preserve"> не означает отсутствия воздействия. Сохраненное тело возвращается без исходных транспортных </w:t>
      </w:r>
      <w:r>
        <w:rPr>
          <w:b w:val="false"/>
          <w:sz w:val="24"/>
          <w:lang w:val="zxx"/>
        </w:rPr>
        <w:t>to/</w:t>
      </w:r>
      <w:r>
        <w:rPr>
          <w:b w:val="false"/>
          <w:sz w:val="24"/>
        </w:rPr>
        <w:t>​</w:t>
      </w:r>
      <w:r>
        <w:rPr>
          <w:b w:val="false"/>
          <w:sz w:val="24"/>
          <w:lang w:val="zxx"/>
        </w:rPr>
        <w:t>id.</w:t>
      </w:r>
    </w:p>
    <w:p>
      <w:pPr>
        <w:pStyle w:val="2"/>
        <w:rPr/>
      </w:pPr>
      <w:r>
        <w:rPr>
          <w:sz w:val="24"/>
        </w:rPr>
        <w:t>А.42 events.read - Получить события после курсора</w:t>
      </w:r>
    </w:p>
    <w:p>
      <w:pPr>
        <w:pStyle w:val="Normal"/>
        <w:jc w:val="start"/>
        <w:rPr/>
      </w:pPr>
      <w:r>
        <w:rPr>
          <w:b/>
          <w:sz w:val="24"/>
        </w:rPr>
        <w:t xml:space="preserve">Обязательность. </w:t>
      </w:r>
      <w:r>
        <w:rPr>
          <w:b w:val="false"/>
          <w:sz w:val="24"/>
        </w:rPr>
        <w:t>Обязательно: ядро</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Читатель с правом полного журнала данного УУ; частичное право датчиков не дает доступа к базовому журналу.</w:t>
      </w:r>
    </w:p>
    <w:p>
      <w:pPr>
        <w:pStyle w:val="Normal"/>
        <w:jc w:val="start"/>
        <w:rPr/>
      </w:pPr>
      <w:r>
        <w:rPr>
          <w:b/>
          <w:sz w:val="24"/>
        </w:rPr>
        <w:t xml:space="preserve">Запрос. </w:t>
      </w:r>
      <w:r>
        <w:rPr>
          <w:b w:val="false"/>
          <w:sz w:val="24"/>
        </w:rPr>
        <w:t xml:space="preserve">Элемент </w:t>
      </w:r>
      <w:r>
        <w:rPr>
          <w:b w:val="false"/>
          <w:sz w:val="24"/>
          <w:lang w:val="zxx"/>
        </w:rPr>
        <w:t>events</w:t>
      </w:r>
      <w:r>
        <w:rPr>
          <w:b w:val="false"/>
          <w:sz w:val="24"/>
        </w:rPr>
        <w:t xml:space="preserve"> с </w:t>
      </w:r>
      <w:r>
        <w:rPr>
          <w:b w:val="false"/>
          <w:sz w:val="24"/>
          <w:lang w:val="zxx"/>
        </w:rPr>
        <w:t>bootId</w:t>
      </w:r>
      <w:r>
        <w:rPr>
          <w:b w:val="false"/>
          <w:sz w:val="24"/>
        </w:rPr>
        <w:t xml:space="preserve"> и </w:t>
      </w:r>
      <w:r>
        <w:rPr>
          <w:b w:val="false"/>
          <w:sz w:val="24"/>
          <w:lang w:val="zxx"/>
        </w:rPr>
        <w:t>afterSeq.</w:t>
      </w:r>
      <w:r>
        <w:rPr>
          <w:b w:val="false"/>
          <w:sz w:val="24"/>
        </w:rPr>
        <w:t xml:space="preserve"> Полей </w:t>
      </w:r>
      <w:r>
        <w:rPr>
          <w:b w:val="false"/>
          <w:sz w:val="24"/>
          <w:lang w:val="zxx"/>
        </w:rPr>
        <w:t>snapshotId/</w:t>
      </w:r>
      <w:r>
        <w:rPr>
          <w:b w:val="false"/>
          <w:sz w:val="24"/>
        </w:rPr>
        <w:t>​</w:t>
      </w:r>
      <w:r>
        <w:rPr>
          <w:b w:val="false"/>
          <w:sz w:val="24"/>
          <w:lang w:val="zxx"/>
        </w:rPr>
        <w:t>cursor</w:t>
      </w:r>
      <w:r>
        <w:rPr>
          <w:b w:val="false"/>
          <w:sz w:val="24"/>
        </w:rPr>
        <w:t xml:space="preserve"> и запрашиваемого размера страницы в ядре нет; размер ответа ограничивает УУ.</w:t>
      </w:r>
    </w:p>
    <w:p>
      <w:pPr>
        <w:pStyle w:val="Normal"/>
        <w:jc w:val="start"/>
        <w:rPr/>
      </w:pPr>
      <w:r>
        <w:rPr>
          <w:b/>
          <w:sz w:val="24"/>
        </w:rPr>
        <w:t xml:space="preserve">Ответ. </w:t>
      </w:r>
      <w:r>
        <w:rPr>
          <w:b w:val="false"/>
          <w:sz w:val="24"/>
        </w:rPr>
        <w:t xml:space="preserve">Контейнер </w:t>
      </w:r>
      <w:r>
        <w:rPr>
          <w:b w:val="false"/>
          <w:sz w:val="24"/>
          <w:lang w:val="zxx"/>
        </w:rPr>
        <w:t>events</w:t>
      </w:r>
      <w:r>
        <w:rPr>
          <w:b w:val="false"/>
          <w:sz w:val="24"/>
        </w:rPr>
        <w:t xml:space="preserve"> с </w:t>
      </w:r>
      <w:r>
        <w:rPr>
          <w:b w:val="false"/>
          <w:sz w:val="24"/>
          <w:lang w:val="zxx"/>
        </w:rPr>
        <w:t>nextSeq</w:t>
      </w:r>
      <w:r>
        <w:rPr>
          <w:b w:val="false"/>
          <w:sz w:val="24"/>
        </w:rPr>
        <w:t xml:space="preserve">, </w:t>
      </w:r>
      <w:r>
        <w:rPr>
          <w:b w:val="false"/>
          <w:sz w:val="24"/>
          <w:lang w:val="zxx"/>
        </w:rPr>
        <w:t>more</w:t>
      </w:r>
      <w:r>
        <w:rPr>
          <w:b w:val="false"/>
          <w:sz w:val="24"/>
        </w:rPr>
        <w:t xml:space="preserve">, </w:t>
      </w:r>
      <w:r>
        <w:rPr>
          <w:b w:val="false"/>
          <w:sz w:val="24"/>
          <w:lang w:val="zxx"/>
        </w:rPr>
        <w:t>gap</w:t>
      </w:r>
      <w:r>
        <w:rPr>
          <w:b w:val="false"/>
          <w:sz w:val="24"/>
        </w:rPr>
        <w:t xml:space="preserve"> и </w:t>
      </w:r>
      <w:r>
        <w:rPr>
          <w:b w:val="false"/>
          <w:sz w:val="24"/>
          <w:lang w:val="zxx"/>
        </w:rPr>
        <w:t>oldestSeq</w:t>
      </w:r>
      <w:r>
        <w:rPr>
          <w:b w:val="false"/>
          <w:sz w:val="24"/>
        </w:rPr>
        <w:t xml:space="preserve">; внутри записи </w:t>
      </w:r>
      <w:r>
        <w:rPr>
          <w:b w:val="false"/>
          <w:sz w:val="24"/>
          <w:lang w:val="zxx"/>
        </w:rPr>
        <w:t>event</w:t>
      </w:r>
      <w:r>
        <w:rPr>
          <w:b w:val="false"/>
          <w:sz w:val="24"/>
        </w:rPr>
        <w:t xml:space="preserve"> с </w:t>
      </w:r>
      <w:r>
        <w:rPr>
          <w:b w:val="false"/>
          <w:sz w:val="24"/>
          <w:lang w:val="zxx"/>
        </w:rPr>
        <w:t>seq</w:t>
      </w:r>
      <w:r>
        <w:rPr>
          <w:b w:val="false"/>
          <w:sz w:val="24"/>
        </w:rPr>
        <w:t xml:space="preserve"> и </w:t>
      </w:r>
      <w:r>
        <w:rPr>
          <w:b w:val="false"/>
          <w:sz w:val="24"/>
          <w:lang w:val="zxx"/>
        </w:rPr>
        <w:t>stateRevision.</w:t>
      </w:r>
      <w:r>
        <w:rPr>
          <w:b w:val="false"/>
          <w:sz w:val="24"/>
        </w:rPr>
        <w:t xml:space="preserve"> </w:t>
      </w:r>
      <w:r>
        <w:rPr>
          <w:b w:val="false"/>
          <w:sz w:val="24"/>
          <w:lang w:val="zxx"/>
        </w:rPr>
        <w:t>more</w:t>
      </w:r>
      <w:r>
        <w:rPr>
          <w:b w:val="false"/>
          <w:sz w:val="24"/>
        </w:rPr>
        <w:t xml:space="preserve"> относится к текущей выборке. Возобновление связывается с границей </w:t>
      </w:r>
      <w:r>
        <w:rPr>
          <w:b w:val="false"/>
          <w:sz w:val="24"/>
          <w:lang w:val="zxx"/>
        </w:rPr>
        <w:t>eventSeq</w:t>
      </w:r>
      <w:r>
        <w:rPr>
          <w:b w:val="false"/>
          <w:sz w:val="24"/>
        </w:rPr>
        <w:t xml:space="preserve"> согласованного снимка.</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p>
    <w:p>
      <w:pPr>
        <w:pStyle w:val="Normal"/>
        <w:jc w:val="start"/>
        <w:rPr/>
      </w:pPr>
      <w:r>
        <w:rPr>
          <w:b/>
          <w:sz w:val="24"/>
        </w:rPr>
        <w:t xml:space="preserve">Повторы и поведение. </w:t>
      </w:r>
      <w:r>
        <w:rPr>
          <w:b w:val="false"/>
          <w:sz w:val="24"/>
        </w:rPr>
        <w:t xml:space="preserve">Повтор с тем же </w:t>
      </w:r>
      <w:r>
        <w:rPr>
          <w:b w:val="false"/>
          <w:sz w:val="24"/>
          <w:lang w:val="zxx"/>
        </w:rPr>
        <w:t>afterSeq</w:t>
      </w:r>
      <w:r>
        <w:rPr>
          <w:b w:val="false"/>
          <w:sz w:val="24"/>
        </w:rPr>
        <w:t xml:space="preserve"> читает текущий доступный диапазон журнала; неизменность страницы не гарантируется. Эта команда читает журнал по запросу и сама не включает подписку. Инициативная доставка отдельно согласуется через </w:t>
      </w:r>
      <w:r>
        <w:rPr>
          <w:b w:val="false"/>
          <w:sz w:val="24"/>
          <w:lang w:val="zxx"/>
        </w:rPr>
        <w:t>events.subscribe</w:t>
      </w:r>
      <w:r>
        <w:rPr>
          <w:b w:val="false"/>
          <w:sz w:val="24"/>
        </w:rPr>
        <w:t xml:space="preserve"> при </w:t>
      </w:r>
      <w:r>
        <w:rPr>
          <w:b w:val="false"/>
          <w:sz w:val="24"/>
          <w:lang w:val="zxx"/>
        </w:rPr>
        <w:t>eventsPush=1.</w:t>
      </w:r>
      <w:r>
        <w:rPr>
          <w:b w:val="false"/>
          <w:sz w:val="24"/>
        </w:rPr>
        <w:t xml:space="preserve"> Продолжение задает </w:t>
      </w:r>
      <w:r>
        <w:rPr>
          <w:b w:val="false"/>
          <w:sz w:val="24"/>
          <w:lang w:val="zxx"/>
        </w:rPr>
        <w:t>afterSeq=nextSeq</w:t>
      </w:r>
      <w:r>
        <w:rPr>
          <w:b w:val="false"/>
          <w:sz w:val="24"/>
        </w:rPr>
        <w:t xml:space="preserve"> предыдущего обработанного ответа, без </w:t>
      </w:r>
      <w:r>
        <w:rPr>
          <w:b w:val="false"/>
          <w:sz w:val="24"/>
          <w:lang w:val="zxx"/>
        </w:rPr>
        <w:t>snapshotId/</w:t>
      </w:r>
      <w:r>
        <w:rPr>
          <w:b w:val="false"/>
          <w:sz w:val="24"/>
        </w:rPr>
        <w:t>​</w:t>
      </w:r>
      <w:r>
        <w:rPr>
          <w:b w:val="false"/>
          <w:sz w:val="24"/>
          <w:lang w:val="zxx"/>
        </w:rPr>
        <w:t>cursor.</w:t>
      </w:r>
      <w:r>
        <w:rPr>
          <w:b w:val="false"/>
          <w:sz w:val="24"/>
        </w:rPr>
        <w:t xml:space="preserve"> При </w:t>
      </w:r>
      <w:r>
        <w:rPr>
          <w:b w:val="false"/>
          <w:sz w:val="24"/>
          <w:lang w:val="zxx"/>
        </w:rPr>
        <w:t>gap=true</w:t>
      </w:r>
      <w:r>
        <w:rPr>
          <w:b w:val="false"/>
          <w:sz w:val="24"/>
        </w:rPr>
        <w:t xml:space="preserve"> записей нет, </w:t>
      </w:r>
      <w:r>
        <w:rPr>
          <w:b w:val="false"/>
          <w:sz w:val="24"/>
          <w:lang w:val="zxx"/>
        </w:rPr>
        <w:t>more=false</w:t>
      </w:r>
      <w:r>
        <w:rPr>
          <w:b w:val="false"/>
          <w:sz w:val="24"/>
        </w:rPr>
        <w:t xml:space="preserve">, </w:t>
      </w:r>
      <w:r>
        <w:rPr>
          <w:b w:val="false"/>
          <w:sz w:val="24"/>
          <w:lang w:val="zxx"/>
        </w:rPr>
        <w:t>nextSeq=afterSeq</w:t>
      </w:r>
      <w:r>
        <w:rPr>
          <w:b w:val="false"/>
          <w:sz w:val="24"/>
        </w:rPr>
        <w:t xml:space="preserve">; нужен новый согласованный снимок. Курсор сохраняется после проверки и обработки страницы; повторы </w:t>
      </w:r>
      <w:r>
        <w:rPr>
          <w:b w:val="false"/>
          <w:sz w:val="24"/>
          <w:lang w:val="zxx"/>
        </w:rPr>
        <w:t>seq</w:t>
      </w:r>
      <w:r>
        <w:rPr>
          <w:b w:val="false"/>
          <w:sz w:val="24"/>
        </w:rPr>
        <w:t xml:space="preserve"> не создают повторных событий, исторические события снимком не восстанавливаются.</w:t>
      </w:r>
    </w:p>
    <w:p>
      <w:pPr>
        <w:pStyle w:val="2"/>
        <w:rPr/>
      </w:pPr>
      <w:r>
        <w:rPr>
          <w:sz w:val="24"/>
        </w:rPr>
        <w:t>А.43 config.get - Прочитать действующую конфигурацию</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Право чтения конфигурации.</w:t>
      </w:r>
    </w:p>
    <w:p>
      <w:pPr>
        <w:pStyle w:val="Normal"/>
        <w:jc w:val="start"/>
        <w:rPr/>
      </w:pPr>
      <w:r>
        <w:rPr>
          <w:b/>
          <w:sz w:val="24"/>
        </w:rPr>
        <w:t xml:space="preserve">Запрос. </w:t>
      </w:r>
      <w:r>
        <w:rPr>
          <w:b w:val="false"/>
          <w:sz w:val="24"/>
          <w:lang w:val="zxx"/>
        </w:rPr>
        <w:t>selection</w:t>
      </w:r>
      <w:r>
        <w:rPr>
          <w:b w:val="false"/>
          <w:sz w:val="24"/>
        </w:rPr>
        <w:t xml:space="preserve"> </w:t>
      </w:r>
      <w:r>
        <w:rPr>
          <w:b w:val="false"/>
          <w:sz w:val="24"/>
          <w:lang w:val="zxx"/>
        </w:rPr>
        <w:t>configId</w:t>
      </w:r>
      <w:r>
        <w:rPr>
          <w:b w:val="false"/>
          <w:sz w:val="24"/>
        </w:rPr>
        <w:t xml:space="preserve"> либо </w:t>
      </w:r>
      <w:r>
        <w:rPr>
          <w:b w:val="false"/>
          <w:sz w:val="24"/>
          <w:lang w:val="zxx"/>
        </w:rPr>
        <w:t>transactionId</w:t>
      </w:r>
      <w:r>
        <w:rPr>
          <w:b w:val="false"/>
          <w:sz w:val="24"/>
        </w:rPr>
        <w:t xml:space="preserve"> или </w:t>
      </w:r>
      <w:r>
        <w:rPr>
          <w:b w:val="false"/>
          <w:sz w:val="24"/>
          <w:lang w:val="zxx"/>
        </w:rPr>
        <w:t>snapshotId/</w:t>
      </w:r>
      <w:r>
        <w:rPr>
          <w:b w:val="false"/>
          <w:sz w:val="24"/>
        </w:rPr>
        <w:t>​</w:t>
      </w:r>
      <w:r>
        <w:rPr>
          <w:b w:val="false"/>
          <w:sz w:val="24"/>
          <w:lang w:val="zxx"/>
        </w:rPr>
        <w:t>cursor.</w:t>
      </w:r>
    </w:p>
    <w:p>
      <w:pPr>
        <w:pStyle w:val="Normal"/>
        <w:jc w:val="start"/>
        <w:rPr/>
      </w:pPr>
      <w:r>
        <w:rPr>
          <w:b/>
          <w:sz w:val="24"/>
        </w:rPr>
        <w:t xml:space="preserve">Ответ. </w:t>
      </w:r>
      <w:r>
        <w:rPr>
          <w:b w:val="false"/>
          <w:sz w:val="24"/>
          <w:lang w:val="zxx"/>
        </w:rPr>
        <w:t>configuration</w:t>
      </w:r>
      <w:r>
        <w:rPr>
          <w:b w:val="false"/>
          <w:sz w:val="24"/>
        </w:rPr>
        <w:t xml:space="preserve"> </w:t>
      </w:r>
      <w:r>
        <w:rPr>
          <w:b w:val="false"/>
          <w:sz w:val="24"/>
          <w:lang w:val="zxx"/>
        </w:rPr>
        <w:t>snapshotId/</w:t>
      </w:r>
      <w:r>
        <w:rPr>
          <w:b w:val="false"/>
          <w:sz w:val="24"/>
        </w:rPr>
        <w:t>​</w:t>
      </w:r>
      <w:r>
        <w:rPr>
          <w:b w:val="false"/>
          <w:sz w:val="24"/>
          <w:lang w:val="zxx"/>
        </w:rPr>
        <w:t>configRevision/</w:t>
      </w:r>
      <w:r>
        <w:rPr>
          <w:b w:val="false"/>
          <w:sz w:val="24"/>
        </w:rPr>
        <w:t>​</w:t>
      </w:r>
      <w:r>
        <w:rPr>
          <w:b w:val="false"/>
          <w:sz w:val="24"/>
          <w:lang w:val="zxx"/>
        </w:rPr>
        <w:t>appliedRevision/</w:t>
      </w:r>
      <w:r>
        <w:rPr>
          <w:b w:val="false"/>
          <w:sz w:val="24"/>
        </w:rPr>
        <w:t>​</w:t>
      </w:r>
      <w:r>
        <w:rPr>
          <w:b w:val="false"/>
          <w:sz w:val="24"/>
          <w:lang w:val="zxx"/>
        </w:rPr>
        <w:t>more/</w:t>
      </w:r>
      <w:r>
        <w:rPr>
          <w:b w:val="false"/>
          <w:sz w:val="24"/>
        </w:rPr>
        <w:t>​</w:t>
      </w:r>
      <w:r>
        <w:rPr>
          <w:b w:val="false"/>
          <w:sz w:val="24"/>
          <w:lang w:val="zxx"/>
        </w:rPr>
        <w:t>cursor</w:t>
      </w:r>
      <w:r>
        <w:rPr>
          <w:b w:val="false"/>
          <w:sz w:val="24"/>
        </w:rPr>
        <w:t xml:space="preserve">; </w:t>
      </w:r>
      <w:r>
        <w:rPr>
          <w:b w:val="false"/>
          <w:sz w:val="24"/>
          <w:lang w:val="zxx"/>
        </w:rPr>
        <w:t>entry</w:t>
      </w:r>
      <w:r>
        <w:rPr>
          <w:b w:val="false"/>
          <w:sz w:val="24"/>
        </w:rPr>
        <w:t xml:space="preserve"> либо </w:t>
      </w:r>
      <w:r>
        <w:rPr>
          <w:b w:val="false"/>
          <w:sz w:val="24"/>
          <w:lang w:val="zxx"/>
        </w:rPr>
        <w:t>transaction</w:t>
      </w:r>
      <w:r>
        <w:rPr>
          <w:b w:val="false"/>
          <w:sz w:val="24"/>
        </w:rPr>
        <w:t xml:space="preserve"> по разделу </w:t>
      </w:r>
      <w:r>
        <w:rPr>
          <w:b w:val="false"/>
          <w:sz w:val="24"/>
          <w:lang w:val="zxx"/>
        </w:rPr>
        <w:t>16.</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snapshotExpired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p>
    <w:p>
      <w:pPr>
        <w:pStyle w:val="2"/>
        <w:rPr/>
      </w:pPr>
      <w:r>
        <w:rPr>
          <w:sz w:val="24"/>
        </w:rPr>
        <w:t>А.44 config.stage - Подготовить конфигурацию</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Действующий владелец с административным правом, подтвержденный </w:t>
      </w:r>
      <w:r>
        <w:rPr>
          <w:b w:val="false"/>
          <w:sz w:val="24"/>
          <w:lang w:val="zxx"/>
        </w:rPr>
        <w:t>off</w:t>
      </w:r>
      <w:r>
        <w:rPr>
          <w:b w:val="false"/>
          <w:sz w:val="24"/>
        </w:rPr>
        <w:t xml:space="preserve"> затрагиваемых ресурсов; раздел </w:t>
      </w:r>
      <w:r>
        <w:rPr>
          <w:b w:val="false"/>
          <w:sz w:val="24"/>
          <w:lang w:val="zxx"/>
        </w:rPr>
        <w:t>16.</w:t>
      </w:r>
    </w:p>
    <w:p>
      <w:pPr>
        <w:pStyle w:val="Normal"/>
        <w:jc w:val="start"/>
        <w:rPr/>
      </w:pPr>
      <w:r>
        <w:rPr>
          <w:b/>
          <w:sz w:val="24"/>
        </w:rPr>
        <w:t xml:space="preserve">Запрос. </w:t>
      </w:r>
      <w:r>
        <w:rPr>
          <w:b w:val="false"/>
          <w:sz w:val="24"/>
          <w:lang w:val="zxx"/>
        </w:rPr>
        <w:t>transaction</w:t>
      </w:r>
      <w:r>
        <w:rPr>
          <w:b w:val="false"/>
          <w:sz w:val="24"/>
        </w:rPr>
        <w:t xml:space="preserve"> </w:t>
      </w:r>
      <w:r>
        <w:rPr>
          <w:b w:val="false"/>
          <w:sz w:val="24"/>
          <w:lang w:val="zxx"/>
        </w:rPr>
        <w:t>id/</w:t>
      </w:r>
      <w:r>
        <w:rPr>
          <w:b w:val="false"/>
          <w:sz w:val="24"/>
        </w:rPr>
        <w:t>​</w:t>
      </w:r>
      <w:r>
        <w:rPr>
          <w:b w:val="false"/>
          <w:sz w:val="24"/>
          <w:lang w:val="zxx"/>
        </w:rPr>
        <w:t>baseRevision/</w:t>
      </w:r>
      <w:r>
        <w:rPr>
          <w:b w:val="false"/>
          <w:sz w:val="24"/>
        </w:rPr>
        <w:t>​</w:t>
      </w:r>
      <w:r>
        <w:rPr>
          <w:b w:val="false"/>
          <w:sz w:val="24"/>
          <w:lang w:val="zxx"/>
        </w:rPr>
        <w:t>totalBytes/</w:t>
      </w:r>
      <w:r>
        <w:rPr>
          <w:b w:val="false"/>
          <w:sz w:val="24"/>
        </w:rPr>
        <w:t>​</w:t>
      </w:r>
      <w:r>
        <w:rPr>
          <w:b w:val="false"/>
          <w:sz w:val="24"/>
          <w:lang w:val="zxx"/>
        </w:rPr>
        <w:t>hashAlgorithm/</w:t>
      </w:r>
      <w:r>
        <w:rPr>
          <w:b w:val="false"/>
          <w:sz w:val="24"/>
        </w:rPr>
        <w:t>​</w:t>
      </w:r>
      <w:r>
        <w:rPr>
          <w:b w:val="false"/>
          <w:sz w:val="24"/>
          <w:lang w:val="zxx"/>
        </w:rPr>
        <w:t>hash</w:t>
      </w:r>
      <w:r>
        <w:rPr>
          <w:b w:val="false"/>
          <w:sz w:val="24"/>
        </w:rPr>
        <w:t xml:space="preserve"> и </w:t>
      </w:r>
      <w:r>
        <w:rPr>
          <w:b w:val="false"/>
          <w:sz w:val="24"/>
          <w:lang w:val="zxx"/>
        </w:rPr>
        <w:t>transfer</w:t>
      </w:r>
      <w:r>
        <w:rPr>
          <w:b w:val="false"/>
          <w:sz w:val="24"/>
        </w:rPr>
        <w:t xml:space="preserve"> </w:t>
      </w:r>
      <w:r>
        <w:rPr>
          <w:b w:val="false"/>
          <w:sz w:val="24"/>
          <w:lang w:val="zxx"/>
        </w:rPr>
        <w:t>profile/</w:t>
      </w:r>
      <w:r>
        <w:rPr>
          <w:b w:val="false"/>
          <w:sz w:val="24"/>
        </w:rPr>
        <w:t>​</w:t>
      </w:r>
      <w:r>
        <w:rPr>
          <w:b w:val="false"/>
          <w:sz w:val="24"/>
          <w:lang w:val="zxx"/>
        </w:rPr>
        <w:t>blockBytes/</w:t>
      </w:r>
      <w:r>
        <w:rPr>
          <w:b w:val="false"/>
          <w:sz w:val="24"/>
        </w:rPr>
        <w:t>​</w:t>
      </w:r>
      <w:r>
        <w:rPr>
          <w:b w:val="false"/>
          <w:sz w:val="24"/>
          <w:lang w:val="zxx"/>
        </w:rPr>
        <w:t>windowBlocks/</w:t>
      </w:r>
      <w:r>
        <w:rPr>
          <w:b w:val="false"/>
          <w:sz w:val="24"/>
        </w:rPr>
        <w:t>​</w:t>
      </w:r>
      <w:r>
        <w:rPr>
          <w:b w:val="false"/>
          <w:sz w:val="24"/>
          <w:lang w:val="zxx"/>
        </w:rPr>
        <w:t>windowRoundTripMaxMs</w:t>
      </w:r>
      <w:r>
        <w:rPr>
          <w:b w:val="false"/>
          <w:sz w:val="24"/>
        </w:rPr>
        <w:t xml:space="preserve">; </w:t>
      </w:r>
      <w:r>
        <w:rPr>
          <w:b w:val="false"/>
          <w:sz w:val="24"/>
          <w:lang w:val="zxx"/>
        </w:rPr>
        <w:t>cmdSeq</w:t>
      </w:r>
      <w:r>
        <w:rPr>
          <w:b w:val="false"/>
          <w:sz w:val="24"/>
        </w:rPr>
        <w:t xml:space="preserve"> </w:t>
      </w:r>
      <w:r>
        <w:rPr>
          <w:b w:val="false"/>
          <w:sz w:val="24"/>
          <w:lang w:val="zxx"/>
        </w:rPr>
        <w:t>maintenance</w:t>
      </w:r>
      <w:r>
        <w:rPr>
          <w:b w:val="false"/>
          <w:sz w:val="24"/>
        </w:rPr>
        <w:t xml:space="preserve">; </w:t>
      </w:r>
      <w:r>
        <w:rPr>
          <w:b w:val="false"/>
          <w:sz w:val="24"/>
          <w:lang w:val="zxx"/>
        </w:rPr>
        <w:t>open-</w:t>
      </w:r>
      <w:r>
        <w:rPr>
          <w:b w:val="false"/>
          <w:sz w:val="24"/>
        </w:rPr>
        <w:t>⁠</w:t>
      </w:r>
      <w:r>
        <w:rPr>
          <w:b w:val="false"/>
          <w:sz w:val="24"/>
          <w:lang w:val="zxx"/>
        </w:rPr>
        <w:t>alert-</w:t>
      </w:r>
      <w:r>
        <w:rPr>
          <w:b w:val="false"/>
          <w:sz w:val="24"/>
        </w:rPr>
        <w:t>⁠</w:t>
      </w:r>
      <w:r>
        <w:rPr>
          <w:b w:val="false"/>
          <w:sz w:val="24"/>
          <w:lang w:val="zxx"/>
        </w:rPr>
        <w:t>config/</w:t>
      </w:r>
      <w:r>
        <w:rPr>
          <w:b w:val="false"/>
          <w:sz w:val="24"/>
        </w:rPr>
        <w:t>⁠</w:t>
      </w:r>
      <w:r>
        <w:rPr>
          <w:b w:val="false"/>
          <w:sz w:val="24"/>
          <w:lang w:val="zxx"/>
        </w:rPr>
        <w:t>5.</w:t>
      </w:r>
    </w:p>
    <w:p>
      <w:pPr>
        <w:pStyle w:val="Normal"/>
        <w:jc w:val="start"/>
        <w:rPr/>
      </w:pPr>
      <w:r>
        <w:rPr>
          <w:b/>
          <w:sz w:val="24"/>
        </w:rPr>
        <w:t xml:space="preserve">Ответ. </w:t>
      </w:r>
      <w:r>
        <w:rPr>
          <w:b w:val="false"/>
          <w:sz w:val="24"/>
          <w:lang w:val="zxx"/>
        </w:rPr>
        <w:t>transaction</w:t>
      </w:r>
      <w:r>
        <w:rPr>
          <w:b w:val="false"/>
          <w:sz w:val="24"/>
        </w:rPr>
        <w:t xml:space="preserve"> </w:t>
      </w:r>
      <w:r>
        <w:rPr>
          <w:b w:val="false"/>
          <w:sz w:val="24"/>
          <w:lang w:val="zxx"/>
        </w:rPr>
        <w:t>id/</w:t>
      </w:r>
      <w:r>
        <w:rPr>
          <w:b w:val="false"/>
          <w:sz w:val="24"/>
        </w:rPr>
        <w:t>​</w:t>
      </w:r>
      <w:r>
        <w:rPr>
          <w:b w:val="false"/>
          <w:sz w:val="24"/>
          <w:lang w:val="zxx"/>
        </w:rPr>
        <w:t>state/</w:t>
      </w:r>
      <w:r>
        <w:rPr>
          <w:b w:val="false"/>
          <w:sz w:val="24"/>
        </w:rPr>
        <w:t>​</w:t>
      </w:r>
      <w:r>
        <w:rPr>
          <w:b w:val="false"/>
          <w:sz w:val="24"/>
          <w:lang w:val="zxx"/>
        </w:rPr>
        <w:t>receivedBytes/</w:t>
      </w:r>
      <w:r>
        <w:rPr>
          <w:b w:val="false"/>
          <w:sz w:val="24"/>
        </w:rPr>
        <w:t>​</w:t>
      </w:r>
      <w:r>
        <w:rPr>
          <w:b w:val="false"/>
          <w:sz w:val="24"/>
          <w:lang w:val="zxx"/>
        </w:rPr>
        <w:t>remainingBudgetMs</w:t>
      </w:r>
      <w:r>
        <w:rPr>
          <w:b w:val="false"/>
          <w:sz w:val="24"/>
        </w:rPr>
        <w:t xml:space="preserve">; новый прием </w:t>
      </w:r>
      <w:r>
        <w:rPr>
          <w:b w:val="false"/>
          <w:sz w:val="24"/>
          <w:lang w:val="zxx"/>
        </w:rPr>
        <w:t>receiving</w:t>
      </w:r>
      <w:r>
        <w:rPr>
          <w:b w:val="false"/>
          <w:sz w:val="24"/>
        </w:rPr>
        <w:t>, повтор возвращает текущее состояние.</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noSpace</w:t>
      </w:r>
      <w:r>
        <w:rPr>
          <w:b w:val="false"/>
          <w:sz w:val="24"/>
        </w:rPr>
        <w:t xml:space="preserve">, </w:t>
      </w:r>
      <w:r>
        <w:rPr>
          <w:b w:val="false"/>
          <w:sz w:val="24"/>
          <w:lang w:val="zxx"/>
        </w:rPr>
        <w:t>storageFault</w:t>
      </w:r>
      <w:r>
        <w:rPr>
          <w:b w:val="false"/>
          <w:sz w:val="24"/>
        </w:rPr>
        <w:t xml:space="preserve">, </w:t>
      </w:r>
      <w:r>
        <w:rPr>
          <w:b w:val="false"/>
          <w:sz w:val="24"/>
          <w:lang w:val="zxx"/>
        </w:rPr>
        <w:t>unsafeState</w:t>
      </w:r>
    </w:p>
    <w:p>
      <w:pPr>
        <w:pStyle w:val="Normal"/>
        <w:jc w:val="start"/>
        <w:rPr/>
      </w:pPr>
      <w:r>
        <w:rPr>
          <w:b/>
          <w:sz w:val="24"/>
        </w:rPr>
        <w:t xml:space="preserve">Повторы и поведение. </w:t>
      </w:r>
      <w:r>
        <w:rPr>
          <w:b w:val="false"/>
          <w:sz w:val="24"/>
        </w:rPr>
        <w:t xml:space="preserve">Байты передаются отдельным каналом </w:t>
      </w:r>
      <w:r>
        <w:rPr>
          <w:b w:val="false"/>
          <w:sz w:val="24"/>
          <w:lang w:val="zxx"/>
        </w:rPr>
        <w:t>bulk/</w:t>
      </w:r>
      <w:r>
        <w:rPr>
          <w:b w:val="false"/>
          <w:sz w:val="24"/>
        </w:rPr>
        <w:t>⁠</w:t>
      </w:r>
      <w:r>
        <w:rPr>
          <w:b w:val="false"/>
          <w:sz w:val="24"/>
          <w:lang w:val="zxx"/>
        </w:rPr>
        <w:t>1.</w:t>
      </w:r>
      <w:r>
        <w:rPr>
          <w:b w:val="false"/>
          <w:sz w:val="24"/>
        </w:rPr>
        <w:t xml:space="preserve"> Полный прием запускает </w:t>
      </w:r>
      <w:r>
        <w:rPr>
          <w:b w:val="false"/>
          <w:sz w:val="24"/>
          <w:lang w:val="zxx"/>
        </w:rPr>
        <w:t>validating</w:t>
      </w:r>
      <w:r>
        <w:rPr>
          <w:b w:val="false"/>
          <w:sz w:val="24"/>
        </w:rPr>
        <w:t xml:space="preserve">; </w:t>
      </w:r>
      <w:r>
        <w:rPr>
          <w:b w:val="false"/>
          <w:sz w:val="24"/>
          <w:lang w:val="zxx"/>
        </w:rPr>
        <w:t>config.get</w:t>
      </w:r>
      <w:r>
        <w:rPr>
          <w:b w:val="false"/>
          <w:sz w:val="24"/>
        </w:rPr>
        <w:t xml:space="preserve"> сообщает прогресс и </w:t>
      </w:r>
      <w:r>
        <w:rPr>
          <w:b w:val="false"/>
          <w:sz w:val="24"/>
          <w:lang w:val="zxx"/>
        </w:rPr>
        <w:t>staged/</w:t>
      </w:r>
      <w:r>
        <w:rPr>
          <w:b w:val="false"/>
          <w:sz w:val="24"/>
        </w:rPr>
        <w:t>​</w:t>
      </w:r>
      <w:r>
        <w:rPr>
          <w:b w:val="false"/>
          <w:sz w:val="24"/>
          <w:lang w:val="zxx"/>
        </w:rPr>
        <w:t>failed.</w:t>
      </w:r>
      <w:r>
        <w:rPr>
          <w:b w:val="false"/>
          <w:sz w:val="24"/>
        </w:rPr>
        <w:t xml:space="preserve"> Проверка ограничена </w:t>
      </w:r>
      <w:r>
        <w:rPr>
          <w:b w:val="false"/>
          <w:sz w:val="24"/>
          <w:lang w:val="zxx"/>
        </w:rPr>
        <w:t>60000</w:t>
      </w:r>
      <w:r>
        <w:rPr>
          <w:b w:val="false"/>
          <w:sz w:val="24"/>
        </w:rPr>
        <w:t xml:space="preserve"> мс, порции не более </w:t>
      </w:r>
      <w:r>
        <w:rPr>
          <w:b w:val="false"/>
          <w:sz w:val="24"/>
          <w:lang w:val="zxx"/>
        </w:rPr>
        <w:t>100</w:t>
      </w:r>
      <w:r>
        <w:rPr>
          <w:b w:val="false"/>
          <w:sz w:val="24"/>
        </w:rPr>
        <w:t xml:space="preserve"> мс; действующая конфигурация не меняется до </w:t>
      </w:r>
      <w:r>
        <w:rPr>
          <w:b w:val="false"/>
          <w:sz w:val="24"/>
          <w:lang w:val="zxx"/>
        </w:rPr>
        <w:t>commit.</w:t>
      </w:r>
    </w:p>
    <w:p>
      <w:pPr>
        <w:pStyle w:val="2"/>
        <w:rPr/>
      </w:pPr>
      <w:r>
        <w:rPr>
          <w:sz w:val="24"/>
        </w:rPr>
        <w:t>А.45 config.commit - Применить подготовленные настройки</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Действующий владелец с административным правом, подтвержденный </w:t>
      </w:r>
      <w:r>
        <w:rPr>
          <w:b w:val="false"/>
          <w:sz w:val="24"/>
          <w:lang w:val="zxx"/>
        </w:rPr>
        <w:t>off</w:t>
      </w:r>
      <w:r>
        <w:rPr>
          <w:b w:val="false"/>
          <w:sz w:val="24"/>
        </w:rPr>
        <w:t xml:space="preserve"> затрагиваемых ресурсов; раздел </w:t>
      </w:r>
      <w:r>
        <w:rPr>
          <w:b w:val="false"/>
          <w:sz w:val="24"/>
          <w:lang w:val="zxx"/>
        </w:rPr>
        <w:t>16.</w:t>
      </w:r>
    </w:p>
    <w:p>
      <w:pPr>
        <w:pStyle w:val="Normal"/>
        <w:jc w:val="start"/>
        <w:rPr/>
      </w:pPr>
      <w:r>
        <w:rPr>
          <w:b/>
          <w:sz w:val="24"/>
        </w:rPr>
        <w:t xml:space="preserve">Запрос. </w:t>
      </w:r>
      <w:r>
        <w:rPr>
          <w:b w:val="false"/>
          <w:sz w:val="24"/>
          <w:lang w:val="zxx"/>
        </w:rPr>
        <w:t>transaction</w:t>
      </w:r>
      <w:r>
        <w:rPr>
          <w:b w:val="false"/>
          <w:sz w:val="24"/>
        </w:rPr>
        <w:t xml:space="preserve"> </w:t>
      </w:r>
      <w:r>
        <w:rPr>
          <w:b w:val="false"/>
          <w:sz w:val="24"/>
          <w:lang w:val="zxx"/>
        </w:rPr>
        <w:t>id</w:t>
      </w:r>
      <w:r>
        <w:rPr>
          <w:b w:val="false"/>
          <w:sz w:val="24"/>
        </w:rPr>
        <w:t xml:space="preserve">; обычный </w:t>
      </w:r>
      <w:r>
        <w:rPr>
          <w:b w:val="false"/>
          <w:sz w:val="24"/>
          <w:lang w:val="zxx"/>
        </w:rPr>
        <w:t>cmdSeq.</w:t>
      </w:r>
    </w:p>
    <w:p>
      <w:pPr>
        <w:pStyle w:val="Normal"/>
        <w:jc w:val="start"/>
        <w:rPr/>
      </w:pPr>
      <w:r>
        <w:rPr>
          <w:b/>
          <w:sz w:val="24"/>
        </w:rPr>
        <w:t xml:space="preserve">Ответ. </w:t>
      </w:r>
      <w:r>
        <w:rPr>
          <w:b w:val="false"/>
          <w:sz w:val="24"/>
          <w:lang w:val="zxx"/>
        </w:rPr>
        <w:t>committed</w:t>
      </w:r>
      <w:r>
        <w:rPr>
          <w:b w:val="false"/>
          <w:sz w:val="24"/>
        </w:rPr>
        <w:t xml:space="preserve"> </w:t>
      </w:r>
      <w:r>
        <w:rPr>
          <w:b w:val="false"/>
          <w:sz w:val="24"/>
          <w:lang w:val="zxx"/>
        </w:rPr>
        <w:t>id/</w:t>
      </w:r>
      <w:r>
        <w:rPr>
          <w:b w:val="false"/>
          <w:sz w:val="24"/>
        </w:rPr>
        <w:t>​</w:t>
      </w:r>
      <w:r>
        <w:rPr>
          <w:b w:val="false"/>
          <w:sz w:val="24"/>
          <w:lang w:val="zxx"/>
        </w:rPr>
        <w:t>configRevision/</w:t>
      </w:r>
      <w:r>
        <w:rPr>
          <w:b w:val="false"/>
          <w:sz w:val="24"/>
        </w:rPr>
        <w:t>​</w:t>
      </w:r>
      <w:r>
        <w:rPr>
          <w:b w:val="false"/>
          <w:sz w:val="24"/>
          <w:lang w:val="zxx"/>
        </w:rPr>
        <w:t>appliedRevision</w:t>
      </w:r>
      <w:r>
        <w:rPr>
          <w:b w:val="false"/>
          <w:sz w:val="24"/>
        </w:rPr>
        <w:t>; атомарное применение полного пакета.</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storageFault</w:t>
      </w:r>
      <w:r>
        <w:rPr>
          <w:b w:val="false"/>
          <w:sz w:val="24"/>
        </w:rPr>
        <w:t xml:space="preserve">, </w:t>
      </w:r>
      <w:r>
        <w:rPr>
          <w:b w:val="false"/>
          <w:sz w:val="24"/>
          <w:lang w:val="zxx"/>
        </w:rPr>
        <w:t>unsafeState</w:t>
      </w:r>
    </w:p>
    <w:p>
      <w:pPr>
        <w:pStyle w:val="Normal"/>
        <w:jc w:val="start"/>
        <w:rPr/>
      </w:pPr>
      <w:r>
        <w:rPr>
          <w:b/>
          <w:sz w:val="24"/>
        </w:rPr>
        <w:t xml:space="preserve">Повторы и поведение. </w:t>
      </w:r>
      <w:r>
        <w:rPr>
          <w:b w:val="false"/>
          <w:sz w:val="24"/>
        </w:rPr>
        <w:t xml:space="preserve">Атомарно сохраняет и применяет только локальные правила получателя; </w:t>
      </w:r>
      <w:r>
        <w:rPr>
          <w:b w:val="false"/>
          <w:sz w:val="24"/>
          <w:lang w:val="zxx"/>
        </w:rPr>
        <w:t>configRevision=appliedRevision.</w:t>
      </w:r>
      <w:r>
        <w:rPr>
          <w:b w:val="false"/>
          <w:sz w:val="24"/>
        </w:rPr>
        <w:t xml:space="preserve"> Пакет не выполняет физическую перенастройку ОУ. Несовпадение </w:t>
      </w:r>
      <w:r>
        <w:rPr>
          <w:b w:val="false"/>
          <w:sz w:val="24"/>
          <w:lang w:val="zxx"/>
        </w:rPr>
        <w:t>baseRevision</w:t>
      </w:r>
      <w:r>
        <w:rPr>
          <w:b w:val="false"/>
          <w:sz w:val="24"/>
        </w:rPr>
        <w:t xml:space="preserve"> отклоняется до фиксации; повтор возвращает сохраненное решение.</w:t>
      </w:r>
    </w:p>
    <w:p>
      <w:pPr>
        <w:pStyle w:val="2"/>
        <w:rPr/>
      </w:pPr>
      <w:r>
        <w:rPr>
          <w:sz w:val="24"/>
        </w:rPr>
        <w:t>А.46 config.cancel - Отбросить подготовленные настройки</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Действующий владелец с административным правом, подтвержденный </w:t>
      </w:r>
      <w:r>
        <w:rPr>
          <w:b w:val="false"/>
          <w:sz w:val="24"/>
          <w:lang w:val="zxx"/>
        </w:rPr>
        <w:t>off</w:t>
      </w:r>
      <w:r>
        <w:rPr>
          <w:b w:val="false"/>
          <w:sz w:val="24"/>
        </w:rPr>
        <w:t xml:space="preserve"> затрагиваемых ресурсов; раздел </w:t>
      </w:r>
      <w:r>
        <w:rPr>
          <w:b w:val="false"/>
          <w:sz w:val="24"/>
          <w:lang w:val="zxx"/>
        </w:rPr>
        <w:t>16.</w:t>
      </w:r>
    </w:p>
    <w:p>
      <w:pPr>
        <w:pStyle w:val="Normal"/>
        <w:jc w:val="start"/>
        <w:rPr/>
      </w:pPr>
      <w:r>
        <w:rPr>
          <w:b/>
          <w:sz w:val="24"/>
        </w:rPr>
        <w:t xml:space="preserve">Запрос. </w:t>
      </w:r>
      <w:r>
        <w:rPr>
          <w:b w:val="false"/>
          <w:sz w:val="24"/>
          <w:lang w:val="zxx"/>
        </w:rPr>
        <w:t>transaction</w:t>
      </w:r>
      <w:r>
        <w:rPr>
          <w:b w:val="false"/>
          <w:sz w:val="24"/>
        </w:rPr>
        <w:t xml:space="preserve"> </w:t>
      </w:r>
      <w:r>
        <w:rPr>
          <w:b w:val="false"/>
          <w:sz w:val="24"/>
          <w:lang w:val="zxx"/>
        </w:rPr>
        <w:t>id</w:t>
      </w:r>
      <w:r>
        <w:rPr>
          <w:b w:val="false"/>
          <w:sz w:val="24"/>
        </w:rPr>
        <w:t xml:space="preserve">; обычный </w:t>
      </w:r>
      <w:r>
        <w:rPr>
          <w:b w:val="false"/>
          <w:sz w:val="24"/>
          <w:lang w:val="zxx"/>
        </w:rPr>
        <w:t>cmdSeq.</w:t>
      </w:r>
    </w:p>
    <w:p>
      <w:pPr>
        <w:pStyle w:val="Normal"/>
        <w:jc w:val="start"/>
        <w:rPr/>
      </w:pPr>
      <w:r>
        <w:rPr>
          <w:b/>
          <w:sz w:val="24"/>
        </w:rPr>
        <w:t xml:space="preserve">Ответ. </w:t>
      </w:r>
      <w:r>
        <w:rPr>
          <w:b w:val="false"/>
          <w:sz w:val="24"/>
          <w:lang w:val="zxx"/>
        </w:rPr>
        <w:t>cancelled</w:t>
      </w:r>
      <w:r>
        <w:rPr>
          <w:b w:val="false"/>
          <w:sz w:val="24"/>
        </w:rPr>
        <w:t xml:space="preserve"> </w:t>
      </w:r>
      <w:r>
        <w:rPr>
          <w:b w:val="false"/>
          <w:sz w:val="24"/>
          <w:lang w:val="zxx"/>
        </w:rPr>
        <w:t>id</w:t>
      </w:r>
      <w:r>
        <w:rPr>
          <w:b w:val="false"/>
          <w:sz w:val="24"/>
        </w:rPr>
        <w:t>; зафиксированная конфигурация сохраняется.</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Повтор возвращает сохраненное решение; </w:t>
      </w:r>
      <w:r>
        <w:rPr>
          <w:b w:val="false"/>
          <w:sz w:val="24"/>
          <w:lang w:val="zxx"/>
        </w:rPr>
        <w:t>cancel</w:t>
      </w:r>
      <w:r>
        <w:rPr>
          <w:b w:val="false"/>
          <w:sz w:val="24"/>
        </w:rPr>
        <w:t xml:space="preserve"> после </w:t>
      </w:r>
      <w:r>
        <w:rPr>
          <w:b w:val="false"/>
          <w:sz w:val="24"/>
          <w:lang w:val="zxx"/>
        </w:rPr>
        <w:t>commit</w:t>
      </w:r>
      <w:r>
        <w:rPr>
          <w:b w:val="false"/>
          <w:sz w:val="24"/>
        </w:rPr>
        <w:t xml:space="preserve"> дает </w:t>
      </w:r>
      <w:r>
        <w:rPr>
          <w:b w:val="false"/>
          <w:sz w:val="24"/>
          <w:lang w:val="zxx"/>
        </w:rPr>
        <w:t>conflict.</w:t>
      </w:r>
    </w:p>
    <w:p>
      <w:pPr>
        <w:pStyle w:val="2"/>
        <w:rPr/>
      </w:pPr>
      <w:r>
        <w:rPr>
          <w:sz w:val="24"/>
        </w:rPr>
        <w:t>А.47 network.stage - Подготовить смену сети</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Действующий владелец с административным правом, подтвержденный </w:t>
      </w:r>
      <w:r>
        <w:rPr>
          <w:b w:val="false"/>
          <w:sz w:val="24"/>
          <w:lang w:val="zxx"/>
        </w:rPr>
        <w:t>off</w:t>
      </w:r>
      <w:r>
        <w:rPr>
          <w:b w:val="false"/>
          <w:sz w:val="24"/>
        </w:rPr>
        <w:t xml:space="preserve"> затрагиваемых ресурсов; раздел </w:t>
      </w:r>
      <w:r>
        <w:rPr>
          <w:b w:val="false"/>
          <w:sz w:val="24"/>
          <w:lang w:val="zxx"/>
        </w:rPr>
        <w:t>16.</w:t>
      </w:r>
    </w:p>
    <w:p>
      <w:pPr>
        <w:pStyle w:val="Normal"/>
        <w:jc w:val="start"/>
        <w:rPr/>
      </w:pPr>
      <w:r>
        <w:rPr>
          <w:b/>
          <w:sz w:val="24"/>
        </w:rPr>
        <w:t xml:space="preserve">Запрос. </w:t>
      </w:r>
      <w:r>
        <w:rPr>
          <w:b w:val="false"/>
          <w:sz w:val="24"/>
          <w:lang w:val="zxx"/>
        </w:rPr>
        <w:t>network</w:t>
      </w:r>
      <w:r>
        <w:rPr>
          <w:b w:val="false"/>
          <w:sz w:val="24"/>
        </w:rPr>
        <w:t xml:space="preserve"> </w:t>
      </w:r>
      <w:r>
        <w:rPr>
          <w:b w:val="false"/>
          <w:sz w:val="24"/>
          <w:lang w:val="zxx"/>
        </w:rPr>
        <w:t>id/</w:t>
      </w:r>
      <w:r>
        <w:rPr>
          <w:b w:val="false"/>
          <w:sz w:val="24"/>
        </w:rPr>
        <w:t>​</w:t>
      </w:r>
      <w:r>
        <w:rPr>
          <w:b w:val="false"/>
          <w:sz w:val="24"/>
          <w:lang w:val="zxx"/>
        </w:rPr>
        <w:t>address/</w:t>
      </w:r>
      <w:r>
        <w:rPr>
          <w:b w:val="false"/>
          <w:sz w:val="24"/>
        </w:rPr>
        <w:t>​</w:t>
      </w:r>
      <w:r>
        <w:rPr>
          <w:b w:val="false"/>
          <w:sz w:val="24"/>
          <w:lang w:val="zxx"/>
        </w:rPr>
        <w:t>prefix/</w:t>
      </w:r>
      <w:r>
        <w:rPr>
          <w:b w:val="false"/>
          <w:sz w:val="24"/>
        </w:rPr>
        <w:t>​</w:t>
      </w:r>
      <w:r>
        <w:rPr>
          <w:b w:val="false"/>
          <w:sz w:val="24"/>
          <w:lang w:val="zxx"/>
        </w:rPr>
        <w:t>gateway/</w:t>
      </w:r>
      <w:r>
        <w:rPr>
          <w:b w:val="false"/>
          <w:sz w:val="24"/>
        </w:rPr>
        <w:t>​</w:t>
      </w:r>
      <w:r>
        <w:rPr>
          <w:b w:val="false"/>
          <w:sz w:val="24"/>
          <w:lang w:val="zxx"/>
        </w:rPr>
        <w:t>confirmMs</w:t>
      </w:r>
      <w:r>
        <w:rPr>
          <w:b w:val="false"/>
          <w:sz w:val="24"/>
        </w:rPr>
        <w:t xml:space="preserve">; обычный </w:t>
      </w:r>
      <w:r>
        <w:rPr>
          <w:b w:val="false"/>
          <w:sz w:val="24"/>
          <w:lang w:val="zxx"/>
        </w:rPr>
        <w:t>cmdSeq.</w:t>
      </w:r>
    </w:p>
    <w:p>
      <w:pPr>
        <w:pStyle w:val="Normal"/>
        <w:jc w:val="start"/>
        <w:rPr/>
      </w:pPr>
      <w:r>
        <w:rPr>
          <w:b/>
          <w:sz w:val="24"/>
        </w:rPr>
        <w:t xml:space="preserve">Ответ. </w:t>
      </w:r>
      <w:r>
        <w:rPr>
          <w:b w:val="false"/>
          <w:sz w:val="24"/>
          <w:lang w:val="zxx"/>
        </w:rPr>
        <w:t>staged</w:t>
      </w:r>
      <w:r>
        <w:rPr>
          <w:b w:val="false"/>
          <w:sz w:val="24"/>
        </w:rPr>
        <w:t xml:space="preserve"> </w:t>
      </w:r>
      <w:r>
        <w:rPr>
          <w:b w:val="false"/>
          <w:sz w:val="24"/>
          <w:lang w:val="zxx"/>
        </w:rPr>
        <w:t>id/</w:t>
      </w:r>
      <w:r>
        <w:rPr>
          <w:b w:val="false"/>
          <w:sz w:val="24"/>
        </w:rPr>
        <w:t>​</w:t>
      </w:r>
      <w:r>
        <w:rPr>
          <w:b w:val="false"/>
          <w:sz w:val="24"/>
          <w:lang w:val="zxx"/>
        </w:rPr>
        <w:t>expiresAtMs</w:t>
      </w:r>
      <w:r>
        <w:rPr>
          <w:b w:val="false"/>
          <w:sz w:val="24"/>
        </w:rPr>
        <w:t xml:space="preserve">; пробное применение с автоматическим возвратом по разделу </w:t>
      </w:r>
      <w:r>
        <w:rPr>
          <w:b w:val="false"/>
          <w:sz w:val="24"/>
          <w:lang w:val="zxx"/>
        </w:rPr>
        <w:t>16.</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unsafeState</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Пробные параметры применяются после сохранения прежних; возврат по </w:t>
      </w:r>
      <w:r>
        <w:rPr>
          <w:b w:val="false"/>
          <w:sz w:val="24"/>
          <w:lang w:val="zxx"/>
        </w:rPr>
        <w:t>expiresAtMs</w:t>
      </w:r>
      <w:r>
        <w:rPr>
          <w:b w:val="false"/>
          <w:sz w:val="24"/>
        </w:rPr>
        <w:t xml:space="preserve"> или </w:t>
      </w:r>
      <w:r>
        <w:rPr>
          <w:b w:val="false"/>
          <w:sz w:val="24"/>
          <w:lang w:val="zxx"/>
        </w:rPr>
        <w:t>cancel.</w:t>
      </w:r>
      <w:r>
        <w:rPr>
          <w:b w:val="false"/>
          <w:sz w:val="24"/>
        </w:rPr>
        <w:t xml:space="preserve"> Повтор не продлевает срок. Невозможность надежного возврата отклоняет </w:t>
      </w:r>
      <w:r>
        <w:rPr>
          <w:b w:val="false"/>
          <w:sz w:val="24"/>
          <w:lang w:val="zxx"/>
        </w:rPr>
        <w:t>stage</w:t>
      </w:r>
      <w:r>
        <w:rPr>
          <w:b w:val="false"/>
          <w:sz w:val="24"/>
        </w:rPr>
        <w:t xml:space="preserve"> до изменения адреса.</w:t>
      </w:r>
    </w:p>
    <w:p>
      <w:pPr>
        <w:pStyle w:val="2"/>
        <w:rPr/>
      </w:pPr>
      <w:r>
        <w:rPr>
          <w:sz w:val="24"/>
        </w:rPr>
        <w:t>А.48 network.confirm - Подтвердить новый сетевой путь</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Действующий владелец с административным правом, подтвержденный </w:t>
      </w:r>
      <w:r>
        <w:rPr>
          <w:b w:val="false"/>
          <w:sz w:val="24"/>
          <w:lang w:val="zxx"/>
        </w:rPr>
        <w:t>off</w:t>
      </w:r>
      <w:r>
        <w:rPr>
          <w:b w:val="false"/>
          <w:sz w:val="24"/>
        </w:rPr>
        <w:t xml:space="preserve"> затрагиваемых ресурсов; раздел </w:t>
      </w:r>
      <w:r>
        <w:rPr>
          <w:b w:val="false"/>
          <w:sz w:val="24"/>
          <w:lang w:val="zxx"/>
        </w:rPr>
        <w:t>16.</w:t>
      </w:r>
    </w:p>
    <w:p>
      <w:pPr>
        <w:pStyle w:val="Normal"/>
        <w:jc w:val="start"/>
        <w:rPr/>
      </w:pPr>
      <w:r>
        <w:rPr>
          <w:b/>
          <w:sz w:val="24"/>
        </w:rPr>
        <w:t xml:space="preserve">Запрос. </w:t>
      </w:r>
      <w:r>
        <w:rPr>
          <w:b w:val="false"/>
          <w:sz w:val="24"/>
          <w:lang w:val="zxx"/>
        </w:rPr>
        <w:t>network</w:t>
      </w:r>
      <w:r>
        <w:rPr>
          <w:b w:val="false"/>
          <w:sz w:val="24"/>
        </w:rPr>
        <w:t xml:space="preserve"> </w:t>
      </w:r>
      <w:r>
        <w:rPr>
          <w:b w:val="false"/>
          <w:sz w:val="24"/>
          <w:lang w:val="zxx"/>
        </w:rPr>
        <w:t>id</w:t>
      </w:r>
      <w:r>
        <w:rPr>
          <w:b w:val="false"/>
          <w:sz w:val="24"/>
        </w:rPr>
        <w:t xml:space="preserve">; обычный </w:t>
      </w:r>
      <w:r>
        <w:rPr>
          <w:b w:val="false"/>
          <w:sz w:val="24"/>
          <w:lang w:val="zxx"/>
        </w:rPr>
        <w:t>cmdSeq</w:t>
      </w:r>
      <w:r>
        <w:rPr>
          <w:b w:val="false"/>
          <w:sz w:val="24"/>
        </w:rPr>
        <w:t xml:space="preserve">; действующий канал того же </w:t>
      </w:r>
      <w:r>
        <w:rPr>
          <w:b w:val="false"/>
          <w:sz w:val="24"/>
          <w:lang w:val="zxx"/>
        </w:rPr>
        <w:t>principalId</w:t>
      </w:r>
      <w:r>
        <w:rPr>
          <w:b w:val="false"/>
          <w:sz w:val="24"/>
        </w:rPr>
        <w:t xml:space="preserve"> и режима </w:t>
      </w:r>
      <w:r>
        <w:rPr>
          <w:b w:val="false"/>
          <w:sz w:val="24"/>
          <w:lang w:val="zxx"/>
        </w:rPr>
        <w:t>tls</w:t>
      </w:r>
      <w:r>
        <w:rPr>
          <w:b w:val="false"/>
          <w:sz w:val="24"/>
        </w:rPr>
        <w:t xml:space="preserve"> либо </w:t>
      </w:r>
      <w:r>
        <w:rPr>
          <w:b w:val="false"/>
          <w:sz w:val="24"/>
          <w:lang w:val="zxx"/>
        </w:rPr>
        <w:t>plain</w:t>
      </w:r>
      <w:r>
        <w:rPr>
          <w:b w:val="false"/>
          <w:sz w:val="24"/>
        </w:rPr>
        <w:t xml:space="preserve"> через новый адрес до </w:t>
      </w:r>
      <w:r>
        <w:rPr>
          <w:b w:val="false"/>
          <w:sz w:val="24"/>
          <w:lang w:val="zxx"/>
        </w:rPr>
        <w:t>expiresAtMs.</w:t>
      </w:r>
    </w:p>
    <w:p>
      <w:pPr>
        <w:pStyle w:val="Normal"/>
        <w:jc w:val="start"/>
        <w:rPr/>
      </w:pPr>
      <w:r>
        <w:rPr>
          <w:b/>
          <w:sz w:val="24"/>
        </w:rPr>
        <w:t xml:space="preserve">Ответ. </w:t>
      </w:r>
      <w:r>
        <w:rPr>
          <w:b w:val="false"/>
          <w:sz w:val="24"/>
          <w:lang w:val="zxx"/>
        </w:rPr>
        <w:t>network</w:t>
      </w:r>
      <w:r>
        <w:rPr>
          <w:b w:val="false"/>
          <w:sz w:val="24"/>
        </w:rPr>
        <w:t xml:space="preserve"> </w:t>
      </w:r>
      <w:r>
        <w:rPr>
          <w:b w:val="false"/>
          <w:sz w:val="24"/>
          <w:lang w:val="zxx"/>
        </w:rPr>
        <w:t>id/</w:t>
      </w:r>
      <w:r>
        <w:rPr>
          <w:b w:val="false"/>
          <w:sz w:val="24"/>
        </w:rPr>
        <w:t>​</w:t>
      </w:r>
      <w:r>
        <w:rPr>
          <w:b w:val="false"/>
          <w:sz w:val="24"/>
          <w:lang w:val="zxx"/>
        </w:rPr>
        <w:t>state=committed.</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confirmationWindowExpired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Новый канал проходит </w:t>
      </w:r>
      <w:r>
        <w:rPr>
          <w:b w:val="false"/>
          <w:sz w:val="24"/>
          <w:lang w:val="zxx"/>
        </w:rPr>
        <w:t>protocol.hello</w:t>
      </w:r>
      <w:r>
        <w:rPr>
          <w:b w:val="false"/>
          <w:sz w:val="24"/>
        </w:rPr>
        <w:t xml:space="preserve"> и </w:t>
      </w:r>
      <w:r>
        <w:rPr>
          <w:b w:val="false"/>
          <w:sz w:val="24"/>
          <w:lang w:val="zxx"/>
        </w:rPr>
        <w:t>control.resume</w:t>
      </w:r>
      <w:r>
        <w:rPr>
          <w:b w:val="false"/>
          <w:sz w:val="24"/>
        </w:rPr>
        <w:t xml:space="preserve">; после истечения эпохи требуется новое </w:t>
      </w:r>
      <w:r>
        <w:rPr>
          <w:b w:val="false"/>
          <w:sz w:val="24"/>
          <w:lang w:val="zxx"/>
        </w:rPr>
        <w:t>maintenance-</w:t>
      </w:r>
      <w:r>
        <w:rPr>
          <w:b w:val="false"/>
          <w:sz w:val="24"/>
        </w:rPr>
        <w:t xml:space="preserve">владение того же участника. Режим фиксируется </w:t>
      </w:r>
      <w:r>
        <w:rPr>
          <w:b w:val="false"/>
          <w:sz w:val="24"/>
          <w:lang w:val="zxx"/>
        </w:rPr>
        <w:t>network.stage</w:t>
      </w:r>
      <w:r>
        <w:rPr>
          <w:b w:val="false"/>
          <w:sz w:val="24"/>
        </w:rPr>
        <w:t xml:space="preserve">; смена канала или эпохи не продлевает </w:t>
      </w:r>
      <w:r>
        <w:rPr>
          <w:b w:val="false"/>
          <w:sz w:val="24"/>
          <w:lang w:val="zxx"/>
        </w:rPr>
        <w:t>expiresAtMs.</w:t>
      </w:r>
      <w:r>
        <w:rPr>
          <w:b w:val="false"/>
          <w:sz w:val="24"/>
        </w:rPr>
        <w:t xml:space="preserve"> Повтор в доступной истории возвращает решение. Опоздавший </w:t>
      </w:r>
      <w:r>
        <w:rPr>
          <w:b w:val="false"/>
          <w:sz w:val="24"/>
          <w:lang w:val="zxx"/>
        </w:rPr>
        <w:t>confirm</w:t>
      </w:r>
      <w:r>
        <w:rPr>
          <w:b w:val="false"/>
          <w:sz w:val="24"/>
        </w:rPr>
        <w:t xml:space="preserve"> не применяет параметры повторно.</w:t>
      </w:r>
    </w:p>
    <w:p>
      <w:pPr>
        <w:pStyle w:val="2"/>
        <w:rPr/>
      </w:pPr>
      <w:r>
        <w:rPr>
          <w:sz w:val="24"/>
        </w:rPr>
        <w:t>А.49 network.cancel - Отменить сетевой переход</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Действующий владелец с административным правом, подтвержденный </w:t>
      </w:r>
      <w:r>
        <w:rPr>
          <w:b w:val="false"/>
          <w:sz w:val="24"/>
          <w:lang w:val="zxx"/>
        </w:rPr>
        <w:t>off</w:t>
      </w:r>
      <w:r>
        <w:rPr>
          <w:b w:val="false"/>
          <w:sz w:val="24"/>
        </w:rPr>
        <w:t xml:space="preserve"> затрагиваемых ресурсов; раздел </w:t>
      </w:r>
      <w:r>
        <w:rPr>
          <w:b w:val="false"/>
          <w:sz w:val="24"/>
          <w:lang w:val="zxx"/>
        </w:rPr>
        <w:t>16.</w:t>
      </w:r>
    </w:p>
    <w:p>
      <w:pPr>
        <w:pStyle w:val="Normal"/>
        <w:jc w:val="start"/>
        <w:rPr/>
      </w:pPr>
      <w:r>
        <w:rPr>
          <w:b/>
          <w:sz w:val="24"/>
        </w:rPr>
        <w:t xml:space="preserve">Запрос. </w:t>
      </w:r>
      <w:r>
        <w:rPr>
          <w:b w:val="false"/>
          <w:sz w:val="24"/>
          <w:lang w:val="zxx"/>
        </w:rPr>
        <w:t>network</w:t>
      </w:r>
      <w:r>
        <w:rPr>
          <w:b w:val="false"/>
          <w:sz w:val="24"/>
        </w:rPr>
        <w:t xml:space="preserve"> </w:t>
      </w:r>
      <w:r>
        <w:rPr>
          <w:b w:val="false"/>
          <w:sz w:val="24"/>
          <w:lang w:val="zxx"/>
        </w:rPr>
        <w:t>id</w:t>
      </w:r>
      <w:r>
        <w:rPr>
          <w:b w:val="false"/>
          <w:sz w:val="24"/>
        </w:rPr>
        <w:t xml:space="preserve">; обычный </w:t>
      </w:r>
      <w:r>
        <w:rPr>
          <w:b w:val="false"/>
          <w:sz w:val="24"/>
          <w:lang w:val="zxx"/>
        </w:rPr>
        <w:t>cmdSeq.</w:t>
      </w:r>
    </w:p>
    <w:p>
      <w:pPr>
        <w:pStyle w:val="Normal"/>
        <w:jc w:val="start"/>
        <w:rPr/>
      </w:pPr>
      <w:r>
        <w:rPr>
          <w:b/>
          <w:sz w:val="24"/>
        </w:rPr>
        <w:t xml:space="preserve">Ответ. </w:t>
      </w:r>
      <w:r>
        <w:rPr>
          <w:b w:val="false"/>
          <w:sz w:val="24"/>
          <w:lang w:val="zxx"/>
        </w:rPr>
        <w:t>network</w:t>
      </w:r>
      <w:r>
        <w:rPr>
          <w:b w:val="false"/>
          <w:sz w:val="24"/>
        </w:rPr>
        <w:t xml:space="preserve"> </w:t>
      </w:r>
      <w:r>
        <w:rPr>
          <w:b w:val="false"/>
          <w:sz w:val="24"/>
          <w:lang w:val="zxx"/>
        </w:rPr>
        <w:t>id/</w:t>
      </w:r>
      <w:r>
        <w:rPr>
          <w:b w:val="false"/>
          <w:sz w:val="24"/>
        </w:rPr>
        <w:t>​</w:t>
      </w:r>
      <w:r>
        <w:rPr>
          <w:b w:val="false"/>
          <w:sz w:val="24"/>
          <w:lang w:val="zxx"/>
        </w:rPr>
        <w:t>state=cancelled</w:t>
      </w:r>
      <w:r>
        <w:rPr>
          <w:b w:val="false"/>
          <w:sz w:val="24"/>
        </w:rPr>
        <w:t>; восстановлены прежние параметры.</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notFound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Точный повтор </w:t>
      </w:r>
      <w:r>
        <w:rPr>
          <w:b w:val="false"/>
          <w:sz w:val="24"/>
          <w:lang w:val="zxx"/>
        </w:rPr>
        <w:t>cmdSeq</w:t>
      </w:r>
      <w:r>
        <w:rPr>
          <w:b w:val="false"/>
          <w:sz w:val="24"/>
        </w:rPr>
        <w:t xml:space="preserve"> в том же </w:t>
      </w:r>
      <w:r>
        <w:rPr>
          <w:b w:val="false"/>
          <w:sz w:val="24"/>
          <w:lang w:val="zxx"/>
        </w:rPr>
        <w:t>bootId/</w:t>
      </w:r>
      <w:r>
        <w:rPr>
          <w:b w:val="false"/>
          <w:sz w:val="24"/>
        </w:rPr>
        <w:t>​</w:t>
      </w:r>
      <w:r>
        <w:rPr>
          <w:b w:val="false"/>
          <w:sz w:val="24"/>
          <w:lang w:val="zxx"/>
        </w:rPr>
        <w:t>controlEpoch</w:t>
      </w:r>
      <w:r>
        <w:rPr>
          <w:b w:val="false"/>
          <w:sz w:val="24"/>
        </w:rPr>
        <w:t xml:space="preserve"> возвращает сохраненное решение без повторного действия. Если решение и сведения об адресной отмене вытеснены, старый номер получает </w:t>
      </w:r>
      <w:r>
        <w:rPr>
          <w:b w:val="false"/>
          <w:sz w:val="24"/>
          <w:lang w:val="zxx"/>
        </w:rPr>
        <w:t>resultExpired.</w:t>
      </w:r>
      <w:r>
        <w:rPr>
          <w:b w:val="false"/>
          <w:sz w:val="24"/>
        </w:rPr>
        <w:t xml:space="preserve"> Если сеть потеряна, возврат обеспечивается таймером устройства, а не доставкой этой команды.</w:t>
      </w:r>
    </w:p>
    <w:p>
      <w:pPr>
        <w:pStyle w:val="2"/>
        <w:rPr/>
      </w:pPr>
      <w:r>
        <w:rPr>
          <w:sz w:val="24"/>
        </w:rPr>
        <w:t>А.50 time.set - Установить время</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Действующий владелец с административным правом, подтвержденный </w:t>
      </w:r>
      <w:r>
        <w:rPr>
          <w:b w:val="false"/>
          <w:sz w:val="24"/>
          <w:lang w:val="zxx"/>
        </w:rPr>
        <w:t>off</w:t>
      </w:r>
      <w:r>
        <w:rPr>
          <w:b w:val="false"/>
          <w:sz w:val="24"/>
        </w:rPr>
        <w:t xml:space="preserve"> затрагиваемых ресурсов; раздел </w:t>
      </w:r>
      <w:r>
        <w:rPr>
          <w:b w:val="false"/>
          <w:sz w:val="24"/>
          <w:lang w:val="zxx"/>
        </w:rPr>
        <w:t>16.</w:t>
      </w:r>
    </w:p>
    <w:p>
      <w:pPr>
        <w:pStyle w:val="Normal"/>
        <w:jc w:val="start"/>
        <w:rPr/>
      </w:pPr>
      <w:r>
        <w:rPr>
          <w:b/>
          <w:sz w:val="24"/>
        </w:rPr>
        <w:t xml:space="preserve">Запрос. </w:t>
      </w:r>
      <w:r>
        <w:rPr>
          <w:b w:val="false"/>
          <w:sz w:val="24"/>
          <w:lang w:val="zxx"/>
        </w:rPr>
        <w:t>clock</w:t>
      </w:r>
      <w:r>
        <w:rPr>
          <w:b w:val="false"/>
          <w:sz w:val="24"/>
        </w:rPr>
        <w:t xml:space="preserve"> </w:t>
      </w:r>
      <w:r>
        <w:rPr>
          <w:b w:val="false"/>
          <w:sz w:val="24"/>
          <w:lang w:val="zxx"/>
        </w:rPr>
        <w:t>utcMs/</w:t>
      </w:r>
      <w:r>
        <w:rPr>
          <w:b w:val="false"/>
          <w:sz w:val="24"/>
        </w:rPr>
        <w:t>​</w:t>
      </w:r>
      <w:r>
        <w:rPr>
          <w:b w:val="false"/>
          <w:sz w:val="24"/>
          <w:lang w:val="zxx"/>
        </w:rPr>
        <w:t>errorMs</w:t>
      </w:r>
      <w:r>
        <w:rPr>
          <w:b w:val="false"/>
          <w:sz w:val="24"/>
        </w:rPr>
        <w:t xml:space="preserve">; </w:t>
      </w:r>
      <w:r>
        <w:rPr>
          <w:b w:val="false"/>
          <w:sz w:val="24"/>
          <w:lang w:val="zxx"/>
        </w:rPr>
        <w:t>errorMs=0..500</w:t>
      </w:r>
      <w:r>
        <w:rPr>
          <w:b w:val="false"/>
          <w:sz w:val="24"/>
        </w:rPr>
        <w:t xml:space="preserve">; обычный </w:t>
      </w:r>
      <w:r>
        <w:rPr>
          <w:b w:val="false"/>
          <w:sz w:val="24"/>
          <w:lang w:val="zxx"/>
        </w:rPr>
        <w:t>cmdSeq.</w:t>
      </w:r>
    </w:p>
    <w:p>
      <w:pPr>
        <w:pStyle w:val="Normal"/>
        <w:jc w:val="start"/>
        <w:rPr/>
      </w:pPr>
      <w:r>
        <w:rPr>
          <w:b/>
          <w:sz w:val="24"/>
        </w:rPr>
        <w:t xml:space="preserve">Ответ. </w:t>
      </w:r>
      <w:r>
        <w:rPr>
          <w:b w:val="false"/>
          <w:sz w:val="24"/>
          <w:lang w:val="zxx"/>
        </w:rPr>
        <w:t>clock</w:t>
      </w:r>
      <w:r>
        <w:rPr>
          <w:b w:val="false"/>
          <w:sz w:val="24"/>
        </w:rPr>
        <w:t xml:space="preserve"> </w:t>
      </w:r>
      <w:r>
        <w:rPr>
          <w:b w:val="false"/>
          <w:sz w:val="24"/>
          <w:lang w:val="zxx"/>
        </w:rPr>
        <w:t>utcMs/</w:t>
      </w:r>
      <w:r>
        <w:rPr>
          <w:b w:val="false"/>
          <w:sz w:val="24"/>
        </w:rPr>
        <w:t>​</w:t>
      </w:r>
      <w:r>
        <w:rPr>
          <w:b w:val="false"/>
          <w:sz w:val="24"/>
          <w:lang w:val="zxx"/>
        </w:rPr>
        <w:t>errorMs</w:t>
      </w:r>
      <w:r>
        <w:rPr>
          <w:b w:val="false"/>
          <w:sz w:val="24"/>
        </w:rPr>
        <w:t>; монотонные таймеры неизменны.</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p>
    <w:p>
      <w:pPr>
        <w:pStyle w:val="Normal"/>
        <w:jc w:val="start"/>
        <w:rPr/>
      </w:pPr>
      <w:r>
        <w:rPr>
          <w:b/>
          <w:sz w:val="24"/>
        </w:rPr>
        <w:t xml:space="preserve">Повторы и поведение. </w:t>
      </w:r>
      <w:r>
        <w:rPr>
          <w:b w:val="false"/>
          <w:sz w:val="24"/>
        </w:rPr>
        <w:t xml:space="preserve">Точный повтор </w:t>
      </w:r>
      <w:r>
        <w:rPr>
          <w:b w:val="false"/>
          <w:sz w:val="24"/>
          <w:lang w:val="zxx"/>
        </w:rPr>
        <w:t>cmdSeq</w:t>
      </w:r>
      <w:r>
        <w:rPr>
          <w:b w:val="false"/>
          <w:sz w:val="24"/>
        </w:rPr>
        <w:t xml:space="preserve"> в том же </w:t>
      </w:r>
      <w:r>
        <w:rPr>
          <w:b w:val="false"/>
          <w:sz w:val="24"/>
          <w:lang w:val="zxx"/>
        </w:rPr>
        <w:t>bootId/</w:t>
      </w:r>
      <w:r>
        <w:rPr>
          <w:b w:val="false"/>
          <w:sz w:val="24"/>
        </w:rPr>
        <w:t>​</w:t>
      </w:r>
      <w:r>
        <w:rPr>
          <w:b w:val="false"/>
          <w:sz w:val="24"/>
          <w:lang w:val="zxx"/>
        </w:rPr>
        <w:t>controlEpoch</w:t>
      </w:r>
      <w:r>
        <w:rPr>
          <w:b w:val="false"/>
          <w:sz w:val="24"/>
        </w:rPr>
        <w:t xml:space="preserve"> возвращает сохраненное решение без повторного действия. Если решение и сведения об адресной отмене вытеснены, старый номер получает </w:t>
      </w:r>
      <w:r>
        <w:rPr>
          <w:b w:val="false"/>
          <w:sz w:val="24"/>
          <w:lang w:val="zxx"/>
        </w:rPr>
        <w:t>resultExpired.</w:t>
      </w:r>
      <w:r>
        <w:rPr>
          <w:b w:val="false"/>
          <w:sz w:val="24"/>
        </w:rPr>
        <w:t xml:space="preserve"> Коррекция настенных часов не меняет монотонные таймеры сеанса и срок сборки сообщения.</w:t>
      </w:r>
    </w:p>
    <w:p>
      <w:pPr>
        <w:pStyle w:val="2"/>
        <w:rPr/>
      </w:pPr>
      <w:r>
        <w:rPr>
          <w:sz w:val="24"/>
        </w:rPr>
        <w:t>А.51 firmware.begin - Начать прием образа</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Действующий владелец с административным правом, подтвержденный </w:t>
      </w:r>
      <w:r>
        <w:rPr>
          <w:b w:val="false"/>
          <w:sz w:val="24"/>
          <w:lang w:val="zxx"/>
        </w:rPr>
        <w:t>off</w:t>
      </w:r>
      <w:r>
        <w:rPr>
          <w:b w:val="false"/>
          <w:sz w:val="24"/>
        </w:rPr>
        <w:t xml:space="preserve"> затрагиваемых ресурсов; раздел </w:t>
      </w:r>
      <w:r>
        <w:rPr>
          <w:b w:val="false"/>
          <w:sz w:val="24"/>
          <w:lang w:val="zxx"/>
        </w:rPr>
        <w:t>16.</w:t>
      </w:r>
    </w:p>
    <w:p>
      <w:pPr>
        <w:pStyle w:val="Normal"/>
        <w:jc w:val="start"/>
        <w:rPr/>
      </w:pPr>
      <w:r>
        <w:rPr>
          <w:b/>
          <w:sz w:val="24"/>
        </w:rPr>
        <w:t xml:space="preserve">Запрос. </w:t>
      </w:r>
      <w:r>
        <w:rPr>
          <w:b w:val="false"/>
          <w:sz w:val="24"/>
          <w:lang w:val="zxx"/>
        </w:rPr>
        <w:t>image</w:t>
      </w:r>
      <w:r>
        <w:rPr>
          <w:b w:val="false"/>
          <w:sz w:val="24"/>
        </w:rPr>
        <w:t xml:space="preserve"> </w:t>
      </w:r>
      <w:r>
        <w:rPr>
          <w:b w:val="false"/>
          <w:sz w:val="24"/>
          <w:lang w:val="zxx"/>
        </w:rPr>
        <w:t>id/</w:t>
      </w:r>
      <w:r>
        <w:rPr>
          <w:b w:val="false"/>
          <w:sz w:val="24"/>
        </w:rPr>
        <w:t>​</w:t>
      </w:r>
      <w:r>
        <w:rPr>
          <w:b w:val="false"/>
          <w:sz w:val="24"/>
          <w:lang w:val="zxx"/>
        </w:rPr>
        <w:t>deviceKind/</w:t>
      </w:r>
      <w:r>
        <w:rPr>
          <w:b w:val="false"/>
          <w:sz w:val="24"/>
        </w:rPr>
        <w:t>​</w:t>
      </w:r>
      <w:r>
        <w:rPr>
          <w:b w:val="false"/>
          <w:sz w:val="24"/>
          <w:lang w:val="zxx"/>
        </w:rPr>
        <w:t>hardwareRevision/</w:t>
      </w:r>
      <w:r>
        <w:rPr>
          <w:b w:val="false"/>
          <w:sz w:val="24"/>
        </w:rPr>
        <w:t>​</w:t>
      </w:r>
      <w:r>
        <w:rPr>
          <w:b w:val="false"/>
          <w:sz w:val="24"/>
          <w:lang w:val="zxx"/>
        </w:rPr>
        <w:t>version/</w:t>
      </w:r>
      <w:r>
        <w:rPr>
          <w:b w:val="false"/>
          <w:sz w:val="24"/>
        </w:rPr>
        <w:t>​</w:t>
      </w:r>
      <w:r>
        <w:rPr>
          <w:b w:val="false"/>
          <w:sz w:val="24"/>
          <w:lang w:val="zxx"/>
        </w:rPr>
        <w:t>bytes/</w:t>
      </w:r>
      <w:r>
        <w:rPr>
          <w:b w:val="false"/>
          <w:sz w:val="24"/>
        </w:rPr>
        <w:t>​</w:t>
      </w:r>
      <w:r>
        <w:rPr>
          <w:b w:val="false"/>
          <w:sz w:val="24"/>
          <w:lang w:val="zxx"/>
        </w:rPr>
        <w:t>hashAlgorithm/</w:t>
      </w:r>
      <w:r>
        <w:rPr>
          <w:b w:val="false"/>
          <w:sz w:val="24"/>
        </w:rPr>
        <w:t>​</w:t>
      </w:r>
      <w:r>
        <w:rPr>
          <w:b w:val="false"/>
          <w:sz w:val="24"/>
          <w:lang w:val="zxx"/>
        </w:rPr>
        <w:t>hash/</w:t>
      </w:r>
      <w:r>
        <w:rPr>
          <w:b w:val="false"/>
          <w:sz w:val="24"/>
        </w:rPr>
        <w:t>​</w:t>
      </w:r>
      <w:r>
        <w:rPr>
          <w:b w:val="false"/>
          <w:sz w:val="24"/>
          <w:lang w:val="zxx"/>
        </w:rPr>
        <w:t>signature/</w:t>
      </w:r>
      <w:r>
        <w:rPr>
          <w:b w:val="false"/>
          <w:sz w:val="24"/>
        </w:rPr>
        <w:t>​</w:t>
      </w:r>
      <w:r>
        <w:rPr>
          <w:b w:val="false"/>
          <w:sz w:val="24"/>
          <w:lang w:val="zxx"/>
        </w:rPr>
        <w:t>keyId</w:t>
      </w:r>
      <w:r>
        <w:rPr>
          <w:b w:val="false"/>
          <w:sz w:val="24"/>
        </w:rPr>
        <w:t xml:space="preserve"> и </w:t>
      </w:r>
      <w:r>
        <w:rPr>
          <w:b w:val="false"/>
          <w:sz w:val="24"/>
          <w:lang w:val="zxx"/>
        </w:rPr>
        <w:t>transfer</w:t>
      </w:r>
      <w:r>
        <w:rPr>
          <w:b w:val="false"/>
          <w:sz w:val="24"/>
        </w:rPr>
        <w:t xml:space="preserve"> </w:t>
      </w:r>
      <w:r>
        <w:rPr>
          <w:b w:val="false"/>
          <w:sz w:val="24"/>
          <w:lang w:val="zxx"/>
        </w:rPr>
        <w:t>profile/</w:t>
      </w:r>
      <w:r>
        <w:rPr>
          <w:b w:val="false"/>
          <w:sz w:val="24"/>
        </w:rPr>
        <w:t>​</w:t>
      </w:r>
      <w:r>
        <w:rPr>
          <w:b w:val="false"/>
          <w:sz w:val="24"/>
          <w:lang w:val="zxx"/>
        </w:rPr>
        <w:t>blockBytes/</w:t>
      </w:r>
      <w:r>
        <w:rPr>
          <w:b w:val="false"/>
          <w:sz w:val="24"/>
        </w:rPr>
        <w:t>​</w:t>
      </w:r>
      <w:r>
        <w:rPr>
          <w:b w:val="false"/>
          <w:sz w:val="24"/>
          <w:lang w:val="zxx"/>
        </w:rPr>
        <w:t>windowBlocks/</w:t>
      </w:r>
      <w:r>
        <w:rPr>
          <w:b w:val="false"/>
          <w:sz w:val="24"/>
        </w:rPr>
        <w:t>​</w:t>
      </w:r>
      <w:r>
        <w:rPr>
          <w:b w:val="false"/>
          <w:sz w:val="24"/>
          <w:lang w:val="zxx"/>
        </w:rPr>
        <w:t>windowRoundTripMaxMs</w:t>
      </w:r>
      <w:r>
        <w:rPr>
          <w:b w:val="false"/>
          <w:sz w:val="24"/>
        </w:rPr>
        <w:t xml:space="preserve">; </w:t>
      </w:r>
      <w:r>
        <w:rPr>
          <w:b w:val="false"/>
          <w:sz w:val="24"/>
          <w:lang w:val="zxx"/>
        </w:rPr>
        <w:t>cmdSeq</w:t>
      </w:r>
      <w:r>
        <w:rPr>
          <w:b w:val="false"/>
          <w:sz w:val="24"/>
        </w:rPr>
        <w:t xml:space="preserve"> </w:t>
      </w:r>
      <w:r>
        <w:rPr>
          <w:b w:val="false"/>
          <w:sz w:val="24"/>
          <w:lang w:val="zxx"/>
        </w:rPr>
        <w:t>maintenance</w:t>
      </w:r>
      <w:r>
        <w:rPr>
          <w:b w:val="false"/>
          <w:sz w:val="24"/>
        </w:rPr>
        <w:t xml:space="preserve">; </w:t>
      </w:r>
      <w:r>
        <w:rPr>
          <w:b w:val="false"/>
          <w:sz w:val="24"/>
          <w:lang w:val="zxx"/>
        </w:rPr>
        <w:t>upload.id=image.id.</w:t>
      </w:r>
    </w:p>
    <w:p>
      <w:pPr>
        <w:pStyle w:val="Normal"/>
        <w:jc w:val="start"/>
        <w:rPr/>
      </w:pPr>
      <w:r>
        <w:rPr>
          <w:b/>
          <w:sz w:val="24"/>
        </w:rPr>
        <w:t xml:space="preserve">Ответ. </w:t>
      </w:r>
      <w:r>
        <w:rPr>
          <w:b w:val="false"/>
          <w:sz w:val="24"/>
          <w:lang w:val="zxx"/>
        </w:rPr>
        <w:t>upload</w:t>
      </w:r>
      <w:r>
        <w:rPr>
          <w:b w:val="false"/>
          <w:sz w:val="24"/>
        </w:rPr>
        <w:t xml:space="preserve"> </w:t>
      </w:r>
      <w:r>
        <w:rPr>
          <w:b w:val="false"/>
          <w:sz w:val="24"/>
          <w:lang w:val="zxx"/>
        </w:rPr>
        <w:t>id=image.id/</w:t>
      </w:r>
      <w:r>
        <w:rPr>
          <w:b w:val="false"/>
          <w:sz w:val="24"/>
        </w:rPr>
        <w:t>​</w:t>
      </w:r>
      <w:r>
        <w:rPr>
          <w:b w:val="false"/>
          <w:sz w:val="24"/>
          <w:lang w:val="zxx"/>
        </w:rPr>
        <w:t>state=receiving/</w:t>
      </w:r>
      <w:r>
        <w:rPr>
          <w:b w:val="false"/>
          <w:sz w:val="24"/>
        </w:rPr>
        <w:t>​</w:t>
      </w:r>
      <w:r>
        <w:rPr>
          <w:b w:val="false"/>
          <w:sz w:val="24"/>
          <w:lang w:val="zxx"/>
        </w:rPr>
        <w:t>receivedBytes/</w:t>
      </w:r>
      <w:r>
        <w:rPr>
          <w:b w:val="false"/>
          <w:sz w:val="24"/>
        </w:rPr>
        <w:t>​</w:t>
      </w:r>
      <w:r>
        <w:rPr>
          <w:b w:val="false"/>
          <w:sz w:val="24"/>
          <w:lang w:val="zxx"/>
        </w:rPr>
        <w:t>remainingBudgetMs.</w:t>
      </w:r>
      <w:r>
        <w:rPr>
          <w:b w:val="false"/>
          <w:sz w:val="24"/>
        </w:rPr>
        <w:t xml:space="preserve"> Повтор </w:t>
      </w:r>
      <w:r>
        <w:rPr>
          <w:b w:val="false"/>
          <w:sz w:val="24"/>
          <w:lang w:val="zxx"/>
        </w:rPr>
        <w:t>begin</w:t>
      </w:r>
      <w:r>
        <w:rPr>
          <w:b w:val="false"/>
          <w:sz w:val="24"/>
        </w:rPr>
        <w:t xml:space="preserve"> возвращает тот же </w:t>
      </w:r>
      <w:r>
        <w:rPr>
          <w:b w:val="false"/>
          <w:sz w:val="24"/>
          <w:lang w:val="zxx"/>
        </w:rPr>
        <w:t>ID</w:t>
      </w:r>
      <w:r>
        <w:rPr>
          <w:b w:val="false"/>
          <w:sz w:val="24"/>
        </w:rPr>
        <w:t xml:space="preserve"> и текущий префикс.</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incompatible</w:t>
      </w:r>
      <w:r>
        <w:rPr>
          <w:b w:val="false"/>
          <w:sz w:val="24"/>
        </w:rPr>
        <w:t xml:space="preserve">, </w:t>
      </w:r>
      <w:r>
        <w:rPr>
          <w:b w:val="false"/>
          <w:sz w:val="24"/>
          <w:lang w:val="zxx"/>
        </w:rPr>
        <w:t>noSpace</w:t>
      </w:r>
      <w:r>
        <w:rPr>
          <w:b w:val="false"/>
          <w:sz w:val="24"/>
        </w:rPr>
        <w:t xml:space="preserve">, </w:t>
      </w:r>
      <w:r>
        <w:rPr>
          <w:b w:val="false"/>
          <w:sz w:val="24"/>
          <w:lang w:val="zxx"/>
        </w:rPr>
        <w:t>unsafeState</w:t>
      </w:r>
      <w:r>
        <w:rPr>
          <w:b w:val="false"/>
          <w:sz w:val="24"/>
        </w:rPr>
        <w:t xml:space="preserve">, </w:t>
      </w:r>
      <w:r>
        <w:rPr>
          <w:b w:val="false"/>
          <w:sz w:val="24"/>
          <w:lang w:val="zxx"/>
        </w:rPr>
        <w:t>invalidSignature</w:t>
      </w:r>
      <w:r>
        <w:rPr>
          <w:b w:val="false"/>
          <w:sz w:val="24"/>
        </w:rPr>
        <w:t xml:space="preserve">, </w:t>
      </w:r>
      <w:r>
        <w:rPr>
          <w:b w:val="false"/>
          <w:sz w:val="24"/>
          <w:lang w:val="zxx"/>
        </w:rPr>
        <w:t>rollbackDenied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Не активирует образ. Байты передаются отдельным каналом </w:t>
      </w:r>
      <w:r>
        <w:rPr>
          <w:b w:val="false"/>
          <w:sz w:val="24"/>
          <w:lang w:val="zxx"/>
        </w:rPr>
        <w:t>bulk/</w:t>
      </w:r>
      <w:r>
        <w:rPr>
          <w:b w:val="false"/>
          <w:sz w:val="24"/>
        </w:rPr>
        <w:t>⁠</w:t>
      </w:r>
      <w:r>
        <w:rPr>
          <w:b w:val="false"/>
          <w:sz w:val="24"/>
          <w:lang w:val="zxx"/>
        </w:rPr>
        <w:t>1</w:t>
      </w:r>
      <w:r>
        <w:rPr>
          <w:b w:val="false"/>
          <w:sz w:val="24"/>
        </w:rPr>
        <w:t xml:space="preserve"> того же явно выбранного режима </w:t>
      </w:r>
      <w:r>
        <w:rPr>
          <w:b w:val="false"/>
          <w:sz w:val="24"/>
          <w:lang w:val="zxx"/>
        </w:rPr>
        <w:t>tls</w:t>
      </w:r>
      <w:r>
        <w:rPr>
          <w:b w:val="false"/>
          <w:sz w:val="24"/>
        </w:rPr>
        <w:t xml:space="preserve"> либо </w:t>
      </w:r>
      <w:r>
        <w:rPr>
          <w:b w:val="false"/>
          <w:sz w:val="24"/>
          <w:lang w:val="zxx"/>
        </w:rPr>
        <w:t>plain</w:t>
      </w:r>
      <w:r>
        <w:rPr>
          <w:b w:val="false"/>
          <w:sz w:val="24"/>
        </w:rPr>
        <w:t xml:space="preserve"> с согласованными блоком и окном. Общий срок рассчитывается по числу окон; </w:t>
      </w:r>
      <w:r>
        <w:rPr>
          <w:b w:val="false"/>
          <w:sz w:val="24"/>
          <w:lang w:val="zxx"/>
        </w:rPr>
        <w:t>idleTimeoutMs=600000.</w:t>
      </w:r>
      <w:r>
        <w:rPr>
          <w:b w:val="false"/>
          <w:sz w:val="24"/>
        </w:rPr>
        <w:t xml:space="preserve"> Подтвержденный префикс и </w:t>
      </w:r>
      <w:r>
        <w:rPr>
          <w:b w:val="false"/>
          <w:sz w:val="24"/>
          <w:lang w:val="zxx"/>
        </w:rPr>
        <w:t>ID</w:t>
      </w:r>
      <w:r>
        <w:rPr>
          <w:b w:val="false"/>
          <w:sz w:val="24"/>
        </w:rPr>
        <w:t xml:space="preserve"> сохраняются при смене владения и </w:t>
      </w:r>
      <w:r>
        <w:rPr>
          <w:b w:val="false"/>
          <w:sz w:val="24"/>
          <w:lang w:val="zxx"/>
        </w:rPr>
        <w:t>reboot</w:t>
      </w:r>
      <w:r>
        <w:rPr>
          <w:b w:val="false"/>
          <w:sz w:val="24"/>
        </w:rPr>
        <w:t xml:space="preserve"> по разделу </w:t>
      </w:r>
      <w:r>
        <w:rPr>
          <w:b w:val="false"/>
          <w:sz w:val="24"/>
          <w:lang w:val="zxx"/>
        </w:rPr>
        <w:t>16.</w:t>
      </w:r>
    </w:p>
    <w:p>
      <w:pPr>
        <w:pStyle w:val="2"/>
        <w:rPr/>
      </w:pPr>
      <w:r>
        <w:rPr>
          <w:sz w:val="24"/>
        </w:rPr>
        <w:t>А.52 firmware.verify - Проверить принятый образ</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Действующий владелец с административным правом, подтвержденный </w:t>
      </w:r>
      <w:r>
        <w:rPr>
          <w:b w:val="false"/>
          <w:sz w:val="24"/>
          <w:lang w:val="zxx"/>
        </w:rPr>
        <w:t>off</w:t>
      </w:r>
      <w:r>
        <w:rPr>
          <w:b w:val="false"/>
          <w:sz w:val="24"/>
        </w:rPr>
        <w:t xml:space="preserve"> затрагиваемых ресурсов; раздел </w:t>
      </w:r>
      <w:r>
        <w:rPr>
          <w:b w:val="false"/>
          <w:sz w:val="24"/>
          <w:lang w:val="zxx"/>
        </w:rPr>
        <w:t>16.</w:t>
      </w:r>
    </w:p>
    <w:p>
      <w:pPr>
        <w:pStyle w:val="Normal"/>
        <w:jc w:val="start"/>
        <w:rPr/>
      </w:pPr>
      <w:r>
        <w:rPr>
          <w:b/>
          <w:sz w:val="24"/>
        </w:rPr>
        <w:t xml:space="preserve">Запрос. </w:t>
      </w:r>
      <w:r>
        <w:rPr>
          <w:b w:val="false"/>
          <w:sz w:val="24"/>
          <w:lang w:val="zxx"/>
        </w:rPr>
        <w:t>upload</w:t>
      </w:r>
      <w:r>
        <w:rPr>
          <w:b w:val="false"/>
          <w:sz w:val="24"/>
        </w:rPr>
        <w:t xml:space="preserve"> </w:t>
      </w:r>
      <w:r>
        <w:rPr>
          <w:b w:val="false"/>
          <w:sz w:val="24"/>
          <w:lang w:val="zxx"/>
        </w:rPr>
        <w:t>id</w:t>
      </w:r>
      <w:r>
        <w:rPr>
          <w:b w:val="false"/>
          <w:sz w:val="24"/>
        </w:rPr>
        <w:t xml:space="preserve">; обычный </w:t>
      </w:r>
      <w:r>
        <w:rPr>
          <w:b w:val="false"/>
          <w:sz w:val="24"/>
          <w:lang w:val="zxx"/>
        </w:rPr>
        <w:t>cmdSeq.</w:t>
      </w:r>
    </w:p>
    <w:p>
      <w:pPr>
        <w:pStyle w:val="Normal"/>
        <w:jc w:val="start"/>
        <w:rPr/>
      </w:pPr>
      <w:r>
        <w:rPr>
          <w:b/>
          <w:sz w:val="24"/>
        </w:rPr>
        <w:t xml:space="preserve">Ответ. </w:t>
      </w:r>
      <w:r>
        <w:rPr>
          <w:b w:val="false"/>
          <w:sz w:val="24"/>
          <w:lang w:val="zxx"/>
        </w:rPr>
        <w:t>upload</w:t>
      </w:r>
      <w:r>
        <w:rPr>
          <w:b w:val="false"/>
          <w:sz w:val="24"/>
        </w:rPr>
        <w:t xml:space="preserve"> </w:t>
      </w:r>
      <w:r>
        <w:rPr>
          <w:b w:val="false"/>
          <w:sz w:val="24"/>
          <w:lang w:val="zxx"/>
        </w:rPr>
        <w:t>id/</w:t>
      </w:r>
      <w:r>
        <w:rPr>
          <w:b w:val="false"/>
          <w:sz w:val="24"/>
        </w:rPr>
        <w:t>​</w:t>
      </w:r>
      <w:r>
        <w:rPr>
          <w:b w:val="false"/>
          <w:sz w:val="24"/>
          <w:lang w:val="zxx"/>
        </w:rPr>
        <w:t>state=verified</w:t>
      </w:r>
      <w:r>
        <w:rPr>
          <w:b w:val="false"/>
          <w:sz w:val="24"/>
        </w:rPr>
        <w:t xml:space="preserve"> либо </w:t>
      </w:r>
      <w:r>
        <w:rPr>
          <w:b w:val="false"/>
          <w:sz w:val="24"/>
          <w:lang w:val="zxx"/>
        </w:rPr>
        <w:t>accepted</w:t>
      </w:r>
      <w:r>
        <w:rPr>
          <w:b w:val="false"/>
          <w:sz w:val="24"/>
        </w:rPr>
        <w:t xml:space="preserve"> с </w:t>
      </w:r>
      <w:r>
        <w:rPr>
          <w:b w:val="false"/>
          <w:sz w:val="24"/>
          <w:lang w:val="zxx"/>
        </w:rPr>
        <w:t>operation</w:t>
      </w:r>
      <w:r>
        <w:rPr>
          <w:b w:val="false"/>
          <w:sz w:val="24"/>
        </w:rPr>
        <w:t xml:space="preserve"> </w:t>
      </w:r>
      <w:r>
        <w:rPr>
          <w:b w:val="false"/>
          <w:sz w:val="24"/>
          <w:lang w:val="zxx"/>
        </w:rPr>
        <w:t>id=upload.id</w:t>
      </w:r>
      <w:r>
        <w:rPr>
          <w:b w:val="false"/>
          <w:sz w:val="24"/>
        </w:rPr>
        <w:t xml:space="preserve">; </w:t>
      </w:r>
      <w:r>
        <w:rPr>
          <w:b w:val="false"/>
          <w:sz w:val="24"/>
          <w:lang w:val="zxx"/>
        </w:rPr>
        <w:t>firmware.status</w:t>
      </w:r>
      <w:r>
        <w:rPr>
          <w:b w:val="false"/>
          <w:sz w:val="24"/>
        </w:rPr>
        <w:t xml:space="preserve"> возвращает </w:t>
      </w:r>
      <w:r>
        <w:rPr>
          <w:b w:val="false"/>
          <w:sz w:val="24"/>
          <w:lang w:val="zxx"/>
        </w:rPr>
        <w:t>verifying/</w:t>
      </w:r>
      <w:r>
        <w:rPr>
          <w:b w:val="false"/>
          <w:sz w:val="24"/>
        </w:rPr>
        <w:t>​</w:t>
      </w:r>
      <w:r>
        <w:rPr>
          <w:b w:val="false"/>
          <w:sz w:val="24"/>
          <w:lang w:val="zxx"/>
        </w:rPr>
        <w:t>verified/</w:t>
      </w:r>
      <w:r>
        <w:rPr>
          <w:b w:val="false"/>
          <w:sz w:val="24"/>
        </w:rPr>
        <w:t>​</w:t>
      </w:r>
      <w:r>
        <w:rPr>
          <w:b w:val="false"/>
          <w:sz w:val="24"/>
          <w:lang w:val="zxx"/>
        </w:rPr>
        <w:t>failed</w:t>
      </w:r>
      <w:r>
        <w:rPr>
          <w:b w:val="false"/>
          <w:sz w:val="24"/>
        </w:rPr>
        <w:t xml:space="preserve">; </w:t>
      </w:r>
      <w:r>
        <w:rPr>
          <w:b w:val="false"/>
          <w:sz w:val="24"/>
          <w:lang w:val="zxx"/>
        </w:rPr>
        <w:t>progressBytes</w:t>
      </w:r>
      <w:r>
        <w:rPr>
          <w:b w:val="false"/>
          <w:sz w:val="24"/>
        </w:rPr>
        <w:t xml:space="preserve"> присутствует только в </w:t>
      </w:r>
      <w:r>
        <w:rPr>
          <w:b w:val="false"/>
          <w:sz w:val="24"/>
          <w:lang w:val="zxx"/>
        </w:rPr>
        <w:t>verifying.</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incomplete</w:t>
      </w:r>
      <w:r>
        <w:rPr>
          <w:b w:val="false"/>
          <w:sz w:val="24"/>
        </w:rPr>
        <w:t xml:space="preserve">, </w:t>
      </w:r>
      <w:r>
        <w:rPr>
          <w:b w:val="false"/>
          <w:sz w:val="24"/>
          <w:lang w:val="zxx"/>
        </w:rPr>
        <w:t>invalidSignature</w:t>
      </w:r>
      <w:r>
        <w:rPr>
          <w:b w:val="false"/>
          <w:sz w:val="24"/>
        </w:rPr>
        <w:t xml:space="preserve">, </w:t>
      </w:r>
      <w:r>
        <w:rPr>
          <w:b w:val="false"/>
          <w:sz w:val="24"/>
          <w:lang w:val="zxx"/>
        </w:rPr>
        <w:t>incompatible</w:t>
      </w:r>
      <w:r>
        <w:rPr>
          <w:b w:val="false"/>
          <w:sz w:val="24"/>
        </w:rPr>
        <w:t xml:space="preserve">, </w:t>
      </w:r>
      <w:r>
        <w:rPr>
          <w:b w:val="false"/>
          <w:sz w:val="24"/>
          <w:lang w:val="zxx"/>
        </w:rPr>
        <w:t>rollbackDenied</w:t>
      </w:r>
      <w:r>
        <w:rPr>
          <w:b w:val="false"/>
          <w:sz w:val="24"/>
        </w:rPr>
        <w:t xml:space="preserve">, </w:t>
      </w:r>
      <w:r>
        <w:rPr>
          <w:b w:val="false"/>
          <w:sz w:val="24"/>
          <w:lang w:val="zxx"/>
        </w:rPr>
        <w:t>unsafeState</w:t>
      </w:r>
      <w:r>
        <w:rPr>
          <w:b w:val="false"/>
          <w:sz w:val="24"/>
        </w:rPr>
        <w:t xml:space="preserve">, </w:t>
      </w:r>
      <w:r>
        <w:rPr>
          <w:b w:val="false"/>
          <w:sz w:val="24"/>
          <w:lang w:val="zxx"/>
        </w:rPr>
        <w:t>notFound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Точный повтор </w:t>
      </w:r>
      <w:r>
        <w:rPr>
          <w:b w:val="false"/>
          <w:sz w:val="24"/>
          <w:lang w:val="zxx"/>
        </w:rPr>
        <w:t>cmdSeq</w:t>
      </w:r>
      <w:r>
        <w:rPr>
          <w:b w:val="false"/>
          <w:sz w:val="24"/>
        </w:rPr>
        <w:t xml:space="preserve"> в том же </w:t>
      </w:r>
      <w:r>
        <w:rPr>
          <w:b w:val="false"/>
          <w:sz w:val="24"/>
          <w:lang w:val="zxx"/>
        </w:rPr>
        <w:t>bootId/</w:t>
      </w:r>
      <w:r>
        <w:rPr>
          <w:b w:val="false"/>
          <w:sz w:val="24"/>
        </w:rPr>
        <w:t>​</w:t>
      </w:r>
      <w:r>
        <w:rPr>
          <w:b w:val="false"/>
          <w:sz w:val="24"/>
          <w:lang w:val="zxx"/>
        </w:rPr>
        <w:t>controlEpoch</w:t>
      </w:r>
      <w:r>
        <w:rPr>
          <w:b w:val="false"/>
          <w:sz w:val="24"/>
        </w:rPr>
        <w:t xml:space="preserve"> возвращает сохраненное решение без повторного действия. Если решение и сведения об адресной отмене вытеснены, старый номер получает </w:t>
      </w:r>
      <w:r>
        <w:rPr>
          <w:b w:val="false"/>
          <w:sz w:val="24"/>
          <w:lang w:val="zxx"/>
        </w:rPr>
        <w:t>resultExpired.</w:t>
      </w:r>
      <w:r>
        <w:rPr>
          <w:b w:val="false"/>
          <w:sz w:val="24"/>
        </w:rPr>
        <w:t xml:space="preserve"> Успешный хеш без проверки подлинности не разрешает установку.</w:t>
      </w:r>
    </w:p>
    <w:p>
      <w:pPr>
        <w:pStyle w:val="2"/>
        <w:rPr/>
      </w:pPr>
      <w:r>
        <w:rPr>
          <w:sz w:val="24"/>
        </w:rPr>
        <w:t>А.53 firmware.commit - Активировать проверенный образ</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 xml:space="preserve">Действующий владелец с административным правом, подтвержденный </w:t>
      </w:r>
      <w:r>
        <w:rPr>
          <w:b w:val="false"/>
          <w:sz w:val="24"/>
          <w:lang w:val="zxx"/>
        </w:rPr>
        <w:t>off</w:t>
      </w:r>
      <w:r>
        <w:rPr>
          <w:b w:val="false"/>
          <w:sz w:val="24"/>
        </w:rPr>
        <w:t xml:space="preserve"> затрагиваемых ресурсов; раздел </w:t>
      </w:r>
      <w:r>
        <w:rPr>
          <w:b w:val="false"/>
          <w:sz w:val="24"/>
          <w:lang w:val="zxx"/>
        </w:rPr>
        <w:t>16.</w:t>
      </w:r>
    </w:p>
    <w:p>
      <w:pPr>
        <w:pStyle w:val="Normal"/>
        <w:jc w:val="start"/>
        <w:rPr/>
      </w:pPr>
      <w:r>
        <w:rPr>
          <w:b/>
          <w:sz w:val="24"/>
        </w:rPr>
        <w:t xml:space="preserve">Запрос. </w:t>
      </w:r>
      <w:r>
        <w:rPr>
          <w:b w:val="false"/>
          <w:sz w:val="24"/>
          <w:lang w:val="zxx"/>
        </w:rPr>
        <w:t>upload</w:t>
      </w:r>
      <w:r>
        <w:rPr>
          <w:b w:val="false"/>
          <w:sz w:val="24"/>
        </w:rPr>
        <w:t xml:space="preserve"> </w:t>
      </w:r>
      <w:r>
        <w:rPr>
          <w:b w:val="false"/>
          <w:sz w:val="24"/>
          <w:lang w:val="zxx"/>
        </w:rPr>
        <w:t>id</w:t>
      </w:r>
      <w:r>
        <w:rPr>
          <w:b w:val="false"/>
          <w:sz w:val="24"/>
        </w:rPr>
        <w:t xml:space="preserve">; обычный </w:t>
      </w:r>
      <w:r>
        <w:rPr>
          <w:b w:val="false"/>
          <w:sz w:val="24"/>
          <w:lang w:val="zxx"/>
        </w:rPr>
        <w:t>cmdSeq</w:t>
      </w:r>
      <w:r>
        <w:rPr>
          <w:b w:val="false"/>
          <w:sz w:val="24"/>
        </w:rPr>
        <w:t xml:space="preserve">; состояние </w:t>
      </w:r>
      <w:r>
        <w:rPr>
          <w:b w:val="false"/>
          <w:sz w:val="24"/>
          <w:lang w:val="zxx"/>
        </w:rPr>
        <w:t>verified</w:t>
      </w:r>
      <w:r>
        <w:rPr>
          <w:b w:val="false"/>
          <w:sz w:val="24"/>
        </w:rPr>
        <w:t xml:space="preserve"> и подтвержденный </w:t>
      </w:r>
      <w:r>
        <w:rPr>
          <w:b w:val="false"/>
          <w:sz w:val="24"/>
          <w:lang w:val="zxx"/>
        </w:rPr>
        <w:t>off.</w:t>
      </w:r>
    </w:p>
    <w:p>
      <w:pPr>
        <w:pStyle w:val="Normal"/>
        <w:jc w:val="start"/>
        <w:rPr/>
      </w:pPr>
      <w:r>
        <w:rPr>
          <w:b/>
          <w:sz w:val="24"/>
        </w:rPr>
        <w:t xml:space="preserve">Ответ. </w:t>
      </w:r>
      <w:r>
        <w:rPr>
          <w:b w:val="false"/>
          <w:sz w:val="24"/>
          <w:lang w:val="zxx"/>
        </w:rPr>
        <w:t>accepted</w:t>
      </w:r>
      <w:r>
        <w:rPr>
          <w:b w:val="false"/>
          <w:sz w:val="24"/>
        </w:rPr>
        <w:t xml:space="preserve">, </w:t>
      </w:r>
      <w:r>
        <w:rPr>
          <w:b w:val="false"/>
          <w:sz w:val="24"/>
          <w:lang w:val="zxx"/>
        </w:rPr>
        <w:t>operation</w:t>
      </w:r>
      <w:r>
        <w:rPr>
          <w:b w:val="false"/>
          <w:sz w:val="24"/>
        </w:rPr>
        <w:t xml:space="preserve"> </w:t>
      </w:r>
      <w:r>
        <w:rPr>
          <w:b w:val="false"/>
          <w:sz w:val="24"/>
          <w:lang w:val="zxx"/>
        </w:rPr>
        <w:t>id=upload.id.</w:t>
      </w:r>
      <w:r>
        <w:rPr>
          <w:b w:val="false"/>
          <w:sz w:val="24"/>
        </w:rPr>
        <w:t xml:space="preserve"> Допуск требует местного разрешения обслуживания и готового независимого тракта тревоги; итог через </w:t>
      </w:r>
      <w:r>
        <w:rPr>
          <w:b w:val="false"/>
          <w:sz w:val="24"/>
          <w:lang w:val="zxx"/>
        </w:rPr>
        <w:t>firmware.status.</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staleEpoch</w:t>
      </w:r>
      <w:r>
        <w:rPr>
          <w:b w:val="false"/>
          <w:sz w:val="24"/>
        </w:rPr>
        <w:t xml:space="preserve">, </w:t>
      </w:r>
      <w:r>
        <w:rPr>
          <w:b w:val="false"/>
          <w:sz w:val="24"/>
          <w:lang w:val="zxx"/>
        </w:rPr>
        <w:t>staleAttachment</w:t>
      </w:r>
      <w:r>
        <w:rPr>
          <w:b w:val="false"/>
          <w:sz w:val="24"/>
        </w:rPr>
        <w:t xml:space="preserve">, </w:t>
      </w:r>
      <w:r>
        <w:rPr>
          <w:b w:val="false"/>
          <w:sz w:val="24"/>
          <w:lang w:val="zxx"/>
        </w:rPr>
        <w:t>conflict</w:t>
      </w:r>
      <w:r>
        <w:rPr>
          <w:b w:val="false"/>
          <w:sz w:val="24"/>
        </w:rPr>
        <w:t xml:space="preserve">, </w:t>
      </w:r>
      <w:r>
        <w:rPr>
          <w:b w:val="false"/>
          <w:sz w:val="24"/>
          <w:lang w:val="zxx"/>
        </w:rPr>
        <w:t>resultExpired</w:t>
      </w:r>
      <w:r>
        <w:rPr>
          <w:b w:val="false"/>
          <w:sz w:val="24"/>
        </w:rPr>
        <w:t xml:space="preserve">, </w:t>
      </w:r>
      <w:r>
        <w:rPr>
          <w:b w:val="false"/>
          <w:sz w:val="24"/>
          <w:lang w:val="zxx"/>
        </w:rPr>
        <w:t>unsafeState</w:t>
      </w:r>
      <w:r>
        <w:rPr>
          <w:b w:val="false"/>
          <w:sz w:val="24"/>
        </w:rPr>
        <w:t xml:space="preserve">, </w:t>
      </w:r>
      <w:r>
        <w:rPr>
          <w:b w:val="false"/>
          <w:sz w:val="24"/>
          <w:lang w:val="zxx"/>
        </w:rPr>
        <w:t>incompatible</w:t>
      </w:r>
      <w:r>
        <w:rPr>
          <w:b w:val="false"/>
          <w:sz w:val="24"/>
        </w:rPr>
        <w:t xml:space="preserve">, </w:t>
      </w:r>
      <w:r>
        <w:rPr>
          <w:b w:val="false"/>
          <w:sz w:val="24"/>
          <w:lang w:val="zxx"/>
        </w:rPr>
        <w:t>incomplete</w:t>
      </w:r>
      <w:r>
        <w:rPr>
          <w:b w:val="false"/>
          <w:sz w:val="24"/>
        </w:rPr>
        <w:t xml:space="preserve">, </w:t>
      </w:r>
      <w:r>
        <w:rPr>
          <w:b w:val="false"/>
          <w:sz w:val="24"/>
          <w:lang w:val="zxx"/>
        </w:rPr>
        <w:t>invalidSignature</w:t>
      </w:r>
      <w:r>
        <w:rPr>
          <w:b w:val="false"/>
          <w:sz w:val="24"/>
        </w:rPr>
        <w:t xml:space="preserve">, </w:t>
      </w:r>
      <w:r>
        <w:rPr>
          <w:b w:val="false"/>
          <w:sz w:val="24"/>
          <w:lang w:val="zxx"/>
        </w:rPr>
        <w:t>rollbackDenied</w:t>
      </w:r>
      <w:r>
        <w:rPr>
          <w:b w:val="false"/>
          <w:sz w:val="24"/>
        </w:rPr>
        <w:t xml:space="preserve">, </w:t>
      </w:r>
      <w:r>
        <w:rPr>
          <w:b w:val="false"/>
          <w:sz w:val="24"/>
          <w:lang w:val="zxx"/>
        </w:rPr>
        <w:t>notFound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Точный повтор </w:t>
      </w:r>
      <w:r>
        <w:rPr>
          <w:b w:val="false"/>
          <w:sz w:val="24"/>
          <w:lang w:val="zxx"/>
        </w:rPr>
        <w:t>cmdSeq</w:t>
      </w:r>
      <w:r>
        <w:rPr>
          <w:b w:val="false"/>
          <w:sz w:val="24"/>
        </w:rPr>
        <w:t xml:space="preserve"> в том же </w:t>
      </w:r>
      <w:r>
        <w:rPr>
          <w:b w:val="false"/>
          <w:sz w:val="24"/>
          <w:lang w:val="zxx"/>
        </w:rPr>
        <w:t>bootId/</w:t>
      </w:r>
      <w:r>
        <w:rPr>
          <w:b w:val="false"/>
          <w:sz w:val="24"/>
        </w:rPr>
        <w:t>​</w:t>
      </w:r>
      <w:r>
        <w:rPr>
          <w:b w:val="false"/>
          <w:sz w:val="24"/>
          <w:lang w:val="zxx"/>
        </w:rPr>
        <w:t>controlEpoch</w:t>
      </w:r>
      <w:r>
        <w:rPr>
          <w:b w:val="false"/>
          <w:sz w:val="24"/>
        </w:rPr>
        <w:t xml:space="preserve"> возвращает сохраненное решение без повторного действия. Если решение и сведения об адресной отмене вытеснены, старый номер получает </w:t>
      </w:r>
      <w:r>
        <w:rPr>
          <w:b w:val="false"/>
          <w:sz w:val="24"/>
          <w:lang w:val="zxx"/>
        </w:rPr>
        <w:t>resultExpired.</w:t>
      </w:r>
      <w:r>
        <w:rPr>
          <w:b w:val="false"/>
          <w:sz w:val="24"/>
        </w:rPr>
        <w:t xml:space="preserve"> Ответ до перезагрузки не доказывает успешную загрузку. Активация сохраняет независимый путь восстановления при потере питания по разделу </w:t>
      </w:r>
      <w:r>
        <w:rPr>
          <w:b w:val="false"/>
          <w:sz w:val="24"/>
          <w:lang w:val="zxx"/>
        </w:rPr>
        <w:t>16.</w:t>
      </w:r>
    </w:p>
    <w:p>
      <w:pPr>
        <w:pStyle w:val="2"/>
        <w:rPr/>
      </w:pPr>
      <w:r>
        <w:rPr>
          <w:sz w:val="24"/>
        </w:rPr>
        <w:t>А.54 firmware.status - Уточнить состояние обновления</w:t>
      </w:r>
    </w:p>
    <w:p>
      <w:pPr>
        <w:pStyle w:val="Normal"/>
        <w:jc w:val="start"/>
        <w:rPr/>
      </w:pPr>
      <w:r>
        <w:rPr>
          <w:b/>
          <w:sz w:val="24"/>
        </w:rPr>
        <w:t xml:space="preserve">Обязательность. </w:t>
      </w:r>
      <w:r>
        <w:rPr>
          <w:b w:val="false"/>
          <w:sz w:val="24"/>
        </w:rPr>
        <w:t>Дополнительная возможность</w:t>
      </w:r>
    </w:p>
    <w:p>
      <w:pPr>
        <w:pStyle w:val="Normal"/>
        <w:jc w:val="start"/>
        <w:rPr/>
      </w:pPr>
      <w:r>
        <w:rPr>
          <w:b/>
          <w:sz w:val="24"/>
        </w:rPr>
        <w:t xml:space="preserve">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p>
    <w:p>
      <w:pPr>
        <w:pStyle w:val="Normal"/>
        <w:jc w:val="start"/>
        <w:rPr/>
      </w:pPr>
      <w:r>
        <w:rPr>
          <w:b/>
          <w:sz w:val="24"/>
        </w:rPr>
        <w:t xml:space="preserve">Полномочия. </w:t>
      </w:r>
      <w:r>
        <w:rPr>
          <w:b w:val="false"/>
          <w:sz w:val="24"/>
        </w:rPr>
        <w:t>Разрешенный участник операции обновления.</w:t>
      </w:r>
    </w:p>
    <w:p>
      <w:pPr>
        <w:pStyle w:val="Normal"/>
        <w:jc w:val="start"/>
        <w:rPr/>
      </w:pPr>
      <w:r>
        <w:rPr>
          <w:b/>
          <w:sz w:val="24"/>
        </w:rPr>
        <w:t xml:space="preserve">Запрос. </w:t>
      </w:r>
      <w:r>
        <w:rPr>
          <w:b w:val="false"/>
          <w:sz w:val="24"/>
          <w:lang w:val="zxx"/>
        </w:rPr>
        <w:t>selection</w:t>
      </w:r>
      <w:r>
        <w:rPr>
          <w:b w:val="false"/>
          <w:sz w:val="24"/>
        </w:rPr>
        <w:t xml:space="preserve"> </w:t>
      </w:r>
      <w:r>
        <w:rPr>
          <w:b w:val="false"/>
          <w:sz w:val="24"/>
          <w:lang w:val="zxx"/>
        </w:rPr>
        <w:t>operationId</w:t>
      </w:r>
      <w:r>
        <w:rPr>
          <w:b w:val="false"/>
          <w:sz w:val="24"/>
        </w:rPr>
        <w:t xml:space="preserve">; это тот же </w:t>
      </w:r>
      <w:r>
        <w:rPr>
          <w:b w:val="false"/>
          <w:sz w:val="24"/>
          <w:lang w:val="zxx"/>
        </w:rPr>
        <w:t>ID</w:t>
      </w:r>
      <w:r>
        <w:rPr>
          <w:b w:val="false"/>
          <w:sz w:val="24"/>
        </w:rPr>
        <w:t xml:space="preserve">, что </w:t>
      </w:r>
      <w:r>
        <w:rPr>
          <w:b w:val="false"/>
          <w:sz w:val="24"/>
          <w:lang w:val="zxx"/>
        </w:rPr>
        <w:t>upload.id=image.id</w:t>
      </w:r>
      <w:r>
        <w:rPr>
          <w:b w:val="false"/>
          <w:sz w:val="24"/>
        </w:rPr>
        <w:t xml:space="preserve">, с самого </w:t>
      </w:r>
      <w:r>
        <w:rPr>
          <w:b w:val="false"/>
          <w:sz w:val="24"/>
          <w:lang w:val="zxx"/>
        </w:rPr>
        <w:t>firmware.begin.</w:t>
      </w:r>
    </w:p>
    <w:p>
      <w:pPr>
        <w:pStyle w:val="Normal"/>
        <w:jc w:val="start"/>
        <w:rPr/>
      </w:pPr>
      <w:r>
        <w:rPr>
          <w:b/>
          <w:sz w:val="24"/>
        </w:rPr>
        <w:t xml:space="preserve">Ответ. </w:t>
      </w:r>
      <w:r>
        <w:rPr>
          <w:b w:val="false"/>
          <w:sz w:val="24"/>
          <w:lang w:val="zxx"/>
        </w:rPr>
        <w:t>firmware</w:t>
      </w:r>
      <w:r>
        <w:rPr>
          <w:b w:val="false"/>
          <w:sz w:val="24"/>
        </w:rPr>
        <w:t xml:space="preserve"> </w:t>
      </w:r>
      <w:r>
        <w:rPr>
          <w:b w:val="false"/>
          <w:sz w:val="24"/>
          <w:lang w:val="zxx"/>
        </w:rPr>
        <w:t>operationId/</w:t>
      </w:r>
      <w:r>
        <w:rPr>
          <w:b w:val="false"/>
          <w:sz w:val="24"/>
        </w:rPr>
        <w:t>​</w:t>
      </w:r>
      <w:r>
        <w:rPr>
          <w:b w:val="false"/>
          <w:sz w:val="24"/>
          <w:lang w:val="zxx"/>
        </w:rPr>
        <w:t>state/</w:t>
      </w:r>
      <w:r>
        <w:rPr>
          <w:b w:val="false"/>
          <w:sz w:val="24"/>
        </w:rPr>
        <w:t>​</w:t>
      </w:r>
      <w:r>
        <w:rPr>
          <w:b w:val="false"/>
          <w:sz w:val="24"/>
          <w:lang w:val="zxx"/>
        </w:rPr>
        <w:t>receivedBytes/</w:t>
      </w:r>
      <w:r>
        <w:rPr>
          <w:b w:val="false"/>
          <w:sz w:val="24"/>
        </w:rPr>
        <w:t>​</w:t>
      </w:r>
      <w:r>
        <w:rPr>
          <w:b w:val="false"/>
          <w:sz w:val="24"/>
          <w:lang w:val="zxx"/>
        </w:rPr>
        <w:t>version/</w:t>
      </w:r>
      <w:r>
        <w:rPr>
          <w:b w:val="false"/>
          <w:sz w:val="24"/>
        </w:rPr>
        <w:t>​</w:t>
      </w:r>
      <w:r>
        <w:rPr>
          <w:b w:val="false"/>
          <w:sz w:val="24"/>
          <w:lang w:val="zxx"/>
        </w:rPr>
        <w:t>reason/</w:t>
      </w:r>
      <w:r>
        <w:rPr>
          <w:b w:val="false"/>
          <w:sz w:val="24"/>
        </w:rPr>
        <w:t>​</w:t>
      </w:r>
      <w:r>
        <w:rPr>
          <w:b w:val="false"/>
          <w:sz w:val="24"/>
          <w:lang w:val="zxx"/>
        </w:rPr>
        <w:t>remainingBudgetMs</w:t>
      </w:r>
      <w:r>
        <w:rPr>
          <w:b w:val="false"/>
          <w:sz w:val="24"/>
        </w:rPr>
        <w:t xml:space="preserve">; состояния с </w:t>
      </w:r>
      <w:r>
        <w:rPr>
          <w:b w:val="false"/>
          <w:sz w:val="24"/>
          <w:lang w:val="zxx"/>
        </w:rPr>
        <w:t>receiving</w:t>
      </w:r>
      <w:r>
        <w:rPr>
          <w:b w:val="false"/>
          <w:sz w:val="24"/>
        </w:rPr>
        <w:t xml:space="preserve"> до </w:t>
      </w:r>
      <w:r>
        <w:rPr>
          <w:b w:val="false"/>
          <w:sz w:val="24"/>
          <w:lang w:val="zxx"/>
        </w:rPr>
        <w:t>booted/</w:t>
      </w:r>
      <w:r>
        <w:rPr>
          <w:b w:val="false"/>
          <w:sz w:val="24"/>
        </w:rPr>
        <w:t>​</w:t>
      </w:r>
      <w:r>
        <w:rPr>
          <w:b w:val="false"/>
          <w:sz w:val="24"/>
          <w:lang w:val="zxx"/>
        </w:rPr>
        <w:t>cancelled</w:t>
      </w:r>
      <w:r>
        <w:rPr>
          <w:b w:val="false"/>
          <w:sz w:val="24"/>
        </w:rPr>
        <w:t xml:space="preserve"> по разделу </w:t>
      </w:r>
      <w:r>
        <w:rPr>
          <w:b w:val="false"/>
          <w:sz w:val="24"/>
          <w:lang w:val="zxx"/>
        </w:rPr>
        <w:t>16.</w:t>
      </w:r>
    </w:p>
    <w:p>
      <w:pPr>
        <w:pStyle w:val="Normal"/>
        <w:jc w:val="start"/>
        <w:rPr/>
      </w:pPr>
      <w:r>
        <w:rPr>
          <w:b/>
          <w:sz w:val="24"/>
        </w:rPr>
        <w:t xml:space="preserve">Ошибки. </w:t>
      </w:r>
      <w:r>
        <w:rPr>
          <w:b w:val="false"/>
          <w:sz w:val="24"/>
          <w:lang w:val="zxx"/>
        </w:rPr>
        <w:t>invalidArgument</w:t>
      </w:r>
      <w:r>
        <w:rPr>
          <w:b w:val="false"/>
          <w:sz w:val="24"/>
        </w:rPr>
        <w:t xml:space="preserve">, </w:t>
      </w:r>
      <w:r>
        <w:rPr>
          <w:b w:val="false"/>
          <w:sz w:val="24"/>
          <w:lang w:val="zxx"/>
        </w:rPr>
        <w:t>unsupportedVersion</w:t>
      </w:r>
      <w:r>
        <w:rPr>
          <w:b w:val="false"/>
          <w:sz w:val="24"/>
        </w:rPr>
        <w:t xml:space="preserve">, </w:t>
      </w:r>
      <w:r>
        <w:rPr>
          <w:b w:val="false"/>
          <w:sz w:val="24"/>
          <w:lang w:val="zxx"/>
        </w:rPr>
        <w:t>incompatibleProfile</w:t>
      </w:r>
      <w:r>
        <w:rPr>
          <w:b w:val="false"/>
          <w:sz w:val="24"/>
        </w:rPr>
        <w:t xml:space="preserve">, </w:t>
      </w:r>
      <w:r>
        <w:rPr>
          <w:b w:val="false"/>
          <w:sz w:val="24"/>
          <w:lang w:val="zxx"/>
        </w:rPr>
        <w:t>forbidden</w:t>
      </w:r>
      <w:r>
        <w:rPr>
          <w:b w:val="false"/>
          <w:sz w:val="24"/>
        </w:rPr>
        <w:t xml:space="preserve">, </w:t>
      </w:r>
      <w:r>
        <w:rPr>
          <w:b w:val="false"/>
          <w:sz w:val="24"/>
          <w:lang w:val="zxx"/>
        </w:rPr>
        <w:t>staleBoot</w:t>
      </w:r>
      <w:r>
        <w:rPr>
          <w:b w:val="false"/>
          <w:sz w:val="24"/>
        </w:rPr>
        <w:t xml:space="preserve">, </w:t>
      </w:r>
      <w:r>
        <w:rPr>
          <w:b w:val="false"/>
          <w:sz w:val="24"/>
          <w:lang w:val="zxx"/>
        </w:rPr>
        <w:t>busy</w:t>
      </w:r>
      <w:r>
        <w:rPr>
          <w:b w:val="false"/>
          <w:sz w:val="24"/>
        </w:rPr>
        <w:t xml:space="preserve">, </w:t>
      </w:r>
      <w:r>
        <w:rPr>
          <w:b w:val="false"/>
          <w:sz w:val="24"/>
          <w:lang w:val="zxx"/>
        </w:rPr>
        <w:t>unsupported</w:t>
      </w:r>
      <w:r>
        <w:rPr>
          <w:b w:val="false"/>
          <w:sz w:val="24"/>
        </w:rPr>
        <w:t xml:space="preserve">, </w:t>
      </w:r>
      <w:r>
        <w:rPr>
          <w:b w:val="false"/>
          <w:sz w:val="24"/>
          <w:lang w:val="zxx"/>
        </w:rPr>
        <w:t>notFound</w:t>
      </w:r>
      <w:r>
        <w:rPr>
          <w:b w:val="false"/>
          <w:sz w:val="24"/>
        </w:rPr>
        <w:t xml:space="preserve">, </w:t>
      </w:r>
      <w:r>
        <w:rPr>
          <w:b w:val="false"/>
          <w:sz w:val="24"/>
          <w:lang w:val="zxx"/>
        </w:rPr>
        <w:t>resultExpired</w:t>
      </w:r>
      <w:r>
        <w:rPr>
          <w:b w:val="false"/>
          <w:sz w:val="24"/>
        </w:rPr>
        <w:t xml:space="preserve">, </w:t>
      </w:r>
      <w:r>
        <w:rPr>
          <w:b w:val="false"/>
          <w:sz w:val="24"/>
          <w:lang w:val="zxx"/>
        </w:rPr>
        <w:t>storageFault</w:t>
      </w:r>
    </w:p>
    <w:p>
      <w:pPr>
        <w:pStyle w:val="Normal"/>
        <w:jc w:val="start"/>
        <w:rPr/>
      </w:pPr>
      <w:r>
        <w:rPr>
          <w:b/>
          <w:sz w:val="24"/>
        </w:rPr>
        <w:t xml:space="preserve">Повторы и поведение. </w:t>
      </w:r>
      <w:r>
        <w:rPr>
          <w:b w:val="false"/>
          <w:sz w:val="24"/>
        </w:rPr>
        <w:t xml:space="preserve">Повтор разрешен; это новое чтение, поэтому данные могут измениться. Если команда использует снимок, все его страницы читаются с одним </w:t>
      </w:r>
      <w:r>
        <w:rPr>
          <w:b w:val="false"/>
          <w:sz w:val="24"/>
          <w:lang w:val="zxx"/>
        </w:rPr>
        <w:t>snapshotId.</w:t>
      </w:r>
      <w:r>
        <w:rPr>
          <w:b w:val="false"/>
          <w:sz w:val="24"/>
        </w:rPr>
        <w:t xml:space="preserve"> Результат операции сохраняется в постоянном журнале загрузчика и доступен по </w:t>
      </w:r>
      <w:r>
        <w:rPr>
          <w:b w:val="false"/>
          <w:sz w:val="24"/>
          <w:lang w:val="zxx"/>
        </w:rPr>
        <w:t>operationId</w:t>
      </w:r>
      <w:r>
        <w:rPr>
          <w:b w:val="false"/>
          <w:sz w:val="24"/>
        </w:rPr>
        <w:t xml:space="preserve"> после смены </w:t>
      </w:r>
      <w:r>
        <w:rPr>
          <w:b w:val="false"/>
          <w:sz w:val="24"/>
          <w:lang w:val="zxx"/>
        </w:rPr>
        <w:t>bootId.</w:t>
      </w:r>
    </w:p>
    <w:p>
      <w:pPr>
        <w:pStyle w:val="Normal"/>
        <w:rPr/>
      </w:pPr>
      <w:r>
        <w:rPr/>
      </w:r>
      <w:r>
        <w:br w:type="page"/>
      </w:r>
    </w:p>
    <w:p>
      <w:pPr>
        <w:pStyle w:val="1"/>
        <w:rPr/>
      </w:pPr>
      <w:bookmarkStart w:id="29" w:name="__RefHeading___Toc43307_1766585215"/>
      <w:bookmarkEnd w:id="29"/>
      <w:r>
        <w:rPr>
          <w:sz w:val="24"/>
        </w:rPr>
        <w:t>Приложение Б</w:t>
        <w:br/>
        <w:t>(обязательное для ядра)</w:t>
        <w:br/>
        <w:t>Машинные ошибки</w:t>
      </w:r>
    </w:p>
    <w:p>
      <w:pPr>
        <w:pStyle w:val="Normal"/>
        <w:keepNext w:val="true"/>
        <w:ind w:hanging="0"/>
        <w:jc w:val="start"/>
        <w:rPr/>
      </w:pPr>
      <w:r>
        <w:rPr>
          <w:b w:val="false"/>
          <w:sz w:val="24"/>
        </w:rPr>
        <w:t xml:space="preserve">Таблица </w:t>
      </w:r>
      <w:r>
        <w:rPr>
          <w:b w:val="false"/>
          <w:sz w:val="24"/>
          <w:lang w:val="zxx"/>
        </w:rPr>
        <w:t>74</w:t>
      </w:r>
      <w:r>
        <w:rPr>
          <w:b w:val="false"/>
          <w:sz w:val="24"/>
        </w:rPr>
        <w:t xml:space="preserve"> - Машинные ошибки</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815"/>
        <w:gridCol w:w="4821"/>
      </w:tblGrid>
      <w:tr>
        <w:trPr>
          <w:cantSplit w:val="true"/>
        </w:trPr>
        <w:tc>
          <w:tcPr>
            <w:tcW w:w="481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Код</w:t>
            </w:r>
          </w:p>
        </w:tc>
        <w:tc>
          <w:tcPr>
            <w:tcW w:w="48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Смысл</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incompatibleProfile</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staleAttachment</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Нет общего профиля / номер прикрепления устарел либо уже использован другим каналом.</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unsupportedVersion</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unsupported</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 поддержана версия или функция. Нельзя подменять запрошенный режим другим.</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invalidArgument</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Поле, сочетание полей или диапазон неверны; действий нет.</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forbidden</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Нет права действия, области либо управления чужим исполнением; </w:t>
            </w:r>
            <w:r>
              <w:rPr>
                <w:rFonts w:eastAsia="ＭＳ 明朝" w:cs=""/>
                <w:b w:val="false"/>
                <w:kern w:val="0"/>
                <w:sz w:val="24"/>
                <w:szCs w:val="22"/>
                <w:lang w:val="zxx" w:eastAsia="en-US" w:bidi="ar-SA"/>
              </w:rPr>
              <w:t>detail</w:t>
            </w:r>
            <w:r>
              <w:rPr>
                <w:rFonts w:eastAsia="ＭＳ 明朝" w:cs=""/>
                <w:b w:val="false"/>
                <w:kern w:val="0"/>
                <w:sz w:val="24"/>
                <w:szCs w:val="22"/>
                <w:lang w:eastAsia="en-US" w:bidi="ar-SA"/>
              </w:rPr>
              <w:t xml:space="preserve"> обязателен: </w:t>
            </w:r>
            <w:r>
              <w:rPr>
                <w:rFonts w:eastAsia="ＭＳ 明朝" w:cs=""/>
                <w:b w:val="false"/>
                <w:kern w:val="0"/>
                <w:sz w:val="24"/>
                <w:szCs w:val="22"/>
                <w:lang w:val="zxx" w:eastAsia="en-US" w:bidi="ar-SA"/>
              </w:rPr>
              <w:t>roleDenied</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scopeDenied</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ownerMismatch.</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staleBoot</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staleEpoch</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Контекст загрузки или владения устарел. Старое поручение не переносится в новый контекст.</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busy</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unsafeState</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busy:</w:t>
            </w:r>
            <w:r>
              <w:rPr>
                <w:rFonts w:eastAsia="ＭＳ 明朝" w:cs=""/>
                <w:b w:val="false"/>
                <w:kern w:val="0"/>
                <w:sz w:val="24"/>
                <w:szCs w:val="22"/>
                <w:lang w:eastAsia="en-US" w:bidi="ar-SA"/>
              </w:rPr>
              <w:t xml:space="preserve"> разрешенная операция конфликтует с владением, исполнением, местным управлением, сервисом или квотой; </w:t>
            </w:r>
            <w:r>
              <w:rPr>
                <w:rFonts w:eastAsia="ＭＳ 明朝" w:cs=""/>
                <w:b w:val="false"/>
                <w:kern w:val="0"/>
                <w:sz w:val="24"/>
                <w:szCs w:val="22"/>
                <w:lang w:val="zxx" w:eastAsia="en-US" w:bidi="ar-SA"/>
              </w:rPr>
              <w:t>detail</w:t>
            </w:r>
            <w:r>
              <w:rPr>
                <w:rFonts w:eastAsia="ＭＳ 明朝" w:cs=""/>
                <w:b w:val="false"/>
                <w:kern w:val="0"/>
                <w:sz w:val="24"/>
                <w:szCs w:val="22"/>
                <w:lang w:eastAsia="en-US" w:bidi="ar-SA"/>
              </w:rPr>
              <w:t xml:space="preserve"> обязателен. </w:t>
            </w:r>
            <w:r>
              <w:rPr>
                <w:rFonts w:eastAsia="ＭＳ 明朝" w:cs=""/>
                <w:b w:val="false"/>
                <w:kern w:val="0"/>
                <w:sz w:val="24"/>
                <w:szCs w:val="22"/>
                <w:lang w:val="zxx" w:eastAsia="en-US" w:bidi="ar-SA"/>
              </w:rPr>
              <w:t>unsafeState:</w:t>
            </w:r>
            <w:r>
              <w:rPr>
                <w:rFonts w:eastAsia="ＭＳ 明朝" w:cs=""/>
                <w:b w:val="false"/>
                <w:kern w:val="0"/>
                <w:sz w:val="24"/>
                <w:szCs w:val="22"/>
                <w:lang w:eastAsia="en-US" w:bidi="ar-SA"/>
              </w:rPr>
              <w:t xml:space="preserve"> состояние физически небезопасно, в том числе недоказанный </w:t>
            </w:r>
            <w:r>
              <w:rPr>
                <w:rFonts w:eastAsia="ＭＳ 明朝" w:cs=""/>
                <w:b w:val="false"/>
                <w:kern w:val="0"/>
                <w:sz w:val="24"/>
                <w:szCs w:val="22"/>
                <w:lang w:val="zxx" w:eastAsia="en-US" w:bidi="ar-SA"/>
              </w:rPr>
              <w:t>off.</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startWindowExpired</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Отказ приема </w:t>
            </w:r>
            <w:r>
              <w:rPr>
                <w:rFonts w:eastAsia="ＭＳ 明朝" w:cs=""/>
                <w:b w:val="false"/>
                <w:kern w:val="0"/>
                <w:sz w:val="24"/>
                <w:szCs w:val="22"/>
                <w:lang w:val="zxx" w:eastAsia="en-US" w:bidi="ar-SA"/>
              </w:rPr>
              <w:t>START:</w:t>
            </w:r>
            <w:r>
              <w:rPr>
                <w:rFonts w:eastAsia="ＭＳ 明朝" w:cs=""/>
                <w:b w:val="false"/>
                <w:kern w:val="0"/>
                <w:sz w:val="24"/>
                <w:szCs w:val="22"/>
                <w:lang w:eastAsia="en-US" w:bidi="ar-SA"/>
              </w:rPr>
              <w:t xml:space="preserve"> истек срок приема нового запуска.</w:t>
            </w:r>
          </w:p>
        </w:tc>
      </w:tr>
      <w:tr>
        <w:trPr>
          <w:cantSplit w:val="true"/>
        </w:trPr>
        <w:tc>
          <w:tcPr>
            <w:tcW w:w="481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confirmationWindowExpired</w:t>
            </w:r>
          </w:p>
        </w:tc>
        <w:tc>
          <w:tcPr>
            <w:tcW w:w="482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Отказ подтверждения сетевой настройки: истек срок подтверждения.</w:t>
            </w:r>
          </w:p>
        </w:tc>
      </w:tr>
    </w:tbl>
    <w:p>
      <w:pPr>
        <w:pStyle w:val="Normal"/>
        <w:keepNext w:val="true"/>
        <w:ind w:hanging="0"/>
        <w:jc w:val="start"/>
        <w:rPr/>
      </w:pPr>
      <w:r>
        <w:br w:type="page"/>
      </w:r>
      <w:r>
        <w:rPr>
          <w:b w:val="false"/>
          <w:i/>
          <w:sz w:val="24"/>
        </w:rPr>
        <w:t xml:space="preserve">Окончание таблицы </w:t>
      </w:r>
      <w:r>
        <w:rPr>
          <w:b w:val="false"/>
          <w:i/>
          <w:sz w:val="24"/>
          <w:lang w:val="zxx"/>
        </w:rPr>
        <w:t>74</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815"/>
        <w:gridCol w:w="4821"/>
      </w:tblGrid>
      <w:tr>
        <w:trPr>
          <w:cantSplit w:val="true"/>
        </w:trPr>
        <w:tc>
          <w:tcPr>
            <w:tcW w:w="481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Код</w:t>
            </w:r>
          </w:p>
        </w:tc>
        <w:tc>
          <w:tcPr>
            <w:tcW w:w="482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Смысл</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maxDurationExceeded</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stopUnconfirmed</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Причины результата уже принятого исполнения: исчерпан общий предел / выключение не подтверждено. Это не отказ приема </w:t>
            </w:r>
            <w:r>
              <w:rPr>
                <w:rFonts w:eastAsia="ＭＳ 明朝" w:cs=""/>
                <w:b w:val="false"/>
                <w:kern w:val="0"/>
                <w:sz w:val="24"/>
                <w:szCs w:val="22"/>
                <w:lang w:val="zxx" w:eastAsia="en-US" w:bidi="ar-SA"/>
              </w:rPr>
              <w:t>START</w:t>
            </w:r>
            <w:r>
              <w:rPr>
                <w:rFonts w:eastAsia="ＭＳ 明朝" w:cs=""/>
                <w:b w:val="false"/>
                <w:kern w:val="0"/>
                <w:sz w:val="24"/>
                <w:szCs w:val="22"/>
                <w:lang w:eastAsia="en-US" w:bidi="ar-SA"/>
              </w:rPr>
              <w:t xml:space="preserve"> и не доказательство успешного окончания.</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startBlockedByCancel</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Поздний </w:t>
            </w:r>
            <w:r>
              <w:rPr>
                <w:rFonts w:eastAsia="ＭＳ 明朝" w:cs=""/>
                <w:b w:val="false"/>
                <w:kern w:val="0"/>
                <w:sz w:val="24"/>
                <w:szCs w:val="22"/>
                <w:lang w:val="zxx" w:eastAsia="en-US" w:bidi="ar-SA"/>
              </w:rPr>
              <w:t>START</w:t>
            </w:r>
            <w:r>
              <w:rPr>
                <w:rFonts w:eastAsia="ＭＳ 明朝" w:cs=""/>
                <w:b w:val="false"/>
                <w:kern w:val="0"/>
                <w:sz w:val="24"/>
                <w:szCs w:val="22"/>
                <w:lang w:eastAsia="en-US" w:bidi="ar-SA"/>
              </w:rPr>
              <w:t xml:space="preserve"> блокирован сохраненной отменой </w:t>
            </w:r>
            <w:r>
              <w:rPr>
                <w:rFonts w:eastAsia="ＭＳ 明朝" w:cs=""/>
                <w:b w:val="false"/>
                <w:kern w:val="0"/>
                <w:sz w:val="24"/>
                <w:szCs w:val="22"/>
                <w:lang w:val="zxx" w:eastAsia="en-US" w:bidi="ar-SA"/>
              </w:rPr>
              <w:t>cancelSeq.</w:t>
            </w:r>
            <w:r>
              <w:rPr>
                <w:rFonts w:eastAsia="ＭＳ 明朝" w:cs=""/>
                <w:b w:val="false"/>
                <w:kern w:val="0"/>
                <w:sz w:val="24"/>
                <w:szCs w:val="22"/>
                <w:lang w:eastAsia="en-US" w:bidi="ar-SA"/>
              </w:rPr>
              <w:t xml:space="preserve"> Код не доказывает, что до отмены исполнения не было.</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conflict</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Несовпадение содержимого повтора, ревизии или состояния операции. Причина уточняется машинным </w:t>
            </w:r>
            <w:r>
              <w:rPr>
                <w:rFonts w:eastAsia="ＭＳ 明朝" w:cs=""/>
                <w:b w:val="false"/>
                <w:kern w:val="0"/>
                <w:sz w:val="24"/>
                <w:szCs w:val="22"/>
                <w:lang w:val="zxx" w:eastAsia="en-US" w:bidi="ar-SA"/>
              </w:rPr>
              <w:t>detail.</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resultExpired</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notFound</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Решение уже недоступно / ссылка не найдена в доступной области. Ни одно не доказывает, что действие исторически не происходило.</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snapshotExpired</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cursorExpired</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Снимок или курсор недействителен; нужна новая последовательность чтения.</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sourceUnavailable</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storageFault</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Источник или хранилище недоступны; последующие попытки требуют оценки состояния.</w:t>
            </w:r>
          </w:p>
        </w:tc>
      </w:tr>
      <w:tr>
        <w:trPr>
          <w:cantSplit w:val="true"/>
        </w:trPr>
        <w:tc>
          <w:tcPr>
            <w:tcW w:w="481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incompatible</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incomplete</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noSpace</w:t>
            </w:r>
          </w:p>
        </w:tc>
        <w:tc>
          <w:tcPr>
            <w:tcW w:w="482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Неподходящий образ, незавершенная передача или недостаточный ресурс.</w:t>
            </w:r>
          </w:p>
        </w:tc>
      </w:tr>
      <w:tr>
        <w:trPr>
          <w:cantSplit w:val="true"/>
        </w:trPr>
        <w:tc>
          <w:tcPr>
            <w:tcW w:w="481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invalidSignature</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rollbackDenied</w:t>
            </w:r>
          </w:p>
        </w:tc>
        <w:tc>
          <w:tcPr>
            <w:tcW w:w="482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 подтверждена подлинность либо версия не разрешена политикой отката.</w:t>
            </w:r>
          </w:p>
        </w:tc>
      </w:tr>
    </w:tbl>
    <w:p>
      <w:pPr>
        <w:pStyle w:val="Normal"/>
        <w:spacing w:before="0" w:after="0"/>
        <w:rPr/>
      </w:pPr>
      <w:r>
        <w:rPr/>
      </w:r>
    </w:p>
    <w:p>
      <w:pPr>
        <w:pStyle w:val="Normal"/>
        <w:rPr/>
      </w:pPr>
      <w:r>
        <w:rPr/>
      </w:r>
      <w:r>
        <w:br w:type="page"/>
      </w:r>
    </w:p>
    <w:p>
      <w:pPr>
        <w:pStyle w:val="1"/>
        <w:rPr/>
      </w:pPr>
      <w:bookmarkStart w:id="30" w:name="__RefHeading___Toc43309_1766585215"/>
      <w:bookmarkEnd w:id="30"/>
      <w:r>
        <w:rPr>
          <w:sz w:val="24"/>
        </w:rPr>
        <w:t>Приложение В</w:t>
        <w:br/>
        <w:t>(справочное)</w:t>
        <w:br/>
        <w:t>Примеры XML</w:t>
      </w:r>
    </w:p>
    <w:p>
      <w:pPr>
        <w:pStyle w:val="2"/>
        <w:rPr/>
      </w:pPr>
      <w:r>
        <w:rPr>
          <w:sz w:val="24"/>
        </w:rPr>
        <w:t>В.1 Подготовка файла PCMA/16000</w:t>
      </w:r>
    </w:p>
    <w:p>
      <w:pPr>
        <w:pStyle w:val="Normal"/>
        <w:keepNext w:val="true"/>
        <w:jc w:val="start"/>
        <w:rPr/>
      </w:pPr>
      <w:r>
        <w:rPr>
          <w:b w:val="false"/>
          <w:sz w:val="24"/>
        </w:rPr>
        <w:t xml:space="preserve">Выбранный </w:t>
      </w:r>
      <w:r>
        <w:rPr>
          <w:b w:val="false"/>
          <w:sz w:val="24"/>
          <w:lang w:val="zxx"/>
        </w:rPr>
        <w:t>mediaProfile</w:t>
      </w:r>
      <w:r>
        <w:rPr>
          <w:b w:val="false"/>
          <w:sz w:val="24"/>
        </w:rPr>
        <w:t xml:space="preserve"> объявил </w:t>
      </w:r>
      <w:r>
        <w:rPr>
          <w:b w:val="false"/>
          <w:sz w:val="24"/>
          <w:lang w:val="zxx"/>
        </w:rPr>
        <w:t>sampleRates</w:t>
      </w:r>
      <w:r>
        <w:rPr>
          <w:b w:val="false"/>
          <w:sz w:val="24"/>
        </w:rPr>
        <w:t xml:space="preserve"> с частотой </w:t>
      </w:r>
      <w:r>
        <w:rPr>
          <w:b w:val="false"/>
          <w:sz w:val="24"/>
          <w:lang w:val="zxx"/>
        </w:rPr>
        <w:t>16000.</w:t>
      </w:r>
      <w:r>
        <w:rPr>
          <w:b w:val="false"/>
          <w:sz w:val="24"/>
        </w:rPr>
        <w:t xml:space="preserve"> Пример использует прежнюю пакетизацию </w:t>
      </w:r>
      <w:r>
        <w:rPr>
          <w:b w:val="false"/>
          <w:sz w:val="24"/>
          <w:lang w:val="zxx"/>
        </w:rPr>
        <w:t>20</w:t>
      </w:r>
      <w:r>
        <w:rPr>
          <w:b w:val="false"/>
          <w:sz w:val="24"/>
        </w:rPr>
        <w:t xml:space="preserve"> мс и поток записи длительностью одну секунду.</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id="0000000000000000000000000000ab01" action="audio.prepare"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cmdSeq="11"&gt;</w:t>
      </w:r>
    </w:p>
    <w:p>
      <w:pPr>
        <w:pStyle w:val="ProtocolXML"/>
        <w:keepNext w:val="true"/>
        <w:keepLines/>
        <w:suppressAutoHyphens w:val="true"/>
        <w:spacing w:lineRule="auto" w:line="360"/>
        <w:ind w:start="227" w:hanging="0"/>
        <w:jc w:val="start"/>
        <w:rPr/>
      </w:pPr>
      <w:r>
        <w:rPr>
          <w:b w:val="false"/>
          <w:sz w:val="24"/>
          <w:lang w:val="zxx"/>
        </w:rPr>
        <w:t>&lt;stream startup="outputReady"</w:t>
      </w:r>
    </w:p>
    <w:p>
      <w:pPr>
        <w:pStyle w:val="ProtocolXML"/>
        <w:keepNext w:val="true"/>
        <w:keepLines/>
        <w:suppressAutoHyphens w:val="true"/>
        <w:spacing w:lineRule="auto" w:line="360"/>
        <w:ind w:start="0" w:hanging="0"/>
        <w:jc w:val="start"/>
        <w:rPr/>
      </w:pPr>
      <w:r>
        <w:rPr>
          <w:b w:val="false"/>
          <w:sz w:val="24"/>
          <w:lang w:val="zxx"/>
        </w:rPr>
        <w:t>key="1111111111111111111111111111111111111111111111111111111111111111"</w:t>
      </w:r>
    </w:p>
    <w:p>
      <w:pPr>
        <w:pStyle w:val="ProtocolXML"/>
        <w:keepNext w:val="true"/>
        <w:keepLines/>
        <w:suppressAutoHyphens w:val="true"/>
        <w:spacing w:lineRule="auto" w:line="360"/>
        <w:ind w:start="454" w:hanging="0"/>
        <w:jc w:val="start"/>
        <w:rPr/>
      </w:pPr>
      <w:r>
        <w:rPr>
          <w:b w:val="false"/>
          <w:sz w:val="24"/>
          <w:lang w:val="zxx"/>
        </w:rPr>
        <w:t>source="recording" sampleRate="16000" totalSamples="16000" codec="PCMA"</w:t>
      </w:r>
    </w:p>
    <w:p>
      <w:pPr>
        <w:pStyle w:val="ProtocolXML"/>
        <w:keepNext w:val="true"/>
        <w:keepLines/>
        <w:suppressAutoHyphens w:val="true"/>
        <w:spacing w:lineRule="auto" w:line="360"/>
        <w:ind w:start="454" w:hanging="0"/>
        <w:jc w:val="start"/>
        <w:rPr/>
      </w:pPr>
      <w:r>
        <w:rPr>
          <w:b w:val="false"/>
          <w:sz w:val="24"/>
          <w:lang w:val="zxx"/>
        </w:rPr>
        <w:t>packetMs="20" ssrc="01234567" firstSeq="0" firstTimestamp="0"&gt;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&lt;route sourceAddress="192.0.2.1" destinationAddress="192.0.2.2"</w:t>
      </w:r>
    </w:p>
    <w:p>
      <w:pPr>
        <w:pStyle w:val="ProtocolXML"/>
        <w:keepNext w:val="true"/>
        <w:keepLines/>
        <w:suppressAutoHyphens w:val="true"/>
        <w:spacing w:lineRule="auto" w:line="360"/>
        <w:ind w:start="680" w:hanging="0"/>
        <w:jc w:val="start"/>
        <w:rPr/>
      </w:pPr>
      <w:r>
        <w:rPr>
          <w:b w:val="false"/>
          <w:sz w:val="24"/>
          <w:lang w:val="zxx"/>
        </w:rPr>
        <w:t>sourcePort="5004" destinationPort="5004" ttl="1"/&gt;</w:t>
      </w:r>
    </w:p>
    <w:p>
      <w:pPr>
        <w:pStyle w:val="ProtocolXML"/>
        <w:keepNext w:val="true"/>
        <w:keepLines/>
        <w:suppressAutoHyphens w:val="true"/>
        <w:spacing w:lineRule="auto" w:line="360"/>
        <w:ind w:start="454" w:hanging="0"/>
        <w:jc w:val="start"/>
        <w:rPr/>
      </w:pPr>
      <w:r>
        <w:rPr>
          <w:b w:val="false"/>
          <w:sz w:val="24"/>
          <w:lang w:val="zxx"/>
        </w:rPr>
        <w:t>&lt;buffer initialMs="400" maxMs="1000"/&gt;</w:t>
      </w:r>
    </w:p>
    <w:p>
      <w:pPr>
        <w:pStyle w:val="ProtocolXML"/>
        <w:keepNext w:val="true"/>
        <w:keepLines/>
        <w:suppressAutoHyphens w:val="true"/>
        <w:spacing w:lineRule="auto" w:line="360"/>
        <w:ind w:start="227" w:hanging="0"/>
        <w:jc w:val="start"/>
        <w:rPr/>
      </w:pPr>
      <w:r>
        <w:rPr>
          <w:b w:val="false"/>
          <w:sz w:val="24"/>
          <w:lang w:val="zxx"/>
        </w:rPr>
        <w:t>&lt;/stream&gt;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В.2 Подготовка файла PCMA/32000</w:t>
      </w:r>
    </w:p>
    <w:p>
      <w:pPr>
        <w:pStyle w:val="Normal"/>
        <w:keepNext w:val="true"/>
        <w:jc w:val="start"/>
        <w:rPr/>
      </w:pPr>
      <w:r>
        <w:rPr>
          <w:b w:val="false"/>
          <w:sz w:val="24"/>
        </w:rPr>
        <w:t xml:space="preserve">Выбранный </w:t>
      </w:r>
      <w:r>
        <w:rPr>
          <w:b w:val="false"/>
          <w:sz w:val="24"/>
          <w:lang w:val="zxx"/>
        </w:rPr>
        <w:t>mediaProfile</w:t>
      </w:r>
      <w:r>
        <w:rPr>
          <w:b w:val="false"/>
          <w:sz w:val="24"/>
        </w:rPr>
        <w:t xml:space="preserve"> объявил </w:t>
      </w:r>
      <w:r>
        <w:rPr>
          <w:b w:val="false"/>
          <w:sz w:val="24"/>
          <w:lang w:val="zxx"/>
        </w:rPr>
        <w:t>sampleRates</w:t>
      </w:r>
      <w:r>
        <w:rPr>
          <w:b w:val="false"/>
          <w:sz w:val="24"/>
        </w:rPr>
        <w:t xml:space="preserve"> с частотой </w:t>
      </w:r>
      <w:r>
        <w:rPr>
          <w:b w:val="false"/>
          <w:sz w:val="24"/>
          <w:lang w:val="zxx"/>
        </w:rPr>
        <w:t>32000.</w:t>
      </w:r>
      <w:r>
        <w:rPr>
          <w:b w:val="false"/>
          <w:sz w:val="24"/>
        </w:rPr>
        <w:t xml:space="preserve"> Пример использует прежнюю пакетизацию </w:t>
      </w:r>
      <w:r>
        <w:rPr>
          <w:b w:val="false"/>
          <w:sz w:val="24"/>
          <w:lang w:val="zxx"/>
        </w:rPr>
        <w:t>20</w:t>
      </w:r>
      <w:r>
        <w:rPr>
          <w:b w:val="false"/>
          <w:sz w:val="24"/>
        </w:rPr>
        <w:t xml:space="preserve"> мс и поток записи длительностью одну секунду.</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id="0000000000000000000000000000ab02" action="audio.prepare"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cmdSeq="11"&gt;</w:t>
      </w:r>
    </w:p>
    <w:p>
      <w:pPr>
        <w:pStyle w:val="ProtocolXML"/>
        <w:keepNext w:val="true"/>
        <w:keepLines/>
        <w:suppressAutoHyphens w:val="true"/>
        <w:spacing w:lineRule="auto" w:line="360"/>
        <w:ind w:start="227" w:hanging="0"/>
        <w:jc w:val="start"/>
        <w:rPr/>
      </w:pPr>
      <w:r>
        <w:rPr>
          <w:b w:val="false"/>
          <w:sz w:val="24"/>
          <w:lang w:val="zxx"/>
        </w:rPr>
        <w:t>&lt;stream startup="outputReady"</w:t>
      </w:r>
    </w:p>
    <w:p>
      <w:pPr>
        <w:pStyle w:val="ProtocolXML"/>
        <w:keepNext w:val="true"/>
        <w:keepLines/>
        <w:suppressAutoHyphens w:val="true"/>
        <w:spacing w:lineRule="auto" w:line="360"/>
        <w:ind w:start="0" w:hanging="0"/>
        <w:jc w:val="start"/>
        <w:rPr/>
      </w:pPr>
      <w:r>
        <w:rPr>
          <w:b w:val="false"/>
          <w:sz w:val="24"/>
          <w:lang w:val="zxx"/>
        </w:rPr>
        <w:t>key="1111111111111111111111111111111111111111111111111111111111111111"</w:t>
      </w:r>
    </w:p>
    <w:p>
      <w:pPr>
        <w:pStyle w:val="ProtocolXML"/>
        <w:keepNext w:val="true"/>
        <w:keepLines/>
        <w:suppressAutoHyphens w:val="true"/>
        <w:spacing w:lineRule="auto" w:line="360"/>
        <w:ind w:start="454" w:hanging="0"/>
        <w:jc w:val="start"/>
        <w:rPr/>
      </w:pPr>
      <w:r>
        <w:rPr>
          <w:b w:val="false"/>
          <w:sz w:val="24"/>
          <w:lang w:val="zxx"/>
        </w:rPr>
        <w:t>source="recording" sampleRate="32000" totalSamples="32000" codec="PCMA"</w:t>
      </w:r>
    </w:p>
    <w:p>
      <w:pPr>
        <w:pStyle w:val="ProtocolXML"/>
        <w:keepNext w:val="true"/>
        <w:keepLines/>
        <w:suppressAutoHyphens w:val="true"/>
        <w:spacing w:lineRule="auto" w:line="360"/>
        <w:ind w:start="454" w:hanging="0"/>
        <w:jc w:val="start"/>
        <w:rPr/>
      </w:pPr>
      <w:r>
        <w:rPr>
          <w:b w:val="false"/>
          <w:sz w:val="24"/>
          <w:lang w:val="zxx"/>
        </w:rPr>
        <w:t>packetMs="20" ssrc="01234567" firstSeq="0" firstTimestamp="0"&gt;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&lt;route sourceAddress="192.0.2.1" destinationAddress="192.0.2.2"</w:t>
      </w:r>
    </w:p>
    <w:p>
      <w:pPr>
        <w:pStyle w:val="ProtocolXML"/>
        <w:keepNext w:val="true"/>
        <w:keepLines/>
        <w:suppressAutoHyphens w:val="true"/>
        <w:spacing w:lineRule="auto" w:line="360"/>
        <w:ind w:start="680" w:hanging="0"/>
        <w:jc w:val="start"/>
        <w:rPr/>
      </w:pPr>
      <w:r>
        <w:rPr>
          <w:b w:val="false"/>
          <w:sz w:val="24"/>
          <w:lang w:val="zxx"/>
        </w:rPr>
        <w:t>sourcePort="5004" destinationPort="5004" ttl="1"/&gt;</w:t>
      </w:r>
    </w:p>
    <w:p>
      <w:pPr>
        <w:pStyle w:val="ProtocolXML"/>
        <w:keepNext w:val="true"/>
        <w:keepLines/>
        <w:suppressAutoHyphens w:val="true"/>
        <w:spacing w:lineRule="auto" w:line="360"/>
        <w:ind w:start="454" w:hanging="0"/>
        <w:jc w:val="start"/>
        <w:rPr/>
      </w:pPr>
      <w:r>
        <w:rPr>
          <w:b w:val="false"/>
          <w:sz w:val="24"/>
          <w:lang w:val="zxx"/>
        </w:rPr>
        <w:t>&lt;buffer initialMs="400" maxMs="1000"/&gt;</w:t>
      </w:r>
    </w:p>
    <w:p>
      <w:pPr>
        <w:pStyle w:val="ProtocolXML"/>
        <w:keepNext w:val="true"/>
        <w:keepLines/>
        <w:suppressAutoHyphens w:val="true"/>
        <w:spacing w:lineRule="auto" w:line="360"/>
        <w:ind w:start="227" w:hanging="0"/>
        <w:jc w:val="start"/>
        <w:rPr/>
      </w:pPr>
      <w:r>
        <w:rPr>
          <w:b w:val="false"/>
          <w:sz w:val="24"/>
          <w:lang w:val="zxx"/>
        </w:rPr>
        <w:t>&lt;/stream&gt;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В.3 Подготовка речи с ожиданием ОУ</w:t>
      </w:r>
    </w:p>
    <w:p>
      <w:pPr>
        <w:pStyle w:val="Normal"/>
        <w:keepNext w:val="true"/>
        <w:jc w:val="start"/>
        <w:rPr/>
      </w:pPr>
      <w:r>
        <w:rPr>
          <w:b w:val="false"/>
          <w:sz w:val="24"/>
        </w:rPr>
        <w:t xml:space="preserve">Выбранный </w:t>
      </w:r>
      <w:r>
        <w:rPr>
          <w:b w:val="false"/>
          <w:sz w:val="24"/>
          <w:lang w:val="zxx"/>
        </w:rPr>
        <w:t>mediaProfile</w:t>
      </w:r>
      <w:r>
        <w:rPr>
          <w:b w:val="false"/>
          <w:sz w:val="24"/>
        </w:rPr>
        <w:t xml:space="preserve"> </w:t>
      </w:r>
      <w:r>
        <w:rPr>
          <w:b w:val="false"/>
          <w:sz w:val="24"/>
          <w:lang w:val="zxx"/>
        </w:rPr>
        <w:t>rtp-</w:t>
      </w:r>
      <w:r>
        <w:rPr>
          <w:b w:val="false"/>
          <w:sz w:val="24"/>
        </w:rPr>
        <w:t>⁠</w:t>
      </w:r>
      <w:r>
        <w:rPr>
          <w:b w:val="false"/>
          <w:sz w:val="24"/>
          <w:lang w:val="zxx"/>
        </w:rPr>
        <w:t>alert/</w:t>
      </w:r>
      <w:r>
        <w:rPr>
          <w:b w:val="false"/>
          <w:sz w:val="24"/>
        </w:rPr>
        <w:t>⁠</w:t>
      </w:r>
      <w:r>
        <w:rPr>
          <w:b w:val="false"/>
          <w:sz w:val="24"/>
          <w:lang w:val="zxx"/>
        </w:rPr>
        <w:t>5</w:t>
      </w:r>
      <w:r>
        <w:rPr>
          <w:b w:val="false"/>
          <w:sz w:val="24"/>
        </w:rPr>
        <w:t xml:space="preserve">, </w:t>
      </w:r>
      <w:r>
        <w:rPr>
          <w:b w:val="false"/>
          <w:sz w:val="24"/>
          <w:lang w:val="zxx"/>
        </w:rPr>
        <w:t>tls</w:t>
      </w:r>
      <w:r>
        <w:rPr>
          <w:b w:val="false"/>
          <w:sz w:val="24"/>
        </w:rPr>
        <w:t xml:space="preserve">, </w:t>
      </w:r>
      <w:r>
        <w:rPr>
          <w:b w:val="false"/>
          <w:sz w:val="24"/>
          <w:lang w:val="zxx"/>
        </w:rPr>
        <w:t>PCMA/</w:t>
      </w:r>
      <w:r>
        <w:rPr>
          <w:b w:val="false"/>
          <w:sz w:val="24"/>
        </w:rPr>
        <w:t>⁠</w:t>
      </w:r>
      <w:r>
        <w:rPr>
          <w:b w:val="false"/>
          <w:sz w:val="24"/>
          <w:lang w:val="zxx"/>
        </w:rPr>
        <w:t>20</w:t>
      </w:r>
      <w:r>
        <w:rPr>
          <w:b w:val="false"/>
          <w:sz w:val="24"/>
        </w:rPr>
        <w:t xml:space="preserve"> объявил </w:t>
      </w:r>
      <w:r>
        <w:rPr>
          <w:b w:val="false"/>
          <w:sz w:val="24"/>
          <w:lang w:val="zxx"/>
        </w:rPr>
        <w:t>startup=outputReady.</w:t>
      </w:r>
      <w:r>
        <w:rPr>
          <w:b w:val="false"/>
          <w:sz w:val="24"/>
        </w:rPr>
        <w:t xml:space="preserve"> После </w:t>
      </w:r>
      <w:r>
        <w:rPr>
          <w:b w:val="false"/>
          <w:sz w:val="24"/>
          <w:lang w:val="zxx"/>
        </w:rPr>
        <w:t>UDP</w:t>
      </w:r>
      <w:r>
        <w:rPr>
          <w:b w:val="false"/>
          <w:sz w:val="24"/>
        </w:rPr>
        <w:t xml:space="preserve"> </w:t>
      </w:r>
      <w:r>
        <w:rPr>
          <w:b w:val="false"/>
          <w:sz w:val="24"/>
          <w:lang w:val="zxx"/>
        </w:rPr>
        <w:t>READY</w:t>
      </w:r>
      <w:r>
        <w:rPr>
          <w:b w:val="false"/>
          <w:sz w:val="24"/>
        </w:rPr>
        <w:t xml:space="preserve"> и принятого </w:t>
      </w:r>
      <w:r>
        <w:rPr>
          <w:b w:val="false"/>
          <w:sz w:val="24"/>
          <w:lang w:val="zxx"/>
        </w:rPr>
        <w:t>session.start</w:t>
      </w:r>
      <w:r>
        <w:rPr>
          <w:b w:val="false"/>
          <w:sz w:val="24"/>
        </w:rPr>
        <w:t xml:space="preserve"> АРМ ожидает </w:t>
      </w:r>
      <w:r>
        <w:rPr>
          <w:b w:val="false"/>
          <w:sz w:val="24"/>
          <w:lang w:val="zxx"/>
        </w:rPr>
        <w:t>audio.state</w:t>
      </w:r>
      <w:r>
        <w:rPr>
          <w:b w:val="false"/>
          <w:sz w:val="24"/>
        </w:rPr>
        <w:t xml:space="preserve"> </w:t>
      </w:r>
      <w:r>
        <w:rPr>
          <w:b w:val="false"/>
          <w:sz w:val="24"/>
          <w:lang w:val="zxx"/>
        </w:rPr>
        <w:t>outputReady=true</w:t>
      </w:r>
      <w:r>
        <w:rPr>
          <w:b w:val="false"/>
          <w:sz w:val="24"/>
        </w:rPr>
        <w:t xml:space="preserve"> перед захватом микрофона.</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id="0000000000000000000000000000aa01" action="audio.prepare"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cmdSeq="11"&gt;</w:t>
      </w:r>
    </w:p>
    <w:p>
      <w:pPr>
        <w:pStyle w:val="ProtocolXML"/>
        <w:keepNext w:val="true"/>
        <w:keepLines/>
        <w:suppressAutoHyphens w:val="true"/>
        <w:spacing w:lineRule="auto" w:line="360"/>
        <w:ind w:start="227" w:hanging="0"/>
        <w:jc w:val="start"/>
        <w:rPr/>
      </w:pPr>
      <w:r>
        <w:rPr>
          <w:b w:val="false"/>
          <w:sz w:val="24"/>
          <w:lang w:val="zxx"/>
        </w:rPr>
        <w:t>&lt;stream startup="outputReady"</w:t>
      </w:r>
    </w:p>
    <w:p>
      <w:pPr>
        <w:pStyle w:val="ProtocolXML"/>
        <w:keepNext w:val="true"/>
        <w:keepLines/>
        <w:suppressAutoHyphens w:val="true"/>
        <w:spacing w:lineRule="auto" w:line="360"/>
        <w:ind w:start="0" w:hanging="0"/>
        <w:jc w:val="start"/>
        <w:rPr/>
      </w:pPr>
      <w:r>
        <w:rPr>
          <w:b w:val="false"/>
          <w:sz w:val="24"/>
          <w:lang w:val="zxx"/>
        </w:rPr>
        <w:t>key="1111111111111111111111111111111111111111111111111111111111111111"</w:t>
      </w:r>
    </w:p>
    <w:p>
      <w:pPr>
        <w:pStyle w:val="ProtocolXML"/>
        <w:keepNext w:val="true"/>
        <w:keepLines/>
        <w:suppressAutoHyphens w:val="true"/>
        <w:spacing w:lineRule="auto" w:line="360"/>
        <w:ind w:start="454" w:hanging="0"/>
        <w:jc w:val="start"/>
        <w:rPr/>
      </w:pPr>
      <w:r>
        <w:rPr>
          <w:b w:val="false"/>
          <w:sz w:val="24"/>
          <w:lang w:val="zxx"/>
        </w:rPr>
        <w:t>source="microphone" codec="PCMA" packetMs="20" ssrc="01234567" firstSeq="0"</w:t>
      </w:r>
    </w:p>
    <w:p>
      <w:pPr>
        <w:pStyle w:val="ProtocolXML"/>
        <w:keepNext w:val="true"/>
        <w:keepLines/>
        <w:suppressAutoHyphens w:val="true"/>
        <w:spacing w:lineRule="auto" w:line="360"/>
        <w:ind w:start="454" w:hanging="0"/>
        <w:jc w:val="start"/>
        <w:rPr/>
      </w:pPr>
      <w:r>
        <w:rPr>
          <w:b w:val="false"/>
          <w:sz w:val="24"/>
          <w:lang w:val="zxx"/>
        </w:rPr>
        <w:t>firstTimestamp="0"&gt;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&lt;route sourceAddress="192.0.2.1" destinationAddress="192.0.2.2"</w:t>
      </w:r>
    </w:p>
    <w:p>
      <w:pPr>
        <w:pStyle w:val="ProtocolXML"/>
        <w:keepNext w:val="true"/>
        <w:keepLines/>
        <w:suppressAutoHyphens w:val="true"/>
        <w:spacing w:lineRule="auto" w:line="360"/>
        <w:ind w:start="680" w:hanging="0"/>
        <w:jc w:val="start"/>
        <w:rPr/>
      </w:pPr>
      <w:r>
        <w:rPr>
          <w:b w:val="false"/>
          <w:sz w:val="24"/>
          <w:lang w:val="zxx"/>
        </w:rPr>
        <w:t>sourcePort="5004" destinationPort="5004" ttl="1"/&gt;</w:t>
      </w:r>
    </w:p>
    <w:p>
      <w:pPr>
        <w:pStyle w:val="ProtocolXML"/>
        <w:keepNext w:val="true"/>
        <w:keepLines/>
        <w:suppressAutoHyphens w:val="true"/>
        <w:spacing w:lineRule="auto" w:line="360"/>
        <w:ind w:start="454" w:hanging="0"/>
        <w:jc w:val="start"/>
        <w:rPr/>
      </w:pPr>
      <w:r>
        <w:rPr>
          <w:b w:val="false"/>
          <w:sz w:val="24"/>
          <w:lang w:val="zxx"/>
        </w:rPr>
        <w:t>&lt;buffer initialMs="400" maxMs="1000"/&gt;</w:t>
      </w:r>
    </w:p>
    <w:p>
      <w:pPr>
        <w:pStyle w:val="ProtocolXML"/>
        <w:keepNext w:val="true"/>
        <w:keepLines/>
        <w:suppressAutoHyphens w:val="true"/>
        <w:spacing w:lineRule="auto" w:line="360"/>
        <w:ind w:start="227" w:hanging="0"/>
        <w:jc w:val="start"/>
        <w:rPr/>
      </w:pPr>
      <w:r>
        <w:rPr>
          <w:b w:val="false"/>
          <w:sz w:val="24"/>
          <w:lang w:val="zxx"/>
        </w:rPr>
        <w:t>&lt;/stream&gt;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В.4 Речевой выход готов к приему источника</w:t>
      </w:r>
    </w:p>
    <w:p>
      <w:pPr>
        <w:pStyle w:val="Normal"/>
        <w:keepNext w:val="true"/>
        <w:jc w:val="start"/>
        <w:rPr/>
      </w:pPr>
      <w:r>
        <w:rPr>
          <w:b w:val="false"/>
          <w:sz w:val="24"/>
        </w:rPr>
        <w:t xml:space="preserve">Ответ </w:t>
      </w:r>
      <w:r>
        <w:rPr>
          <w:b w:val="false"/>
          <w:sz w:val="24"/>
          <w:lang w:val="zxx"/>
        </w:rPr>
        <w:t>audio.state</w:t>
      </w:r>
      <w:r>
        <w:rPr>
          <w:b w:val="false"/>
          <w:sz w:val="24"/>
        </w:rPr>
        <w:t xml:space="preserve"> после свежего подтверждения речевого режима ОУ. Источник еще не запущен, </w:t>
      </w:r>
      <w:r>
        <w:rPr>
          <w:b w:val="false"/>
          <w:sz w:val="24"/>
          <w:lang w:val="zxx"/>
        </w:rPr>
        <w:t>running</w:t>
      </w:r>
      <w:r>
        <w:rPr>
          <w:b w:val="false"/>
          <w:sz w:val="24"/>
        </w:rPr>
        <w:t xml:space="preserve"> и исполнение отдельно подтверждаются через </w:t>
      </w:r>
      <w:r>
        <w:rPr>
          <w:b w:val="false"/>
          <w:sz w:val="24"/>
          <w:lang w:val="zxx"/>
        </w:rPr>
        <w:t>session.get.</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to="0000000000000000000000000000aa02"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&lt;audio mediaId="00000000000000000000000000000071"</w:t>
      </w:r>
    </w:p>
    <w:p>
      <w:pPr>
        <w:pStyle w:val="ProtocolXML"/>
        <w:keepNext w:val="true"/>
        <w:keepLines/>
        <w:suppressAutoHyphens w:val="true"/>
        <w:spacing w:lineRule="auto" w:line="360"/>
        <w:ind w:start="454" w:hanging="0"/>
        <w:jc w:val="start"/>
        <w:rPr/>
      </w:pPr>
      <w:r>
        <w:rPr>
          <w:b w:val="false"/>
          <w:sz w:val="24"/>
          <w:lang w:val="zxx"/>
        </w:rPr>
        <w:t>sessionId="00000000000000000000000000000072" state="buffering"</w:t>
      </w:r>
    </w:p>
    <w:p>
      <w:pPr>
        <w:pStyle w:val="ProtocolXML"/>
        <w:keepNext w:val="true"/>
        <w:keepLines/>
        <w:suppressAutoHyphens w:val="true"/>
        <w:spacing w:lineRule="auto" w:line="360"/>
        <w:ind w:start="454" w:hanging="0"/>
        <w:jc w:val="start"/>
        <w:rPr/>
      </w:pPr>
      <w:r>
        <w:rPr>
          <w:b w:val="false"/>
          <w:sz w:val="24"/>
          <w:lang w:val="zxx"/>
        </w:rPr>
        <w:t>outputReady="true" receivedPackets="0" lostPackets="0" latePackets="0"</w:t>
      </w:r>
    </w:p>
    <w:p>
      <w:pPr>
        <w:pStyle w:val="ProtocolXML"/>
        <w:keepNext w:val="true"/>
        <w:keepLines/>
        <w:suppressAutoHyphens w:val="true"/>
        <w:spacing w:lineRule="auto" w:line="360"/>
        <w:ind w:start="454" w:hanging="0"/>
        <w:jc w:val="start"/>
        <w:rPr/>
      </w:pPr>
      <w:r>
        <w:rPr>
          <w:b w:val="false"/>
          <w:sz w:val="24"/>
          <w:lang w:val="zxx"/>
        </w:rPr>
        <w:t>duplicatePackets="0" emittedSamples="0" bufferedMs="0" lastPacketAtMs="0"&gt;</w:t>
      </w:r>
    </w:p>
    <w:p>
      <w:pPr>
        <w:pStyle w:val="ProtocolXML"/>
        <w:keepNext w:val="true"/>
        <w:keepLines/>
        <w:suppressAutoHyphens w:val="true"/>
        <w:spacing w:lineRule="auto" w:line="360"/>
        <w:ind w:start="454" w:hanging="0"/>
        <w:jc w:val="start"/>
        <w:rPr/>
      </w:pPr>
      <w:r>
        <w:rPr>
          <w:b w:val="false"/>
          <w:sz w:val="24"/>
          <w:lang w:val="zxx"/>
        </w:rPr>
        <w:t>&lt;clock sourceSamples="0" concealedSamples="0" rateCorrectionPpm="0"</w:t>
      </w:r>
    </w:p>
    <w:p>
      <w:pPr>
        <w:pStyle w:val="ProtocolXML"/>
        <w:keepNext w:val="true"/>
        <w:keepLines/>
        <w:suppressAutoHyphens w:val="true"/>
        <w:spacing w:lineRule="auto" w:line="360"/>
        <w:ind w:start="680" w:hanging="0"/>
        <w:jc w:val="start"/>
        <w:rPr/>
      </w:pPr>
      <w:r>
        <w:rPr>
          <w:b w:val="false"/>
          <w:sz w:val="24"/>
          <w:lang w:val="zxx"/>
        </w:rPr>
        <w:t>state="locking"/&gt;</w:t>
      </w:r>
    </w:p>
    <w:p>
      <w:pPr>
        <w:pStyle w:val="ProtocolXML"/>
        <w:keepNext w:val="true"/>
        <w:keepLines/>
        <w:suppressAutoHyphens w:val="true"/>
        <w:spacing w:lineRule="auto" w:line="360"/>
        <w:ind w:start="227" w:hanging="0"/>
        <w:jc w:val="start"/>
        <w:rPr/>
      </w:pPr>
      <w:r>
        <w:rPr>
          <w:b w:val="false"/>
          <w:sz w:val="24"/>
          <w:lang w:val="zxx"/>
        </w:rPr>
        <w:t>&lt;/audio&gt;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В.5 Начальный обмен: предложение профиля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000</w:t>
      </w:r>
      <w:r>
        <w:rPr>
          <w:b w:val="false"/>
          <w:sz w:val="24"/>
        </w:rPr>
        <w:t xml:space="preserve">; начальное состояние определяется только этим фрагментом и его пояснением. Первый прикладной запрос после взаимной </w:t>
      </w:r>
      <w:r>
        <w:rPr>
          <w:b w:val="false"/>
          <w:sz w:val="24"/>
          <w:lang w:val="zxx"/>
        </w:rPr>
        <w:t>TLS-</w:t>
      </w:r>
      <w:r>
        <w:rPr>
          <w:b w:val="false"/>
          <w:sz w:val="24"/>
        </w:rPr>
        <w:t>аутентификации.</w:t>
      </w:r>
    </w:p>
    <w:p>
      <w:pPr>
        <w:pStyle w:val="ProtocolXML"/>
        <w:keepNext w:val="true"/>
        <w:keepLines/>
        <w:suppressAutoHyphens w:val="true"/>
        <w:spacing w:lineRule="auto" w:line="360"/>
        <w:ind w:start="0" w:hanging="0"/>
        <w:jc w:val="start"/>
        <w:rPr/>
      </w:pPr>
      <w:r>
        <w:rPr>
          <w:b w:val="false"/>
          <w:sz w:val="24"/>
          <w:lang w:val="zxx"/>
        </w:rPr>
        <w:t>&lt;request v="1" profile="bootstrap/1" id="00000000000000000000000000003000"</w:t>
      </w:r>
    </w:p>
    <w:p>
      <w:pPr>
        <w:pStyle w:val="ProtocolXML"/>
        <w:keepNext w:val="true"/>
        <w:keepLines/>
        <w:suppressAutoHyphens w:val="true"/>
        <w:spacing w:lineRule="auto" w:line="360"/>
        <w:ind w:start="227" w:hanging="0"/>
        <w:jc w:val="start"/>
        <w:rPr/>
      </w:pPr>
      <w:r>
        <w:rPr>
          <w:b w:val="false"/>
          <w:sz w:val="24"/>
          <w:lang w:val="zxx"/>
        </w:rPr>
        <w:t>action="protocol.hello"&gt;</w:t>
      </w:r>
    </w:p>
    <w:p>
      <w:pPr>
        <w:pStyle w:val="ProtocolXML"/>
        <w:keepNext w:val="true"/>
        <w:keepLines/>
        <w:suppressAutoHyphens w:val="true"/>
        <w:spacing w:lineRule="auto" w:line="360"/>
        <w:ind w:start="227" w:hanging="0"/>
        <w:jc w:val="start"/>
        <w:rPr/>
      </w:pPr>
      <w:r>
        <w:rPr>
          <w:b w:val="false"/>
          <w:sz w:val="24"/>
          <w:lang w:val="zxx"/>
        </w:rPr>
        <w:t>&lt;hello&gt;</w:t>
      </w:r>
    </w:p>
    <w:p>
      <w:pPr>
        <w:pStyle w:val="ProtocolXML"/>
        <w:keepNext w:val="true"/>
        <w:keepLines/>
        <w:suppressAutoHyphens w:val="true"/>
        <w:spacing w:lineRule="auto" w:line="360"/>
        <w:ind w:start="454" w:hanging="0"/>
        <w:jc w:val="start"/>
        <w:rPr/>
      </w:pPr>
      <w:r>
        <w:rPr>
          <w:b w:val="false"/>
          <w:sz w:val="24"/>
          <w:lang w:val="zxx"/>
        </w:rPr>
        <w:t>&lt;profile id="open-alert-draft/0.21"/&gt;</w:t>
      </w:r>
    </w:p>
    <w:p>
      <w:pPr>
        <w:pStyle w:val="ProtocolXML"/>
        <w:keepNext w:val="true"/>
        <w:keepLines/>
        <w:suppressAutoHyphens w:val="true"/>
        <w:spacing w:lineRule="auto" w:line="360"/>
        <w:ind w:start="227" w:hanging="0"/>
        <w:jc w:val="start"/>
        <w:rPr/>
      </w:pPr>
      <w:r>
        <w:rPr>
          <w:b w:val="false"/>
          <w:sz w:val="24"/>
          <w:lang w:val="zxx"/>
        </w:rPr>
        <w:t>&lt;/hello&gt;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В.6 Начальный обмен: выбор профиля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000</w:t>
      </w:r>
      <w:r>
        <w:rPr>
          <w:b w:val="false"/>
          <w:sz w:val="24"/>
        </w:rPr>
        <w:t>; начальное состояние определяется только этим фрагментом и его пояснением. Дальнейшие запросы используют выбранный профиль.</w:t>
      </w:r>
    </w:p>
    <w:p>
      <w:pPr>
        <w:pStyle w:val="ProtocolXML"/>
        <w:keepNext w:val="true"/>
        <w:keepLines/>
        <w:suppressAutoHyphens w:val="true"/>
        <w:spacing w:lineRule="auto" w:line="360"/>
        <w:ind w:start="0" w:hanging="0"/>
        <w:jc w:val="start"/>
        <w:rPr/>
      </w:pPr>
      <w:r>
        <w:rPr>
          <w:b w:val="false"/>
          <w:sz w:val="24"/>
          <w:lang w:val="zxx"/>
        </w:rPr>
        <w:t>&lt;response v="1" profile="bootstrap/1" to="00000000000000000000000000003000"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&lt;hello selectedProfile="open-alert-draft/0.21"</w:t>
      </w:r>
    </w:p>
    <w:p>
      <w:pPr>
        <w:pStyle w:val="ProtocolXML"/>
        <w:keepNext w:val="true"/>
        <w:keepLines/>
        <w:suppressAutoHyphens w:val="true"/>
        <w:spacing w:lineRule="auto" w:line="360"/>
        <w:ind w:start="454" w:hanging="0"/>
        <w:jc w:val="start"/>
        <w:rPr/>
      </w:pPr>
      <w:r>
        <w:rPr>
          <w:b w:val="false"/>
          <w:sz w:val="24"/>
          <w:lang w:val="zxx"/>
        </w:rPr>
        <w:t>deviceId="00000000000000000000000000000072" security="tls"/&gt;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В.7 Получение управления: запрос</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002</w:t>
      </w:r>
      <w:r>
        <w:rPr>
          <w:b w:val="false"/>
          <w:sz w:val="24"/>
        </w:rPr>
        <w:t xml:space="preserve">; начальное состояние определяется только этим фрагментом и его пояснением. </w:t>
      </w:r>
      <w:r>
        <w:rPr>
          <w:b w:val="false"/>
          <w:sz w:val="24"/>
          <w:lang w:val="zxx"/>
        </w:rPr>
        <w:t>acquireSeq</w:t>
      </w:r>
      <w:r>
        <w:rPr>
          <w:b w:val="false"/>
          <w:sz w:val="24"/>
        </w:rPr>
        <w:t xml:space="preserve"> и </w:t>
      </w:r>
      <w:r>
        <w:rPr>
          <w:b w:val="false"/>
          <w:sz w:val="24"/>
          <w:lang w:val="zxx"/>
        </w:rPr>
        <w:t>instanceId</w:t>
      </w:r>
      <w:r>
        <w:rPr>
          <w:b w:val="false"/>
          <w:sz w:val="24"/>
        </w:rPr>
        <w:t xml:space="preserve"> сохранены АРМ до отправки; </w:t>
      </w:r>
      <w:r>
        <w:rPr>
          <w:b w:val="false"/>
          <w:sz w:val="24"/>
          <w:lang w:val="zxx"/>
        </w:rPr>
        <w:t>principalId</w:t>
      </w:r>
      <w:r>
        <w:rPr>
          <w:b w:val="false"/>
          <w:sz w:val="24"/>
        </w:rPr>
        <w:t xml:space="preserve"> установлен </w:t>
      </w:r>
      <w:r>
        <w:rPr>
          <w:b w:val="false"/>
          <w:sz w:val="24"/>
          <w:lang w:val="zxx"/>
        </w:rPr>
        <w:t>TLS-</w:t>
      </w:r>
      <w:r>
        <w:rPr>
          <w:b w:val="false"/>
          <w:sz w:val="24"/>
        </w:rPr>
        <w:t>контекстом.</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id="00000000000000000000000000003001" action="control.acquire"</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&lt;control acquireSeq="1" instanceId="00000000000000000000000000000081"</w:t>
      </w:r>
    </w:p>
    <w:p>
      <w:pPr>
        <w:pStyle w:val="ProtocolXML"/>
        <w:keepNext w:val="true"/>
        <w:keepLines/>
        <w:suppressAutoHyphens w:val="true"/>
        <w:spacing w:lineRule="auto" w:line="360"/>
        <w:ind w:start="454" w:hanging="0"/>
        <w:jc w:val="start"/>
        <w:rPr/>
      </w:pPr>
      <w:r>
        <w:rPr>
          <w:b w:val="false"/>
          <w:sz w:val="24"/>
          <w:lang w:val="zxx"/>
        </w:rPr>
        <w:t>purpose="exercise"/&gt;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В.8 Получение управления: решение для повторной доставки</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002</w:t>
      </w:r>
      <w:r>
        <w:rPr>
          <w:b w:val="false"/>
          <w:sz w:val="24"/>
        </w:rPr>
        <w:t xml:space="preserve">; начальное состояние определяется только этим фрагментом и его пояснением. Потерянный ответ восстанавливается повтором </w:t>
      </w:r>
      <w:r>
        <w:rPr>
          <w:b w:val="false"/>
          <w:sz w:val="24"/>
          <w:lang w:val="zxx"/>
        </w:rPr>
        <w:t>acquireSeq=1</w:t>
      </w:r>
      <w:r>
        <w:rPr>
          <w:b w:val="false"/>
          <w:sz w:val="24"/>
        </w:rPr>
        <w:t xml:space="preserve">; новый канал прикрепляется через </w:t>
      </w:r>
      <w:r>
        <w:rPr>
          <w:b w:val="false"/>
          <w:sz w:val="24"/>
          <w:lang w:val="zxx"/>
        </w:rPr>
        <w:t>resume.</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to="00000000000000000000000000003001"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&lt;control controlEpoch="00000000000000000000000000000091" acquireSeq="1"</w:t>
      </w:r>
    </w:p>
    <w:p>
      <w:pPr>
        <w:pStyle w:val="ProtocolXML"/>
        <w:keepNext w:val="true"/>
        <w:keepLines/>
        <w:suppressAutoHyphens w:val="true"/>
        <w:spacing w:lineRule="auto" w:line="360"/>
        <w:ind w:start="454" w:hanging="0"/>
        <w:jc w:val="start"/>
        <w:rPr/>
      </w:pPr>
      <w:r>
        <w:rPr>
          <w:b w:val="false"/>
          <w:sz w:val="24"/>
          <w:lang w:val="zxx"/>
        </w:rPr>
        <w:t>instanceId="00000000000000000000000000000081" attachSeq="0"</w:t>
      </w:r>
    </w:p>
    <w:p>
      <w:pPr>
        <w:pStyle w:val="ProtocolXML"/>
        <w:keepNext w:val="true"/>
        <w:keepLines/>
        <w:suppressAutoHyphens w:val="true"/>
        <w:spacing w:lineRule="auto" w:line="360"/>
        <w:ind w:start="454" w:hanging="0"/>
        <w:jc w:val="start"/>
        <w:rPr/>
      </w:pPr>
      <w:r>
        <w:rPr>
          <w:b w:val="false"/>
          <w:sz w:val="24"/>
          <w:lang w:val="zxx"/>
        </w:rPr>
        <w:t>highWater="0" current="true" leaseRemainingMs="30000" purpose="exercise"</w:t>
      </w:r>
    </w:p>
    <w:p>
      <w:pPr>
        <w:pStyle w:val="ProtocolXML"/>
        <w:keepNext w:val="true"/>
        <w:keepLines/>
        <w:suppressAutoHyphens w:val="true"/>
        <w:spacing w:lineRule="auto" w:line="360"/>
        <w:ind w:start="454" w:hanging="0"/>
        <w:jc w:val="start"/>
        <w:rPr/>
      </w:pPr>
      <w:r>
        <w:rPr>
          <w:b w:val="false"/>
          <w:sz w:val="24"/>
          <w:lang w:val="zxx"/>
        </w:rPr>
        <w:t>idleDeadlineMs="60000"/&gt;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В.9 Восстановление управления: привязка нового соединения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004</w:t>
      </w:r>
      <w:r>
        <w:rPr>
          <w:b w:val="false"/>
          <w:sz w:val="24"/>
        </w:rPr>
        <w:t xml:space="preserve">; начальное состояние определяется только этим фрагментом и его пояснением. Та же эпоха, следующий сохраненный </w:t>
      </w:r>
      <w:r>
        <w:rPr>
          <w:b w:val="false"/>
          <w:sz w:val="24"/>
          <w:lang w:val="zxx"/>
        </w:rPr>
        <w:t>attachSeq</w:t>
      </w:r>
      <w:r>
        <w:rPr>
          <w:b w:val="false"/>
          <w:sz w:val="24"/>
        </w:rPr>
        <w:t>; прежний канал теряет право изменения.</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id="00000000000000000000000000003002" action="control.resume"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controlEpoch="00000000000000000000000000000091"&gt;</w:t>
      </w:r>
    </w:p>
    <w:p>
      <w:pPr>
        <w:pStyle w:val="ProtocolXML"/>
        <w:keepNext w:val="true"/>
        <w:keepLines/>
        <w:suppressAutoHyphens w:val="true"/>
        <w:spacing w:lineRule="auto" w:line="360"/>
        <w:ind w:start="227" w:hanging="0"/>
        <w:jc w:val="start"/>
        <w:rPr/>
      </w:pPr>
      <w:r>
        <w:rPr>
          <w:b w:val="false"/>
          <w:sz w:val="24"/>
          <w:lang w:val="zxx"/>
        </w:rPr>
        <w:t>&lt;control acquireSeq="1" instanceId="00000000000000000000000000000081"</w:t>
      </w:r>
    </w:p>
    <w:p>
      <w:pPr>
        <w:pStyle w:val="ProtocolXML"/>
        <w:keepNext w:val="true"/>
        <w:keepLines/>
        <w:suppressAutoHyphens w:val="true"/>
        <w:spacing w:lineRule="auto" w:line="360"/>
        <w:ind w:start="454" w:hanging="0"/>
        <w:jc w:val="start"/>
        <w:rPr/>
      </w:pPr>
      <w:r>
        <w:rPr>
          <w:b w:val="false"/>
          <w:sz w:val="24"/>
          <w:lang w:val="zxx"/>
        </w:rPr>
        <w:t>attachSeq="1"/&gt;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В.10 Восстановление управления: ответ</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004</w:t>
      </w:r>
      <w:r>
        <w:rPr>
          <w:b w:val="false"/>
          <w:sz w:val="24"/>
        </w:rPr>
        <w:t xml:space="preserve">; начальное состояние определяется только этим фрагментом и его пояснением. </w:t>
      </w:r>
      <w:r>
        <w:rPr>
          <w:b w:val="false"/>
          <w:sz w:val="24"/>
          <w:lang w:val="zxx"/>
        </w:rPr>
        <w:t>highWater</w:t>
      </w:r>
      <w:r>
        <w:rPr>
          <w:b w:val="false"/>
          <w:sz w:val="24"/>
        </w:rPr>
        <w:t xml:space="preserve"> относится к сохраненной истории эпохи.</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to="00000000000000000000000000003002"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&lt;control controlEpoch="00000000000000000000000000000091" acquireSeq="1"</w:t>
      </w:r>
    </w:p>
    <w:p>
      <w:pPr>
        <w:pStyle w:val="ProtocolXML"/>
        <w:keepNext w:val="true"/>
        <w:keepLines/>
        <w:suppressAutoHyphens w:val="true"/>
        <w:spacing w:lineRule="auto" w:line="360"/>
        <w:ind w:start="454" w:hanging="0"/>
        <w:jc w:val="start"/>
        <w:rPr/>
      </w:pPr>
      <w:r>
        <w:rPr>
          <w:b w:val="false"/>
          <w:sz w:val="24"/>
          <w:lang w:val="zxx"/>
        </w:rPr>
        <w:t>instanceId="00000000000000000000000000000081" attachSeq="1"</w:t>
      </w:r>
    </w:p>
    <w:p>
      <w:pPr>
        <w:pStyle w:val="ProtocolXML"/>
        <w:keepNext w:val="true"/>
        <w:keepLines/>
        <w:suppressAutoHyphens w:val="true"/>
        <w:spacing w:lineRule="auto" w:line="360"/>
        <w:ind w:start="454" w:hanging="0"/>
        <w:jc w:val="start"/>
        <w:rPr/>
      </w:pPr>
      <w:r>
        <w:rPr>
          <w:b w:val="false"/>
          <w:sz w:val="24"/>
          <w:lang w:val="zxx"/>
        </w:rPr>
        <w:t>highWater="1" current="true" leaseRemainingMs="30000" purpose="exercise"</w:t>
      </w:r>
    </w:p>
    <w:p>
      <w:pPr>
        <w:pStyle w:val="ProtocolXML"/>
        <w:keepNext w:val="true"/>
        <w:keepLines/>
        <w:suppressAutoHyphens w:val="true"/>
        <w:spacing w:lineRule="auto" w:line="360"/>
        <w:ind w:start="454" w:hanging="0"/>
        <w:jc w:val="start"/>
        <w:rPr/>
      </w:pPr>
      <w:r>
        <w:rPr>
          <w:b w:val="false"/>
          <w:sz w:val="24"/>
          <w:lang w:val="zxx"/>
        </w:rPr>
        <w:t>idleDeadlineMs="60000"/&gt;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В.11 Освобождение управления: запрос</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006</w:t>
      </w:r>
      <w:r>
        <w:rPr>
          <w:b w:val="false"/>
          <w:sz w:val="24"/>
        </w:rPr>
        <w:t xml:space="preserve">; начальное состояние определяется только этим фрагментом и его пояснением. Допустим после завершения исполнения и подтвержденного </w:t>
      </w:r>
      <w:r>
        <w:rPr>
          <w:b w:val="false"/>
          <w:sz w:val="24"/>
          <w:lang w:val="zxx"/>
        </w:rPr>
        <w:t>off.</w:t>
      </w:r>
      <w:r>
        <w:rPr>
          <w:b w:val="false"/>
          <w:sz w:val="24"/>
        </w:rPr>
        <w:t xml:space="preserve"> Пример предполагает, что команда </w:t>
      </w:r>
      <w:r>
        <w:rPr>
          <w:b w:val="false"/>
          <w:sz w:val="24"/>
          <w:lang w:val="zxx"/>
        </w:rPr>
        <w:t>2</w:t>
      </w:r>
      <w:r>
        <w:rPr>
          <w:b w:val="false"/>
          <w:sz w:val="24"/>
        </w:rPr>
        <w:t xml:space="preserve"> уже обработана.</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id="00000000000000000000000000003003" action="control.release"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false"/>
        <w:keepLines/>
        <w:suppressAutoHyphens w:val="true"/>
        <w:spacing w:lineRule="auto" w:line="360"/>
        <w:ind w:start="227" w:hanging="0"/>
        <w:jc w:val="start"/>
        <w:rPr/>
      </w:pPr>
      <w:r>
        <w:rPr>
          <w:b w:val="false"/>
          <w:sz w:val="24"/>
          <w:lang w:val="zxx"/>
        </w:rPr>
        <w:t>controlEpoch="00000000000000000000000000000091" cmdSeq="3"/&gt;</w:t>
      </w:r>
    </w:p>
    <w:p>
      <w:pPr>
        <w:pStyle w:val="2"/>
        <w:rPr/>
      </w:pPr>
      <w:r>
        <w:rPr>
          <w:sz w:val="24"/>
        </w:rPr>
        <w:t>В.12 Освобождение управления: ответ</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006</w:t>
      </w:r>
      <w:r>
        <w:rPr>
          <w:b w:val="false"/>
          <w:sz w:val="24"/>
        </w:rPr>
        <w:t>; начальное состояние определяется только этим фрагментом и его пояснением. Повтор решения не восстанавливает завершенную эпоху.</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to="00000000000000000000000000003003"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&lt;released controlEpoch="00000000000000000000000000000091" released="true"/&gt;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В.13 Проверка связи владельца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008</w:t>
      </w:r>
      <w:r>
        <w:rPr>
          <w:b w:val="false"/>
          <w:sz w:val="24"/>
        </w:rPr>
        <w:t xml:space="preserve">; начальное состояние определяется только этим фрагментом и его пояснением. Самостоятельный пример действующей эпохи. Отдельный слот и </w:t>
      </w:r>
      <w:r>
        <w:rPr>
          <w:b w:val="false"/>
          <w:sz w:val="24"/>
          <w:lang w:val="zxx"/>
        </w:rPr>
        <w:t>heartbeatIntervalMs=5000</w:t>
      </w:r>
      <w:r>
        <w:rPr>
          <w:b w:val="false"/>
          <w:sz w:val="24"/>
        </w:rPr>
        <w:t xml:space="preserve"> мс.</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id="00000000000000000000000000003004" action="channel.ping"</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false"/>
        <w:keepLines/>
        <w:suppressAutoHyphens w:val="true"/>
        <w:spacing w:lineRule="auto" w:line="360"/>
        <w:ind w:start="227" w:hanging="0"/>
        <w:jc w:val="start"/>
        <w:rPr/>
      </w:pPr>
      <w:r>
        <w:rPr>
          <w:b w:val="false"/>
          <w:sz w:val="24"/>
          <w:lang w:val="zxx"/>
        </w:rPr>
        <w:t>controlEpoch="00000000000000000000000000000091"/&gt;</w:t>
      </w:r>
    </w:p>
    <w:p>
      <w:pPr>
        <w:pStyle w:val="2"/>
        <w:rPr/>
      </w:pPr>
      <w:r>
        <w:rPr>
          <w:sz w:val="24"/>
        </w:rPr>
        <w:t>В.14 Проверка связи: ответ</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008</w:t>
      </w:r>
      <w:r>
        <w:rPr>
          <w:b w:val="false"/>
          <w:sz w:val="24"/>
        </w:rPr>
        <w:t xml:space="preserve">; начальное состояние определяется только этим фрагментом и его пояснением. Монотонное время УУ и остаток </w:t>
      </w:r>
      <w:r>
        <w:rPr>
          <w:b w:val="false"/>
          <w:sz w:val="24"/>
          <w:lang w:val="zxx"/>
        </w:rPr>
        <w:t>lease</w:t>
      </w:r>
      <w:r>
        <w:rPr>
          <w:b w:val="false"/>
          <w:sz w:val="24"/>
        </w:rPr>
        <w:t xml:space="preserve"> на момент ответа.</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to="00000000000000000000000000003004"</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&lt;channel uptimeMs="50000" leaseRemainingMs="30000"/&gt;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В.15 Запуск: встроенная запись</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010</w:t>
      </w:r>
      <w:r>
        <w:rPr>
          <w:b w:val="false"/>
          <w:sz w:val="24"/>
        </w:rPr>
        <w:t>; начальное состояние определяется только этим фрагментом и его пояснением. Отдельная трасса. Версия и Стрибог-</w:t>
      </w:r>
      <w:r>
        <w:rPr>
          <w:b w:val="false"/>
          <w:sz w:val="24"/>
          <w:lang w:val="zxx"/>
        </w:rPr>
        <w:t>256</w:t>
      </w:r>
      <w:r>
        <w:rPr>
          <w:b w:val="false"/>
          <w:sz w:val="24"/>
        </w:rPr>
        <w:t xml:space="preserve"> содержимого обязательны; один проход.</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id="00000000000000000000000000003005" action="session.start"</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cmdSeq="3"&gt;</w:t>
      </w:r>
    </w:p>
    <w:p>
      <w:pPr>
        <w:pStyle w:val="ProtocolXML"/>
        <w:keepNext w:val="true"/>
        <w:keepLines/>
        <w:suppressAutoHyphens w:val="true"/>
        <w:spacing w:lineRule="auto" w:line="360"/>
        <w:ind w:start="227" w:hanging="0"/>
        <w:jc w:val="start"/>
        <w:rPr/>
      </w:pPr>
      <w:r>
        <w:rPr>
          <w:b w:val="false"/>
          <w:sz w:val="24"/>
          <w:lang w:val="zxx"/>
        </w:rPr>
        <w:t>&lt;session mode="recording" purpose="exercise" acceptBeforeMs="60000"</w:t>
      </w:r>
    </w:p>
    <w:p>
      <w:pPr>
        <w:pStyle w:val="ProtocolXML"/>
        <w:keepNext w:val="true"/>
        <w:keepLines/>
        <w:suppressAutoHyphens w:val="true"/>
        <w:spacing w:lineRule="auto" w:line="360"/>
        <w:ind w:start="454" w:hanging="0"/>
        <w:jc w:val="start"/>
        <w:rPr/>
      </w:pPr>
      <w:r>
        <w:rPr>
          <w:b w:val="false"/>
          <w:sz w:val="24"/>
          <w:lang w:val="zxx"/>
        </w:rPr>
        <w:t>maxDurationMs="30000" configRevision="7" capabilityRevision="4"&gt;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&lt;recording contentId="message1" revision="1" hashAlgorithm="streebog256"</w:t>
      </w:r>
    </w:p>
    <w:p>
      <w:pPr>
        <w:pStyle w:val="ProtocolXML"/>
        <w:keepNext w:val="true"/>
        <w:keepLines/>
        <w:suppressAutoHyphens w:val="true"/>
        <w:spacing w:lineRule="auto" w:line="360"/>
        <w:ind w:start="0" w:hanging="0"/>
        <w:jc w:val="start"/>
        <w:rPr/>
      </w:pPr>
      <w:r>
        <w:rPr>
          <w:b w:val="false"/>
          <w:sz w:val="24"/>
          <w:lang w:val="zxx"/>
        </w:rPr>
        <w:t>hash="aaaaaaaaaaaaaaaaaaaaaaaaaaaaaaaaaaaaaaaaaaaaaaaaaaaaaaaaaaaaaaaa"</w:t>
      </w:r>
    </w:p>
    <w:p>
      <w:pPr>
        <w:pStyle w:val="ProtocolXML"/>
        <w:keepNext w:val="true"/>
        <w:keepLines/>
        <w:suppressAutoHyphens w:val="true"/>
        <w:spacing w:lineRule="auto" w:line="360"/>
        <w:ind w:start="454" w:hanging="0"/>
        <w:jc w:val="start"/>
        <w:rPr/>
      </w:pPr>
      <w:r>
        <w:rPr>
          <w:b w:val="false"/>
          <w:sz w:val="24"/>
          <w:lang w:val="zxx"/>
        </w:rPr>
        <w:t>/&gt;</w:t>
      </w:r>
    </w:p>
    <w:p>
      <w:pPr>
        <w:pStyle w:val="ProtocolXML"/>
        <w:keepNext w:val="true"/>
        <w:keepLines/>
        <w:suppressAutoHyphens w:val="true"/>
        <w:spacing w:lineRule="auto" w:line="360"/>
        <w:ind w:start="227" w:hanging="0"/>
        <w:jc w:val="start"/>
        <w:rPr/>
      </w:pPr>
      <w:r>
        <w:rPr>
          <w:b w:val="false"/>
          <w:sz w:val="24"/>
          <w:lang w:val="zxx"/>
        </w:rPr>
        <w:t>&lt;/session&gt;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В.16 Запуск: опрос с запуском</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011</w:t>
      </w:r>
      <w:r>
        <w:rPr>
          <w:b w:val="false"/>
          <w:sz w:val="24"/>
        </w:rPr>
        <w:t xml:space="preserve">; начальное состояние определяется только этим фрагментом и его пояснением. Самостоятельная ветвь: </w:t>
      </w:r>
      <w:r>
        <w:rPr>
          <w:b w:val="false"/>
          <w:sz w:val="24"/>
          <w:lang w:val="zxx"/>
        </w:rPr>
        <w:t>controlEpoch</w:t>
      </w:r>
      <w:r>
        <w:rPr>
          <w:b w:val="false"/>
          <w:sz w:val="24"/>
        </w:rPr>
        <w:t xml:space="preserve"> заранее получен с </w:t>
      </w:r>
      <w:r>
        <w:rPr>
          <w:b w:val="false"/>
          <w:sz w:val="24"/>
          <w:lang w:val="zxx"/>
        </w:rPr>
        <w:t>purpose=technical.</w:t>
      </w:r>
      <w:r>
        <w:rPr>
          <w:b w:val="false"/>
          <w:sz w:val="24"/>
        </w:rPr>
        <w:t xml:space="preserve"> Отдельная трасса. </w:t>
      </w:r>
      <w:r>
        <w:rPr>
          <w:b w:val="false"/>
          <w:sz w:val="24"/>
          <w:lang w:val="zxx"/>
        </w:rPr>
        <w:t>testId</w:t>
      </w:r>
      <w:r>
        <w:rPr>
          <w:b w:val="false"/>
          <w:sz w:val="24"/>
        </w:rPr>
        <w:t xml:space="preserve"> и </w:t>
      </w:r>
      <w:r>
        <w:rPr>
          <w:b w:val="false"/>
          <w:sz w:val="24"/>
          <w:lang w:val="zxx"/>
        </w:rPr>
        <w:t>testRevision</w:t>
      </w:r>
      <w:r>
        <w:rPr>
          <w:b w:val="false"/>
          <w:sz w:val="24"/>
        </w:rPr>
        <w:t xml:space="preserve"> ссылаются на </w:t>
      </w:r>
      <w:r>
        <w:rPr>
          <w:b w:val="false"/>
          <w:sz w:val="24"/>
          <w:lang w:val="zxx"/>
        </w:rPr>
        <w:t>tests.list</w:t>
      </w:r>
      <w:r>
        <w:rPr>
          <w:b w:val="false"/>
          <w:sz w:val="24"/>
        </w:rPr>
        <w:t xml:space="preserve">; </w:t>
      </w:r>
      <w:r>
        <w:rPr>
          <w:b w:val="false"/>
          <w:sz w:val="24"/>
          <w:lang w:val="zxx"/>
        </w:rPr>
        <w:t>purpose=technical.</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id="00000000000000000000000000003006" action="session.start"</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cmdSeq="3"&gt;</w:t>
      </w:r>
    </w:p>
    <w:p>
      <w:pPr>
        <w:pStyle w:val="ProtocolXML"/>
        <w:keepNext w:val="true"/>
        <w:keepLines/>
        <w:suppressAutoHyphens w:val="true"/>
        <w:spacing w:lineRule="auto" w:line="360"/>
        <w:ind w:start="227" w:hanging="0"/>
        <w:jc w:val="start"/>
        <w:rPr/>
      </w:pPr>
      <w:r>
        <w:rPr>
          <w:b w:val="false"/>
          <w:sz w:val="24"/>
          <w:lang w:val="zxx"/>
        </w:rPr>
        <w:t>&lt;session mode="test" purpose="technical" acceptBeforeMs="60000"</w:t>
      </w:r>
    </w:p>
    <w:p>
      <w:pPr>
        <w:pStyle w:val="ProtocolXML"/>
        <w:keepNext w:val="true"/>
        <w:keepLines/>
        <w:suppressAutoHyphens w:val="true"/>
        <w:spacing w:lineRule="auto" w:line="360"/>
        <w:ind w:start="454" w:hanging="0"/>
        <w:jc w:val="start"/>
        <w:rPr/>
      </w:pPr>
      <w:r>
        <w:rPr>
          <w:b w:val="false"/>
          <w:sz w:val="24"/>
          <w:lang w:val="zxx"/>
        </w:rPr>
        <w:t>maxDurationMs="10000" configRevision="7" capabilityRevision="4"&gt;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&lt;test testId="activation1" testRevision="1"/&gt;</w:t>
      </w:r>
    </w:p>
    <w:p>
      <w:pPr>
        <w:pStyle w:val="ProtocolXML"/>
        <w:keepNext w:val="true"/>
        <w:keepLines/>
        <w:suppressAutoHyphens w:val="true"/>
        <w:spacing w:lineRule="auto" w:line="360"/>
        <w:ind w:start="227" w:hanging="0"/>
        <w:jc w:val="start"/>
        <w:rPr/>
      </w:pPr>
      <w:r>
        <w:rPr>
          <w:b w:val="false"/>
          <w:sz w:val="24"/>
          <w:lang w:val="zxx"/>
        </w:rPr>
        <w:t>&lt;/session&gt;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В.17 Результат сеанса: первая страница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012</w:t>
      </w:r>
      <w:r>
        <w:rPr>
          <w:b w:val="false"/>
          <w:sz w:val="24"/>
        </w:rPr>
        <w:t xml:space="preserve">; начальное состояние определяется только этим фрагментом и его пояснением. Чтение сохраненного результата </w:t>
      </w:r>
      <w:r>
        <w:rPr>
          <w:b w:val="false"/>
          <w:sz w:val="24"/>
          <w:lang w:val="zxx"/>
        </w:rPr>
        <w:t>session.start</w:t>
      </w:r>
      <w:r>
        <w:rPr>
          <w:b w:val="false"/>
          <w:sz w:val="24"/>
        </w:rPr>
        <w:t xml:space="preserve"> </w:t>
      </w:r>
      <w:r>
        <w:rPr>
          <w:b w:val="false"/>
          <w:sz w:val="24"/>
          <w:lang w:val="zxx"/>
        </w:rPr>
        <w:t>1</w:t>
      </w:r>
      <w:r>
        <w:rPr>
          <w:b w:val="false"/>
          <w:sz w:val="24"/>
        </w:rPr>
        <w:t xml:space="preserve"> в заданной эпохе.</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id="00000000000000000000000000003007" action="session.get"</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controlEpoch="00000000000000000000000000000091"&gt;</w:t>
      </w:r>
    </w:p>
    <w:p>
      <w:pPr>
        <w:pStyle w:val="ProtocolXML"/>
        <w:keepNext w:val="true"/>
        <w:keepLines/>
        <w:suppressAutoHyphens w:val="true"/>
        <w:spacing w:lineRule="auto" w:line="360"/>
        <w:ind w:start="227" w:hanging="0"/>
        <w:jc w:val="start"/>
        <w:rPr/>
      </w:pPr>
      <w:r>
        <w:rPr>
          <w:b w:val="false"/>
          <w:sz w:val="24"/>
          <w:lang w:val="zxx"/>
        </w:rPr>
        <w:t>&lt;selection startSeq="1"/&gt;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В.18 Результат сеанса: результат и продолжение</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012</w:t>
      </w:r>
      <w:r>
        <w:rPr>
          <w:b w:val="false"/>
          <w:sz w:val="24"/>
        </w:rPr>
        <w:t xml:space="preserve">; начальное состояние определяется только этим фрагментом и его пояснением. Снимок результата фиксирован. </w:t>
      </w:r>
      <w:r>
        <w:rPr>
          <w:b w:val="false"/>
          <w:sz w:val="24"/>
          <w:lang w:val="zxx"/>
        </w:rPr>
        <w:t>more=true</w:t>
      </w:r>
      <w:r>
        <w:rPr>
          <w:b w:val="false"/>
          <w:sz w:val="24"/>
        </w:rPr>
        <w:t xml:space="preserve"> требует продолжения даже при </w:t>
      </w:r>
      <w:r>
        <w:rPr>
          <w:b w:val="false"/>
          <w:sz w:val="24"/>
          <w:lang w:val="zxx"/>
        </w:rPr>
        <w:t>finished.</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to="00000000000000000000000000003007"</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snapshotId="00000000000000000000000000000094" stateRevision="40"</w:t>
      </w:r>
    </w:p>
    <w:p>
      <w:pPr>
        <w:pStyle w:val="ProtocolXML"/>
        <w:keepNext w:val="true"/>
        <w:keepLines/>
        <w:suppressAutoHyphens w:val="true"/>
        <w:spacing w:lineRule="auto" w:line="360"/>
        <w:ind w:start="454" w:hanging="0"/>
        <w:jc w:val="start"/>
        <w:rPr/>
      </w:pPr>
      <w:r>
        <w:rPr>
          <w:b w:val="false"/>
          <w:sz w:val="24"/>
          <w:lang w:val="zxx"/>
        </w:rPr>
        <w:t>more="true" cursor="page2" resourceCount="1" checkCount="1"</w:t>
      </w:r>
    </w:p>
    <w:p>
      <w:pPr>
        <w:pStyle w:val="ProtocolXML"/>
        <w:keepNext w:val="true"/>
        <w:keepLines/>
        <w:suppressAutoHyphens w:val="true"/>
        <w:spacing w:lineRule="auto" w:line="360"/>
        <w:ind w:start="454" w:hanging="0"/>
        <w:jc w:val="start"/>
        <w:rPr/>
      </w:pPr>
      <w:r>
        <w:rPr>
          <w:b w:val="false"/>
          <w:sz w:val="24"/>
          <w:lang w:val="zxx"/>
        </w:rPr>
        <w:t>observationCount="0" mode="siren" evaluatedAtMs="72000" executionCount="1"</w:t>
      </w:r>
    </w:p>
    <w:p>
      <w:pPr>
        <w:pStyle w:val="ProtocolXML"/>
        <w:keepNext w:val="true"/>
        <w:keepLines/>
        <w:suppressAutoHyphens w:val="true"/>
        <w:spacing w:lineRule="auto" w:line="360"/>
        <w:ind w:start="454" w:hanging="0"/>
        <w:jc w:val="start"/>
        <w:rPr/>
      </w:pPr>
      <w:r>
        <w:rPr>
          <w:b w:val="false"/>
          <w:sz w:val="24"/>
          <w:lang w:val="zxx"/>
        </w:rPr>
        <w:t>faultCount="0"&gt;</w:t>
      </w:r>
    </w:p>
    <w:p>
      <w:pPr>
        <w:pStyle w:val="ProtocolXML"/>
        <w:keepNext w:val="true"/>
        <w:keepLines/>
        <w:suppressAutoHyphens w:val="true"/>
        <w:spacing w:lineRule="auto" w:line="360"/>
        <w:ind w:start="454" w:hanging="0"/>
        <w:jc w:val="start"/>
        <w:rPr/>
      </w:pPr>
      <w:r>
        <w:rPr>
          <w:b w:val="false"/>
          <w:sz w:val="24"/>
          <w:lang w:val="zxx"/>
        </w:rPr>
        <w:t>&lt;session id="00000000000000000000000000000581" startSeq="1"</w:t>
      </w:r>
    </w:p>
    <w:p>
      <w:pPr>
        <w:pStyle w:val="ProtocolXML"/>
        <w:keepNext w:val="true"/>
        <w:keepLines/>
        <w:suppressAutoHyphens w:val="true"/>
        <w:spacing w:lineRule="auto" w:line="360"/>
        <w:ind w:start="680" w:hanging="0"/>
        <w:jc w:val="start"/>
        <w:rPr/>
      </w:pPr>
      <w:r>
        <w:rPr>
          <w:b w:val="false"/>
          <w:sz w:val="24"/>
          <w:lang w:val="zxx"/>
        </w:rPr>
        <w:t>state="finished" onControlLoss="stop" configRevision="7" capabilityRevision="4"</w:t>
      </w:r>
    </w:p>
    <w:p>
      <w:pPr>
        <w:pStyle w:val="ProtocolXML"/>
        <w:keepNext w:val="true"/>
        <w:keepLines/>
        <w:suppressAutoHyphens w:val="true"/>
        <w:spacing w:lineRule="auto" w:line="360"/>
        <w:ind w:start="680" w:hanging="0"/>
        <w:jc w:val="start"/>
        <w:rPr/>
      </w:pPr>
      <w:r>
        <w:rPr>
          <w:b w:val="false"/>
          <w:sz w:val="24"/>
          <w:lang w:val="zxx"/>
        </w:rPr>
        <w:t>acceptedAtMs="50000" maxDurationMs="30000" result="succeeded"</w:t>
      </w:r>
    </w:p>
    <w:p>
      <w:pPr>
        <w:pStyle w:val="ProtocolXML"/>
        <w:keepNext w:val="true"/>
        <w:keepLines/>
        <w:suppressAutoHyphens w:val="true"/>
        <w:spacing w:lineRule="auto" w:line="360"/>
        <w:ind w:start="680" w:hanging="0"/>
        <w:jc w:val="start"/>
        <w:rPr/>
      </w:pPr>
      <w:r>
        <w:rPr>
          <w:b w:val="false"/>
          <w:sz w:val="24"/>
          <w:lang w:val="zxx"/>
        </w:rPr>
        <w:t>reason="completed"/&gt;</w:t>
      </w:r>
    </w:p>
    <w:p>
      <w:pPr>
        <w:pStyle w:val="ProtocolXML"/>
        <w:keepNext w:val="true"/>
        <w:keepLines/>
        <w:suppressAutoHyphens w:val="true"/>
        <w:spacing w:lineRule="auto" w:line="360"/>
        <w:ind w:start="454" w:hanging="0"/>
        <w:jc w:val="start"/>
        <w:rPr/>
      </w:pPr>
      <w:r>
        <w:rPr>
          <w:b w:val="false"/>
          <w:sz w:val="24"/>
          <w:lang w:val="zxx"/>
        </w:rPr>
        <w:t>&lt;resource id="ou1" output="off" evidence="reportedMode" observedAtMs="71000"</w:t>
      </w:r>
    </w:p>
    <w:p>
      <w:pPr>
        <w:pStyle w:val="ProtocolXML"/>
        <w:keepNext w:val="true"/>
        <w:keepLines/>
        <w:suppressAutoHyphens w:val="true"/>
        <w:spacing w:lineRule="auto" w:line="360"/>
        <w:ind w:start="680" w:hanging="0"/>
        <w:jc w:val="start"/>
        <w:rPr/>
      </w:pPr>
      <w:r>
        <w:rPr>
          <w:b w:val="false"/>
          <w:sz w:val="24"/>
          <w:lang w:val="zxx"/>
        </w:rPr>
        <w:t>bindingGeneration="2"/&gt;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В.19 Результат сеанса: запрос продолжения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014</w:t>
      </w:r>
      <w:r>
        <w:rPr>
          <w:b w:val="false"/>
          <w:sz w:val="24"/>
        </w:rPr>
        <w:t xml:space="preserve">; начальное состояние определяется только этим фрагментом и его пояснением. Выбор сеанса и </w:t>
      </w:r>
      <w:r>
        <w:rPr>
          <w:b w:val="false"/>
          <w:sz w:val="24"/>
          <w:lang w:val="zxx"/>
        </w:rPr>
        <w:t>snapshotId</w:t>
      </w:r>
      <w:r>
        <w:rPr>
          <w:b w:val="false"/>
          <w:sz w:val="24"/>
        </w:rPr>
        <w:t xml:space="preserve"> сохраняются.</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id="00000000000000000000000000003008" action="session.get"</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controlEpoch="00000000000000000000000000000091"&gt;</w:t>
      </w:r>
    </w:p>
    <w:p>
      <w:pPr>
        <w:pStyle w:val="ProtocolXML"/>
        <w:keepNext w:val="true"/>
        <w:keepLines/>
        <w:suppressAutoHyphens w:val="true"/>
        <w:spacing w:lineRule="auto" w:line="360"/>
        <w:ind w:start="227" w:hanging="0"/>
        <w:jc w:val="start"/>
        <w:rPr/>
      </w:pPr>
      <w:r>
        <w:rPr>
          <w:b w:val="false"/>
          <w:sz w:val="24"/>
          <w:lang w:val="zxx"/>
        </w:rPr>
        <w:t>&lt;selection startSeq="1" snapshotId="00000000000000000000000000000094"</w:t>
      </w:r>
    </w:p>
    <w:p>
      <w:pPr>
        <w:pStyle w:val="ProtocolXML"/>
        <w:keepNext w:val="true"/>
        <w:keepLines/>
        <w:suppressAutoHyphens w:val="true"/>
        <w:spacing w:lineRule="auto" w:line="360"/>
        <w:ind w:start="454" w:hanging="0"/>
        <w:jc w:val="start"/>
        <w:rPr/>
      </w:pPr>
      <w:r>
        <w:rPr>
          <w:b w:val="false"/>
          <w:sz w:val="24"/>
          <w:lang w:val="zxx"/>
        </w:rPr>
        <w:t>cursor="page2"/&gt;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В.20 Результат сеанса: конец результата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014</w:t>
      </w:r>
      <w:r>
        <w:rPr>
          <w:b w:val="false"/>
          <w:sz w:val="24"/>
        </w:rPr>
        <w:t xml:space="preserve">; начальное состояние определяется только этим фрагментом и его пояснением. Последняя страница того же снимка; сводка </w:t>
      </w:r>
      <w:r>
        <w:rPr>
          <w:b w:val="false"/>
          <w:sz w:val="24"/>
          <w:lang w:val="zxx"/>
        </w:rPr>
        <w:t>session</w:t>
      </w:r>
      <w:r>
        <w:rPr>
          <w:b w:val="false"/>
          <w:sz w:val="24"/>
        </w:rPr>
        <w:t xml:space="preserve"> уже получена на первой. Счетчики относятся ко всему результату. </w:t>
      </w:r>
      <w:r>
        <w:rPr>
          <w:b w:val="false"/>
          <w:sz w:val="24"/>
          <w:lang w:val="zxx"/>
        </w:rPr>
        <w:t>timeline</w:t>
      </w:r>
      <w:r>
        <w:rPr>
          <w:b w:val="false"/>
          <w:sz w:val="24"/>
        </w:rPr>
        <w:t xml:space="preserve"> задает реальные границы исполнения; </w:t>
      </w:r>
      <w:r>
        <w:rPr>
          <w:b w:val="false"/>
          <w:sz w:val="24"/>
          <w:lang w:val="zxx"/>
        </w:rPr>
        <w:t>prepareTimeoutMs=2000</w:t>
      </w:r>
      <w:r>
        <w:rPr>
          <w:b w:val="false"/>
          <w:sz w:val="24"/>
        </w:rPr>
        <w:t xml:space="preserve">, </w:t>
      </w:r>
      <w:r>
        <w:rPr>
          <w:b w:val="false"/>
          <w:sz w:val="24"/>
          <w:lang w:val="zxx"/>
        </w:rPr>
        <w:t>stopBeginMs=100</w:t>
      </w:r>
      <w:r>
        <w:rPr>
          <w:b w:val="false"/>
          <w:sz w:val="24"/>
        </w:rPr>
        <w:t xml:space="preserve">, </w:t>
      </w:r>
      <w:r>
        <w:rPr>
          <w:b w:val="false"/>
          <w:sz w:val="24"/>
          <w:lang w:val="zxx"/>
        </w:rPr>
        <w:t>stopConfirmMs=3000.</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to="00000000000000000000000000003008"</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snapshotId="00000000000000000000000000000094" stateRevision="40"</w:t>
      </w:r>
    </w:p>
    <w:p>
      <w:pPr>
        <w:pStyle w:val="ProtocolXML"/>
        <w:keepNext w:val="true"/>
        <w:keepLines/>
        <w:suppressAutoHyphens w:val="true"/>
        <w:spacing w:lineRule="auto" w:line="360"/>
        <w:ind w:start="454" w:hanging="0"/>
        <w:jc w:val="start"/>
        <w:rPr/>
      </w:pPr>
      <w:r>
        <w:rPr>
          <w:b w:val="false"/>
          <w:sz w:val="24"/>
          <w:lang w:val="zxx"/>
        </w:rPr>
        <w:t>more="true" resourceCount="1" checkCount="1" observationCount="0"</w:t>
      </w:r>
    </w:p>
    <w:p>
      <w:pPr>
        <w:pStyle w:val="ProtocolXML"/>
        <w:keepNext w:val="true"/>
        <w:keepLines/>
        <w:suppressAutoHyphens w:val="true"/>
        <w:spacing w:lineRule="auto" w:line="360"/>
        <w:ind w:start="454" w:hanging="0"/>
        <w:jc w:val="start"/>
        <w:rPr/>
      </w:pPr>
      <w:r>
        <w:rPr>
          <w:b w:val="false"/>
          <w:sz w:val="24"/>
          <w:lang w:val="zxx"/>
        </w:rPr>
        <w:t>mode="siren" evaluatedAtMs="72000" executionCount="1" faultCount="0"</w:t>
      </w:r>
    </w:p>
    <w:p>
      <w:pPr>
        <w:pStyle w:val="ProtocolXML"/>
        <w:keepNext w:val="true"/>
        <w:keepLines/>
        <w:suppressAutoHyphens w:val="true"/>
        <w:spacing w:lineRule="auto" w:line="360"/>
        <w:ind w:start="454" w:hanging="0"/>
        <w:jc w:val="start"/>
        <w:rPr/>
      </w:pPr>
      <w:r>
        <w:rPr>
          <w:b w:val="false"/>
          <w:sz w:val="24"/>
          <w:lang w:val="zxx"/>
        </w:rPr>
        <w:t>cursor="proof"&gt;</w:t>
      </w:r>
    </w:p>
    <w:p>
      <w:pPr>
        <w:pStyle w:val="ProtocolXML"/>
        <w:keepNext w:val="true"/>
        <w:keepLines/>
        <w:suppressAutoHyphens w:val="true"/>
        <w:spacing w:lineRule="auto" w:line="360"/>
        <w:ind w:start="454" w:hanging="0"/>
        <w:jc w:val="start"/>
        <w:rPr/>
      </w:pPr>
      <w:r>
        <w:rPr>
          <w:b w:val="false"/>
          <w:sz w:val="24"/>
          <w:lang w:val="zxx"/>
        </w:rPr>
        <w:t>&lt;check id="outputOff" status="passed" resourceId="ou1" phase="stopped"/&gt;</w:t>
      </w:r>
    </w:p>
    <w:p>
      <w:pPr>
        <w:pStyle w:val="ProtocolXML"/>
        <w:keepNext w:val="true"/>
        <w:keepLines/>
        <w:suppressAutoHyphens w:val="true"/>
        <w:spacing w:lineRule="auto" w:line="360"/>
        <w:ind w:start="454" w:hanging="0"/>
        <w:jc w:val="start"/>
        <w:rPr/>
      </w:pPr>
      <w:r>
        <w:rPr>
          <w:b w:val="false"/>
          <w:sz w:val="24"/>
          <w:lang w:val="zxx"/>
        </w:rPr>
        <w:t>&lt;timeline sessionId="00000000000000000000000000000581"</w:t>
      </w:r>
    </w:p>
    <w:p>
      <w:pPr>
        <w:pStyle w:val="ProtocolXML"/>
        <w:keepNext w:val="true"/>
        <w:keepLines/>
        <w:suppressAutoHyphens w:val="true"/>
        <w:spacing w:lineRule="auto" w:line="360"/>
        <w:ind w:start="680" w:hanging="0"/>
        <w:jc w:val="start"/>
        <w:rPr/>
      </w:pPr>
      <w:r>
        <w:rPr>
          <w:b w:val="false"/>
          <w:sz w:val="24"/>
          <w:lang w:val="zxx"/>
        </w:rPr>
        <w:t>prepareDeadlineMs="52000" runningAtMs="50100" runDeadlineMs="70100"</w:t>
      </w:r>
    </w:p>
    <w:p>
      <w:pPr>
        <w:pStyle w:val="ProtocolXML"/>
        <w:keepNext w:val="true"/>
        <w:keepLines/>
        <w:suppressAutoHyphens w:val="true"/>
        <w:spacing w:lineRule="auto" w:line="360"/>
        <w:ind w:start="680" w:hanging="0"/>
        <w:jc w:val="start"/>
        <w:rPr/>
      </w:pPr>
      <w:r>
        <w:rPr>
          <w:b w:val="false"/>
          <w:sz w:val="24"/>
          <w:lang w:val="zxx"/>
        </w:rPr>
        <w:t>stoppingAtMs="70100" stopIssuedAtMs="70120" stopBeginDeadlineMs="70200"</w:t>
      </w:r>
    </w:p>
    <w:p>
      <w:pPr>
        <w:pStyle w:val="ProtocolXML"/>
        <w:keepNext w:val="true"/>
        <w:keepLines/>
        <w:suppressAutoHyphens w:val="true"/>
        <w:spacing w:lineRule="auto" w:line="360"/>
        <w:ind w:start="680" w:hanging="0"/>
        <w:jc w:val="start"/>
        <w:rPr/>
      </w:pPr>
      <w:r>
        <w:rPr>
          <w:b w:val="false"/>
          <w:sz w:val="24"/>
          <w:lang w:val="zxx"/>
        </w:rPr>
        <w:t>stopConfirmDeadlineMs="73100" finishedAtMs="71100"/&gt;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В.21 Описание устройства: запрос</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016</w:t>
      </w:r>
      <w:r>
        <w:rPr>
          <w:b w:val="false"/>
          <w:sz w:val="24"/>
        </w:rPr>
        <w:t xml:space="preserve">; начальное состояние определяется только этим фрагментом и его пояснением. После выбора профиля; владение </w:t>
      </w:r>
      <w:r>
        <w:rPr>
          <w:b w:val="false"/>
          <w:sz w:val="24"/>
          <w:lang w:val="zxx"/>
        </w:rPr>
        <w:t>НЕ ТРЕБУЕТСЯ</w:t>
      </w:r>
      <w:r>
        <w:rPr>
          <w:b w:val="false"/>
          <w:sz w:val="24"/>
        </w:rPr>
        <w:t>.</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false"/>
        <w:keepLines/>
        <w:suppressAutoHyphens w:val="true"/>
        <w:spacing w:lineRule="auto" w:line="360"/>
        <w:ind w:start="227" w:hanging="0"/>
        <w:jc w:val="start"/>
        <w:rPr/>
      </w:pPr>
      <w:r>
        <w:rPr>
          <w:b w:val="false"/>
          <w:sz w:val="24"/>
          <w:lang w:val="zxx"/>
        </w:rPr>
        <w:t>id="00000000000000000000000000003100" action="device.describe"/&gt;</w:t>
      </w:r>
    </w:p>
    <w:p>
      <w:pPr>
        <w:pStyle w:val="2"/>
        <w:rPr/>
      </w:pPr>
      <w:r>
        <w:rPr>
          <w:sz w:val="24"/>
        </w:rPr>
        <w:t>В.22 Описание устройства: ответ</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016</w:t>
      </w:r>
      <w:r>
        <w:rPr>
          <w:b w:val="false"/>
          <w:sz w:val="24"/>
        </w:rPr>
        <w:t xml:space="preserve">; начальное состояние определяется только этим фрагментом и его пояснением. Монотонное время относится к </w:t>
      </w:r>
      <w:r>
        <w:rPr>
          <w:b w:val="false"/>
          <w:sz w:val="24"/>
          <w:lang w:val="zxx"/>
        </w:rPr>
        <w:t>bootId</w:t>
      </w:r>
      <w:r>
        <w:rPr>
          <w:b w:val="false"/>
          <w:sz w:val="24"/>
        </w:rPr>
        <w:t xml:space="preserve"> ответа.</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to="00000000000000000000000000003100"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&lt;device deviceId="00000000000000000000000000000072" kind="vau" version="1.0"</w:t>
      </w:r>
    </w:p>
    <w:p>
      <w:pPr>
        <w:pStyle w:val="ProtocolXML"/>
        <w:keepNext w:val="true"/>
        <w:keepLines/>
        <w:suppressAutoHyphens w:val="true"/>
        <w:spacing w:lineRule="auto" w:line="360"/>
        <w:ind w:start="454" w:hanging="0"/>
        <w:jc w:val="start"/>
        <w:rPr/>
      </w:pPr>
      <w:r>
        <w:rPr>
          <w:b w:val="false"/>
          <w:sz w:val="24"/>
          <w:lang w:val="zxx"/>
        </w:rPr>
        <w:t>uptimeMs="50000" securityPolicy="optional"/&gt;</w:t>
      </w:r>
    </w:p>
    <w:p>
      <w:pPr>
        <w:pStyle w:val="ProtocolXML"/>
        <w:keepNext w:val="true"/>
        <w:keepLines/>
        <w:suppressAutoHyphens w:val="true"/>
        <w:spacing w:lineRule="auto" w:line="360"/>
        <w:ind w:start="227" w:hanging="0"/>
        <w:jc w:val="start"/>
        <w:rPr/>
      </w:pPr>
      <w:r>
        <w:rPr>
          <w:b w:val="false"/>
          <w:sz w:val="24"/>
          <w:lang w:val="zxx"/>
        </w:rPr>
        <w:t>&lt;info protocolName="Открытый протокол систем оповещения"/&gt;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В.23 Возможности устройства: первая страница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018</w:t>
      </w:r>
      <w:r>
        <w:rPr>
          <w:b w:val="false"/>
          <w:sz w:val="24"/>
        </w:rPr>
        <w:t>; начальное состояние определяется только этим фрагментом и его пояснением. Запрос всего каталога возможностей УУ.</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false"/>
        <w:keepLines/>
        <w:suppressAutoHyphens w:val="true"/>
        <w:spacing w:lineRule="auto" w:line="360"/>
        <w:ind w:start="227" w:hanging="0"/>
        <w:jc w:val="start"/>
        <w:rPr/>
      </w:pPr>
      <w:r>
        <w:rPr>
          <w:b w:val="false"/>
          <w:sz w:val="24"/>
          <w:lang w:val="zxx"/>
        </w:rPr>
        <w:t>id="00000000000000000000000000003101" action="device.capabilities"/&gt;</w:t>
      </w:r>
    </w:p>
    <w:p>
      <w:pPr>
        <w:pStyle w:val="2"/>
        <w:rPr/>
      </w:pPr>
      <w:r>
        <w:rPr>
          <w:sz w:val="24"/>
        </w:rPr>
        <w:t>В.24 Возможности устройства: страница возможностей</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018</w:t>
      </w:r>
      <w:r>
        <w:rPr>
          <w:b w:val="false"/>
          <w:sz w:val="24"/>
        </w:rPr>
        <w:t xml:space="preserve">; начальное состояние определяется только этим фрагментом и его пояснением. </w:t>
      </w:r>
      <w:r>
        <w:rPr>
          <w:b w:val="false"/>
          <w:sz w:val="24"/>
          <w:lang w:val="zxx"/>
        </w:rPr>
        <w:t>more=true:</w:t>
      </w:r>
      <w:r>
        <w:rPr>
          <w:b w:val="false"/>
          <w:sz w:val="24"/>
        </w:rPr>
        <w:t xml:space="preserve"> перечисление продолжается; эта страница не объявляет полный набор команд и лимитов.</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to="00000000000000000000000000003101"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&lt;capabilities snapshotId="00000000000000000000000000000095"</w:t>
      </w:r>
    </w:p>
    <w:p>
      <w:pPr>
        <w:pStyle w:val="ProtocolXML"/>
        <w:keepNext w:val="true"/>
        <w:keepLines/>
        <w:suppressAutoHyphens w:val="true"/>
        <w:spacing w:lineRule="auto" w:line="360"/>
        <w:ind w:start="454" w:hanging="0"/>
        <w:jc w:val="start"/>
        <w:rPr/>
      </w:pPr>
      <w:r>
        <w:rPr>
          <w:b w:val="false"/>
          <w:sz w:val="24"/>
          <w:lang w:val="zxx"/>
        </w:rPr>
        <w:t>capabilityRevision="4" more="true" cursor="page2"&gt;</w:t>
      </w:r>
    </w:p>
    <w:p>
      <w:pPr>
        <w:pStyle w:val="ProtocolXML"/>
        <w:keepNext w:val="true"/>
        <w:keepLines/>
        <w:suppressAutoHyphens w:val="true"/>
        <w:spacing w:lineRule="auto" w:line="360"/>
        <w:ind w:start="454" w:hanging="0"/>
        <w:jc w:val="start"/>
        <w:rPr/>
      </w:pPr>
      <w:r>
        <w:rPr>
          <w:b w:val="false"/>
          <w:sz w:val="24"/>
          <w:lang w:val="zxx"/>
        </w:rPr>
        <w:t>&lt;mode id="siren"/&gt;</w:t>
      </w:r>
    </w:p>
    <w:p>
      <w:pPr>
        <w:pStyle w:val="ProtocolXML"/>
        <w:keepNext w:val="true"/>
        <w:keepLines/>
        <w:suppressAutoHyphens w:val="true"/>
        <w:spacing w:lineRule="auto" w:line="360"/>
        <w:ind w:start="454" w:hanging="0"/>
        <w:jc w:val="start"/>
        <w:rPr/>
      </w:pPr>
      <w:r>
        <w:rPr>
          <w:b w:val="false"/>
          <w:sz w:val="24"/>
          <w:lang w:val="zxx"/>
        </w:rPr>
        <w:t>&lt;command name="session.start"/&gt;</w:t>
      </w:r>
    </w:p>
    <w:p>
      <w:pPr>
        <w:pStyle w:val="ProtocolXML"/>
        <w:keepNext w:val="true"/>
        <w:keepLines/>
        <w:suppressAutoHyphens w:val="true"/>
        <w:spacing w:lineRule="auto" w:line="360"/>
        <w:ind w:start="454" w:hanging="0"/>
        <w:jc w:val="start"/>
        <w:rPr/>
      </w:pPr>
      <w:r>
        <w:rPr>
          <w:b w:val="false"/>
          <w:sz w:val="24"/>
          <w:lang w:val="zxx"/>
        </w:rPr>
        <w:t>&lt;resource id="ou1" ouId="ou1" bindingGeneration="2" conflictGroup="amplifier1"/&gt;</w:t>
      </w:r>
    </w:p>
    <w:p>
      <w:pPr>
        <w:pStyle w:val="ProtocolXML"/>
        <w:keepNext w:val="true"/>
        <w:keepLines/>
        <w:suppressAutoHyphens w:val="true"/>
        <w:spacing w:lineRule="auto" w:line="360"/>
        <w:ind w:start="454" w:hanging="0"/>
        <w:jc w:val="start"/>
        <w:rPr/>
      </w:pPr>
      <w:r>
        <w:rPr>
          <w:b w:val="false"/>
          <w:sz w:val="24"/>
          <w:lang w:val="zxx"/>
        </w:rPr>
        <w:t>&lt;limit name="heartbeatIntervalMs" value="5000"/&gt;</w:t>
      </w:r>
    </w:p>
    <w:p>
      <w:pPr>
        <w:pStyle w:val="ProtocolXML"/>
        <w:keepNext w:val="true"/>
        <w:keepLines/>
        <w:suppressAutoHyphens w:val="true"/>
        <w:spacing w:lineRule="auto" w:line="360"/>
        <w:ind w:start="227" w:hanging="0"/>
        <w:jc w:val="start"/>
        <w:rPr/>
      </w:pPr>
      <w:r>
        <w:rPr>
          <w:b w:val="false"/>
          <w:sz w:val="24"/>
          <w:lang w:val="zxx"/>
        </w:rPr>
        <w:t>&lt;/capabilities&gt;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В.25 Состояние устройства: запрос снимка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020</w:t>
      </w:r>
      <w:r>
        <w:rPr>
          <w:b w:val="false"/>
          <w:sz w:val="24"/>
        </w:rPr>
        <w:t>; начальное состояние определяется только этим фрагментом и его пояснением. Отдельное наблюдение состояния, без захвата владения.</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false"/>
        <w:keepLines/>
        <w:suppressAutoHyphens w:val="true"/>
        <w:spacing w:lineRule="auto" w:line="360"/>
        <w:ind w:start="227" w:hanging="0"/>
        <w:jc w:val="start"/>
        <w:rPr/>
      </w:pPr>
      <w:r>
        <w:rPr>
          <w:b w:val="false"/>
          <w:sz w:val="24"/>
          <w:lang w:val="zxx"/>
        </w:rPr>
        <w:t>id="00000000000000000000000000003102" action="device.state"/&gt;</w:t>
      </w:r>
    </w:p>
    <w:p>
      <w:pPr>
        <w:pStyle w:val="2"/>
        <w:rPr/>
      </w:pPr>
      <w:r>
        <w:rPr>
          <w:sz w:val="24"/>
        </w:rPr>
        <w:t>В.26 Состояние устройства: снимок и граница событий</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020</w:t>
      </w:r>
      <w:r>
        <w:rPr>
          <w:b w:val="false"/>
          <w:sz w:val="24"/>
        </w:rPr>
        <w:t xml:space="preserve">; начальное состояние определяется только этим фрагментом и его пояснением. Исходная точка для последующего </w:t>
      </w:r>
      <w:r>
        <w:rPr>
          <w:b w:val="false"/>
          <w:sz w:val="24"/>
          <w:lang w:val="zxx"/>
        </w:rPr>
        <w:t>events.read</w:t>
      </w:r>
      <w:r>
        <w:rPr>
          <w:b w:val="false"/>
          <w:sz w:val="24"/>
        </w:rPr>
        <w:t xml:space="preserve"> </w:t>
      </w:r>
      <w:r>
        <w:rPr>
          <w:b w:val="false"/>
          <w:sz w:val="24"/>
          <w:lang w:val="zxx"/>
        </w:rPr>
        <w:t>afterSeq=207.</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to="00000000000000000000000000003102"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&lt;state snapshotId="00000000000000000000000000000096" stateRevision="31"</w:t>
      </w:r>
    </w:p>
    <w:p>
      <w:pPr>
        <w:pStyle w:val="ProtocolXML"/>
        <w:keepNext w:val="true"/>
        <w:keepLines/>
        <w:suppressAutoHyphens w:val="true"/>
        <w:spacing w:lineRule="auto" w:line="360"/>
        <w:ind w:start="454" w:hanging="0"/>
        <w:jc w:val="start"/>
        <w:rPr/>
      </w:pPr>
      <w:r>
        <w:rPr>
          <w:b w:val="false"/>
          <w:sz w:val="24"/>
          <w:lang w:val="zxx"/>
        </w:rPr>
        <w:t>eventSeq="207" capabilityRevision="4" uptimeMs="50000" resourceCount="1"</w:t>
      </w:r>
    </w:p>
    <w:p>
      <w:pPr>
        <w:pStyle w:val="ProtocolXML"/>
        <w:keepNext w:val="true"/>
        <w:keepLines/>
        <w:suppressAutoHyphens w:val="true"/>
        <w:spacing w:lineRule="auto" w:line="360"/>
        <w:ind w:start="454" w:hanging="0"/>
        <w:jc w:val="start"/>
        <w:rPr/>
      </w:pPr>
      <w:r>
        <w:rPr>
          <w:b w:val="false"/>
          <w:sz w:val="24"/>
          <w:lang w:val="zxx"/>
        </w:rPr>
        <w:t>alarmCount="0" sessionCount="0" more="false"&gt;</w:t>
      </w:r>
    </w:p>
    <w:p>
      <w:pPr>
        <w:pStyle w:val="ProtocolXML"/>
        <w:keepNext w:val="true"/>
        <w:keepLines/>
        <w:suppressAutoHyphens w:val="true"/>
        <w:spacing w:lineRule="auto" w:line="360"/>
        <w:ind w:start="454" w:hanging="0"/>
        <w:jc w:val="start"/>
        <w:rPr/>
      </w:pPr>
      <w:r>
        <w:rPr>
          <w:b w:val="false"/>
          <w:sz w:val="24"/>
          <w:lang w:val="zxx"/>
        </w:rPr>
        <w:t>&lt;configuration configRevision="7" appliedRevision="7" onControlLoss="finish"/&gt;</w:t>
      </w:r>
    </w:p>
    <w:p>
      <w:pPr>
        <w:pStyle w:val="ProtocolXML"/>
        <w:keepNext w:val="true"/>
        <w:keepLines/>
        <w:suppressAutoHyphens w:val="true"/>
        <w:spacing w:lineRule="auto" w:line="360"/>
        <w:ind w:start="454" w:hanging="0"/>
        <w:jc w:val="start"/>
        <w:rPr/>
      </w:pPr>
      <w:r>
        <w:rPr>
          <w:b w:val="false"/>
          <w:sz w:val="24"/>
          <w:lang w:val="zxx"/>
        </w:rPr>
        <w:t>&lt;ownership state="free"/&gt;</w:t>
      </w:r>
    </w:p>
    <w:p>
      <w:pPr>
        <w:pStyle w:val="ProtocolXML"/>
        <w:keepNext w:val="true"/>
        <w:keepLines/>
        <w:suppressAutoHyphens w:val="true"/>
        <w:spacing w:lineRule="auto" w:line="360"/>
        <w:ind w:start="454" w:hanging="0"/>
        <w:jc w:val="start"/>
        <w:rPr/>
      </w:pPr>
      <w:r>
        <w:rPr>
          <w:b w:val="false"/>
          <w:sz w:val="24"/>
          <w:lang w:val="zxx"/>
        </w:rPr>
        <w:t>&lt;recovery state="ready"/&gt;</w:t>
      </w:r>
    </w:p>
    <w:p>
      <w:pPr>
        <w:pStyle w:val="ProtocolXML"/>
        <w:keepNext w:val="true"/>
        <w:keepLines/>
        <w:suppressAutoHyphens w:val="true"/>
        <w:spacing w:lineRule="auto" w:line="360"/>
        <w:ind w:start="454" w:hanging="0"/>
        <w:jc w:val="start"/>
        <w:rPr/>
      </w:pPr>
      <w:r>
        <w:rPr>
          <w:b w:val="false"/>
          <w:sz w:val="24"/>
          <w:lang w:val="zxx"/>
        </w:rPr>
        <w:t>&lt;resource id="ou1" output="off" evidence="reportedMode" observedAtMs="49900"/&gt;</w:t>
      </w:r>
    </w:p>
    <w:p>
      <w:pPr>
        <w:pStyle w:val="ProtocolXML"/>
        <w:keepNext w:val="true"/>
        <w:keepLines/>
        <w:suppressAutoHyphens w:val="true"/>
        <w:spacing w:lineRule="auto" w:line="360"/>
        <w:ind w:start="227" w:hanging="0"/>
        <w:jc w:val="start"/>
        <w:rPr/>
      </w:pPr>
      <w:r>
        <w:rPr>
          <w:b w:val="false"/>
          <w:sz w:val="24"/>
          <w:lang w:val="zxx"/>
        </w:rPr>
        <w:t>&lt;/state&gt;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В.27 Каталог: запрос описания точки</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022</w:t>
      </w:r>
      <w:r>
        <w:rPr>
          <w:b w:val="false"/>
          <w:sz w:val="24"/>
        </w:rPr>
        <w:t>; начальное состояние определяется только этим фрагментом и его пояснением. Постоянное описание читается отдельно от измерений.</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id="00000000000000000000000000002004" action="inventory.get"&gt;</w:t>
      </w:r>
    </w:p>
    <w:p>
      <w:pPr>
        <w:pStyle w:val="ProtocolXML"/>
        <w:keepNext w:val="true"/>
        <w:keepLines/>
        <w:suppressAutoHyphens w:val="true"/>
        <w:spacing w:lineRule="auto" w:line="360"/>
        <w:ind w:start="227" w:hanging="0"/>
        <w:jc w:val="start"/>
        <w:rPr/>
      </w:pPr>
      <w:r>
        <w:rPr>
          <w:b w:val="false"/>
          <w:sz w:val="24"/>
          <w:lang w:val="zxx"/>
        </w:rPr>
        <w:t>&lt;selection pointId="ou1.mainsMissing"/&gt;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В.28 Каталог: одна страница описания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022</w:t>
      </w:r>
      <w:r>
        <w:rPr>
          <w:b w:val="false"/>
          <w:sz w:val="24"/>
        </w:rPr>
        <w:t xml:space="preserve">; начальное состояние определяется только этим фрагментом и его пояснением. Самостоятельная запись </w:t>
      </w:r>
      <w:r>
        <w:rPr>
          <w:b w:val="false"/>
          <w:sz w:val="24"/>
          <w:lang w:val="zxx"/>
        </w:rPr>
        <w:t>facet=source</w:t>
      </w:r>
      <w:r>
        <w:rPr>
          <w:b w:val="false"/>
          <w:sz w:val="24"/>
        </w:rPr>
        <w:t xml:space="preserve"> укладывается в лимит атрибутов. </w:t>
      </w:r>
      <w:r>
        <w:rPr>
          <w:b w:val="false"/>
          <w:sz w:val="24"/>
          <w:lang w:val="zxx"/>
        </w:rPr>
        <w:t>more=true</w:t>
      </w:r>
      <w:r>
        <w:rPr>
          <w:b w:val="false"/>
          <w:sz w:val="24"/>
        </w:rPr>
        <w:t xml:space="preserve"> и </w:t>
      </w:r>
      <w:r>
        <w:rPr>
          <w:b w:val="false"/>
          <w:sz w:val="24"/>
          <w:lang w:val="zxx"/>
        </w:rPr>
        <w:t>cursor</w:t>
      </w:r>
      <w:r>
        <w:rPr>
          <w:b w:val="false"/>
          <w:sz w:val="24"/>
        </w:rPr>
        <w:t xml:space="preserve"> требуют следующей страницы того же </w:t>
      </w:r>
      <w:r>
        <w:rPr>
          <w:b w:val="false"/>
          <w:sz w:val="24"/>
          <w:lang w:val="zxx"/>
        </w:rPr>
        <w:t>snapshotId</w:t>
      </w:r>
      <w:r>
        <w:rPr>
          <w:b w:val="false"/>
          <w:sz w:val="24"/>
        </w:rPr>
        <w:t>; это еще не полный каталог.</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to="00000000000000000000000000002004"</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&lt;inventory snapshotId="00000000000000000000000000000093"</w:t>
      </w:r>
    </w:p>
    <w:p>
      <w:pPr>
        <w:pStyle w:val="ProtocolXML"/>
        <w:keepNext w:val="true"/>
        <w:keepLines/>
        <w:suppressAutoHyphens w:val="true"/>
        <w:spacing w:lineRule="auto" w:line="360"/>
        <w:ind w:start="454" w:hanging="0"/>
        <w:jc w:val="start"/>
        <w:rPr/>
      </w:pPr>
      <w:r>
        <w:rPr>
          <w:b w:val="false"/>
          <w:sz w:val="24"/>
          <w:lang w:val="zxx"/>
        </w:rPr>
        <w:t>capabilityRevision="4" bindingGeneration="2" more="true" cursor="page2"&gt;</w:t>
      </w:r>
    </w:p>
    <w:p>
      <w:pPr>
        <w:pStyle w:val="ProtocolXML"/>
        <w:keepNext w:val="true"/>
        <w:keepLines/>
        <w:suppressAutoHyphens w:val="true"/>
        <w:spacing w:lineRule="auto" w:line="360"/>
        <w:ind w:start="454" w:hanging="0"/>
        <w:jc w:val="start"/>
        <w:rPr/>
      </w:pPr>
      <w:r>
        <w:rPr>
          <w:b w:val="false"/>
          <w:sz w:val="24"/>
          <w:lang w:val="zxx"/>
        </w:rPr>
        <w:t>&lt;point id="ou1.mainsMissing" facet="source" sourceKind="ouReply"</w:t>
      </w:r>
    </w:p>
    <w:p>
      <w:pPr>
        <w:pStyle w:val="ProtocolXML"/>
        <w:keepNext w:val="true"/>
        <w:keepLines/>
        <w:suppressAutoHyphens w:val="true"/>
        <w:spacing w:lineRule="auto" w:line="360"/>
        <w:ind w:start="680" w:hanging="0"/>
        <w:jc w:val="start"/>
        <w:rPr/>
      </w:pPr>
      <w:r>
        <w:rPr>
          <w:b w:val="false"/>
          <w:sz w:val="24"/>
          <w:lang w:val="zxx"/>
        </w:rPr>
        <w:t>presence="present" support="supported"/&gt;</w:t>
      </w:r>
    </w:p>
    <w:p>
      <w:pPr>
        <w:pStyle w:val="ProtocolXML"/>
        <w:keepNext w:val="true"/>
        <w:keepLines/>
        <w:suppressAutoHyphens w:val="true"/>
        <w:spacing w:lineRule="auto" w:line="360"/>
        <w:ind w:start="227" w:hanging="0"/>
        <w:jc w:val="start"/>
        <w:rPr/>
      </w:pPr>
      <w:r>
        <w:rPr>
          <w:b w:val="false"/>
          <w:sz w:val="24"/>
          <w:lang w:val="zxx"/>
        </w:rPr>
        <w:t>&lt;/inventory&gt;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В.29 Датчик: чтение сохраненного показания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024</w:t>
      </w:r>
      <w:r>
        <w:rPr>
          <w:b w:val="false"/>
          <w:sz w:val="24"/>
        </w:rPr>
        <w:t>; начальное состояние определяется только этим фрагментом и его пояснением. Чтение точки не запускает функциональный тест и не меняет возраст показания.</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id="00000000000000000000000000002001" action="sensors.read"&gt;</w:t>
      </w:r>
    </w:p>
    <w:p>
      <w:pPr>
        <w:pStyle w:val="ProtocolXML"/>
        <w:keepNext w:val="true"/>
        <w:keepLines/>
        <w:suppressAutoHyphens w:val="true"/>
        <w:spacing w:lineRule="auto" w:line="360"/>
        <w:ind w:start="227" w:hanging="0"/>
        <w:jc w:val="start"/>
        <w:rPr/>
      </w:pPr>
      <w:r>
        <w:rPr>
          <w:b w:val="false"/>
          <w:sz w:val="24"/>
          <w:lang w:val="zxx"/>
        </w:rPr>
        <w:t>&lt;selection&gt;</w:t>
      </w:r>
    </w:p>
    <w:p>
      <w:pPr>
        <w:pStyle w:val="ProtocolXML"/>
        <w:keepNext w:val="true"/>
        <w:keepLines/>
        <w:suppressAutoHyphens w:val="true"/>
        <w:spacing w:lineRule="auto" w:line="360"/>
        <w:ind w:start="454" w:hanging="0"/>
        <w:jc w:val="start"/>
        <w:rPr/>
      </w:pPr>
      <w:r>
        <w:rPr>
          <w:b w:val="false"/>
          <w:sz w:val="24"/>
          <w:lang w:val="zxx"/>
        </w:rPr>
        <w:t>&lt;point id="ou1.mainsMissing"/&gt;</w:t>
      </w:r>
    </w:p>
    <w:p>
      <w:pPr>
        <w:pStyle w:val="ProtocolXML"/>
        <w:keepNext w:val="true"/>
        <w:keepLines/>
        <w:suppressAutoHyphens w:val="true"/>
        <w:spacing w:lineRule="auto" w:line="360"/>
        <w:ind w:start="227" w:hanging="0"/>
        <w:jc w:val="start"/>
        <w:rPr/>
      </w:pPr>
      <w:r>
        <w:rPr>
          <w:b w:val="false"/>
          <w:sz w:val="24"/>
          <w:lang w:val="zxx"/>
        </w:rPr>
        <w:t>&lt;/selection&gt;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В.30 Датчик: значение и его качество</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024</w:t>
      </w:r>
      <w:r>
        <w:rPr>
          <w:b w:val="false"/>
          <w:sz w:val="24"/>
        </w:rPr>
        <w:t xml:space="preserve">; начальное состояние определяется только этим фрагментом и его пояснением. </w:t>
      </w:r>
      <w:r>
        <w:rPr>
          <w:b w:val="false"/>
          <w:sz w:val="24"/>
          <w:lang w:val="zxx"/>
        </w:rPr>
        <w:t>complete</w:t>
      </w:r>
      <w:r>
        <w:rPr>
          <w:b w:val="false"/>
          <w:sz w:val="24"/>
        </w:rPr>
        <w:t xml:space="preserve"> относится к выбранному набору из одной точки. </w:t>
      </w:r>
      <w:r>
        <w:rPr>
          <w:b w:val="false"/>
          <w:sz w:val="24"/>
          <w:lang w:val="zxx"/>
        </w:rPr>
        <w:t>capabilityRevision</w:t>
      </w:r>
      <w:r>
        <w:rPr>
          <w:b w:val="false"/>
          <w:sz w:val="24"/>
        </w:rPr>
        <w:t xml:space="preserve"> обозначает версию состава каталога. </w:t>
      </w:r>
      <w:r>
        <w:rPr>
          <w:b w:val="false"/>
          <w:sz w:val="24"/>
          <w:lang w:val="zxx"/>
        </w:rPr>
        <w:t>observedAtMs</w:t>
      </w:r>
      <w:r>
        <w:rPr>
          <w:b w:val="false"/>
          <w:sz w:val="24"/>
        </w:rPr>
        <w:t xml:space="preserve"> - время получения наблюдения в монотонной шкале УУ; численные интервалы иллюстративны.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to="00000000000000000000000000002001"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&lt;snapshot snapshotId="00000000000000000000000000000092"</w:t>
      </w:r>
    </w:p>
    <w:p>
      <w:pPr>
        <w:pStyle w:val="ProtocolXML"/>
        <w:keepNext w:val="true"/>
        <w:keepLines/>
        <w:suppressAutoHyphens w:val="true"/>
        <w:spacing w:lineRule="auto" w:line="360"/>
        <w:ind w:start="454" w:hanging="0"/>
        <w:jc w:val="start"/>
        <w:rPr/>
      </w:pPr>
      <w:r>
        <w:rPr>
          <w:b w:val="false"/>
          <w:sz w:val="24"/>
          <w:lang w:val="zxx"/>
        </w:rPr>
        <w:t>bindingGeneration="2" more="false" capabilityRevision="4" stateRevision="31"</w:t>
      </w:r>
    </w:p>
    <w:p>
      <w:pPr>
        <w:pStyle w:val="ProtocolXML"/>
        <w:keepNext w:val="true"/>
        <w:keepLines/>
        <w:suppressAutoHyphens w:val="true"/>
        <w:spacing w:lineRule="auto" w:line="360"/>
        <w:ind w:start="454" w:hanging="0"/>
        <w:jc w:val="start"/>
        <w:rPr/>
      </w:pPr>
      <w:r>
        <w:rPr>
          <w:b w:val="false"/>
          <w:sz w:val="24"/>
          <w:lang w:val="zxx"/>
        </w:rPr>
        <w:t>eventSeq="207" evaluatedAtMs="50000" complete="true"&gt;</w:t>
      </w:r>
    </w:p>
    <w:p>
      <w:pPr>
        <w:pStyle w:val="ProtocolXML"/>
        <w:keepNext w:val="true"/>
        <w:keepLines/>
        <w:suppressAutoHyphens w:val="true"/>
        <w:spacing w:lineRule="auto" w:line="360"/>
        <w:ind w:start="454" w:hanging="0"/>
        <w:jc w:val="start"/>
        <w:rPr/>
      </w:pPr>
      <w:r>
        <w:rPr>
          <w:b w:val="false"/>
          <w:sz w:val="24"/>
          <w:lang w:val="zxx"/>
        </w:rPr>
        <w:t>&lt;point id="ou1.mainsMissing" value="true" validity="valid" freshness="fresh"</w:t>
      </w:r>
    </w:p>
    <w:p>
      <w:pPr>
        <w:pStyle w:val="ProtocolXML"/>
        <w:keepNext w:val="true"/>
        <w:keepLines/>
        <w:suppressAutoHyphens w:val="true"/>
        <w:spacing w:lineRule="auto" w:line="360"/>
        <w:ind w:start="680" w:hanging="0"/>
        <w:jc w:val="start"/>
        <w:rPr/>
      </w:pPr>
      <w:r>
        <w:rPr>
          <w:b w:val="false"/>
          <w:sz w:val="24"/>
          <w:lang w:val="zxx"/>
        </w:rPr>
        <w:t>sourceId="ou1" sourceKind="ouReply" sampleSeq="23" observedAtMs="49900"</w:t>
      </w:r>
    </w:p>
    <w:p>
      <w:pPr>
        <w:pStyle w:val="ProtocolXML"/>
        <w:keepNext w:val="true"/>
        <w:keepLines/>
        <w:suppressAutoHyphens w:val="true"/>
        <w:spacing w:lineRule="auto" w:line="360"/>
        <w:ind w:start="680" w:hanging="0"/>
        <w:jc w:val="start"/>
        <w:rPr/>
      </w:pPr>
      <w:r>
        <w:rPr>
          <w:b w:val="false"/>
          <w:sz w:val="24"/>
          <w:lang w:val="zxx"/>
        </w:rPr>
        <w:t>changedAtMs="43000" maxAgeMs="2000" type="bool"/&gt;</w:t>
      </w:r>
    </w:p>
    <w:p>
      <w:pPr>
        <w:pStyle w:val="ProtocolXML"/>
        <w:keepNext w:val="true"/>
        <w:keepLines/>
        <w:suppressAutoHyphens w:val="true"/>
        <w:spacing w:lineRule="auto" w:line="360"/>
        <w:ind w:start="227" w:hanging="0"/>
        <w:jc w:val="start"/>
        <w:rPr/>
      </w:pPr>
      <w:r>
        <w:rPr>
          <w:b w:val="false"/>
          <w:sz w:val="24"/>
          <w:lang w:val="zxx"/>
        </w:rPr>
        <w:t>&lt;/snapshot&gt;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В.31 События: запрос после обработанного номера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026</w:t>
      </w:r>
      <w:r>
        <w:rPr>
          <w:b w:val="false"/>
          <w:sz w:val="24"/>
        </w:rPr>
        <w:t xml:space="preserve">; начальное состояние определяется только этим фрагментом и его пояснением. Обычный запрос </w:t>
      </w:r>
      <w:r>
        <w:rPr>
          <w:b w:val="false"/>
          <w:sz w:val="24"/>
          <w:lang w:val="zxx"/>
        </w:rPr>
        <w:t>pull-</w:t>
      </w:r>
      <w:r>
        <w:rPr>
          <w:b w:val="false"/>
          <w:sz w:val="24"/>
        </w:rPr>
        <w:t xml:space="preserve">доставки. Курсор относится к указанному </w:t>
      </w:r>
      <w:r>
        <w:rPr>
          <w:b w:val="false"/>
          <w:sz w:val="24"/>
          <w:lang w:val="zxx"/>
        </w:rPr>
        <w:t>bootId.</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id="00000000000000000000000000002003" action="events.read"&gt;</w:t>
      </w:r>
    </w:p>
    <w:p>
      <w:pPr>
        <w:pStyle w:val="ProtocolXML"/>
        <w:keepNext w:val="true"/>
        <w:keepLines/>
        <w:suppressAutoHyphens w:val="true"/>
        <w:spacing w:lineRule="auto" w:line="360"/>
        <w:ind w:start="227" w:hanging="0"/>
        <w:jc w:val="start"/>
        <w:rPr/>
      </w:pPr>
      <w:r>
        <w:rPr>
          <w:b w:val="false"/>
          <w:sz w:val="24"/>
          <w:lang w:val="zxx"/>
        </w:rPr>
        <w:t>&lt;events bootId="00000000000000000000000000000073" afterSeq="207"/&gt;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В.32 Потеря взаимодействия с ОУ: событие в ответе на чтение</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026</w:t>
      </w:r>
      <w:r>
        <w:rPr>
          <w:b w:val="false"/>
          <w:sz w:val="24"/>
        </w:rPr>
        <w:t xml:space="preserve">; начальное состояние определяется только этим фрагментом и его пояснением. Последнее аварийное значение сохранено. </w:t>
      </w:r>
      <w:r>
        <w:rPr>
          <w:b w:val="false"/>
          <w:sz w:val="24"/>
          <w:lang w:val="zxx"/>
        </w:rPr>
        <w:t>validity=unavailable</w:t>
      </w:r>
      <w:r>
        <w:rPr>
          <w:b w:val="false"/>
          <w:sz w:val="24"/>
        </w:rPr>
        <w:t xml:space="preserve"> и </w:t>
      </w:r>
      <w:r>
        <w:rPr>
          <w:b w:val="false"/>
          <w:sz w:val="24"/>
          <w:lang w:val="zxx"/>
        </w:rPr>
        <w:t>freshness=stale</w:t>
      </w:r>
      <w:r>
        <w:rPr>
          <w:b w:val="false"/>
          <w:sz w:val="24"/>
        </w:rPr>
        <w:t xml:space="preserve"> запрещают считать его свежим подтверждением состояния; </w:t>
      </w:r>
      <w:r>
        <w:rPr>
          <w:b w:val="false"/>
          <w:sz w:val="24"/>
          <w:lang w:val="zxx"/>
        </w:rPr>
        <w:t>sourceLost</w:t>
      </w:r>
      <w:r>
        <w:rPr>
          <w:b w:val="false"/>
          <w:sz w:val="24"/>
        </w:rPr>
        <w:t xml:space="preserve"> не очищает аварию. </w:t>
      </w:r>
      <w:r>
        <w:rPr>
          <w:b w:val="false"/>
          <w:sz w:val="24"/>
          <w:lang w:val="zxx"/>
        </w:rPr>
        <w:t>nextSeq</w:t>
      </w:r>
      <w:r>
        <w:rPr>
          <w:b w:val="false"/>
          <w:sz w:val="24"/>
        </w:rPr>
        <w:t xml:space="preserve"> сохраняется после обработки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to="00000000000000000000000000002003"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&lt;events nextSeq="208" more="false" gap="false" oldestSeq="180"&gt;</w:t>
      </w:r>
    </w:p>
    <w:p>
      <w:pPr>
        <w:pStyle w:val="ProtocolXML"/>
        <w:keepNext w:val="true"/>
        <w:keepLines/>
        <w:suppressAutoHyphens w:val="true"/>
        <w:spacing w:lineRule="auto" w:line="360"/>
        <w:ind w:start="454" w:hanging="0"/>
        <w:jc w:val="start"/>
        <w:rPr/>
      </w:pPr>
      <w:r>
        <w:rPr>
          <w:b w:val="false"/>
          <w:sz w:val="24"/>
          <w:lang w:val="zxx"/>
        </w:rPr>
        <w:t>&lt;event seq="208" stateRevision="32" capabilityRevision="4"</w:t>
      </w:r>
    </w:p>
    <w:p>
      <w:pPr>
        <w:pStyle w:val="ProtocolXML"/>
        <w:keepNext w:val="true"/>
        <w:keepLines/>
        <w:suppressAutoHyphens w:val="true"/>
        <w:spacing w:lineRule="auto" w:line="360"/>
        <w:ind w:start="680" w:hanging="0"/>
        <w:jc w:val="start"/>
        <w:rPr/>
      </w:pPr>
      <w:r>
        <w:rPr>
          <w:b w:val="false"/>
          <w:sz w:val="24"/>
          <w:lang w:val="zxx"/>
        </w:rPr>
        <w:t>type="sensor.qualityChanged"&gt;</w:t>
      </w:r>
    </w:p>
    <w:p>
      <w:pPr>
        <w:pStyle w:val="ProtocolXML"/>
        <w:keepNext w:val="true"/>
        <w:keepLines/>
        <w:suppressAutoHyphens w:val="true"/>
        <w:spacing w:lineRule="auto" w:line="360"/>
        <w:ind w:start="680" w:hanging="0"/>
        <w:jc w:val="start"/>
        <w:rPr/>
      </w:pPr>
      <w:r>
        <w:rPr>
          <w:b w:val="false"/>
          <w:sz w:val="24"/>
          <w:lang w:val="zxx"/>
        </w:rPr>
        <w:t>&lt;point id="ou1.mainsMissing" value="true" validity="unavailable"</w:t>
      </w:r>
    </w:p>
    <w:p>
      <w:pPr>
        <w:pStyle w:val="ProtocolXML"/>
        <w:keepNext w:val="true"/>
        <w:keepLines/>
        <w:suppressAutoHyphens w:val="true"/>
        <w:spacing w:lineRule="auto" w:line="360"/>
        <w:ind w:start="907" w:hanging="0"/>
        <w:jc w:val="start"/>
        <w:rPr/>
      </w:pPr>
      <w:r>
        <w:rPr>
          <w:b w:val="false"/>
          <w:sz w:val="24"/>
          <w:lang w:val="zxx"/>
        </w:rPr>
        <w:t>freshness="stale" reason="sourceLost" sourceId="ou1"</w:t>
      </w:r>
    </w:p>
    <w:p>
      <w:pPr>
        <w:pStyle w:val="ProtocolXML"/>
        <w:keepNext w:val="true"/>
        <w:keepLines/>
        <w:suppressAutoHyphens w:val="true"/>
        <w:spacing w:lineRule="auto" w:line="360"/>
        <w:ind w:start="907" w:hanging="0"/>
        <w:jc w:val="start"/>
        <w:rPr/>
      </w:pPr>
      <w:r>
        <w:rPr>
          <w:b w:val="false"/>
          <w:sz w:val="24"/>
          <w:lang w:val="zxx"/>
        </w:rPr>
        <w:t>observedAtMs="49900" evaluatedAtMs="52500" type="bool"/&gt;</w:t>
      </w:r>
    </w:p>
    <w:p>
      <w:pPr>
        <w:pStyle w:val="ProtocolXML"/>
        <w:keepNext w:val="true"/>
        <w:keepLines/>
        <w:suppressAutoHyphens w:val="true"/>
        <w:spacing w:lineRule="auto" w:line="360"/>
        <w:ind w:start="454" w:hanging="0"/>
        <w:jc w:val="start"/>
        <w:rPr/>
      </w:pPr>
      <w:r>
        <w:rPr>
          <w:b w:val="false"/>
          <w:sz w:val="24"/>
          <w:lang w:val="zxx"/>
        </w:rPr>
        <w:t>&lt;/event&gt;</w:t>
      </w:r>
    </w:p>
    <w:p>
      <w:pPr>
        <w:pStyle w:val="ProtocolXML"/>
        <w:keepNext w:val="true"/>
        <w:keepLines/>
        <w:suppressAutoHyphens w:val="true"/>
        <w:spacing w:lineRule="auto" w:line="360"/>
        <w:ind w:start="227" w:hanging="0"/>
        <w:jc w:val="start"/>
        <w:rPr/>
      </w:pPr>
      <w:r>
        <w:rPr>
          <w:b w:val="false"/>
          <w:sz w:val="24"/>
          <w:lang w:val="zxx"/>
        </w:rPr>
        <w:t>&lt;/events&gt;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В.33 Запуск: конечная сирена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028</w:t>
      </w:r>
      <w:r>
        <w:rPr>
          <w:b w:val="false"/>
          <w:sz w:val="24"/>
        </w:rPr>
        <w:t xml:space="preserve">; начальное состояние определяется только этим фрагментом и его пояснением. Полный </w:t>
      </w:r>
      <w:r>
        <w:rPr>
          <w:b w:val="false"/>
          <w:sz w:val="24"/>
          <w:lang w:val="zxx"/>
        </w:rPr>
        <w:t>session.start</w:t>
      </w:r>
      <w:r>
        <w:rPr>
          <w:b w:val="false"/>
          <w:sz w:val="24"/>
        </w:rPr>
        <w:t xml:space="preserve"> сирены. </w:t>
      </w:r>
      <w:r>
        <w:rPr>
          <w:b w:val="false"/>
          <w:sz w:val="24"/>
          <w:lang w:val="zxx"/>
        </w:rPr>
        <w:t>acceptBeforeMs</w:t>
      </w:r>
      <w:r>
        <w:rPr>
          <w:b w:val="false"/>
          <w:sz w:val="24"/>
        </w:rPr>
        <w:t xml:space="preserve"> относится к </w:t>
      </w:r>
      <w:r>
        <w:rPr>
          <w:b w:val="false"/>
          <w:sz w:val="24"/>
          <w:lang w:val="zxx"/>
        </w:rPr>
        <w:t>uptimeMs</w:t>
      </w:r>
      <w:r>
        <w:rPr>
          <w:b w:val="false"/>
          <w:sz w:val="24"/>
        </w:rPr>
        <w:t xml:space="preserve"> данного </w:t>
      </w:r>
      <w:r>
        <w:rPr>
          <w:b w:val="false"/>
          <w:sz w:val="24"/>
          <w:lang w:val="zxx"/>
        </w:rPr>
        <w:t>bootId</w:t>
      </w:r>
      <w:r>
        <w:rPr>
          <w:b w:val="false"/>
          <w:sz w:val="24"/>
        </w:rPr>
        <w:t xml:space="preserve">; конфигурация и каталог зафиксированы ревизиями. </w:t>
      </w:r>
      <w:r>
        <w:rPr>
          <w:b w:val="false"/>
          <w:sz w:val="24"/>
          <w:lang w:val="zxx"/>
        </w:rPr>
        <w:t>onControlLoss=stop</w:t>
      </w:r>
      <w:r>
        <w:rPr>
          <w:b w:val="false"/>
          <w:sz w:val="24"/>
        </w:rPr>
        <w:t xml:space="preserve"> заранее сохранен на УУ.</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id="00000000000000000000000000001042"</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w:t>
      </w:r>
    </w:p>
    <w:p>
      <w:pPr>
        <w:pStyle w:val="ProtocolXML"/>
        <w:keepNext w:val="true"/>
        <w:keepLines/>
        <w:suppressAutoHyphens w:val="true"/>
        <w:spacing w:lineRule="auto" w:line="360"/>
        <w:ind w:start="227" w:hanging="0"/>
        <w:jc w:val="start"/>
        <w:rPr/>
      </w:pPr>
      <w:r>
        <w:rPr>
          <w:b w:val="false"/>
          <w:sz w:val="24"/>
          <w:lang w:val="zxx"/>
        </w:rPr>
        <w:t>action="session.start"&gt;</w:t>
      </w:r>
    </w:p>
    <w:p>
      <w:pPr>
        <w:pStyle w:val="ProtocolXML"/>
        <w:keepNext w:val="true"/>
        <w:keepLines/>
        <w:suppressAutoHyphens w:val="true"/>
        <w:spacing w:lineRule="auto" w:line="360"/>
        <w:ind w:start="227" w:hanging="0"/>
        <w:jc w:val="start"/>
        <w:rPr/>
      </w:pPr>
      <w:r>
        <w:rPr>
          <w:b w:val="false"/>
          <w:sz w:val="24"/>
          <w:lang w:val="zxx"/>
        </w:rPr>
        <w:t>&lt;session mode="siren" purpose="exercise" acceptBeforeMs="60000"</w:t>
      </w:r>
    </w:p>
    <w:p>
      <w:pPr>
        <w:pStyle w:val="ProtocolXML"/>
        <w:keepNext w:val="true"/>
        <w:keepLines/>
        <w:suppressAutoHyphens w:val="true"/>
        <w:spacing w:lineRule="auto" w:line="360"/>
        <w:ind w:start="454" w:hanging="0"/>
        <w:jc w:val="start"/>
        <w:rPr/>
      </w:pPr>
      <w:r>
        <w:rPr>
          <w:b w:val="false"/>
          <w:sz w:val="24"/>
          <w:lang w:val="zxx"/>
        </w:rPr>
        <w:t>maxDurationMs="30000" configRevision="7" capabilityRevision="4"&gt;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&lt;siren pattern="continuous" durationMs="20000" stopMode="duration"/&gt;</w:t>
      </w:r>
    </w:p>
    <w:p>
      <w:pPr>
        <w:pStyle w:val="ProtocolXML"/>
        <w:keepNext w:val="true"/>
        <w:keepLines/>
        <w:suppressAutoHyphens w:val="true"/>
        <w:spacing w:lineRule="auto" w:line="360"/>
        <w:ind w:start="227" w:hanging="0"/>
        <w:jc w:val="start"/>
        <w:rPr/>
      </w:pPr>
      <w:r>
        <w:rPr>
          <w:b w:val="false"/>
          <w:sz w:val="24"/>
          <w:lang w:val="zxx"/>
        </w:rPr>
        <w:t>&lt;/session&gt;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В.34 Принятие запуска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028</w:t>
      </w:r>
      <w:r>
        <w:rPr>
          <w:b w:val="false"/>
          <w:sz w:val="24"/>
        </w:rPr>
        <w:t xml:space="preserve">; начальное состояние определяется только этим фрагментом и его пояснением. </w:t>
      </w:r>
      <w:r>
        <w:rPr>
          <w:b w:val="false"/>
          <w:sz w:val="24"/>
          <w:lang w:val="zxx"/>
        </w:rPr>
        <w:t>accepted</w:t>
      </w:r>
      <w:r>
        <w:rPr>
          <w:b w:val="false"/>
          <w:sz w:val="24"/>
        </w:rPr>
        <w:t xml:space="preserve"> подтверждает прием. Переход в </w:t>
      </w:r>
      <w:r>
        <w:rPr>
          <w:b w:val="false"/>
          <w:sz w:val="24"/>
          <w:lang w:val="zxx"/>
        </w:rPr>
        <w:t>running</w:t>
      </w:r>
      <w:r>
        <w:rPr>
          <w:b w:val="false"/>
          <w:sz w:val="24"/>
        </w:rPr>
        <w:t xml:space="preserve"> и физические наблюдения ОУ передаются отдельно.</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to="00000000000000000000000000001042"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status="accepted"&gt;</w:t>
      </w:r>
    </w:p>
    <w:p>
      <w:pPr>
        <w:pStyle w:val="ProtocolXML"/>
        <w:keepNext w:val="true"/>
        <w:keepLines/>
        <w:suppressAutoHyphens w:val="true"/>
        <w:spacing w:lineRule="auto" w:line="360"/>
        <w:ind w:start="227" w:hanging="0"/>
        <w:jc w:val="start"/>
        <w:rPr/>
      </w:pPr>
      <w:r>
        <w:rPr>
          <w:b w:val="false"/>
          <w:sz w:val="24"/>
          <w:lang w:val="zxx"/>
        </w:rPr>
        <w:t>&lt;session id="00000000000000000000000000000581" startSeq="1" state="starting"</w:t>
      </w:r>
    </w:p>
    <w:p>
      <w:pPr>
        <w:pStyle w:val="ProtocolXML"/>
        <w:keepNext w:val="true"/>
        <w:keepLines/>
        <w:suppressAutoHyphens w:val="true"/>
        <w:spacing w:lineRule="auto" w:line="360"/>
        <w:ind w:start="454" w:hanging="0"/>
        <w:jc w:val="start"/>
        <w:rPr/>
      </w:pPr>
      <w:r>
        <w:rPr>
          <w:b w:val="false"/>
          <w:sz w:val="24"/>
          <w:lang w:val="zxx"/>
        </w:rPr>
        <w:t>onControlLoss="stop" configRevision="7" capabilityRevision="4"</w:t>
      </w:r>
    </w:p>
    <w:p>
      <w:pPr>
        <w:pStyle w:val="ProtocolXML"/>
        <w:keepNext w:val="true"/>
        <w:keepLines/>
        <w:suppressAutoHyphens w:val="true"/>
        <w:spacing w:lineRule="auto" w:line="360"/>
        <w:ind w:start="454" w:hanging="0"/>
        <w:jc w:val="start"/>
        <w:rPr/>
      </w:pPr>
      <w:r>
        <w:rPr>
          <w:b w:val="false"/>
          <w:sz w:val="24"/>
          <w:lang w:val="zxx"/>
        </w:rPr>
        <w:t>acceptedAtMs="50000" maxDurationMs="30000"/&gt;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В.35 Отмена после потери ответа на запуск</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030</w:t>
      </w:r>
      <w:r>
        <w:rPr>
          <w:b w:val="false"/>
          <w:sz w:val="24"/>
        </w:rPr>
        <w:t xml:space="preserve">; начальное состояние определяется только этим фрагментом и его пояснением. Новый номер </w:t>
      </w:r>
      <w:r>
        <w:rPr>
          <w:b w:val="false"/>
          <w:sz w:val="24"/>
          <w:lang w:val="zxx"/>
        </w:rPr>
        <w:t>2</w:t>
      </w:r>
      <w:r>
        <w:rPr>
          <w:b w:val="false"/>
          <w:sz w:val="24"/>
        </w:rPr>
        <w:t xml:space="preserve"> отменяет </w:t>
      </w:r>
      <w:r>
        <w:rPr>
          <w:b w:val="false"/>
          <w:sz w:val="24"/>
          <w:lang w:val="zxx"/>
        </w:rPr>
        <w:t>session.start</w:t>
      </w:r>
      <w:r>
        <w:rPr>
          <w:b w:val="false"/>
          <w:sz w:val="24"/>
        </w:rPr>
        <w:t xml:space="preserve"> с номером </w:t>
      </w:r>
      <w:r>
        <w:rPr>
          <w:b w:val="false"/>
          <w:sz w:val="24"/>
          <w:lang w:val="zxx"/>
        </w:rPr>
        <w:t>1</w:t>
      </w:r>
      <w:r>
        <w:rPr>
          <w:b w:val="false"/>
          <w:sz w:val="24"/>
        </w:rPr>
        <w:t xml:space="preserve"> в том же </w:t>
      </w:r>
      <w:r>
        <w:rPr>
          <w:b w:val="false"/>
          <w:sz w:val="24"/>
          <w:lang w:val="zxx"/>
        </w:rPr>
        <w:t>bootId/</w:t>
      </w:r>
      <w:r>
        <w:rPr>
          <w:b w:val="false"/>
          <w:sz w:val="24"/>
        </w:rPr>
        <w:t>​</w:t>
      </w:r>
      <w:r>
        <w:rPr>
          <w:b w:val="false"/>
          <w:sz w:val="24"/>
          <w:lang w:val="zxx"/>
        </w:rPr>
        <w:t>controlEpoch.</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id="00000000000000000000000000001045"</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cmdSeq="2"</w:t>
      </w:r>
    </w:p>
    <w:p>
      <w:pPr>
        <w:pStyle w:val="ProtocolXML"/>
        <w:keepNext w:val="true"/>
        <w:keepLines/>
        <w:suppressAutoHyphens w:val="true"/>
        <w:spacing w:lineRule="auto" w:line="360"/>
        <w:ind w:start="227" w:hanging="0"/>
        <w:jc w:val="start"/>
        <w:rPr/>
      </w:pPr>
      <w:r>
        <w:rPr>
          <w:b w:val="false"/>
          <w:sz w:val="24"/>
          <w:lang w:val="zxx"/>
        </w:rPr>
        <w:t>action="session.cancel"&gt;</w:t>
      </w:r>
    </w:p>
    <w:p>
      <w:pPr>
        <w:pStyle w:val="ProtocolXML"/>
        <w:keepNext w:val="true"/>
        <w:keepLines/>
        <w:suppressAutoHyphens w:val="true"/>
        <w:spacing w:lineRule="auto" w:line="360"/>
        <w:ind w:start="227" w:hanging="0"/>
        <w:jc w:val="start"/>
        <w:rPr/>
      </w:pPr>
      <w:r>
        <w:rPr>
          <w:b w:val="false"/>
          <w:sz w:val="24"/>
          <w:lang w:val="zxx"/>
        </w:rPr>
        <w:t>&lt;session startSeq="1"/&gt;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В.36 Отмена без активного совпадения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030</w:t>
      </w:r>
      <w:r>
        <w:rPr>
          <w:b w:val="false"/>
          <w:sz w:val="24"/>
        </w:rPr>
        <w:t>; начальное состояние определяется только этим фрагментом и его пояснением. История неизвестна. Такой ответ не означает, что сирена ранее не включалась.</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to="00000000000000000000000000001045"</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status="accepted"&gt;</w:t>
      </w:r>
    </w:p>
    <w:p>
      <w:pPr>
        <w:pStyle w:val="ProtocolXML"/>
        <w:keepNext w:val="true"/>
        <w:keepLines/>
        <w:suppressAutoHyphens w:val="true"/>
        <w:spacing w:lineRule="auto" w:line="360"/>
        <w:ind w:start="227" w:hanging="0"/>
        <w:jc w:val="start"/>
        <w:rPr/>
      </w:pPr>
      <w:r>
        <w:rPr>
          <w:b w:val="false"/>
          <w:sz w:val="24"/>
          <w:lang w:val="zxx"/>
        </w:rPr>
        <w:t>&lt;cancellation startSeq="1" activeMatch="false" lateStartBlocked="true"</w:t>
      </w:r>
    </w:p>
    <w:p>
      <w:pPr>
        <w:pStyle w:val="ProtocolXML"/>
        <w:keepNext w:val="true"/>
        <w:keepLines/>
        <w:suppressAutoHyphens w:val="true"/>
        <w:spacing w:lineRule="auto" w:line="360"/>
        <w:ind w:start="454" w:hanging="0"/>
        <w:jc w:val="start"/>
        <w:rPr/>
      </w:pPr>
      <w:r>
        <w:rPr>
          <w:b w:val="false"/>
          <w:sz w:val="24"/>
          <w:lang w:val="zxx"/>
        </w:rPr>
        <w:t>history="unknown"/&gt;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В.37 Остановка: sessionId известен</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032</w:t>
      </w:r>
      <w:r>
        <w:rPr>
          <w:b w:val="false"/>
          <w:sz w:val="24"/>
        </w:rPr>
        <w:t xml:space="preserve">; начальное состояние определяется только этим фрагментом и его пояснением. Альтернатива </w:t>
      </w:r>
      <w:r>
        <w:rPr>
          <w:b w:val="false"/>
          <w:sz w:val="24"/>
          <w:lang w:val="zxx"/>
        </w:rPr>
        <w:t>cancel</w:t>
      </w:r>
      <w:r>
        <w:rPr>
          <w:b w:val="false"/>
          <w:sz w:val="24"/>
        </w:rPr>
        <w:t xml:space="preserve">, а не следующий запрос с повторным номером </w:t>
      </w:r>
      <w:r>
        <w:rPr>
          <w:b w:val="false"/>
          <w:sz w:val="24"/>
          <w:lang w:val="zxx"/>
        </w:rPr>
        <w:t>2</w:t>
      </w:r>
      <w:r>
        <w:rPr>
          <w:b w:val="false"/>
          <w:sz w:val="24"/>
        </w:rPr>
        <w:t xml:space="preserve"> в той же последовательности.</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id="00000000000000000000000000001044"</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cmdSeq="2"</w:t>
      </w:r>
    </w:p>
    <w:p>
      <w:pPr>
        <w:pStyle w:val="ProtocolXML"/>
        <w:keepNext w:val="true"/>
        <w:keepLines/>
        <w:suppressAutoHyphens w:val="true"/>
        <w:spacing w:lineRule="auto" w:line="360"/>
        <w:ind w:start="227" w:hanging="0"/>
        <w:jc w:val="start"/>
        <w:rPr/>
      </w:pPr>
      <w:r>
        <w:rPr>
          <w:b w:val="false"/>
          <w:sz w:val="24"/>
          <w:lang w:val="zxx"/>
        </w:rPr>
        <w:t>action="session.stop"&gt;</w:t>
      </w:r>
    </w:p>
    <w:p>
      <w:pPr>
        <w:pStyle w:val="ProtocolXML"/>
        <w:keepNext w:val="true"/>
        <w:keepLines/>
        <w:suppressAutoHyphens w:val="true"/>
        <w:spacing w:lineRule="auto" w:line="360"/>
        <w:ind w:start="227" w:hanging="0"/>
        <w:jc w:val="start"/>
        <w:rPr/>
      </w:pPr>
      <w:r>
        <w:rPr>
          <w:b w:val="false"/>
          <w:sz w:val="24"/>
          <w:lang w:val="zxx"/>
        </w:rPr>
        <w:t>&lt;session id="00000000000000000000000000000581"/&gt;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В.38 Отказ: ресурс занят</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033</w:t>
      </w:r>
      <w:r>
        <w:rPr>
          <w:b w:val="false"/>
          <w:sz w:val="24"/>
        </w:rPr>
        <w:t xml:space="preserve">; начальное состояние определяется только этим фрагментом и его пояснением. Альтернативный ответ на показанный </w:t>
      </w:r>
      <w:r>
        <w:rPr>
          <w:b w:val="false"/>
          <w:sz w:val="24"/>
          <w:lang w:val="zxx"/>
        </w:rPr>
        <w:t>session.start</w:t>
      </w:r>
      <w:r>
        <w:rPr>
          <w:b w:val="false"/>
          <w:sz w:val="24"/>
        </w:rPr>
        <w:t xml:space="preserve"> </w:t>
      </w:r>
      <w:r>
        <w:rPr>
          <w:b w:val="false"/>
          <w:sz w:val="24"/>
          <w:lang w:val="zxx"/>
        </w:rPr>
        <w:t>1042</w:t>
      </w:r>
      <w:r>
        <w:rPr>
          <w:b w:val="false"/>
          <w:sz w:val="24"/>
        </w:rPr>
        <w:t>; не следует после его принятия в той же трассе. АРМ принимает решение по устойчивому машинному коду; человекочитаемый текст не служит условием алгоритма.</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to="00000000000000000000000000001042"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status="error"&gt;</w:t>
      </w:r>
    </w:p>
    <w:p>
      <w:pPr>
        <w:pStyle w:val="ProtocolXML"/>
        <w:keepNext w:val="true"/>
        <w:keepLines/>
        <w:suppressAutoHyphens w:val="true"/>
        <w:spacing w:lineRule="auto" w:line="360"/>
        <w:ind w:start="227" w:hanging="0"/>
        <w:jc w:val="start"/>
        <w:rPr/>
      </w:pPr>
      <w:r>
        <w:rPr>
          <w:b w:val="false"/>
          <w:sz w:val="24"/>
          <w:lang w:val="zxx"/>
        </w:rPr>
        <w:t>&lt;error code="busy" resource="session" detail="executionActive"/&gt;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В.39 Аварии: запрос полного состояния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034</w:t>
      </w:r>
      <w:r>
        <w:rPr>
          <w:b w:val="false"/>
          <w:sz w:val="24"/>
        </w:rPr>
        <w:t>; начальное состояние определяется только этим фрагментом и его пояснением. Первая страница снимка перед восстановлением журнала.</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false"/>
        <w:keepLines/>
        <w:suppressAutoHyphens w:val="true"/>
        <w:spacing w:lineRule="auto" w:line="360"/>
        <w:ind w:start="227" w:hanging="0"/>
        <w:jc w:val="start"/>
        <w:rPr/>
      </w:pPr>
      <w:r>
        <w:rPr>
          <w:b w:val="false"/>
          <w:sz w:val="24"/>
          <w:lang w:val="zxx"/>
        </w:rPr>
        <w:t>id="00000000000000000000000000004100" action="device.state"/&gt;</w:t>
      </w:r>
    </w:p>
    <w:p>
      <w:pPr>
        <w:pStyle w:val="2"/>
        <w:rPr/>
      </w:pPr>
      <w:r>
        <w:rPr>
          <w:sz w:val="24"/>
        </w:rPr>
        <w:t>В.40 Аварии: контекст и ресурс</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034</w:t>
      </w:r>
      <w:r>
        <w:rPr>
          <w:b w:val="false"/>
          <w:sz w:val="24"/>
        </w:rPr>
        <w:t xml:space="preserve">; начальное состояние определяется только этим фрагментом и его пояснением. </w:t>
      </w:r>
      <w:r>
        <w:rPr>
          <w:b w:val="false"/>
          <w:sz w:val="24"/>
          <w:lang w:val="zxx"/>
        </w:rPr>
        <w:t>alarmCount=1</w:t>
      </w:r>
      <w:r>
        <w:rPr>
          <w:b w:val="false"/>
          <w:sz w:val="24"/>
        </w:rPr>
        <w:t xml:space="preserve"> относится ко всему снимку. До конца страниц список аварий не считается восстановленным.</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to="00000000000000000000000000004100"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&lt;state snapshotId="00000000000000000000000000000410" stateRevision="31"</w:t>
      </w:r>
    </w:p>
    <w:p>
      <w:pPr>
        <w:pStyle w:val="ProtocolXML"/>
        <w:keepNext w:val="true"/>
        <w:keepLines/>
        <w:suppressAutoHyphens w:val="true"/>
        <w:spacing w:lineRule="auto" w:line="360"/>
        <w:ind w:start="454" w:hanging="0"/>
        <w:jc w:val="start"/>
        <w:rPr/>
      </w:pPr>
      <w:r>
        <w:rPr>
          <w:b w:val="false"/>
          <w:sz w:val="24"/>
          <w:lang w:val="zxx"/>
        </w:rPr>
        <w:t>eventSeq="207" capabilityRevision="4" uptimeMs="50000" resourceCount="1"</w:t>
      </w:r>
    </w:p>
    <w:p>
      <w:pPr>
        <w:pStyle w:val="ProtocolXML"/>
        <w:keepNext w:val="true"/>
        <w:keepLines/>
        <w:suppressAutoHyphens w:val="true"/>
        <w:spacing w:lineRule="auto" w:line="360"/>
        <w:ind w:start="454" w:hanging="0"/>
        <w:jc w:val="start"/>
        <w:rPr/>
      </w:pPr>
      <w:r>
        <w:rPr>
          <w:b w:val="false"/>
          <w:sz w:val="24"/>
          <w:lang w:val="zxx"/>
        </w:rPr>
        <w:t>alarmCount="1" sessionCount="0" more="true" cursor="alarmPage"&gt;</w:t>
      </w:r>
    </w:p>
    <w:p>
      <w:pPr>
        <w:pStyle w:val="ProtocolXML"/>
        <w:keepNext w:val="true"/>
        <w:keepLines/>
        <w:suppressAutoHyphens w:val="true"/>
        <w:spacing w:lineRule="auto" w:line="360"/>
        <w:ind w:start="454" w:hanging="0"/>
        <w:jc w:val="start"/>
        <w:rPr/>
      </w:pPr>
      <w:r>
        <w:rPr>
          <w:b w:val="false"/>
          <w:sz w:val="24"/>
          <w:lang w:val="zxx"/>
        </w:rPr>
        <w:t>&lt;configuration configRevision="7" appliedRevision="7" onControlLoss="finish"/&gt;</w:t>
      </w:r>
    </w:p>
    <w:p>
      <w:pPr>
        <w:pStyle w:val="ProtocolXML"/>
        <w:keepNext w:val="true"/>
        <w:keepLines/>
        <w:suppressAutoHyphens w:val="true"/>
        <w:spacing w:lineRule="auto" w:line="360"/>
        <w:ind w:start="454" w:hanging="0"/>
        <w:jc w:val="start"/>
        <w:rPr/>
      </w:pPr>
      <w:r>
        <w:rPr>
          <w:b w:val="false"/>
          <w:sz w:val="24"/>
          <w:lang w:val="zxx"/>
        </w:rPr>
        <w:t>&lt;ownership state="free"/&gt;</w:t>
      </w:r>
    </w:p>
    <w:p>
      <w:pPr>
        <w:pStyle w:val="ProtocolXML"/>
        <w:keepNext w:val="true"/>
        <w:keepLines/>
        <w:suppressAutoHyphens w:val="true"/>
        <w:spacing w:lineRule="auto" w:line="360"/>
        <w:ind w:start="454" w:hanging="0"/>
        <w:jc w:val="start"/>
        <w:rPr/>
      </w:pPr>
      <w:r>
        <w:rPr>
          <w:b w:val="false"/>
          <w:sz w:val="24"/>
          <w:lang w:val="zxx"/>
        </w:rPr>
        <w:t>&lt;recovery state="ready"/&gt;</w:t>
      </w:r>
    </w:p>
    <w:p>
      <w:pPr>
        <w:pStyle w:val="ProtocolXML"/>
        <w:keepNext w:val="true"/>
        <w:keepLines/>
        <w:suppressAutoHyphens w:val="true"/>
        <w:spacing w:lineRule="auto" w:line="360"/>
        <w:ind w:start="454" w:hanging="0"/>
        <w:jc w:val="start"/>
        <w:rPr/>
      </w:pPr>
      <w:r>
        <w:rPr>
          <w:b w:val="false"/>
          <w:sz w:val="24"/>
          <w:lang w:val="zxx"/>
        </w:rPr>
        <w:t>&lt;resource id="ou1" output="off" evidence="reportedMode" observedAtMs="49900"/&gt;</w:t>
      </w:r>
    </w:p>
    <w:p>
      <w:pPr>
        <w:pStyle w:val="ProtocolXML"/>
        <w:keepNext w:val="true"/>
        <w:keepLines/>
        <w:suppressAutoHyphens w:val="true"/>
        <w:spacing w:lineRule="auto" w:line="360"/>
        <w:ind w:start="227" w:hanging="0"/>
        <w:jc w:val="start"/>
        <w:rPr/>
      </w:pPr>
      <w:r>
        <w:rPr>
          <w:b w:val="false"/>
          <w:sz w:val="24"/>
          <w:lang w:val="zxx"/>
        </w:rPr>
        <w:t>&lt;/state&gt;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В.41 Аварии: запрос продолжения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036</w:t>
      </w:r>
      <w:r>
        <w:rPr>
          <w:b w:val="false"/>
          <w:sz w:val="24"/>
        </w:rPr>
        <w:t xml:space="preserve">; начальное состояние определяется только этим фрагментом и его пояснением. Тот же </w:t>
      </w:r>
      <w:r>
        <w:rPr>
          <w:b w:val="false"/>
          <w:sz w:val="24"/>
          <w:lang w:val="zxx"/>
        </w:rPr>
        <w:t>snapshotId</w:t>
      </w:r>
      <w:r>
        <w:rPr>
          <w:b w:val="false"/>
          <w:sz w:val="24"/>
        </w:rPr>
        <w:t xml:space="preserve"> и полученный </w:t>
      </w:r>
      <w:r>
        <w:rPr>
          <w:b w:val="false"/>
          <w:sz w:val="24"/>
          <w:lang w:val="zxx"/>
        </w:rPr>
        <w:t>cursor.</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id="00000000000000000000000000004101" action="device.state"&gt;</w:t>
      </w:r>
    </w:p>
    <w:p>
      <w:pPr>
        <w:pStyle w:val="ProtocolXML"/>
        <w:keepNext w:val="true"/>
        <w:keepLines/>
        <w:suppressAutoHyphens w:val="true"/>
        <w:spacing w:lineRule="auto" w:line="360"/>
        <w:ind w:start="227" w:hanging="0"/>
        <w:jc w:val="start"/>
        <w:rPr/>
      </w:pPr>
      <w:r>
        <w:rPr>
          <w:b w:val="false"/>
          <w:sz w:val="24"/>
          <w:lang w:val="zxx"/>
        </w:rPr>
        <w:t>&lt;selection snapshotId="00000000000000000000000000000410"</w:t>
      </w:r>
    </w:p>
    <w:p>
      <w:pPr>
        <w:pStyle w:val="ProtocolXML"/>
        <w:keepNext w:val="true"/>
        <w:keepLines/>
        <w:suppressAutoHyphens w:val="true"/>
        <w:spacing w:lineRule="auto" w:line="360"/>
        <w:ind w:start="454" w:hanging="0"/>
        <w:jc w:val="start"/>
        <w:rPr/>
      </w:pPr>
      <w:r>
        <w:rPr>
          <w:b w:val="false"/>
          <w:sz w:val="24"/>
          <w:lang w:val="zxx"/>
        </w:rPr>
        <w:t>cursor="alarmPage"/&gt;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В.42 Аварии: активный эпизод из снимка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036</w:t>
      </w:r>
      <w:r>
        <w:rPr>
          <w:b w:val="false"/>
          <w:sz w:val="24"/>
        </w:rPr>
        <w:t>; начальное состояние определяется только этим фрагментом и его пояснением. Это существующая авария, а не новый фронт. Теперь получены все счетчики снимка.</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to="00000000000000000000000000004101"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&lt;state snapshotId="00000000000000000000000000000410" stateRevision="31"</w:t>
      </w:r>
    </w:p>
    <w:p>
      <w:pPr>
        <w:pStyle w:val="ProtocolXML"/>
        <w:keepNext w:val="true"/>
        <w:keepLines/>
        <w:suppressAutoHyphens w:val="true"/>
        <w:spacing w:lineRule="auto" w:line="360"/>
        <w:ind w:start="454" w:hanging="0"/>
        <w:jc w:val="start"/>
        <w:rPr/>
      </w:pPr>
      <w:r>
        <w:rPr>
          <w:b w:val="false"/>
          <w:sz w:val="24"/>
          <w:lang w:val="zxx"/>
        </w:rPr>
        <w:t>eventSeq="207" capabilityRevision="4" uptimeMs="50000" resourceCount="1"</w:t>
      </w:r>
    </w:p>
    <w:p>
      <w:pPr>
        <w:pStyle w:val="ProtocolXML"/>
        <w:keepNext w:val="true"/>
        <w:keepLines/>
        <w:suppressAutoHyphens w:val="true"/>
        <w:spacing w:lineRule="auto" w:line="360"/>
        <w:ind w:start="454" w:hanging="0"/>
        <w:jc w:val="start"/>
        <w:rPr/>
      </w:pPr>
      <w:r>
        <w:rPr>
          <w:b w:val="false"/>
          <w:sz w:val="24"/>
          <w:lang w:val="zxx"/>
        </w:rPr>
        <w:t>alarmCount="1" sessionCount="0" more="false"&gt;</w:t>
      </w:r>
    </w:p>
    <w:p>
      <w:pPr>
        <w:pStyle w:val="ProtocolXML"/>
        <w:keepNext w:val="true"/>
        <w:keepLines/>
        <w:suppressAutoHyphens w:val="true"/>
        <w:spacing w:lineRule="auto" w:line="360"/>
        <w:ind w:start="454" w:hanging="0"/>
        <w:jc w:val="start"/>
        <w:rPr/>
      </w:pPr>
      <w:r>
        <w:rPr>
          <w:b w:val="false"/>
          <w:sz w:val="24"/>
          <w:lang w:val="zxx"/>
        </w:rPr>
        <w:t>&lt;alarm conditionId="mainsLoss"</w:t>
      </w:r>
    </w:p>
    <w:p>
      <w:pPr>
        <w:pStyle w:val="ProtocolXML"/>
        <w:keepNext w:val="true"/>
        <w:keepLines/>
        <w:suppressAutoHyphens w:val="true"/>
        <w:spacing w:lineRule="auto" w:line="360"/>
        <w:ind w:start="680" w:hanging="0"/>
        <w:jc w:val="start"/>
        <w:rPr/>
      </w:pPr>
      <w:r>
        <w:rPr>
          <w:b w:val="false"/>
          <w:sz w:val="24"/>
          <w:lang w:val="zxx"/>
        </w:rPr>
        <w:t>alarmId="00000000000000000000000000000600" pointId="ou1.mainsMissing"</w:t>
      </w:r>
    </w:p>
    <w:p>
      <w:pPr>
        <w:pStyle w:val="ProtocolXML"/>
        <w:keepNext w:val="true"/>
        <w:keepLines/>
        <w:suppressAutoHyphens w:val="true"/>
        <w:spacing w:lineRule="auto" w:line="360"/>
        <w:ind w:start="680" w:hanging="0"/>
        <w:jc w:val="start"/>
        <w:rPr/>
      </w:pPr>
      <w:r>
        <w:rPr>
          <w:b w:val="false"/>
          <w:sz w:val="24"/>
          <w:lang w:val="zxx"/>
        </w:rPr>
        <w:t>state="active" severity="critical" validity="valid" freshness="fresh"</w:t>
      </w:r>
    </w:p>
    <w:p>
      <w:pPr>
        <w:pStyle w:val="ProtocolXML"/>
        <w:keepNext w:val="true"/>
        <w:keepLines/>
        <w:suppressAutoHyphens w:val="true"/>
        <w:spacing w:lineRule="auto" w:line="360"/>
        <w:ind w:start="680" w:hanging="0"/>
        <w:jc w:val="start"/>
        <w:rPr/>
      </w:pPr>
      <w:r>
        <w:rPr>
          <w:b w:val="false"/>
          <w:sz w:val="24"/>
          <w:lang w:val="zxx"/>
        </w:rPr>
        <w:t>observedAtMs="49900" changedAtMs="43000" continuity="continuous"/&gt;</w:t>
      </w:r>
    </w:p>
    <w:p>
      <w:pPr>
        <w:pStyle w:val="ProtocolXML"/>
        <w:keepNext w:val="true"/>
        <w:keepLines/>
        <w:suppressAutoHyphens w:val="true"/>
        <w:spacing w:lineRule="auto" w:line="360"/>
        <w:ind w:start="227" w:hanging="0"/>
        <w:jc w:val="start"/>
        <w:rPr/>
      </w:pPr>
      <w:r>
        <w:rPr>
          <w:b w:val="false"/>
          <w:sz w:val="24"/>
          <w:lang w:val="zxx"/>
        </w:rPr>
        <w:t>&lt;/state&gt;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В.43 Аварии: события после снимка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038</w:t>
      </w:r>
      <w:r>
        <w:rPr>
          <w:b w:val="false"/>
          <w:sz w:val="24"/>
        </w:rPr>
        <w:t xml:space="preserve">; начальное состояние определяется только этим фрагментом и его пояснением. Запрос продолжает границу </w:t>
      </w:r>
      <w:r>
        <w:rPr>
          <w:b w:val="false"/>
          <w:sz w:val="24"/>
          <w:lang w:val="zxx"/>
        </w:rPr>
        <w:t>eventSeq=207</w:t>
      </w:r>
      <w:r>
        <w:rPr>
          <w:b w:val="false"/>
          <w:sz w:val="24"/>
        </w:rPr>
        <w:t xml:space="preserve"> из полного снимка.</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id="00000000000000000000000000004102" action="events.read"&gt;</w:t>
      </w:r>
    </w:p>
    <w:p>
      <w:pPr>
        <w:pStyle w:val="ProtocolXML"/>
        <w:keepNext w:val="true"/>
        <w:keepLines/>
        <w:suppressAutoHyphens w:val="true"/>
        <w:spacing w:lineRule="auto" w:line="360"/>
        <w:ind w:start="227" w:hanging="0"/>
        <w:jc w:val="start"/>
        <w:rPr/>
      </w:pPr>
      <w:r>
        <w:rPr>
          <w:b w:val="false"/>
          <w:sz w:val="24"/>
          <w:lang w:val="zxx"/>
        </w:rPr>
        <w:t>&lt;events bootId="00000000000000000000000000000073" afterSeq="207"/&gt;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В.44 Аварии: подтвержденное снятие</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038</w:t>
      </w:r>
      <w:r>
        <w:rPr>
          <w:b w:val="false"/>
          <w:sz w:val="24"/>
        </w:rPr>
        <w:t xml:space="preserve">; начальное состояние определяется только этим фрагментом и его пояснением. Сохраняются </w:t>
      </w:r>
      <w:r>
        <w:rPr>
          <w:b w:val="false"/>
          <w:sz w:val="24"/>
          <w:lang w:val="zxx"/>
        </w:rPr>
        <w:t>conditionId</w:t>
      </w:r>
      <w:r>
        <w:rPr>
          <w:b w:val="false"/>
          <w:sz w:val="24"/>
        </w:rPr>
        <w:t xml:space="preserve"> и </w:t>
      </w:r>
      <w:r>
        <w:rPr>
          <w:b w:val="false"/>
          <w:sz w:val="24"/>
          <w:lang w:val="zxx"/>
        </w:rPr>
        <w:t>alarmId</w:t>
      </w:r>
      <w:r>
        <w:rPr>
          <w:b w:val="false"/>
          <w:sz w:val="24"/>
        </w:rPr>
        <w:t xml:space="preserve">; новый </w:t>
      </w:r>
      <w:r>
        <w:rPr>
          <w:b w:val="false"/>
          <w:sz w:val="24"/>
          <w:lang w:val="zxx"/>
        </w:rPr>
        <w:t>stateRevision</w:t>
      </w:r>
      <w:r>
        <w:rPr>
          <w:b w:val="false"/>
          <w:sz w:val="24"/>
        </w:rPr>
        <w:t>, полная запись качества.</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to="00000000000000000000000000004102"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&lt;events nextSeq="208" more="false" gap="false" oldestSeq="180"&gt;</w:t>
      </w:r>
    </w:p>
    <w:p>
      <w:pPr>
        <w:pStyle w:val="ProtocolXML"/>
        <w:keepNext w:val="true"/>
        <w:keepLines/>
        <w:suppressAutoHyphens w:val="true"/>
        <w:spacing w:lineRule="auto" w:line="360"/>
        <w:ind w:start="454" w:hanging="0"/>
        <w:jc w:val="start"/>
        <w:rPr/>
      </w:pPr>
      <w:r>
        <w:rPr>
          <w:b w:val="false"/>
          <w:sz w:val="24"/>
          <w:lang w:val="zxx"/>
        </w:rPr>
        <w:t>&lt;event seq="208" stateRevision="32" capabilityRevision="4" type="alarm.cleared"&gt;</w:t>
      </w:r>
    </w:p>
    <w:p>
      <w:pPr>
        <w:pStyle w:val="ProtocolXML"/>
        <w:keepNext w:val="true"/>
        <w:keepLines/>
        <w:suppressAutoHyphens w:val="true"/>
        <w:spacing w:lineRule="auto" w:line="360"/>
        <w:ind w:start="680" w:hanging="0"/>
        <w:jc w:val="start"/>
        <w:rPr/>
      </w:pPr>
      <w:r>
        <w:rPr>
          <w:b w:val="false"/>
          <w:sz w:val="24"/>
          <w:lang w:val="zxx"/>
        </w:rPr>
        <w:t>&lt;alarm conditionId="mainsLoss"</w:t>
      </w:r>
    </w:p>
    <w:p>
      <w:pPr>
        <w:pStyle w:val="ProtocolXML"/>
        <w:keepNext w:val="true"/>
        <w:keepLines/>
        <w:suppressAutoHyphens w:val="true"/>
        <w:spacing w:lineRule="auto" w:line="360"/>
        <w:ind w:start="907" w:hanging="0"/>
        <w:jc w:val="start"/>
        <w:rPr/>
      </w:pPr>
      <w:r>
        <w:rPr>
          <w:b w:val="false"/>
          <w:sz w:val="24"/>
          <w:lang w:val="zxx"/>
        </w:rPr>
        <w:t>alarmId="00000000000000000000000000000600" pointId="ou1.mainsMissing"</w:t>
      </w:r>
    </w:p>
    <w:p>
      <w:pPr>
        <w:pStyle w:val="ProtocolXML"/>
        <w:keepNext w:val="true"/>
        <w:keepLines/>
        <w:suppressAutoHyphens w:val="true"/>
        <w:spacing w:lineRule="auto" w:line="360"/>
        <w:ind w:start="907" w:hanging="0"/>
        <w:jc w:val="start"/>
        <w:rPr/>
      </w:pPr>
      <w:r>
        <w:rPr>
          <w:b w:val="false"/>
          <w:sz w:val="24"/>
          <w:lang w:val="zxx"/>
        </w:rPr>
        <w:t>state="cleared" severity="critical" validity="valid" freshness="fresh"</w:t>
      </w:r>
    </w:p>
    <w:p>
      <w:pPr>
        <w:pStyle w:val="ProtocolXML"/>
        <w:keepNext w:val="true"/>
        <w:keepLines/>
        <w:suppressAutoHyphens w:val="true"/>
        <w:spacing w:lineRule="auto" w:line="360"/>
        <w:ind w:start="907" w:hanging="0"/>
        <w:jc w:val="start"/>
        <w:rPr/>
      </w:pPr>
      <w:r>
        <w:rPr>
          <w:b w:val="false"/>
          <w:sz w:val="24"/>
          <w:lang w:val="zxx"/>
        </w:rPr>
        <w:t>observedAtMs="51000" changedAtMs="51000" continuity="continuous"/&gt;</w:t>
      </w:r>
    </w:p>
    <w:p>
      <w:pPr>
        <w:pStyle w:val="ProtocolXML"/>
        <w:keepNext w:val="true"/>
        <w:keepLines/>
        <w:suppressAutoHyphens w:val="true"/>
        <w:spacing w:lineRule="auto" w:line="360"/>
        <w:ind w:start="454" w:hanging="0"/>
        <w:jc w:val="start"/>
        <w:rPr/>
      </w:pPr>
      <w:r>
        <w:rPr>
          <w:b w:val="false"/>
          <w:sz w:val="24"/>
          <w:lang w:val="zxx"/>
        </w:rPr>
        <w:t>&lt;/event&gt;</w:t>
      </w:r>
    </w:p>
    <w:p>
      <w:pPr>
        <w:pStyle w:val="ProtocolXML"/>
        <w:keepNext w:val="true"/>
        <w:keepLines/>
        <w:suppressAutoHyphens w:val="true"/>
        <w:spacing w:lineRule="auto" w:line="360"/>
        <w:ind w:start="227" w:hanging="0"/>
        <w:jc w:val="start"/>
        <w:rPr/>
      </w:pPr>
      <w:r>
        <w:rPr>
          <w:b w:val="false"/>
          <w:sz w:val="24"/>
          <w:lang w:val="zxx"/>
        </w:rPr>
        <w:t>&lt;/events&gt;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В.45 Перечисление: запрос каталога точки</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040</w:t>
      </w:r>
      <w:r>
        <w:rPr>
          <w:b w:val="false"/>
          <w:sz w:val="24"/>
        </w:rPr>
        <w:t xml:space="preserve">; начальное состояние определяется только этим фрагментом и его пояснением. Каталог </w:t>
      </w:r>
      <w:r>
        <w:rPr>
          <w:b w:val="false"/>
          <w:sz w:val="24"/>
          <w:lang w:val="zxx"/>
        </w:rPr>
        <w:t>enum</w:t>
      </w:r>
      <w:r>
        <w:rPr>
          <w:b w:val="false"/>
          <w:sz w:val="24"/>
        </w:rPr>
        <w:t xml:space="preserve"> читается вместе со всеми четырьмя </w:t>
      </w:r>
      <w:r>
        <w:rPr>
          <w:b w:val="false"/>
          <w:sz w:val="24"/>
          <w:lang w:val="zxx"/>
        </w:rPr>
        <w:t>facet.</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id="00000000000000000000000000004103" action="inventory.get"&gt;</w:t>
      </w:r>
    </w:p>
    <w:p>
      <w:pPr>
        <w:pStyle w:val="ProtocolXML"/>
        <w:keepNext w:val="true"/>
        <w:keepLines/>
        <w:suppressAutoHyphens w:val="true"/>
        <w:spacing w:lineRule="auto" w:line="360"/>
        <w:ind w:start="227" w:hanging="0"/>
        <w:jc w:val="start"/>
        <w:rPr/>
      </w:pPr>
      <w:r>
        <w:rPr>
          <w:b w:val="false"/>
          <w:sz w:val="24"/>
          <w:lang w:val="zxx"/>
        </w:rPr>
        <w:t>&lt;selection pointId="ou1.powerMode"/&gt;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В.46 Перечисление: описание точки</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040</w:t>
      </w:r>
      <w:r>
        <w:rPr>
          <w:b w:val="false"/>
          <w:sz w:val="24"/>
        </w:rPr>
        <w:t>; начальное состояние определяется только этим фрагментом и его пояснением. Первая страница каталога; окончание еще не получено.</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to="00000000000000000000000000004103"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&lt;inventory snapshotId="00000000000000000000000000000411"</w:t>
      </w:r>
    </w:p>
    <w:p>
      <w:pPr>
        <w:pStyle w:val="ProtocolXML"/>
        <w:keepNext w:val="true"/>
        <w:keepLines/>
        <w:suppressAutoHyphens w:val="true"/>
        <w:spacing w:lineRule="auto" w:line="360"/>
        <w:ind w:start="454" w:hanging="0"/>
        <w:jc w:val="start"/>
        <w:rPr/>
      </w:pPr>
      <w:r>
        <w:rPr>
          <w:b w:val="false"/>
          <w:sz w:val="24"/>
          <w:lang w:val="zxx"/>
        </w:rPr>
        <w:t>capabilityRevision="4" bindingGeneration="2" more="true" cursor="enumPage"&gt;</w:t>
      </w:r>
    </w:p>
    <w:p>
      <w:pPr>
        <w:pStyle w:val="ProtocolXML"/>
        <w:keepNext w:val="true"/>
        <w:keepLines/>
        <w:suppressAutoHyphens w:val="true"/>
        <w:spacing w:lineRule="auto" w:line="360"/>
        <w:ind w:start="454" w:hanging="0"/>
        <w:jc w:val="start"/>
        <w:rPr/>
      </w:pPr>
      <w:r>
        <w:rPr>
          <w:b w:val="false"/>
          <w:sz w:val="24"/>
          <w:lang w:val="zxx"/>
        </w:rPr>
        <w:t>&lt;point id="ou1.powerMode" facet="identity" resourceId="ou1" ouId="ou1"/&gt;</w:t>
      </w:r>
    </w:p>
    <w:p>
      <w:pPr>
        <w:pStyle w:val="ProtocolXML"/>
        <w:keepNext w:val="true"/>
        <w:keepLines/>
        <w:suppressAutoHyphens w:val="true"/>
        <w:spacing w:lineRule="auto" w:line="360"/>
        <w:ind w:start="454" w:hanging="0"/>
        <w:jc w:val="start"/>
        <w:rPr/>
      </w:pPr>
      <w:r>
        <w:rPr>
          <w:b w:val="false"/>
          <w:sz w:val="24"/>
          <w:lang w:val="zxx"/>
        </w:rPr>
        <w:t>&lt;point id="ou1.powerMode" facet="meaning" kind="powerMode" type="enum"/&gt;</w:t>
      </w:r>
    </w:p>
    <w:p>
      <w:pPr>
        <w:pStyle w:val="ProtocolXML"/>
        <w:keepNext w:val="true"/>
        <w:keepLines/>
        <w:suppressAutoHyphens w:val="true"/>
        <w:spacing w:lineRule="auto" w:line="360"/>
        <w:ind w:start="454" w:hanging="0"/>
        <w:jc w:val="start"/>
        <w:rPr/>
      </w:pPr>
      <w:r>
        <w:rPr>
          <w:b w:val="false"/>
          <w:sz w:val="24"/>
          <w:lang w:val="zxx"/>
        </w:rPr>
        <w:t>&lt;point id="ou1.powerMode" facet="source" sourceKind="ouReply"</w:t>
      </w:r>
    </w:p>
    <w:p>
      <w:pPr>
        <w:pStyle w:val="ProtocolXML"/>
        <w:keepNext w:val="true"/>
        <w:keepLines/>
        <w:suppressAutoHyphens w:val="true"/>
        <w:spacing w:lineRule="auto" w:line="360"/>
        <w:ind w:start="680" w:hanging="0"/>
        <w:jc w:val="start"/>
        <w:rPr/>
      </w:pPr>
      <w:r>
        <w:rPr>
          <w:b w:val="false"/>
          <w:sz w:val="24"/>
          <w:lang w:val="zxx"/>
        </w:rPr>
        <w:t>presence="present" support="supported"/&gt;</w:t>
      </w:r>
    </w:p>
    <w:p>
      <w:pPr>
        <w:pStyle w:val="ProtocolXML"/>
        <w:keepNext w:val="true"/>
        <w:keepLines/>
        <w:suppressAutoHyphens w:val="true"/>
        <w:spacing w:lineRule="auto" w:line="360"/>
        <w:ind w:start="227" w:hanging="0"/>
        <w:jc w:val="start"/>
        <w:rPr/>
      </w:pPr>
      <w:r>
        <w:rPr>
          <w:b w:val="false"/>
          <w:sz w:val="24"/>
          <w:lang w:val="zxx"/>
        </w:rPr>
        <w:t>&lt;/inventory&gt;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В.47 Перечисление: продолжение с тем же фильтром</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042</w:t>
      </w:r>
      <w:r>
        <w:rPr>
          <w:b w:val="false"/>
          <w:sz w:val="24"/>
        </w:rPr>
        <w:t xml:space="preserve">; начальное состояние определяется только этим фрагментом и его пояснением. Нельзя потерять </w:t>
      </w:r>
      <w:r>
        <w:rPr>
          <w:b w:val="false"/>
          <w:sz w:val="24"/>
          <w:lang w:val="zxx"/>
        </w:rPr>
        <w:t>pointId</w:t>
      </w:r>
      <w:r>
        <w:rPr>
          <w:b w:val="false"/>
          <w:sz w:val="24"/>
        </w:rPr>
        <w:t xml:space="preserve"> при передаче </w:t>
      </w:r>
      <w:r>
        <w:rPr>
          <w:b w:val="false"/>
          <w:sz w:val="24"/>
          <w:lang w:val="zxx"/>
        </w:rPr>
        <w:t>cursor.</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id="00000000000000000000000000004104" action="inventory.get"&gt;</w:t>
      </w:r>
    </w:p>
    <w:p>
      <w:pPr>
        <w:pStyle w:val="ProtocolXML"/>
        <w:keepNext w:val="true"/>
        <w:keepLines/>
        <w:suppressAutoHyphens w:val="true"/>
        <w:spacing w:lineRule="auto" w:line="360"/>
        <w:ind w:start="227" w:hanging="0"/>
        <w:jc w:val="start"/>
        <w:rPr/>
      </w:pPr>
      <w:r>
        <w:rPr>
          <w:b w:val="false"/>
          <w:sz w:val="24"/>
          <w:lang w:val="zxx"/>
        </w:rPr>
        <w:t>&lt;selection pointId="ou1.powerMode"</w:t>
      </w:r>
    </w:p>
    <w:p>
      <w:pPr>
        <w:pStyle w:val="ProtocolXML"/>
        <w:keepNext w:val="true"/>
        <w:keepLines/>
        <w:suppressAutoHyphens w:val="true"/>
        <w:spacing w:lineRule="auto" w:line="360"/>
        <w:ind w:start="454" w:hanging="0"/>
        <w:jc w:val="start"/>
        <w:rPr/>
      </w:pPr>
      <w:r>
        <w:rPr>
          <w:b w:val="false"/>
          <w:sz w:val="24"/>
          <w:lang w:val="zxx"/>
        </w:rPr>
        <w:t>snapshotId="00000000000000000000000000000411" cursor="enumPage"/&gt;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В.48 Перечисление: список значений</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042</w:t>
      </w:r>
      <w:r>
        <w:rPr>
          <w:b w:val="false"/>
          <w:sz w:val="24"/>
        </w:rPr>
        <w:t>; начальное состояние определяется только этим фрагментом и его пояснением. Ключ (</w:t>
      </w:r>
      <w:r>
        <w:rPr>
          <w:b w:val="false"/>
          <w:sz w:val="24"/>
          <w:lang w:val="zxx"/>
        </w:rPr>
        <w:t>pointId</w:t>
      </w:r>
      <w:r>
        <w:rPr>
          <w:b w:val="false"/>
          <w:sz w:val="24"/>
        </w:rPr>
        <w:t xml:space="preserve">, </w:t>
      </w:r>
      <w:r>
        <w:rPr>
          <w:b w:val="false"/>
          <w:sz w:val="24"/>
          <w:lang w:val="zxx"/>
        </w:rPr>
        <w:t>code</w:t>
      </w:r>
      <w:r>
        <w:rPr>
          <w:b w:val="false"/>
          <w:sz w:val="24"/>
        </w:rPr>
        <w:t xml:space="preserve">); </w:t>
      </w:r>
      <w:r>
        <w:rPr>
          <w:b w:val="false"/>
          <w:sz w:val="24"/>
          <w:lang w:val="zxx"/>
        </w:rPr>
        <w:t>label</w:t>
      </w:r>
      <w:r>
        <w:rPr>
          <w:b w:val="false"/>
          <w:sz w:val="24"/>
        </w:rPr>
        <w:t xml:space="preserve"> - текст для отображения.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to="00000000000000000000000000004104"</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&lt;inventory snapshotId="00000000000000000000000000000411"</w:t>
      </w:r>
    </w:p>
    <w:p>
      <w:pPr>
        <w:pStyle w:val="ProtocolXML"/>
        <w:keepNext w:val="true"/>
        <w:keepLines/>
        <w:suppressAutoHyphens w:val="true"/>
        <w:spacing w:lineRule="auto" w:line="360"/>
        <w:ind w:start="454" w:hanging="0"/>
        <w:jc w:val="start"/>
        <w:rPr/>
      </w:pPr>
      <w:r>
        <w:rPr>
          <w:b w:val="false"/>
          <w:sz w:val="24"/>
          <w:lang w:val="zxx"/>
        </w:rPr>
        <w:t>capabilityRevision="4" bindingGeneration="2" more="false"&gt;</w:t>
      </w:r>
    </w:p>
    <w:p>
      <w:pPr>
        <w:pStyle w:val="ProtocolXML"/>
        <w:keepNext w:val="true"/>
        <w:keepLines/>
        <w:suppressAutoHyphens w:val="true"/>
        <w:spacing w:lineRule="auto" w:line="360"/>
        <w:ind w:start="454" w:hanging="0"/>
        <w:jc w:val="start"/>
        <w:rPr/>
      </w:pPr>
      <w:r>
        <w:rPr>
          <w:b w:val="false"/>
          <w:sz w:val="24"/>
          <w:lang w:val="zxx"/>
        </w:rPr>
        <w:t>&lt;point id="ou1.powerMode" facet="acquisition" readMethod="cached"</w:t>
      </w:r>
    </w:p>
    <w:p>
      <w:pPr>
        <w:pStyle w:val="ProtocolXML"/>
        <w:keepNext w:val="true"/>
        <w:keepLines/>
        <w:suppressAutoHyphens w:val="true"/>
        <w:spacing w:lineRule="auto" w:line="360"/>
        <w:ind w:start="680" w:hanging="0"/>
        <w:jc w:val="start"/>
        <w:rPr/>
      </w:pPr>
      <w:r>
        <w:rPr>
          <w:b w:val="false"/>
          <w:sz w:val="24"/>
          <w:lang w:val="zxx"/>
        </w:rPr>
        <w:t>maxAgeMs="2000"/&gt;</w:t>
      </w:r>
    </w:p>
    <w:p>
      <w:pPr>
        <w:pStyle w:val="ProtocolXML"/>
        <w:keepNext w:val="true"/>
        <w:keepLines/>
        <w:suppressAutoHyphens w:val="true"/>
        <w:spacing w:lineRule="auto" w:line="360"/>
        <w:ind w:start="454" w:hanging="0"/>
        <w:jc w:val="start"/>
        <w:rPr/>
      </w:pPr>
      <w:r>
        <w:rPr>
          <w:b w:val="false"/>
          <w:sz w:val="24"/>
          <w:lang w:val="zxx"/>
        </w:rPr>
        <w:t>&lt;enum pointId="ou1.powerMode" code="mains" label="Основное питание"/&gt;</w:t>
      </w:r>
    </w:p>
    <w:p>
      <w:pPr>
        <w:pStyle w:val="ProtocolXML"/>
        <w:keepNext w:val="true"/>
        <w:keepLines/>
        <w:suppressAutoHyphens w:val="true"/>
        <w:spacing w:lineRule="auto" w:line="360"/>
        <w:ind w:start="454" w:hanging="0"/>
        <w:jc w:val="start"/>
        <w:rPr/>
      </w:pPr>
      <w:r>
        <w:rPr>
          <w:b w:val="false"/>
          <w:sz w:val="24"/>
          <w:lang w:val="zxx"/>
        </w:rPr>
        <w:t>&lt;enum pointId="ou1.powerMode" code="battery" label="Резервное питание"/&gt;</w:t>
      </w:r>
    </w:p>
    <w:p>
      <w:pPr>
        <w:pStyle w:val="ProtocolXML"/>
        <w:keepNext w:val="true"/>
        <w:keepLines/>
        <w:suppressAutoHyphens w:val="true"/>
        <w:spacing w:lineRule="auto" w:line="360"/>
        <w:ind w:start="227" w:hanging="0"/>
        <w:jc w:val="start"/>
        <w:rPr/>
      </w:pPr>
      <w:r>
        <w:rPr>
          <w:b w:val="false"/>
          <w:sz w:val="24"/>
          <w:lang w:val="zxx"/>
        </w:rPr>
        <w:t>&lt;/inventory&gt;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В.49 Порог: запрос каталога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044</w:t>
      </w:r>
      <w:r>
        <w:rPr>
          <w:b w:val="false"/>
          <w:sz w:val="24"/>
        </w:rPr>
        <w:t>; начальное состояние определяется только этим фрагментом и его пояснением. Числовая точка и связанное с ней условие.</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id="00000000000000000000000000004105" action="inventory.get"&gt;</w:t>
      </w:r>
    </w:p>
    <w:p>
      <w:pPr>
        <w:pStyle w:val="ProtocolXML"/>
        <w:keepNext w:val="true"/>
        <w:keepLines/>
        <w:suppressAutoHyphens w:val="true"/>
        <w:spacing w:lineRule="auto" w:line="360"/>
        <w:ind w:start="227" w:hanging="0"/>
        <w:jc w:val="start"/>
        <w:rPr/>
      </w:pPr>
      <w:r>
        <w:rPr>
          <w:b w:val="false"/>
          <w:sz w:val="24"/>
          <w:lang w:val="zxx"/>
        </w:rPr>
        <w:t>&lt;selection pointId="ou1.temperature"/&gt;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В.50 Порог: постоянное описание</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044</w:t>
      </w:r>
      <w:r>
        <w:rPr>
          <w:b w:val="false"/>
          <w:sz w:val="24"/>
        </w:rPr>
        <w:t>; начальное состояние определяется только этим фрагментом и его пояснением. Продолжение содержит способ чтения и порог.</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to="00000000000000000000000000004105"</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&lt;inventory snapshotId="00000000000000000000000000000412"</w:t>
      </w:r>
    </w:p>
    <w:p>
      <w:pPr>
        <w:pStyle w:val="ProtocolXML"/>
        <w:keepNext w:val="true"/>
        <w:keepLines/>
        <w:suppressAutoHyphens w:val="true"/>
        <w:spacing w:lineRule="auto" w:line="360"/>
        <w:ind w:start="454" w:hanging="0"/>
        <w:jc w:val="start"/>
        <w:rPr/>
      </w:pPr>
      <w:r>
        <w:rPr>
          <w:b w:val="false"/>
          <w:sz w:val="24"/>
          <w:lang w:val="zxx"/>
        </w:rPr>
        <w:t>capabilityRevision="4" bindingGeneration="2" more="true" cursor="thresholdPage"&gt;</w:t>
      </w:r>
    </w:p>
    <w:p>
      <w:pPr>
        <w:pStyle w:val="ProtocolXML"/>
        <w:keepNext w:val="true"/>
        <w:keepLines/>
        <w:suppressAutoHyphens w:val="true"/>
        <w:spacing w:lineRule="auto" w:line="360"/>
        <w:ind w:start="454" w:hanging="0"/>
        <w:jc w:val="start"/>
        <w:rPr/>
      </w:pPr>
      <w:r>
        <w:rPr>
          <w:b w:val="false"/>
          <w:sz w:val="24"/>
          <w:lang w:val="zxx"/>
        </w:rPr>
        <w:t>&lt;point id="ou1.temperature" facet="identity" resourceId="ou1" ouId="ou1"/&gt;</w:t>
      </w:r>
    </w:p>
    <w:p>
      <w:pPr>
        <w:pStyle w:val="ProtocolXML"/>
        <w:keepNext w:val="true"/>
        <w:keepLines/>
        <w:suppressAutoHyphens w:val="true"/>
        <w:spacing w:lineRule="auto" w:line="360"/>
        <w:ind w:start="454" w:hanging="0"/>
        <w:jc w:val="start"/>
        <w:rPr/>
      </w:pPr>
      <w:r>
        <w:rPr>
          <w:b w:val="false"/>
          <w:sz w:val="24"/>
          <w:lang w:val="zxx"/>
        </w:rPr>
        <w:t>&lt;point id="ou1.temperature" facet="meaning" kind="temperature" type="int"</w:t>
      </w:r>
    </w:p>
    <w:p>
      <w:pPr>
        <w:pStyle w:val="ProtocolXML"/>
        <w:keepNext w:val="true"/>
        <w:keepLines/>
        <w:suppressAutoHyphens w:val="true"/>
        <w:spacing w:lineRule="auto" w:line="360"/>
        <w:ind w:start="680" w:hanging="0"/>
        <w:jc w:val="start"/>
        <w:rPr/>
      </w:pPr>
      <w:r>
        <w:rPr>
          <w:b w:val="false"/>
          <w:sz w:val="24"/>
          <w:lang w:val="zxx"/>
        </w:rPr>
        <w:t>unit="C" scale="1"/&gt;</w:t>
      </w:r>
    </w:p>
    <w:p>
      <w:pPr>
        <w:pStyle w:val="ProtocolXML"/>
        <w:keepNext w:val="true"/>
        <w:keepLines/>
        <w:suppressAutoHyphens w:val="true"/>
        <w:spacing w:lineRule="auto" w:line="360"/>
        <w:ind w:start="454" w:hanging="0"/>
        <w:jc w:val="start"/>
        <w:rPr/>
      </w:pPr>
      <w:r>
        <w:rPr>
          <w:b w:val="false"/>
          <w:sz w:val="24"/>
          <w:lang w:val="zxx"/>
        </w:rPr>
        <w:t>&lt;point id="ou1.temperature" facet="source" sourceKind="ouReply"</w:t>
      </w:r>
    </w:p>
    <w:p>
      <w:pPr>
        <w:pStyle w:val="ProtocolXML"/>
        <w:keepNext w:val="true"/>
        <w:keepLines/>
        <w:suppressAutoHyphens w:val="true"/>
        <w:spacing w:lineRule="auto" w:line="360"/>
        <w:ind w:start="680" w:hanging="0"/>
        <w:jc w:val="start"/>
        <w:rPr/>
      </w:pPr>
      <w:r>
        <w:rPr>
          <w:b w:val="false"/>
          <w:sz w:val="24"/>
          <w:lang w:val="zxx"/>
        </w:rPr>
        <w:t>presence="present" support="supported"/&gt;</w:t>
      </w:r>
    </w:p>
    <w:p>
      <w:pPr>
        <w:pStyle w:val="ProtocolXML"/>
        <w:keepNext w:val="true"/>
        <w:keepLines/>
        <w:suppressAutoHyphens w:val="true"/>
        <w:spacing w:lineRule="auto" w:line="360"/>
        <w:ind w:start="227" w:hanging="0"/>
        <w:jc w:val="start"/>
        <w:rPr/>
      </w:pPr>
      <w:r>
        <w:rPr>
          <w:b w:val="false"/>
          <w:sz w:val="24"/>
          <w:lang w:val="zxx"/>
        </w:rPr>
        <w:t>&lt;/inventory&gt;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В.51 Порог: запрос продолжения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046</w:t>
      </w:r>
      <w:r>
        <w:rPr>
          <w:b w:val="false"/>
          <w:sz w:val="24"/>
        </w:rPr>
        <w:t>; начальное состояние определяется только этим фрагментом и его пояснением. Тот же фильтр и снимок.</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id="00000000000000000000000000004106" action="inventory.get"&gt;</w:t>
      </w:r>
    </w:p>
    <w:p>
      <w:pPr>
        <w:pStyle w:val="ProtocolXML"/>
        <w:keepNext w:val="true"/>
        <w:keepLines/>
        <w:suppressAutoHyphens w:val="true"/>
        <w:spacing w:lineRule="auto" w:line="360"/>
        <w:ind w:start="227" w:hanging="0"/>
        <w:jc w:val="start"/>
        <w:rPr/>
      </w:pPr>
      <w:r>
        <w:rPr>
          <w:b w:val="false"/>
          <w:sz w:val="24"/>
          <w:lang w:val="zxx"/>
        </w:rPr>
        <w:t>&lt;selection pointId="ou1.temperature"</w:t>
      </w:r>
    </w:p>
    <w:p>
      <w:pPr>
        <w:pStyle w:val="ProtocolXML"/>
        <w:keepNext w:val="true"/>
        <w:keepLines/>
        <w:suppressAutoHyphens w:val="true"/>
        <w:spacing w:lineRule="auto" w:line="360"/>
        <w:ind w:start="454" w:hanging="0"/>
        <w:jc w:val="start"/>
        <w:rPr/>
      </w:pPr>
      <w:r>
        <w:rPr>
          <w:b w:val="false"/>
          <w:sz w:val="24"/>
          <w:lang w:val="zxx"/>
        </w:rPr>
        <w:t>snapshotId="00000000000000000000000000000412" cursor="thresholdPage"/&gt;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В.52 Порог: условие перегрева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046</w:t>
      </w:r>
      <w:r>
        <w:rPr>
          <w:b w:val="false"/>
          <w:sz w:val="24"/>
        </w:rPr>
        <w:t xml:space="preserve">; начальное состояние определяется только этим фрагментом и его пояснением. </w:t>
      </w:r>
      <w:r>
        <w:rPr>
          <w:b w:val="false"/>
          <w:sz w:val="24"/>
          <w:lang w:val="zxx"/>
        </w:rPr>
        <w:t>gt=80</w:t>
      </w:r>
      <w:r>
        <w:rPr>
          <w:b w:val="false"/>
          <w:sz w:val="24"/>
        </w:rPr>
        <w:t xml:space="preserve">, снятие ниже </w:t>
      </w:r>
      <w:r>
        <w:rPr>
          <w:b w:val="false"/>
          <w:sz w:val="24"/>
          <w:lang w:val="zxx"/>
        </w:rPr>
        <w:t>75.</w:t>
      </w:r>
      <w:r>
        <w:rPr>
          <w:b w:val="false"/>
          <w:sz w:val="24"/>
        </w:rPr>
        <w:t xml:space="preserve"> </w:t>
      </w:r>
      <w:r>
        <w:rPr>
          <w:b w:val="false"/>
          <w:sz w:val="24"/>
          <w:lang w:val="zxx"/>
        </w:rPr>
        <w:t>conditionId</w:t>
      </w:r>
      <w:r>
        <w:rPr>
          <w:b w:val="false"/>
          <w:sz w:val="24"/>
        </w:rPr>
        <w:t xml:space="preserve"> связывает описание условия и эпизоды </w:t>
      </w:r>
      <w:r>
        <w:rPr>
          <w:b w:val="false"/>
          <w:sz w:val="24"/>
          <w:lang w:val="zxx"/>
        </w:rPr>
        <w:t>alarm.</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to="00000000000000000000000000004106"</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&lt;inventory snapshotId="00000000000000000000000000000412"</w:t>
      </w:r>
    </w:p>
    <w:p>
      <w:pPr>
        <w:pStyle w:val="ProtocolXML"/>
        <w:keepNext w:val="true"/>
        <w:keepLines/>
        <w:suppressAutoHyphens w:val="true"/>
        <w:spacing w:lineRule="auto" w:line="360"/>
        <w:ind w:start="454" w:hanging="0"/>
        <w:jc w:val="start"/>
        <w:rPr/>
      </w:pPr>
      <w:r>
        <w:rPr>
          <w:b w:val="false"/>
          <w:sz w:val="24"/>
          <w:lang w:val="zxx"/>
        </w:rPr>
        <w:t>capabilityRevision="4" bindingGeneration="2" more="false"&gt;</w:t>
      </w:r>
    </w:p>
    <w:p>
      <w:pPr>
        <w:pStyle w:val="ProtocolXML"/>
        <w:keepNext w:val="true"/>
        <w:keepLines/>
        <w:suppressAutoHyphens w:val="true"/>
        <w:spacing w:lineRule="auto" w:line="360"/>
        <w:ind w:start="454" w:hanging="0"/>
        <w:jc w:val="start"/>
        <w:rPr/>
      </w:pPr>
      <w:r>
        <w:rPr>
          <w:b w:val="false"/>
          <w:sz w:val="24"/>
          <w:lang w:val="zxx"/>
        </w:rPr>
        <w:t>&lt;point id="ou1.temperature" facet="acquisition" readMethod="cached"</w:t>
      </w:r>
    </w:p>
    <w:p>
      <w:pPr>
        <w:pStyle w:val="ProtocolXML"/>
        <w:keepNext w:val="true"/>
        <w:keepLines/>
        <w:suppressAutoHyphens w:val="true"/>
        <w:spacing w:lineRule="auto" w:line="360"/>
        <w:ind w:start="680" w:hanging="0"/>
        <w:jc w:val="start"/>
        <w:rPr/>
      </w:pPr>
      <w:r>
        <w:rPr>
          <w:b w:val="false"/>
          <w:sz w:val="24"/>
          <w:lang w:val="zxx"/>
        </w:rPr>
        <w:t>maxAgeMs="2000"/&gt;</w:t>
      </w:r>
    </w:p>
    <w:p>
      <w:pPr>
        <w:pStyle w:val="ProtocolXML"/>
        <w:keepNext w:val="true"/>
        <w:keepLines/>
        <w:suppressAutoHyphens w:val="true"/>
        <w:spacing w:lineRule="auto" w:line="360"/>
        <w:ind w:start="454" w:hanging="0"/>
        <w:jc w:val="start"/>
        <w:rPr/>
      </w:pPr>
      <w:r>
        <w:rPr>
          <w:b w:val="false"/>
          <w:sz w:val="24"/>
          <w:lang w:val="zxx"/>
        </w:rPr>
        <w:t>&lt;threshold pointId="ou1.temperature" conditionId="overheat" operator="gt"</w:t>
      </w:r>
    </w:p>
    <w:p>
      <w:pPr>
        <w:pStyle w:val="ProtocolXML"/>
        <w:keepNext w:val="true"/>
        <w:keepLines/>
        <w:suppressAutoHyphens w:val="true"/>
        <w:spacing w:lineRule="auto" w:line="360"/>
        <w:ind w:start="680" w:hanging="0"/>
        <w:jc w:val="start"/>
        <w:rPr/>
      </w:pPr>
      <w:r>
        <w:rPr>
          <w:b w:val="false"/>
          <w:sz w:val="24"/>
          <w:lang w:val="zxx"/>
        </w:rPr>
        <w:t>value="80" hysteresis="5" severity="critical"/&gt;</w:t>
      </w:r>
    </w:p>
    <w:p>
      <w:pPr>
        <w:pStyle w:val="ProtocolXML"/>
        <w:keepNext w:val="true"/>
        <w:keepLines/>
        <w:suppressAutoHyphens w:val="true"/>
        <w:spacing w:lineRule="auto" w:line="360"/>
        <w:ind w:start="227" w:hanging="0"/>
        <w:jc w:val="start"/>
        <w:rPr/>
      </w:pPr>
      <w:r>
        <w:rPr>
          <w:b w:val="false"/>
          <w:sz w:val="24"/>
          <w:lang w:val="zxx"/>
        </w:rPr>
        <w:t>&lt;/inventory&gt;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В.53 Результат опроса с задействованием: запрос 1</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048</w:t>
      </w:r>
      <w:r>
        <w:rPr>
          <w:b w:val="false"/>
          <w:sz w:val="24"/>
        </w:rPr>
        <w:t xml:space="preserve">; начальное состояние определяется только этим фрагментом и его пояснением. Часть полного комплекта </w:t>
      </w:r>
      <w:r>
        <w:rPr>
          <w:b w:val="false"/>
          <w:sz w:val="24"/>
          <w:lang w:val="zxx"/>
        </w:rPr>
        <w:t>execution-</w:t>
      </w:r>
      <w:r>
        <w:rPr>
          <w:b w:val="false"/>
          <w:sz w:val="24"/>
        </w:rPr>
        <w:t>⁠</w:t>
      </w:r>
      <w:r>
        <w:rPr>
          <w:b w:val="false"/>
          <w:sz w:val="24"/>
          <w:lang w:val="zxx"/>
        </w:rPr>
        <w:t>0.11.json.</w:t>
      </w:r>
      <w:r>
        <w:rPr>
          <w:b w:val="false"/>
          <w:sz w:val="24"/>
        </w:rPr>
        <w:t xml:space="preserve"> Сводка только на первой странице.</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id="00000000000000000000000000001770" action="session.get"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sessionId="000000000000000000000000000016a9"/&gt;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В.54 Результат опроса с задействованием: страница 1</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048</w:t>
      </w:r>
      <w:r>
        <w:rPr>
          <w:b w:val="false"/>
          <w:sz w:val="24"/>
        </w:rPr>
        <w:t>; начальное состояние определяется только этим фрагментом и его пояснением. Полный фиксированный набор включает ресурс, проверки и три фазы наблюдения.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to="00000000000000000000000000001770"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snapshotId="000000000000000000000000000001f4" stateRevision="50"</w:t>
      </w:r>
    </w:p>
    <w:p>
      <w:pPr>
        <w:pStyle w:val="ProtocolXML"/>
        <w:keepNext w:val="true"/>
        <w:keepLines/>
        <w:suppressAutoHyphens w:val="true"/>
        <w:spacing w:lineRule="auto" w:line="360"/>
        <w:ind w:start="454" w:hanging="0"/>
        <w:jc w:val="start"/>
        <w:rPr/>
      </w:pPr>
      <w:r>
        <w:rPr>
          <w:b w:val="false"/>
          <w:sz w:val="24"/>
          <w:lang w:val="zxx"/>
        </w:rPr>
        <w:t>mode="test" resourceCount="1" checkCount="2" observationCount="3" more="true"</w:t>
      </w:r>
    </w:p>
    <w:p>
      <w:pPr>
        <w:pStyle w:val="ProtocolXML"/>
        <w:keepNext w:val="true"/>
        <w:keepLines/>
        <w:suppressAutoHyphens w:val="true"/>
        <w:spacing w:lineRule="auto" w:line="360"/>
        <w:ind w:start="454" w:hanging="0"/>
        <w:jc w:val="start"/>
        <w:rPr/>
      </w:pPr>
      <w:r>
        <w:rPr>
          <w:b w:val="false"/>
          <w:sz w:val="24"/>
          <w:lang w:val="zxx"/>
        </w:rPr>
        <w:t>cursor="p1" evaluatedAtMs="55000" executionCount="1" faultCount="0"&gt;</w:t>
      </w:r>
    </w:p>
    <w:p>
      <w:pPr>
        <w:pStyle w:val="ProtocolXML"/>
        <w:keepNext w:val="true"/>
        <w:keepLines/>
        <w:suppressAutoHyphens w:val="true"/>
        <w:spacing w:lineRule="auto" w:line="360"/>
        <w:ind w:start="454" w:hanging="0"/>
        <w:jc w:val="start"/>
        <w:rPr/>
      </w:pPr>
      <w:r>
        <w:rPr>
          <w:b w:val="false"/>
          <w:sz w:val="24"/>
          <w:lang w:val="zxx"/>
        </w:rPr>
        <w:t>&lt;session id="000000000000000000000000000016a9" startSeq="3"</w:t>
      </w:r>
    </w:p>
    <w:p>
      <w:pPr>
        <w:pStyle w:val="ProtocolXML"/>
        <w:keepNext w:val="true"/>
        <w:keepLines/>
        <w:suppressAutoHyphens w:val="true"/>
        <w:spacing w:lineRule="auto" w:line="360"/>
        <w:ind w:start="680" w:hanging="0"/>
        <w:jc w:val="start"/>
        <w:rPr/>
      </w:pPr>
      <w:r>
        <w:rPr>
          <w:b w:val="false"/>
          <w:sz w:val="24"/>
          <w:lang w:val="zxx"/>
        </w:rPr>
        <w:t>state="finished" onControlLoss="stop" configRevision="7" capabilityRevision="4"</w:t>
      </w:r>
    </w:p>
    <w:p>
      <w:pPr>
        <w:pStyle w:val="ProtocolXML"/>
        <w:keepNext w:val="true"/>
        <w:keepLines/>
        <w:suppressAutoHyphens w:val="true"/>
        <w:spacing w:lineRule="auto" w:line="360"/>
        <w:ind w:start="680" w:hanging="0"/>
        <w:jc w:val="start"/>
        <w:rPr/>
      </w:pPr>
      <w:r>
        <w:rPr>
          <w:b w:val="false"/>
          <w:sz w:val="24"/>
          <w:lang w:val="zxx"/>
        </w:rPr>
        <w:t>acceptedAtMs="50000" maxDurationMs="10000" result="succeeded"</w:t>
      </w:r>
    </w:p>
    <w:p>
      <w:pPr>
        <w:pStyle w:val="ProtocolXML"/>
        <w:keepNext w:val="true"/>
        <w:keepLines/>
        <w:suppressAutoHyphens w:val="true"/>
        <w:spacing w:lineRule="auto" w:line="360"/>
        <w:ind w:start="680" w:hanging="0"/>
        <w:jc w:val="start"/>
        <w:rPr/>
      </w:pPr>
      <w:r>
        <w:rPr>
          <w:b w:val="false"/>
          <w:sz w:val="24"/>
          <w:lang w:val="zxx"/>
        </w:rPr>
        <w:t>reason="completed"/&gt;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В.55 Результат опроса с задействованием: запрос 2</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050</w:t>
      </w:r>
      <w:r>
        <w:rPr>
          <w:b w:val="false"/>
          <w:sz w:val="24"/>
        </w:rPr>
        <w:t xml:space="preserve">; начальное состояние определяется только этим фрагментом и его пояснением. Часть полного комплекта </w:t>
      </w:r>
      <w:r>
        <w:rPr>
          <w:b w:val="false"/>
          <w:sz w:val="24"/>
          <w:lang w:val="zxx"/>
        </w:rPr>
        <w:t>execution-</w:t>
      </w:r>
      <w:r>
        <w:rPr>
          <w:b w:val="false"/>
          <w:sz w:val="24"/>
        </w:rPr>
        <w:t>⁠</w:t>
      </w:r>
      <w:r>
        <w:rPr>
          <w:b w:val="false"/>
          <w:sz w:val="24"/>
          <w:lang w:val="zxx"/>
        </w:rPr>
        <w:t>0.11.json.</w:t>
      </w:r>
      <w:r>
        <w:rPr>
          <w:b w:val="false"/>
          <w:sz w:val="24"/>
        </w:rPr>
        <w:t xml:space="preserve"> Сводка только на первой странице.</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id="00000000000000000000000000001771" action="session.get"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sessionId="000000000000000000000000000016a9"</w:t>
      </w:r>
    </w:p>
    <w:p>
      <w:pPr>
        <w:pStyle w:val="ProtocolXML"/>
        <w:keepNext w:val="true"/>
        <w:keepLines/>
        <w:suppressAutoHyphens w:val="true"/>
        <w:spacing w:lineRule="auto" w:line="360"/>
        <w:ind w:start="454" w:hanging="0"/>
        <w:jc w:val="start"/>
        <w:rPr/>
      </w:pPr>
      <w:r>
        <w:rPr>
          <w:b w:val="false"/>
          <w:sz w:val="24"/>
          <w:lang w:val="zxx"/>
        </w:rPr>
        <w:t>snapshotId="000000000000000000000000000001f4" cursor="p1"/&gt;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В.56 Результат опроса с задействованием: страница 2</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050</w:t>
      </w:r>
      <w:r>
        <w:rPr>
          <w:b w:val="false"/>
          <w:sz w:val="24"/>
        </w:rPr>
        <w:t xml:space="preserve">; начальное состояние определяется только этим фрагментом и его пояснением. Полный фиксированный набор включает ресурс, проверки и три фазы наблюдения. </w:t>
      </w:r>
      <w:r>
        <w:rPr>
          <w:b w:val="false"/>
          <w:sz w:val="24"/>
          <w:lang w:val="zxx"/>
        </w:rPr>
        <w:t>timeline</w:t>
      </w:r>
      <w:r>
        <w:rPr>
          <w:b w:val="false"/>
          <w:sz w:val="24"/>
        </w:rPr>
        <w:t xml:space="preserve"> относится ко всему тесту; </w:t>
      </w:r>
      <w:r>
        <w:rPr>
          <w:b w:val="false"/>
          <w:sz w:val="24"/>
          <w:lang w:val="zxx"/>
        </w:rPr>
        <w:t>prepareTimeoutMs=2000</w:t>
      </w:r>
      <w:r>
        <w:rPr>
          <w:b w:val="false"/>
          <w:sz w:val="24"/>
        </w:rPr>
        <w:t xml:space="preserve">, </w:t>
      </w:r>
      <w:r>
        <w:rPr>
          <w:b w:val="false"/>
          <w:sz w:val="24"/>
          <w:lang w:val="zxx"/>
        </w:rPr>
        <w:t>stopBeginMs=100</w:t>
      </w:r>
      <w:r>
        <w:rPr>
          <w:b w:val="false"/>
          <w:sz w:val="24"/>
        </w:rPr>
        <w:t xml:space="preserve">, </w:t>
      </w:r>
      <w:r>
        <w:rPr>
          <w:b w:val="false"/>
          <w:sz w:val="24"/>
          <w:lang w:val="zxx"/>
        </w:rPr>
        <w:t>stopConfirmMs=3000.</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to="00000000000000000000000000001771"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snapshotId="000000000000000000000000000001f4" stateRevision="50"</w:t>
      </w:r>
    </w:p>
    <w:p>
      <w:pPr>
        <w:pStyle w:val="ProtocolXML"/>
        <w:keepNext w:val="true"/>
        <w:keepLines/>
        <w:suppressAutoHyphens w:val="true"/>
        <w:spacing w:lineRule="auto" w:line="360"/>
        <w:ind w:start="454" w:hanging="0"/>
        <w:jc w:val="start"/>
        <w:rPr/>
      </w:pPr>
      <w:r>
        <w:rPr>
          <w:b w:val="false"/>
          <w:sz w:val="24"/>
          <w:lang w:val="zxx"/>
        </w:rPr>
        <w:t>mode="test" resourceCount="1" checkCount="2" observationCount="3" more="true"</w:t>
      </w:r>
    </w:p>
    <w:p>
      <w:pPr>
        <w:pStyle w:val="ProtocolXML"/>
        <w:keepNext w:val="true"/>
        <w:keepLines/>
        <w:suppressAutoHyphens w:val="true"/>
        <w:spacing w:lineRule="auto" w:line="360"/>
        <w:ind w:start="454" w:hanging="0"/>
        <w:jc w:val="start"/>
        <w:rPr/>
      </w:pPr>
      <w:r>
        <w:rPr>
          <w:b w:val="false"/>
          <w:sz w:val="24"/>
          <w:lang w:val="zxx"/>
        </w:rPr>
        <w:t>cursor="p2" evaluatedAtMs="55000" executionCount="1" faultCount="0"&gt;</w:t>
      </w:r>
    </w:p>
    <w:p>
      <w:pPr>
        <w:pStyle w:val="ProtocolXML"/>
        <w:keepNext w:val="true"/>
        <w:keepLines/>
        <w:suppressAutoHyphens w:val="true"/>
        <w:spacing w:lineRule="auto" w:line="360"/>
        <w:ind w:start="454" w:hanging="0"/>
        <w:jc w:val="start"/>
        <w:rPr/>
      </w:pPr>
      <w:r>
        <w:rPr>
          <w:b w:val="false"/>
          <w:sz w:val="24"/>
          <w:lang w:val="zxx"/>
        </w:rPr>
        <w:t>&lt;resource id="ou1" bindingGeneration="2" output="off" evidence="reportedMode"</w:t>
      </w:r>
    </w:p>
    <w:p>
      <w:pPr>
        <w:pStyle w:val="ProtocolXML"/>
        <w:keepNext w:val="true"/>
        <w:keepLines/>
        <w:suppressAutoHyphens w:val="true"/>
        <w:spacing w:lineRule="auto" w:line="360"/>
        <w:ind w:start="680" w:hanging="0"/>
        <w:jc w:val="start"/>
        <w:rPr/>
      </w:pPr>
      <w:r>
        <w:rPr>
          <w:b w:val="false"/>
          <w:sz w:val="24"/>
          <w:lang w:val="zxx"/>
        </w:rPr>
        <w:t>observedAtMs="54000"/&gt;</w:t>
      </w:r>
    </w:p>
    <w:p>
      <w:pPr>
        <w:pStyle w:val="ProtocolXML"/>
        <w:keepNext w:val="true"/>
        <w:keepLines/>
        <w:suppressAutoHyphens w:val="true"/>
        <w:spacing w:lineRule="auto" w:line="360"/>
        <w:ind w:start="454" w:hanging="0"/>
        <w:jc w:val="start"/>
        <w:rPr/>
      </w:pPr>
      <w:r>
        <w:rPr>
          <w:b w:val="false"/>
          <w:sz w:val="24"/>
          <w:lang w:val="zxx"/>
        </w:rPr>
        <w:t>&lt;timeline sessionId="000000000000000000000000000016a9"</w:t>
      </w:r>
    </w:p>
    <w:p>
      <w:pPr>
        <w:pStyle w:val="ProtocolXML"/>
        <w:keepNext w:val="true"/>
        <w:keepLines/>
        <w:suppressAutoHyphens w:val="true"/>
        <w:spacing w:lineRule="auto" w:line="360"/>
        <w:ind w:start="680" w:hanging="0"/>
        <w:jc w:val="start"/>
        <w:rPr/>
      </w:pPr>
      <w:r>
        <w:rPr>
          <w:b w:val="false"/>
          <w:sz w:val="24"/>
          <w:lang w:val="zxx"/>
        </w:rPr>
        <w:t>prepareDeadlineMs="52000" runningAtMs="51000" runDeadlineMs="60000"</w:t>
      </w:r>
    </w:p>
    <w:p>
      <w:pPr>
        <w:pStyle w:val="ProtocolXML"/>
        <w:keepNext w:val="true"/>
        <w:keepLines/>
        <w:suppressAutoHyphens w:val="true"/>
        <w:spacing w:lineRule="auto" w:line="360"/>
        <w:ind w:start="680" w:hanging="0"/>
        <w:jc w:val="start"/>
        <w:rPr/>
      </w:pPr>
      <w:r>
        <w:rPr>
          <w:b w:val="false"/>
          <w:sz w:val="24"/>
          <w:lang w:val="zxx"/>
        </w:rPr>
        <w:t>stoppingAtMs="52000" stopIssuedAtMs="52020" stopBeginDeadlineMs="52100"</w:t>
      </w:r>
    </w:p>
    <w:p>
      <w:pPr>
        <w:pStyle w:val="ProtocolXML"/>
        <w:keepNext w:val="true"/>
        <w:keepLines/>
        <w:suppressAutoHyphens w:val="true"/>
        <w:spacing w:lineRule="auto" w:line="360"/>
        <w:ind w:start="680" w:hanging="0"/>
        <w:jc w:val="start"/>
        <w:rPr/>
      </w:pPr>
      <w:r>
        <w:rPr>
          <w:b w:val="false"/>
          <w:sz w:val="24"/>
          <w:lang w:val="zxx"/>
        </w:rPr>
        <w:t>stopConfirmDeadlineMs="55000" finishedAtMs="54000"/&gt;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В.57 Результат опроса с задействованием: запрос 3</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052</w:t>
      </w:r>
      <w:r>
        <w:rPr>
          <w:b w:val="false"/>
          <w:sz w:val="24"/>
        </w:rPr>
        <w:t xml:space="preserve">; начальное состояние определяется только этим фрагментом и его пояснением. Часть полного комплекта </w:t>
      </w:r>
      <w:r>
        <w:rPr>
          <w:b w:val="false"/>
          <w:sz w:val="24"/>
          <w:lang w:val="zxx"/>
        </w:rPr>
        <w:t>execution-</w:t>
      </w:r>
      <w:r>
        <w:rPr>
          <w:b w:val="false"/>
          <w:sz w:val="24"/>
        </w:rPr>
        <w:t>⁠</w:t>
      </w:r>
      <w:r>
        <w:rPr>
          <w:b w:val="false"/>
          <w:sz w:val="24"/>
          <w:lang w:val="zxx"/>
        </w:rPr>
        <w:t>0.11.json.</w:t>
      </w:r>
      <w:r>
        <w:rPr>
          <w:b w:val="false"/>
          <w:sz w:val="24"/>
        </w:rPr>
        <w:t xml:space="preserve"> Сводка только на первой странице.</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id="00000000000000000000000000001772" action="session.get"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sessionId="000000000000000000000000000016a9"</w:t>
      </w:r>
    </w:p>
    <w:p>
      <w:pPr>
        <w:pStyle w:val="ProtocolXML"/>
        <w:keepNext w:val="true"/>
        <w:keepLines/>
        <w:suppressAutoHyphens w:val="true"/>
        <w:spacing w:lineRule="auto" w:line="360"/>
        <w:ind w:start="454" w:hanging="0"/>
        <w:jc w:val="start"/>
        <w:rPr/>
      </w:pPr>
      <w:r>
        <w:rPr>
          <w:b w:val="false"/>
          <w:sz w:val="24"/>
          <w:lang w:val="zxx"/>
        </w:rPr>
        <w:t>snapshotId="000000000000000000000000000001f4" cursor="p2"/&gt;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В.58 Результат опроса с задействованием: страница 3</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052</w:t>
      </w:r>
      <w:r>
        <w:rPr>
          <w:b w:val="false"/>
          <w:sz w:val="24"/>
        </w:rPr>
        <w:t>; начальное состояние определяется только этим фрагментом и его пояснением. Полный фиксированный набор включает ресурс, проверки и три фазы наблюдения.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to="00000000000000000000000000001772"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snapshotId="000000000000000000000000000001f4" stateRevision="50"</w:t>
      </w:r>
    </w:p>
    <w:p>
      <w:pPr>
        <w:pStyle w:val="ProtocolXML"/>
        <w:keepNext w:val="true"/>
        <w:keepLines/>
        <w:suppressAutoHyphens w:val="true"/>
        <w:spacing w:lineRule="auto" w:line="360"/>
        <w:ind w:start="454" w:hanging="0"/>
        <w:jc w:val="start"/>
        <w:rPr/>
      </w:pPr>
      <w:r>
        <w:rPr>
          <w:b w:val="false"/>
          <w:sz w:val="24"/>
          <w:lang w:val="zxx"/>
        </w:rPr>
        <w:t>mode="test" resourceCount="1" checkCount="2" observationCount="3" more="true"</w:t>
      </w:r>
    </w:p>
    <w:p>
      <w:pPr>
        <w:pStyle w:val="ProtocolXML"/>
        <w:keepNext w:val="true"/>
        <w:keepLines/>
        <w:suppressAutoHyphens w:val="true"/>
        <w:spacing w:lineRule="auto" w:line="360"/>
        <w:ind w:start="454" w:hanging="0"/>
        <w:jc w:val="start"/>
        <w:rPr/>
      </w:pPr>
      <w:r>
        <w:rPr>
          <w:b w:val="false"/>
          <w:sz w:val="24"/>
          <w:lang w:val="zxx"/>
        </w:rPr>
        <w:t>cursor="p3" evaluatedAtMs="55000" executionCount="1" faultCount="0"&gt;</w:t>
      </w:r>
    </w:p>
    <w:p>
      <w:pPr>
        <w:pStyle w:val="ProtocolXML"/>
        <w:keepNext w:val="true"/>
        <w:keepLines/>
        <w:suppressAutoHyphens w:val="true"/>
        <w:spacing w:lineRule="auto" w:line="360"/>
        <w:ind w:start="454" w:hanging="0"/>
        <w:jc w:val="start"/>
        <w:rPr/>
      </w:pPr>
      <w:r>
        <w:rPr>
          <w:b w:val="false"/>
          <w:sz w:val="24"/>
          <w:lang w:val="zxx"/>
        </w:rPr>
        <w:t>&lt;check id="activation" resourceId="ou1" phase="running" status="passed"/&gt;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В.59 Результат опроса с задействованием: запрос 4</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054</w:t>
      </w:r>
      <w:r>
        <w:rPr>
          <w:b w:val="false"/>
          <w:sz w:val="24"/>
        </w:rPr>
        <w:t xml:space="preserve">; начальное состояние определяется только этим фрагментом и его пояснением. Часть полного комплекта </w:t>
      </w:r>
      <w:r>
        <w:rPr>
          <w:b w:val="false"/>
          <w:sz w:val="24"/>
          <w:lang w:val="zxx"/>
        </w:rPr>
        <w:t>execution-</w:t>
      </w:r>
      <w:r>
        <w:rPr>
          <w:b w:val="false"/>
          <w:sz w:val="24"/>
        </w:rPr>
        <w:t>⁠</w:t>
      </w:r>
      <w:r>
        <w:rPr>
          <w:b w:val="false"/>
          <w:sz w:val="24"/>
          <w:lang w:val="zxx"/>
        </w:rPr>
        <w:t>0.11.json.</w:t>
      </w:r>
      <w:r>
        <w:rPr>
          <w:b w:val="false"/>
          <w:sz w:val="24"/>
        </w:rPr>
        <w:t xml:space="preserve"> Сводка только на первой странице.</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id="00000000000000000000000000001773" action="session.get"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sessionId="000000000000000000000000000016a9"</w:t>
      </w:r>
    </w:p>
    <w:p>
      <w:pPr>
        <w:pStyle w:val="ProtocolXML"/>
        <w:keepNext w:val="true"/>
        <w:keepLines/>
        <w:suppressAutoHyphens w:val="true"/>
        <w:spacing w:lineRule="auto" w:line="360"/>
        <w:ind w:start="454" w:hanging="0"/>
        <w:jc w:val="start"/>
        <w:rPr/>
      </w:pPr>
      <w:r>
        <w:rPr>
          <w:b w:val="false"/>
          <w:sz w:val="24"/>
          <w:lang w:val="zxx"/>
        </w:rPr>
        <w:t>snapshotId="000000000000000000000000000001f4" cursor="p3"/&gt;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В.60 Результат опроса с задействованием: страница 4</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054</w:t>
      </w:r>
      <w:r>
        <w:rPr>
          <w:b w:val="false"/>
          <w:sz w:val="24"/>
        </w:rPr>
        <w:t>; начальное состояние определяется только этим фрагментом и его пояснением. Полный фиксированный набор включает ресурс, проверки и три фазы наблюдения.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to="00000000000000000000000000001773"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snapshotId="000000000000000000000000000001f4" stateRevision="50"</w:t>
      </w:r>
    </w:p>
    <w:p>
      <w:pPr>
        <w:pStyle w:val="ProtocolXML"/>
        <w:keepNext w:val="true"/>
        <w:keepLines/>
        <w:suppressAutoHyphens w:val="true"/>
        <w:spacing w:lineRule="auto" w:line="360"/>
        <w:ind w:start="454" w:hanging="0"/>
        <w:jc w:val="start"/>
        <w:rPr/>
      </w:pPr>
      <w:r>
        <w:rPr>
          <w:b w:val="false"/>
          <w:sz w:val="24"/>
          <w:lang w:val="zxx"/>
        </w:rPr>
        <w:t>mode="test" resourceCount="1" checkCount="2" observationCount="3" more="true"</w:t>
      </w:r>
    </w:p>
    <w:p>
      <w:pPr>
        <w:pStyle w:val="ProtocolXML"/>
        <w:keepNext w:val="true"/>
        <w:keepLines/>
        <w:suppressAutoHyphens w:val="true"/>
        <w:spacing w:lineRule="auto" w:line="360"/>
        <w:ind w:start="454" w:hanging="0"/>
        <w:jc w:val="start"/>
        <w:rPr/>
      </w:pPr>
      <w:r>
        <w:rPr>
          <w:b w:val="false"/>
          <w:sz w:val="24"/>
          <w:lang w:val="zxx"/>
        </w:rPr>
        <w:t>cursor="p4" evaluatedAtMs="55000" executionCount="1" faultCount="0"&gt;</w:t>
      </w:r>
    </w:p>
    <w:p>
      <w:pPr>
        <w:pStyle w:val="ProtocolXML"/>
        <w:keepNext w:val="true"/>
        <w:keepLines/>
        <w:suppressAutoHyphens w:val="true"/>
        <w:spacing w:lineRule="auto" w:line="360"/>
        <w:ind w:start="454" w:hanging="0"/>
        <w:jc w:val="start"/>
        <w:rPr/>
      </w:pPr>
      <w:r>
        <w:rPr>
          <w:b w:val="false"/>
          <w:sz w:val="24"/>
          <w:lang w:val="zxx"/>
        </w:rPr>
        <w:t>&lt;check id="outputOff" resourceId="ou1" phase="stopped" status="passed"/&gt;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В.61 Результат опроса с задействованием: запрос 5</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056</w:t>
      </w:r>
      <w:r>
        <w:rPr>
          <w:b w:val="false"/>
          <w:sz w:val="24"/>
        </w:rPr>
        <w:t xml:space="preserve">; начальное состояние определяется только этим фрагментом и его пояснением. Часть полного комплекта </w:t>
      </w:r>
      <w:r>
        <w:rPr>
          <w:b w:val="false"/>
          <w:sz w:val="24"/>
          <w:lang w:val="zxx"/>
        </w:rPr>
        <w:t>execution-</w:t>
      </w:r>
      <w:r>
        <w:rPr>
          <w:b w:val="false"/>
          <w:sz w:val="24"/>
        </w:rPr>
        <w:t>⁠</w:t>
      </w:r>
      <w:r>
        <w:rPr>
          <w:b w:val="false"/>
          <w:sz w:val="24"/>
          <w:lang w:val="zxx"/>
        </w:rPr>
        <w:t>0.11.json.</w:t>
      </w:r>
      <w:r>
        <w:rPr>
          <w:b w:val="false"/>
          <w:sz w:val="24"/>
        </w:rPr>
        <w:t xml:space="preserve"> Сводка только на первой странице.</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id="00000000000000000000000000001774" action="session.get"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sessionId="000000000000000000000000000016a9"</w:t>
      </w:r>
    </w:p>
    <w:p>
      <w:pPr>
        <w:pStyle w:val="ProtocolXML"/>
        <w:keepNext w:val="true"/>
        <w:keepLines/>
        <w:suppressAutoHyphens w:val="true"/>
        <w:spacing w:lineRule="auto" w:line="360"/>
        <w:ind w:start="454" w:hanging="0"/>
        <w:jc w:val="start"/>
        <w:rPr/>
      </w:pPr>
      <w:r>
        <w:rPr>
          <w:b w:val="false"/>
          <w:sz w:val="24"/>
          <w:lang w:val="zxx"/>
        </w:rPr>
        <w:t>snapshotId="000000000000000000000000000001f4" cursor="p4"/&gt;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В.62 Результат опроса с задействованием: страница 5</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056</w:t>
      </w:r>
      <w:r>
        <w:rPr>
          <w:b w:val="false"/>
          <w:sz w:val="24"/>
        </w:rPr>
        <w:t>; начальное состояние определяется только этим фрагментом и его пояснением. Полный фиксированный набор включает ресурс, проверки и три фазы наблюдения.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to="00000000000000000000000000001774"</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snapshotId="000000000000000000000000000001f4" stateRevision="50"</w:t>
      </w:r>
    </w:p>
    <w:p>
      <w:pPr>
        <w:pStyle w:val="ProtocolXML"/>
        <w:keepNext w:val="true"/>
        <w:keepLines/>
        <w:suppressAutoHyphens w:val="true"/>
        <w:spacing w:lineRule="auto" w:line="360"/>
        <w:ind w:start="454" w:hanging="0"/>
        <w:jc w:val="start"/>
        <w:rPr/>
      </w:pPr>
      <w:r>
        <w:rPr>
          <w:b w:val="false"/>
          <w:sz w:val="24"/>
          <w:lang w:val="zxx"/>
        </w:rPr>
        <w:t>mode="test" resourceCount="1" checkCount="2" observationCount="3" more="true"</w:t>
      </w:r>
    </w:p>
    <w:p>
      <w:pPr>
        <w:pStyle w:val="ProtocolXML"/>
        <w:keepNext w:val="true"/>
        <w:keepLines/>
        <w:suppressAutoHyphens w:val="true"/>
        <w:spacing w:lineRule="auto" w:line="360"/>
        <w:ind w:start="454" w:hanging="0"/>
        <w:jc w:val="start"/>
        <w:rPr/>
      </w:pPr>
      <w:r>
        <w:rPr>
          <w:b w:val="false"/>
          <w:sz w:val="24"/>
          <w:lang w:val="zxx"/>
        </w:rPr>
        <w:t>cursor="p5" evaluatedAtMs="55000" executionCount="1" faultCount="0"&gt;</w:t>
      </w:r>
    </w:p>
    <w:p>
      <w:pPr>
        <w:pStyle w:val="ProtocolXML"/>
        <w:keepNext w:val="true"/>
        <w:keepLines/>
        <w:suppressAutoHyphens w:val="true"/>
        <w:spacing w:lineRule="auto" w:line="360"/>
        <w:ind w:start="454" w:hanging="0"/>
        <w:jc w:val="start"/>
        <w:rPr/>
      </w:pPr>
      <w:r>
        <w:rPr>
          <w:b w:val="false"/>
          <w:sz w:val="24"/>
          <w:lang w:val="zxx"/>
        </w:rPr>
        <w:t>&lt;observation id="baselineMode" resourceId="ou1" pointId="ou1.active"</w:t>
      </w:r>
    </w:p>
    <w:p>
      <w:pPr>
        <w:pStyle w:val="ProtocolXML"/>
        <w:keepNext w:val="true"/>
        <w:keepLines/>
        <w:suppressAutoHyphens w:val="true"/>
        <w:spacing w:lineRule="auto" w:line="360"/>
        <w:ind w:start="680" w:hanging="0"/>
        <w:jc w:val="start"/>
        <w:rPr/>
      </w:pPr>
      <w:r>
        <w:rPr>
          <w:b w:val="false"/>
          <w:sz w:val="24"/>
          <w:lang w:val="zxx"/>
        </w:rPr>
        <w:t>phase="baseline" type="bool" sourceId="ou1" sourceKind="ouReply"</w:t>
      </w:r>
    </w:p>
    <w:p>
      <w:pPr>
        <w:pStyle w:val="ProtocolXML"/>
        <w:keepNext w:val="true"/>
        <w:keepLines/>
        <w:suppressAutoHyphens w:val="true"/>
        <w:spacing w:lineRule="auto" w:line="360"/>
        <w:ind w:start="680" w:hanging="0"/>
        <w:jc w:val="start"/>
        <w:rPr/>
      </w:pPr>
      <w:r>
        <w:rPr>
          <w:b w:val="false"/>
          <w:sz w:val="24"/>
          <w:lang w:val="zxx"/>
        </w:rPr>
        <w:t>value="false" validity="valid" freshness="fresh" observedAtMs="50000"/&gt;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В.63 Результат опроса с задействованием: запрос 6</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058</w:t>
      </w:r>
      <w:r>
        <w:rPr>
          <w:b w:val="false"/>
          <w:sz w:val="24"/>
        </w:rPr>
        <w:t xml:space="preserve">; начальное состояние определяется только этим фрагментом и его пояснением. Часть полного комплекта </w:t>
      </w:r>
      <w:r>
        <w:rPr>
          <w:b w:val="false"/>
          <w:sz w:val="24"/>
          <w:lang w:val="zxx"/>
        </w:rPr>
        <w:t>execution-</w:t>
      </w:r>
      <w:r>
        <w:rPr>
          <w:b w:val="false"/>
          <w:sz w:val="24"/>
        </w:rPr>
        <w:t>⁠</w:t>
      </w:r>
      <w:r>
        <w:rPr>
          <w:b w:val="false"/>
          <w:sz w:val="24"/>
          <w:lang w:val="zxx"/>
        </w:rPr>
        <w:t>0.11.json.</w:t>
      </w:r>
      <w:r>
        <w:rPr>
          <w:b w:val="false"/>
          <w:sz w:val="24"/>
        </w:rPr>
        <w:t xml:space="preserve"> Сводка только на первой странице.</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id="00000000000000000000000000001775" action="session.get"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sessionId="000000000000000000000000000016a9"</w:t>
      </w:r>
    </w:p>
    <w:p>
      <w:pPr>
        <w:pStyle w:val="ProtocolXML"/>
        <w:keepNext w:val="true"/>
        <w:keepLines/>
        <w:suppressAutoHyphens w:val="true"/>
        <w:spacing w:lineRule="auto" w:line="360"/>
        <w:ind w:start="454" w:hanging="0"/>
        <w:jc w:val="start"/>
        <w:rPr/>
      </w:pPr>
      <w:r>
        <w:rPr>
          <w:b w:val="false"/>
          <w:sz w:val="24"/>
          <w:lang w:val="zxx"/>
        </w:rPr>
        <w:t>snapshotId="000000000000000000000000000001f4" cursor="p5"/&gt;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В.64 Результат опроса с задействованием: страница 6</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058</w:t>
      </w:r>
      <w:r>
        <w:rPr>
          <w:b w:val="false"/>
          <w:sz w:val="24"/>
        </w:rPr>
        <w:t>; начальное состояние определяется только этим фрагментом и его пояснением. Полный фиксированный набор включает ресурс, проверки и три фазы наблюдения.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to="00000000000000000000000000001775"</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snapshotId="000000000000000000000000000001f4" stateRevision="50"</w:t>
      </w:r>
    </w:p>
    <w:p>
      <w:pPr>
        <w:pStyle w:val="ProtocolXML"/>
        <w:keepNext w:val="true"/>
        <w:keepLines/>
        <w:suppressAutoHyphens w:val="true"/>
        <w:spacing w:lineRule="auto" w:line="360"/>
        <w:ind w:start="454" w:hanging="0"/>
        <w:jc w:val="start"/>
        <w:rPr/>
      </w:pPr>
      <w:r>
        <w:rPr>
          <w:b w:val="false"/>
          <w:sz w:val="24"/>
          <w:lang w:val="zxx"/>
        </w:rPr>
        <w:t>mode="test" resourceCount="1" checkCount="2" observationCount="3" more="true"</w:t>
      </w:r>
    </w:p>
    <w:p>
      <w:pPr>
        <w:pStyle w:val="ProtocolXML"/>
        <w:keepNext w:val="true"/>
        <w:keepLines/>
        <w:suppressAutoHyphens w:val="true"/>
        <w:spacing w:lineRule="auto" w:line="360"/>
        <w:ind w:start="454" w:hanging="0"/>
        <w:jc w:val="start"/>
        <w:rPr/>
      </w:pPr>
      <w:r>
        <w:rPr>
          <w:b w:val="false"/>
          <w:sz w:val="24"/>
          <w:lang w:val="zxx"/>
        </w:rPr>
        <w:t>cursor="p6" evaluatedAtMs="55000" executionCount="1" faultCount="0"&gt;</w:t>
      </w:r>
    </w:p>
    <w:p>
      <w:pPr>
        <w:pStyle w:val="ProtocolXML"/>
        <w:keepNext w:val="true"/>
        <w:keepLines/>
        <w:suppressAutoHyphens w:val="true"/>
        <w:spacing w:lineRule="auto" w:line="360"/>
        <w:ind w:start="454" w:hanging="0"/>
        <w:jc w:val="start"/>
        <w:rPr/>
      </w:pPr>
      <w:r>
        <w:rPr>
          <w:b w:val="false"/>
          <w:sz w:val="24"/>
          <w:lang w:val="zxx"/>
        </w:rPr>
        <w:t>&lt;observation id="runningMode" resourceId="ou1" pointId="ou1.active"</w:t>
      </w:r>
    </w:p>
    <w:p>
      <w:pPr>
        <w:pStyle w:val="ProtocolXML"/>
        <w:keepNext w:val="true"/>
        <w:keepLines/>
        <w:suppressAutoHyphens w:val="true"/>
        <w:spacing w:lineRule="auto" w:line="360"/>
        <w:ind w:start="680" w:hanging="0"/>
        <w:jc w:val="start"/>
        <w:rPr/>
      </w:pPr>
      <w:r>
        <w:rPr>
          <w:b w:val="false"/>
          <w:sz w:val="24"/>
          <w:lang w:val="zxx"/>
        </w:rPr>
        <w:t>phase="running" type="bool" sourceId="ou1" sourceKind="ouReply" value="true"</w:t>
      </w:r>
    </w:p>
    <w:p>
      <w:pPr>
        <w:pStyle w:val="ProtocolXML"/>
        <w:keepNext w:val="true"/>
        <w:keepLines/>
        <w:suppressAutoHyphens w:val="true"/>
        <w:spacing w:lineRule="auto" w:line="360"/>
        <w:ind w:start="680" w:hanging="0"/>
        <w:jc w:val="start"/>
        <w:rPr/>
      </w:pPr>
      <w:r>
        <w:rPr>
          <w:b w:val="false"/>
          <w:sz w:val="24"/>
          <w:lang w:val="zxx"/>
        </w:rPr>
        <w:t>validity="valid" freshness="fresh" observedAtMs="51000"/&gt;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В.65 Результат опроса с задействованием: запрос 7</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060</w:t>
      </w:r>
      <w:r>
        <w:rPr>
          <w:b w:val="false"/>
          <w:sz w:val="24"/>
        </w:rPr>
        <w:t xml:space="preserve">; начальное состояние определяется только этим фрагментом и его пояснением. Часть полного комплекта </w:t>
      </w:r>
      <w:r>
        <w:rPr>
          <w:b w:val="false"/>
          <w:sz w:val="24"/>
          <w:lang w:val="zxx"/>
        </w:rPr>
        <w:t>execution-</w:t>
      </w:r>
      <w:r>
        <w:rPr>
          <w:b w:val="false"/>
          <w:sz w:val="24"/>
        </w:rPr>
        <w:t>⁠</w:t>
      </w:r>
      <w:r>
        <w:rPr>
          <w:b w:val="false"/>
          <w:sz w:val="24"/>
          <w:lang w:val="zxx"/>
        </w:rPr>
        <w:t>0.11.json.</w:t>
      </w:r>
      <w:r>
        <w:rPr>
          <w:b w:val="false"/>
          <w:sz w:val="24"/>
        </w:rPr>
        <w:t xml:space="preserve"> Сводка только на первой странице.</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id="00000000000000000000000000001776" action="session.get"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sessionId="000000000000000000000000000016a9"</w:t>
      </w:r>
    </w:p>
    <w:p>
      <w:pPr>
        <w:pStyle w:val="ProtocolXML"/>
        <w:keepNext w:val="true"/>
        <w:keepLines/>
        <w:suppressAutoHyphens w:val="true"/>
        <w:spacing w:lineRule="auto" w:line="360"/>
        <w:ind w:start="454" w:hanging="0"/>
        <w:jc w:val="start"/>
        <w:rPr/>
      </w:pPr>
      <w:r>
        <w:rPr>
          <w:b w:val="false"/>
          <w:sz w:val="24"/>
          <w:lang w:val="zxx"/>
        </w:rPr>
        <w:t>snapshotId="000000000000000000000000000001f4" cursor="p6"/&gt;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В.66 Результат опроса с задействованием: страница 7</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060</w:t>
      </w:r>
      <w:r>
        <w:rPr>
          <w:b w:val="false"/>
          <w:sz w:val="24"/>
        </w:rPr>
        <w:t>; начальное состояние определяется только этим фрагментом и его пояснением. Полный фиксированный набор включает ресурс, проверки и три фазы наблюдения.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to="00000000000000000000000000001776"</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snapshotId="000000000000000000000000000001f4" stateRevision="50"</w:t>
      </w:r>
    </w:p>
    <w:p>
      <w:pPr>
        <w:pStyle w:val="ProtocolXML"/>
        <w:keepNext w:val="true"/>
        <w:keepLines/>
        <w:suppressAutoHyphens w:val="true"/>
        <w:spacing w:lineRule="auto" w:line="360"/>
        <w:ind w:start="454" w:hanging="0"/>
        <w:jc w:val="start"/>
        <w:rPr/>
      </w:pPr>
      <w:r>
        <w:rPr>
          <w:b w:val="false"/>
          <w:sz w:val="24"/>
          <w:lang w:val="zxx"/>
        </w:rPr>
        <w:t>mode="test" resourceCount="1" checkCount="2" observationCount="3" more="true"</w:t>
      </w:r>
    </w:p>
    <w:p>
      <w:pPr>
        <w:pStyle w:val="ProtocolXML"/>
        <w:keepNext w:val="true"/>
        <w:keepLines/>
        <w:suppressAutoHyphens w:val="true"/>
        <w:spacing w:lineRule="auto" w:line="360"/>
        <w:ind w:start="454" w:hanging="0"/>
        <w:jc w:val="start"/>
        <w:rPr/>
      </w:pPr>
      <w:r>
        <w:rPr>
          <w:b w:val="false"/>
          <w:sz w:val="24"/>
          <w:lang w:val="zxx"/>
        </w:rPr>
        <w:t>evaluatedAtMs="55000" executionCount="1" faultCount="0" cursor="proof"&gt;</w:t>
      </w:r>
    </w:p>
    <w:p>
      <w:pPr>
        <w:pStyle w:val="ProtocolXML"/>
        <w:keepNext w:val="true"/>
        <w:keepLines/>
        <w:suppressAutoHyphens w:val="true"/>
        <w:spacing w:lineRule="auto" w:line="360"/>
        <w:ind w:start="454" w:hanging="0"/>
        <w:jc w:val="start"/>
        <w:rPr/>
      </w:pPr>
      <w:r>
        <w:rPr>
          <w:b w:val="false"/>
          <w:sz w:val="24"/>
          <w:lang w:val="zxx"/>
        </w:rPr>
        <w:t>&lt;observation id="stoppedMode" resourceId="ou1" pointId="ou1.active"</w:t>
      </w:r>
    </w:p>
    <w:p>
      <w:pPr>
        <w:pStyle w:val="ProtocolXML"/>
        <w:keepNext w:val="true"/>
        <w:keepLines/>
        <w:suppressAutoHyphens w:val="true"/>
        <w:spacing w:lineRule="auto" w:line="360"/>
        <w:ind w:start="680" w:hanging="0"/>
        <w:jc w:val="start"/>
        <w:rPr/>
      </w:pPr>
      <w:r>
        <w:rPr>
          <w:b w:val="false"/>
          <w:sz w:val="24"/>
          <w:lang w:val="zxx"/>
        </w:rPr>
        <w:t>phase="stopped" type="bool" sourceId="ou1" sourceKind="ouReply"</w:t>
      </w:r>
    </w:p>
    <w:p>
      <w:pPr>
        <w:pStyle w:val="ProtocolXML"/>
        <w:keepNext w:val="true"/>
        <w:keepLines/>
        <w:suppressAutoHyphens w:val="true"/>
        <w:spacing w:lineRule="auto" w:line="360"/>
        <w:ind w:start="680" w:hanging="0"/>
        <w:jc w:val="start"/>
        <w:rPr/>
      </w:pPr>
      <w:r>
        <w:rPr>
          <w:b w:val="false"/>
          <w:sz w:val="24"/>
          <w:lang w:val="zxx"/>
        </w:rPr>
        <w:t>value="false" validity="valid" freshness="fresh" observedAtMs="53000"/&gt;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В.67 Отмена: резерв последнего номера остановки</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062</w:t>
      </w:r>
      <w:r>
        <w:rPr>
          <w:b w:val="false"/>
          <w:sz w:val="24"/>
        </w:rPr>
        <w:t xml:space="preserve">; начальное состояние определяется только этим фрагментом и его пояснением. </w:t>
      </w:r>
      <w:r>
        <w:rPr>
          <w:b w:val="false"/>
          <w:sz w:val="24"/>
          <w:lang w:val="zxx"/>
        </w:rPr>
        <w:t>session.start</w:t>
      </w:r>
      <w:r>
        <w:rPr>
          <w:b w:val="false"/>
          <w:sz w:val="24"/>
        </w:rPr>
        <w:t xml:space="preserve"> может занять последний обычный номер; резерв отмены остается доступным.</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id="00000000000000000000000000000fde" action="session.cancel"</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w:t>
      </w:r>
    </w:p>
    <w:p>
      <w:pPr>
        <w:pStyle w:val="ProtocolXML"/>
        <w:keepNext w:val="true"/>
        <w:keepLines/>
        <w:suppressAutoHyphens w:val="true"/>
        <w:spacing w:lineRule="auto" w:line="360"/>
        <w:ind w:start="227" w:hanging="0"/>
        <w:jc w:val="start"/>
        <w:rPr/>
      </w:pPr>
      <w:r>
        <w:rPr>
          <w:b w:val="false"/>
          <w:sz w:val="24"/>
          <w:lang w:val="zxx"/>
        </w:rPr>
        <w:t>cmdSeq="18446744073709551614"&gt;</w:t>
      </w:r>
    </w:p>
    <w:p>
      <w:pPr>
        <w:pStyle w:val="ProtocolXML"/>
        <w:keepNext w:val="true"/>
        <w:keepLines/>
        <w:suppressAutoHyphens w:val="true"/>
        <w:spacing w:lineRule="auto" w:line="360"/>
        <w:ind w:start="227" w:hanging="0"/>
        <w:jc w:val="start"/>
        <w:rPr/>
      </w:pPr>
      <w:r>
        <w:rPr>
          <w:b w:val="false"/>
          <w:sz w:val="24"/>
          <w:lang w:val="zxx"/>
        </w:rPr>
        <w:t>&lt;session startSeq="18446744073709551613"/&gt;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В.68 Освобождение управления: зарезервированный номер</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063</w:t>
      </w:r>
      <w:r>
        <w:rPr>
          <w:b w:val="false"/>
          <w:sz w:val="24"/>
        </w:rPr>
        <w:t xml:space="preserve">; начальное состояние определяется только этим фрагментом и его пояснением. Допустим только после подтвержденного </w:t>
      </w:r>
      <w:r>
        <w:rPr>
          <w:b w:val="false"/>
          <w:sz w:val="24"/>
          <w:lang w:val="zxx"/>
        </w:rPr>
        <w:t>off</w:t>
      </w:r>
      <w:r>
        <w:rPr>
          <w:b w:val="false"/>
          <w:sz w:val="24"/>
        </w:rPr>
        <w:t xml:space="preserve"> и сохранения закрытого результата.</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id="00000000000000000000000000000fdf" action="control.release"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w:t>
      </w:r>
    </w:p>
    <w:p>
      <w:pPr>
        <w:pStyle w:val="ProtocolXML"/>
        <w:keepNext w:val="false"/>
        <w:keepLines/>
        <w:suppressAutoHyphens w:val="true"/>
        <w:spacing w:lineRule="auto" w:line="360"/>
        <w:ind w:start="227" w:hanging="0"/>
        <w:jc w:val="start"/>
        <w:rPr/>
      </w:pPr>
      <w:r>
        <w:rPr>
          <w:b w:val="false"/>
          <w:sz w:val="24"/>
          <w:lang w:val="zxx"/>
        </w:rPr>
        <w:t>cmdSeq="18446744073709551615"/&gt;</w:t>
      </w:r>
    </w:p>
    <w:p>
      <w:pPr>
        <w:pStyle w:val="2"/>
        <w:rPr/>
      </w:pPr>
      <w:r>
        <w:rPr>
          <w:sz w:val="24"/>
        </w:rPr>
        <w:t>В.69 Программа: сирена и локальная речь</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064</w:t>
      </w:r>
      <w:r>
        <w:rPr>
          <w:b w:val="false"/>
          <w:sz w:val="24"/>
        </w:rPr>
        <w:t xml:space="preserve">; начальное состояние определяется только этим фрагментом и его пояснением. Самостоятельная ветвь: </w:t>
      </w:r>
      <w:r>
        <w:rPr>
          <w:b w:val="false"/>
          <w:sz w:val="24"/>
          <w:lang w:val="zxx"/>
        </w:rPr>
        <w:t>controlEpoch</w:t>
      </w:r>
      <w:r>
        <w:rPr>
          <w:b w:val="false"/>
          <w:sz w:val="24"/>
        </w:rPr>
        <w:t xml:space="preserve"> заранее получен с </w:t>
      </w:r>
      <w:r>
        <w:rPr>
          <w:b w:val="false"/>
          <w:sz w:val="24"/>
          <w:lang w:val="zxx"/>
        </w:rPr>
        <w:t>purpose=real.</w:t>
      </w:r>
      <w:r>
        <w:rPr>
          <w:b w:val="false"/>
          <w:sz w:val="24"/>
        </w:rPr>
        <w:t xml:space="preserve"> Полный неизменный план принят до воздействия; новые </w:t>
      </w:r>
      <w:r>
        <w:rPr>
          <w:b w:val="false"/>
          <w:sz w:val="24"/>
          <w:lang w:val="zxx"/>
        </w:rPr>
        <w:t>session.start</w:t>
      </w:r>
      <w:r>
        <w:rPr>
          <w:b w:val="false"/>
          <w:sz w:val="24"/>
        </w:rPr>
        <w:t xml:space="preserve"> для его этапов не требуются.</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id="00000000000000000000000000000fe0" action="session.start"</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cmdSeq="10"&gt;</w:t>
      </w:r>
    </w:p>
    <w:p>
      <w:pPr>
        <w:pStyle w:val="ProtocolXML"/>
        <w:keepNext w:val="true"/>
        <w:keepLines/>
        <w:suppressAutoHyphens w:val="true"/>
        <w:spacing w:lineRule="auto" w:line="360"/>
        <w:ind w:start="227" w:hanging="0"/>
        <w:jc w:val="start"/>
        <w:rPr/>
      </w:pPr>
      <w:r>
        <w:rPr>
          <w:b w:val="false"/>
          <w:sz w:val="24"/>
          <w:lang w:val="zxx"/>
        </w:rPr>
        <w:t>&lt;session mode="program" purpose="real" acceptBeforeMs="60000"</w:t>
      </w:r>
    </w:p>
    <w:p>
      <w:pPr>
        <w:pStyle w:val="ProtocolXML"/>
        <w:keepNext w:val="true"/>
        <w:keepLines/>
        <w:suppressAutoHyphens w:val="true"/>
        <w:spacing w:lineRule="auto" w:line="360"/>
        <w:ind w:start="454" w:hanging="0"/>
        <w:jc w:val="start"/>
        <w:rPr/>
      </w:pPr>
      <w:r>
        <w:rPr>
          <w:b w:val="false"/>
          <w:sz w:val="24"/>
          <w:lang w:val="zxx"/>
        </w:rPr>
        <w:t>maxDurationMs="120000" configRevision="7" capabilityRevision="4"&gt;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&lt;program id="alarm1" revision="1"/&gt;</w:t>
      </w:r>
    </w:p>
    <w:p>
      <w:pPr>
        <w:pStyle w:val="ProtocolXML"/>
        <w:keepNext w:val="true"/>
        <w:keepLines/>
        <w:suppressAutoHyphens w:val="true"/>
        <w:spacing w:lineRule="auto" w:line="360"/>
        <w:ind w:start="227" w:hanging="0"/>
        <w:jc w:val="start"/>
        <w:rPr/>
      </w:pPr>
      <w:r>
        <w:rPr>
          <w:b w:val="false"/>
          <w:sz w:val="24"/>
          <w:lang w:val="zxx"/>
        </w:rPr>
        <w:t>&lt;/session&gt;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В.70 Паспорт физического исполнения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065</w:t>
      </w:r>
      <w:r>
        <w:rPr>
          <w:b w:val="false"/>
          <w:sz w:val="24"/>
        </w:rPr>
        <w:t xml:space="preserve">; начальное состояние определяется только этим фрагментом и его пояснением. Формат команды профиля </w:t>
      </w:r>
      <w:r>
        <w:rPr>
          <w:b w:val="false"/>
          <w:sz w:val="24"/>
          <w:lang w:val="zxx"/>
        </w:rPr>
        <w:t>0.21.</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id="00000000000000000000000000000fe1" action="profiles.get"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resourceId="ou1"/&gt;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В.71 Каталог автономных программ</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066</w:t>
      </w:r>
      <w:r>
        <w:rPr>
          <w:b w:val="false"/>
          <w:sz w:val="24"/>
        </w:rPr>
        <w:t xml:space="preserve">; начальное состояние определяется только этим фрагментом и его пояснением. Формат команды профиля </w:t>
      </w:r>
      <w:r>
        <w:rPr>
          <w:b w:val="false"/>
          <w:sz w:val="24"/>
          <w:lang w:val="zxx"/>
        </w:rPr>
        <w:t>0.21.</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id="00000000000000000000000000000fe2" action="programs.list"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programId="alarm1"/&gt;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В.72 Каталог критериев теста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067</w:t>
      </w:r>
      <w:r>
        <w:rPr>
          <w:b w:val="false"/>
          <w:sz w:val="24"/>
        </w:rPr>
        <w:t xml:space="preserve">; начальное состояние определяется только этим фрагментом и его пояснением. Формат команды профиля </w:t>
      </w:r>
      <w:r>
        <w:rPr>
          <w:b w:val="false"/>
          <w:sz w:val="24"/>
          <w:lang w:val="zxx"/>
        </w:rPr>
        <w:t>0.21.</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id="00000000000000000000000000000fe3" action="tests.list"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testId="activation1"/&gt;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В.73 Речевой поток: подготовка микрофона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068</w:t>
      </w:r>
      <w:r>
        <w:rPr>
          <w:b w:val="false"/>
          <w:sz w:val="24"/>
        </w:rPr>
        <w:t xml:space="preserve">; начальное состояние определяется только этим фрагментом и его пояснением. Самостоятельная речевая ветвь: </w:t>
      </w:r>
      <w:r>
        <w:rPr>
          <w:b w:val="false"/>
          <w:sz w:val="24"/>
          <w:lang w:val="zxx"/>
        </w:rPr>
        <w:t>controlEpoch</w:t>
      </w:r>
      <w:r>
        <w:rPr>
          <w:b w:val="false"/>
          <w:sz w:val="24"/>
        </w:rPr>
        <w:t xml:space="preserve"> получен с </w:t>
      </w:r>
      <w:r>
        <w:rPr>
          <w:b w:val="false"/>
          <w:sz w:val="24"/>
          <w:lang w:val="zxx"/>
        </w:rPr>
        <w:t>purpose=real.</w:t>
      </w:r>
      <w:r>
        <w:rPr>
          <w:b w:val="false"/>
          <w:sz w:val="24"/>
        </w:rPr>
        <w:t xml:space="preserve"> Формат команды профиля </w:t>
      </w:r>
      <w:r>
        <w:rPr>
          <w:b w:val="false"/>
          <w:sz w:val="24"/>
          <w:lang w:val="zxx"/>
        </w:rPr>
        <w:t>0.21.</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id="00000000000000000000000000000fe4" action="audio.prepare"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cmdSeq="11"&gt;</w:t>
      </w:r>
    </w:p>
    <w:p>
      <w:pPr>
        <w:pStyle w:val="ProtocolXML"/>
        <w:keepNext w:val="true"/>
        <w:keepLines/>
        <w:suppressAutoHyphens w:val="true"/>
        <w:spacing w:lineRule="auto" w:line="360"/>
        <w:ind w:start="227" w:hanging="0"/>
        <w:jc w:val="start"/>
        <w:rPr/>
      </w:pPr>
      <w:r>
        <w:rPr>
          <w:b w:val="false"/>
          <w:sz w:val="24"/>
          <w:lang w:val="zxx"/>
        </w:rPr>
        <w:t>&lt;stream</w:t>
      </w:r>
    </w:p>
    <w:p>
      <w:pPr>
        <w:pStyle w:val="ProtocolXML"/>
        <w:keepNext w:val="true"/>
        <w:keepLines/>
        <w:suppressAutoHyphens w:val="true"/>
        <w:spacing w:lineRule="auto" w:line="360"/>
        <w:ind w:start="0" w:hanging="0"/>
        <w:jc w:val="start"/>
        <w:rPr/>
      </w:pPr>
      <w:r>
        <w:rPr>
          <w:b w:val="false"/>
          <w:sz w:val="24"/>
          <w:lang w:val="zxx"/>
        </w:rPr>
        <w:t>key="1111111111111111111111111111111111111111111111111111111111111111"</w:t>
      </w:r>
    </w:p>
    <w:p>
      <w:pPr>
        <w:pStyle w:val="ProtocolXML"/>
        <w:keepNext w:val="true"/>
        <w:keepLines/>
        <w:suppressAutoHyphens w:val="true"/>
        <w:spacing w:lineRule="auto" w:line="360"/>
        <w:ind w:start="454" w:hanging="0"/>
        <w:jc w:val="start"/>
        <w:rPr/>
      </w:pPr>
      <w:r>
        <w:rPr>
          <w:b w:val="false"/>
          <w:sz w:val="24"/>
          <w:lang w:val="zxx"/>
        </w:rPr>
        <w:t>source="microphone" codec="PCMA" packetMs="20" ssrc="01234567" firstSeq="0"</w:t>
      </w:r>
    </w:p>
    <w:p>
      <w:pPr>
        <w:pStyle w:val="ProtocolXML"/>
        <w:keepNext w:val="true"/>
        <w:keepLines/>
        <w:suppressAutoHyphens w:val="true"/>
        <w:spacing w:lineRule="auto" w:line="360"/>
        <w:ind w:start="454" w:hanging="0"/>
        <w:jc w:val="start"/>
        <w:rPr/>
      </w:pPr>
      <w:r>
        <w:rPr>
          <w:b w:val="false"/>
          <w:sz w:val="24"/>
          <w:lang w:val="zxx"/>
        </w:rPr>
        <w:t>firstTimestamp="0"&gt;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&lt;route sourceAddress="192.0.2.1" destinationAddress="192.0.2.2"</w:t>
      </w:r>
    </w:p>
    <w:p>
      <w:pPr>
        <w:pStyle w:val="ProtocolXML"/>
        <w:keepNext w:val="true"/>
        <w:keepLines/>
        <w:suppressAutoHyphens w:val="true"/>
        <w:spacing w:lineRule="auto" w:line="360"/>
        <w:ind w:start="680" w:hanging="0"/>
        <w:jc w:val="start"/>
        <w:rPr/>
      </w:pPr>
      <w:r>
        <w:rPr>
          <w:b w:val="false"/>
          <w:sz w:val="24"/>
          <w:lang w:val="zxx"/>
        </w:rPr>
        <w:t>sourcePort="5004" destinationPort="5004" ttl="1"/&gt;</w:t>
      </w:r>
    </w:p>
    <w:p>
      <w:pPr>
        <w:pStyle w:val="ProtocolXML"/>
        <w:keepNext w:val="true"/>
        <w:keepLines/>
        <w:suppressAutoHyphens w:val="true"/>
        <w:spacing w:lineRule="auto" w:line="360"/>
        <w:ind w:start="454" w:hanging="0"/>
        <w:jc w:val="start"/>
        <w:rPr/>
      </w:pPr>
      <w:r>
        <w:rPr>
          <w:b w:val="false"/>
          <w:sz w:val="24"/>
          <w:lang w:val="zxx"/>
        </w:rPr>
        <w:t>&lt;buffer initialMs="400" maxMs="1000"/&gt;</w:t>
      </w:r>
    </w:p>
    <w:p>
      <w:pPr>
        <w:pStyle w:val="ProtocolXML"/>
        <w:keepNext w:val="true"/>
        <w:keepLines/>
        <w:suppressAutoHyphens w:val="true"/>
        <w:spacing w:lineRule="auto" w:line="360"/>
        <w:ind w:start="227" w:hanging="0"/>
        <w:jc w:val="start"/>
        <w:rPr/>
      </w:pPr>
      <w:r>
        <w:rPr>
          <w:b w:val="false"/>
          <w:sz w:val="24"/>
          <w:lang w:val="zxx"/>
        </w:rPr>
        <w:t>&lt;/stream&gt;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В.74 Речевой поток: запуск подготовленного потока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069</w:t>
      </w:r>
      <w:r>
        <w:rPr>
          <w:b w:val="false"/>
          <w:sz w:val="24"/>
        </w:rPr>
        <w:t xml:space="preserve">; начальное состояние определяется только этим фрагментом и его пояснением. Самостоятельная ветвь: </w:t>
      </w:r>
      <w:r>
        <w:rPr>
          <w:b w:val="false"/>
          <w:sz w:val="24"/>
          <w:lang w:val="zxx"/>
        </w:rPr>
        <w:t>controlEpoch</w:t>
      </w:r>
      <w:r>
        <w:rPr>
          <w:b w:val="false"/>
          <w:sz w:val="24"/>
        </w:rPr>
        <w:t xml:space="preserve"> заранее получен с </w:t>
      </w:r>
      <w:r>
        <w:rPr>
          <w:b w:val="false"/>
          <w:sz w:val="24"/>
          <w:lang w:val="zxx"/>
        </w:rPr>
        <w:t>purpose=real.</w:t>
      </w:r>
      <w:r>
        <w:rPr>
          <w:b w:val="false"/>
          <w:sz w:val="24"/>
        </w:rPr>
        <w:t xml:space="preserve"> Формат команды профиля </w:t>
      </w:r>
      <w:r>
        <w:rPr>
          <w:b w:val="false"/>
          <w:sz w:val="24"/>
          <w:lang w:val="zxx"/>
        </w:rPr>
        <w:t>0.21.</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id="00000000000000000000000000000fe5" action="session.start"</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cmdSeq="12"&gt;</w:t>
      </w:r>
    </w:p>
    <w:p>
      <w:pPr>
        <w:pStyle w:val="ProtocolXML"/>
        <w:keepNext w:val="true"/>
        <w:keepLines/>
        <w:suppressAutoHyphens w:val="true"/>
        <w:spacing w:lineRule="auto" w:line="360"/>
        <w:ind w:start="227" w:hanging="0"/>
        <w:jc w:val="start"/>
        <w:rPr/>
      </w:pPr>
      <w:r>
        <w:rPr>
          <w:b w:val="false"/>
          <w:sz w:val="24"/>
          <w:lang w:val="zxx"/>
        </w:rPr>
        <w:t>&lt;session mode="stream" purpose="real" acceptBeforeMs="60000"</w:t>
      </w:r>
    </w:p>
    <w:p>
      <w:pPr>
        <w:pStyle w:val="ProtocolXML"/>
        <w:keepNext w:val="true"/>
        <w:keepLines/>
        <w:suppressAutoHyphens w:val="true"/>
        <w:spacing w:lineRule="auto" w:line="360"/>
        <w:ind w:start="454" w:hanging="0"/>
        <w:jc w:val="start"/>
        <w:rPr/>
      </w:pPr>
      <w:r>
        <w:rPr>
          <w:b w:val="false"/>
          <w:sz w:val="24"/>
          <w:lang w:val="zxx"/>
        </w:rPr>
        <w:t>maxDurationMs="60000" configRevision="7" capabilityRevision="4"&gt;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&lt;stream mediaId="00000000000000000000000000000601"/&gt;</w:t>
      </w:r>
    </w:p>
    <w:p>
      <w:pPr>
        <w:pStyle w:val="ProtocolXML"/>
        <w:keepNext w:val="true"/>
        <w:keepLines/>
        <w:suppressAutoHyphens w:val="true"/>
        <w:spacing w:lineRule="auto" w:line="360"/>
        <w:ind w:start="227" w:hanging="0"/>
        <w:jc w:val="start"/>
        <w:rPr/>
      </w:pPr>
      <w:r>
        <w:rPr>
          <w:b w:val="false"/>
          <w:sz w:val="24"/>
          <w:lang w:val="zxx"/>
        </w:rPr>
        <w:t>&lt;/session&gt;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В.75 Речевой поток: конец источника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070</w:t>
      </w:r>
      <w:r>
        <w:rPr>
          <w:b w:val="false"/>
          <w:sz w:val="24"/>
        </w:rPr>
        <w:t xml:space="preserve">; начальное состояние определяется только этим фрагментом и его пояснением. Последний из </w:t>
      </w:r>
      <w:r>
        <w:rPr>
          <w:b w:val="false"/>
          <w:sz w:val="24"/>
          <w:lang w:val="zxx"/>
        </w:rPr>
        <w:t>50</w:t>
      </w:r>
      <w:r>
        <w:rPr>
          <w:b w:val="false"/>
          <w:sz w:val="24"/>
        </w:rPr>
        <w:t xml:space="preserve"> пакетов </w:t>
      </w:r>
      <w:r>
        <w:rPr>
          <w:b w:val="false"/>
          <w:sz w:val="24"/>
          <w:lang w:val="zxx"/>
        </w:rPr>
        <w:t>PCMA</w:t>
      </w:r>
      <w:r>
        <w:rPr>
          <w:b w:val="false"/>
          <w:sz w:val="24"/>
        </w:rPr>
        <w:t xml:space="preserve"> имеет </w:t>
      </w:r>
      <w:r>
        <w:rPr>
          <w:b w:val="false"/>
          <w:sz w:val="24"/>
          <w:lang w:val="zxx"/>
        </w:rPr>
        <w:t>END=1</w:t>
      </w:r>
      <w:r>
        <w:rPr>
          <w:b w:val="false"/>
          <w:sz w:val="24"/>
        </w:rPr>
        <w:t xml:space="preserve"> и </w:t>
      </w:r>
      <w:r>
        <w:rPr>
          <w:b w:val="false"/>
          <w:sz w:val="24"/>
          <w:lang w:val="zxx"/>
        </w:rPr>
        <w:t>validSamples=160</w:t>
      </w:r>
      <w:r>
        <w:rPr>
          <w:b w:val="false"/>
          <w:sz w:val="24"/>
        </w:rPr>
        <w:t xml:space="preserve">; </w:t>
      </w:r>
      <w:r>
        <w:rPr>
          <w:b w:val="false"/>
          <w:sz w:val="24"/>
          <w:lang w:val="zxx"/>
        </w:rPr>
        <w:t>sampleCount=8000.</w:t>
      </w:r>
      <w:r>
        <w:rPr>
          <w:b w:val="false"/>
          <w:sz w:val="24"/>
        </w:rPr>
        <w:t xml:space="preserve"> Альтернатива после уже отправленного полного пакета без </w:t>
      </w:r>
      <w:r>
        <w:rPr>
          <w:b w:val="false"/>
          <w:sz w:val="24"/>
          <w:lang w:val="zxx"/>
        </w:rPr>
        <w:t>END:</w:t>
      </w:r>
      <w:r>
        <w:rPr>
          <w:b w:val="false"/>
          <w:sz w:val="24"/>
        </w:rPr>
        <w:t xml:space="preserve"> отдельный маркер </w:t>
      </w:r>
      <w:r>
        <w:rPr>
          <w:b w:val="false"/>
          <w:sz w:val="24"/>
          <w:lang w:val="zxx"/>
        </w:rPr>
        <w:t>index=50</w:t>
      </w:r>
      <w:r>
        <w:rPr>
          <w:b w:val="false"/>
          <w:sz w:val="24"/>
        </w:rPr>
        <w:t xml:space="preserve">, </w:t>
      </w:r>
      <w:r>
        <w:rPr>
          <w:b w:val="false"/>
          <w:sz w:val="24"/>
          <w:lang w:val="zxx"/>
        </w:rPr>
        <w:t>validSamples=0</w:t>
      </w:r>
      <w:r>
        <w:rPr>
          <w:b w:val="false"/>
          <w:sz w:val="24"/>
        </w:rPr>
        <w:t xml:space="preserve"> и </w:t>
      </w:r>
      <w:r>
        <w:rPr>
          <w:b w:val="false"/>
          <w:sz w:val="24"/>
          <w:lang w:val="zxx"/>
        </w:rPr>
        <w:t>audio.finish</w:t>
      </w:r>
      <w:r>
        <w:rPr>
          <w:b w:val="false"/>
          <w:sz w:val="24"/>
        </w:rPr>
        <w:t xml:space="preserve"> </w:t>
      </w:r>
      <w:r>
        <w:rPr>
          <w:b w:val="false"/>
          <w:sz w:val="24"/>
          <w:lang w:val="zxx"/>
        </w:rPr>
        <w:t>lastPacketIndex=50.</w:t>
      </w:r>
      <w:r>
        <w:rPr>
          <w:b w:val="false"/>
          <w:sz w:val="24"/>
        </w:rPr>
        <w:t xml:space="preserve"> Квитанция </w:t>
      </w:r>
      <w:r>
        <w:rPr>
          <w:b w:val="false"/>
          <w:sz w:val="24"/>
          <w:lang w:val="zxx"/>
        </w:rPr>
        <w:t>EOF</w:t>
      </w:r>
      <w:r>
        <w:rPr>
          <w:b w:val="false"/>
          <w:sz w:val="24"/>
        </w:rPr>
        <w:t xml:space="preserve"> не является подтверждением </w:t>
      </w:r>
      <w:r>
        <w:rPr>
          <w:b w:val="false"/>
          <w:sz w:val="24"/>
          <w:lang w:val="zxx"/>
        </w:rPr>
        <w:t>off.</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id="00000000000000000000000000000fe6" action="audio.finish"</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cmdSeq="13"&gt;</w:t>
      </w:r>
    </w:p>
    <w:p>
      <w:pPr>
        <w:pStyle w:val="ProtocolXML"/>
        <w:keepNext w:val="true"/>
        <w:keepLines/>
        <w:suppressAutoHyphens w:val="true"/>
        <w:spacing w:lineRule="auto" w:line="360"/>
        <w:ind w:start="227" w:hanging="0"/>
        <w:jc w:val="start"/>
        <w:rPr/>
      </w:pPr>
      <w:r>
        <w:rPr>
          <w:b w:val="false"/>
          <w:sz w:val="24"/>
          <w:lang w:val="zxx"/>
        </w:rPr>
        <w:t>&lt;stream mediaId="00000000000000000000000000000601" lastPacketIndex="49"</w:t>
      </w:r>
    </w:p>
    <w:p>
      <w:pPr>
        <w:pStyle w:val="ProtocolXML"/>
        <w:keepNext w:val="true"/>
        <w:keepLines/>
        <w:suppressAutoHyphens w:val="true"/>
        <w:spacing w:lineRule="auto" w:line="360"/>
        <w:ind w:start="454" w:hanging="0"/>
        <w:jc w:val="start"/>
        <w:rPr/>
      </w:pPr>
      <w:r>
        <w:rPr>
          <w:b w:val="false"/>
          <w:sz w:val="24"/>
          <w:lang w:val="zxx"/>
        </w:rPr>
        <w:t>sampleCount="8000"/&gt;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В.76 Опрос: воспроизводимое создание задания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071</w:t>
      </w:r>
      <w:r>
        <w:rPr>
          <w:b w:val="false"/>
          <w:sz w:val="24"/>
        </w:rPr>
        <w:t xml:space="preserve">; начальное состояние определяется только этим фрагментом и его пояснением. Формат команды профиля </w:t>
      </w:r>
      <w:r>
        <w:rPr>
          <w:b w:val="false"/>
          <w:sz w:val="24"/>
          <w:lang w:val="zxx"/>
        </w:rPr>
        <w:t>0.21.</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id="00000000000000000000000000000fe7" action="poll.start"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&lt;poll clientOperationId="00000000000000000000000000000601"</w:t>
      </w:r>
    </w:p>
    <w:p>
      <w:pPr>
        <w:pStyle w:val="ProtocolXML"/>
        <w:keepNext w:val="true"/>
        <w:keepLines/>
        <w:suppressAutoHyphens w:val="true"/>
        <w:spacing w:lineRule="auto" w:line="360"/>
        <w:ind w:start="454" w:hanging="0"/>
        <w:jc w:val="start"/>
        <w:rPr/>
      </w:pPr>
      <w:r>
        <w:rPr>
          <w:b w:val="false"/>
          <w:sz w:val="24"/>
          <w:lang w:val="zxx"/>
        </w:rPr>
        <w:t>deadlineMs="60000" refresh="cache"&gt;</w:t>
      </w:r>
    </w:p>
    <w:p>
      <w:pPr>
        <w:pStyle w:val="ProtocolXML"/>
        <w:keepNext w:val="true"/>
        <w:keepLines/>
        <w:suppressAutoHyphens w:val="true"/>
        <w:spacing w:lineRule="auto" w:line="360"/>
        <w:ind w:start="454" w:hanging="0"/>
        <w:jc w:val="start"/>
        <w:rPr/>
      </w:pPr>
      <w:r>
        <w:rPr>
          <w:b w:val="false"/>
          <w:sz w:val="24"/>
          <w:lang w:val="zxx"/>
        </w:rPr>
        <w:t>&lt;point id="ou1.active"/&gt;</w:t>
      </w:r>
    </w:p>
    <w:p>
      <w:pPr>
        <w:pStyle w:val="ProtocolXML"/>
        <w:keepNext w:val="true"/>
        <w:keepLines/>
        <w:suppressAutoHyphens w:val="true"/>
        <w:spacing w:lineRule="auto" w:line="360"/>
        <w:ind w:start="227" w:hanging="0"/>
        <w:jc w:val="start"/>
        <w:rPr/>
      </w:pPr>
      <w:r>
        <w:rPr>
          <w:b w:val="false"/>
          <w:sz w:val="24"/>
          <w:lang w:val="zxx"/>
        </w:rPr>
        <w:t>&lt;/poll&gt;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В.77 Файловый канал: запрос возможностей</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072</w:t>
      </w:r>
      <w:r>
        <w:rPr>
          <w:b w:val="false"/>
          <w:sz w:val="24"/>
        </w:rPr>
        <w:t xml:space="preserve">; начальное состояние определяется только этим фрагментом и его пояснением. Пример </w:t>
      </w:r>
      <w:r>
        <w:rPr>
          <w:b w:val="false"/>
          <w:sz w:val="24"/>
          <w:lang w:val="zxx"/>
        </w:rPr>
        <w:t>bulk/</w:t>
      </w:r>
      <w:r>
        <w:rPr>
          <w:b w:val="false"/>
          <w:sz w:val="24"/>
        </w:rPr>
        <w:t>⁠</w:t>
      </w:r>
      <w:r>
        <w:rPr>
          <w:b w:val="false"/>
          <w:sz w:val="24"/>
          <w:lang w:val="zxx"/>
        </w:rPr>
        <w:t>1</w:t>
      </w:r>
      <w:r>
        <w:rPr>
          <w:b w:val="false"/>
          <w:sz w:val="24"/>
        </w:rPr>
        <w:t xml:space="preserve">; права, контекст и сроки проверяются по разделу </w:t>
      </w:r>
      <w:r>
        <w:rPr>
          <w:b w:val="false"/>
          <w:sz w:val="24"/>
          <w:lang w:val="zxx"/>
        </w:rPr>
        <w:t>16.</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id="00000000000000000000000000001f41" action="transfer.capabilities"&gt;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В.78 Файловый канал: возможности</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072</w:t>
      </w:r>
      <w:r>
        <w:rPr>
          <w:b w:val="false"/>
          <w:sz w:val="24"/>
        </w:rPr>
        <w:t xml:space="preserve">; начальное состояние определяется только этим фрагментом и его пояснением. Пример </w:t>
      </w:r>
      <w:r>
        <w:rPr>
          <w:b w:val="false"/>
          <w:sz w:val="24"/>
          <w:lang w:val="zxx"/>
        </w:rPr>
        <w:t>bulk/</w:t>
      </w:r>
      <w:r>
        <w:rPr>
          <w:b w:val="false"/>
          <w:sz w:val="24"/>
        </w:rPr>
        <w:t>⁠</w:t>
      </w:r>
      <w:r>
        <w:rPr>
          <w:b w:val="false"/>
          <w:sz w:val="24"/>
          <w:lang w:val="zxx"/>
        </w:rPr>
        <w:t>1</w:t>
      </w:r>
      <w:r>
        <w:rPr>
          <w:b w:val="false"/>
          <w:sz w:val="24"/>
        </w:rPr>
        <w:t xml:space="preserve">; права, контекст и сроки проверяются по разделу </w:t>
      </w:r>
      <w:r>
        <w:rPr>
          <w:b w:val="false"/>
          <w:sz w:val="24"/>
          <w:lang w:val="zxx"/>
        </w:rPr>
        <w:t>16.</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to="00000000000000000000000000001f41"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&lt;transfer profile="bulk/1" port="10002" maxBlockBytes="4096"</w:t>
      </w:r>
    </w:p>
    <w:p>
      <w:pPr>
        <w:pStyle w:val="ProtocolXML"/>
        <w:keepNext w:val="true"/>
        <w:keepLines/>
        <w:suppressAutoHyphens w:val="true"/>
        <w:spacing w:lineRule="auto" w:line="360"/>
        <w:ind w:start="454" w:hanging="0"/>
        <w:jc w:val="start"/>
        <w:rPr/>
      </w:pPr>
      <w:r>
        <w:rPr>
          <w:b w:val="false"/>
          <w:sz w:val="24"/>
          <w:lang w:val="zxx"/>
        </w:rPr>
        <w:t>maxWindowBlocks="4" maxInFlightBytes="16384"/&gt;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В.79 Размещение записи: начало bulk/1</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074</w:t>
      </w:r>
      <w:r>
        <w:rPr>
          <w:b w:val="false"/>
          <w:sz w:val="24"/>
        </w:rPr>
        <w:t xml:space="preserve">; начальное состояние определяется только этим фрагментом и его пояснением. </w:t>
      </w:r>
      <w:r>
        <w:rPr>
          <w:b w:val="false"/>
          <w:sz w:val="24"/>
          <w:lang w:val="zxx"/>
        </w:rPr>
        <w:t>4096</w:t>
      </w:r>
      <w:r>
        <w:rPr>
          <w:b w:val="false"/>
          <w:sz w:val="24"/>
        </w:rPr>
        <w:t xml:space="preserve"> нулевых байтов и хвост </w:t>
      </w:r>
      <w:r>
        <w:rPr>
          <w:b w:val="false"/>
          <w:sz w:val="24"/>
          <w:lang w:val="zxx"/>
        </w:rPr>
        <w:t>01</w:t>
      </w:r>
      <w:r>
        <w:rPr>
          <w:b w:val="false"/>
          <w:sz w:val="24"/>
        </w:rPr>
        <w:t xml:space="preserve"> </w:t>
      </w:r>
      <w:r>
        <w:rPr>
          <w:b w:val="false"/>
          <w:sz w:val="24"/>
          <w:lang w:val="zxx"/>
        </w:rPr>
        <w:t>02</w:t>
      </w:r>
      <w:r>
        <w:rPr>
          <w:b w:val="false"/>
          <w:sz w:val="24"/>
        </w:rPr>
        <w:t xml:space="preserve"> </w:t>
      </w:r>
      <w:r>
        <w:rPr>
          <w:b w:val="false"/>
          <w:sz w:val="24"/>
          <w:lang w:val="zxx"/>
        </w:rPr>
        <w:t>03</w:t>
      </w:r>
      <w:r>
        <w:rPr>
          <w:b w:val="false"/>
          <w:sz w:val="24"/>
        </w:rPr>
        <w:t xml:space="preserve">; хеш соответствует этим </w:t>
      </w:r>
      <w:r>
        <w:rPr>
          <w:b w:val="false"/>
          <w:sz w:val="24"/>
          <w:lang w:val="zxx"/>
        </w:rPr>
        <w:t>4099</w:t>
      </w:r>
      <w:r>
        <w:rPr>
          <w:b w:val="false"/>
          <w:sz w:val="24"/>
        </w:rPr>
        <w:t xml:space="preserve"> байтам </w:t>
      </w:r>
      <w:r>
        <w:rPr>
          <w:b w:val="false"/>
          <w:sz w:val="24"/>
          <w:lang w:val="zxx"/>
        </w:rPr>
        <w:t>PCMA.</w:t>
      </w:r>
      <w:r>
        <w:rPr>
          <w:b w:val="false"/>
          <w:sz w:val="24"/>
        </w:rPr>
        <w:t xml:space="preserve"> Пример не воспроизводится до отдельного </w:t>
      </w:r>
      <w:r>
        <w:rPr>
          <w:b w:val="false"/>
          <w:sz w:val="24"/>
          <w:lang w:val="zxx"/>
        </w:rPr>
        <w:t>session.start.</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id="00000000000000000000000000001f42" action="content.begin"</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&lt;content id="00000000000000000000000000000802" revision="1" codec="PCMA"</w:t>
      </w:r>
    </w:p>
    <w:p>
      <w:pPr>
        <w:pStyle w:val="ProtocolXML"/>
        <w:keepNext w:val="true"/>
        <w:keepLines/>
        <w:suppressAutoHyphens w:val="true"/>
        <w:spacing w:lineRule="auto" w:line="360"/>
        <w:ind w:start="454" w:hanging="0"/>
        <w:jc w:val="start"/>
        <w:rPr/>
      </w:pPr>
      <w:r>
        <w:rPr>
          <w:b w:val="false"/>
          <w:sz w:val="24"/>
          <w:lang w:val="zxx"/>
        </w:rPr>
        <w:t>bytes="4099" sampleCount="4099" hashAlgorithm="streebog256"</w:t>
      </w:r>
    </w:p>
    <w:p>
      <w:pPr>
        <w:pStyle w:val="ProtocolXML"/>
        <w:keepNext w:val="true"/>
        <w:keepLines/>
        <w:suppressAutoHyphens w:val="true"/>
        <w:spacing w:lineRule="auto" w:line="360"/>
        <w:ind w:start="0" w:hanging="0"/>
        <w:jc w:val="start"/>
        <w:rPr/>
      </w:pPr>
      <w:r>
        <w:rPr>
          <w:b w:val="false"/>
          <w:sz w:val="24"/>
          <w:lang w:val="zxx"/>
        </w:rPr>
        <w:t>hash="707422b4e615499d38be2bd279d807d6bebb426e6fdc0c8c1a711bbb34ea25a7"/&gt;</w:t>
      </w:r>
    </w:p>
    <w:p>
      <w:pPr>
        <w:pStyle w:val="ProtocolXML"/>
        <w:keepNext w:val="true"/>
        <w:keepLines/>
        <w:suppressAutoHyphens w:val="true"/>
        <w:spacing w:lineRule="auto" w:line="360"/>
        <w:ind w:start="227" w:hanging="0"/>
        <w:jc w:val="start"/>
        <w:rPr/>
      </w:pPr>
      <w:r>
        <w:rPr>
          <w:b w:val="false"/>
          <w:sz w:val="24"/>
          <w:lang w:val="zxx"/>
        </w:rPr>
        <w:t>&lt;transfer profile="bulk/1" blockBytes="4096" windowBlocks="4"</w:t>
      </w:r>
    </w:p>
    <w:p>
      <w:pPr>
        <w:pStyle w:val="ProtocolXML"/>
        <w:keepNext w:val="true"/>
        <w:keepLines/>
        <w:suppressAutoHyphens w:val="true"/>
        <w:spacing w:lineRule="auto" w:line="360"/>
        <w:ind w:start="454" w:hanging="0"/>
        <w:jc w:val="start"/>
        <w:rPr/>
      </w:pPr>
      <w:r>
        <w:rPr>
          <w:b w:val="false"/>
          <w:sz w:val="24"/>
          <w:lang w:val="zxx"/>
        </w:rPr>
        <w:t>windowRoundTripMaxMs="100"/&gt;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В.80 Размещение записи: прием создан</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074</w:t>
      </w:r>
      <w:r>
        <w:rPr>
          <w:b w:val="false"/>
          <w:sz w:val="24"/>
        </w:rPr>
        <w:t xml:space="preserve">; начальное состояние определяется только этим фрагментом и его пояснением. Пример </w:t>
      </w:r>
      <w:r>
        <w:rPr>
          <w:b w:val="false"/>
          <w:sz w:val="24"/>
          <w:lang w:val="zxx"/>
        </w:rPr>
        <w:t>bulk/</w:t>
      </w:r>
      <w:r>
        <w:rPr>
          <w:b w:val="false"/>
          <w:sz w:val="24"/>
        </w:rPr>
        <w:t>⁠</w:t>
      </w:r>
      <w:r>
        <w:rPr>
          <w:b w:val="false"/>
          <w:sz w:val="24"/>
          <w:lang w:val="zxx"/>
        </w:rPr>
        <w:t>1</w:t>
      </w:r>
      <w:r>
        <w:rPr>
          <w:b w:val="false"/>
          <w:sz w:val="24"/>
        </w:rPr>
        <w:t xml:space="preserve">; права, контекст и сроки проверяются по разделу </w:t>
      </w:r>
      <w:r>
        <w:rPr>
          <w:b w:val="false"/>
          <w:sz w:val="24"/>
          <w:lang w:val="zxx"/>
        </w:rPr>
        <w:t>16.</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to="00000000000000000000000000001f42"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&lt;upload id="00000000000000000000000000000801" receivedBytes="0"</w:t>
      </w:r>
    </w:p>
    <w:p>
      <w:pPr>
        <w:pStyle w:val="ProtocolXML"/>
        <w:keepNext w:val="true"/>
        <w:keepLines/>
        <w:suppressAutoHyphens w:val="true"/>
        <w:spacing w:lineRule="auto" w:line="360"/>
        <w:ind w:start="454" w:hanging="0"/>
        <w:jc w:val="start"/>
        <w:rPr/>
      </w:pPr>
      <w:r>
        <w:rPr>
          <w:b w:val="false"/>
          <w:sz w:val="24"/>
          <w:lang w:val="zxx"/>
        </w:rPr>
        <w:t>remainingBudgetMs="600100"/&gt;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В.81 Файловое соединение: привязка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076</w:t>
      </w:r>
      <w:r>
        <w:rPr>
          <w:b w:val="false"/>
          <w:sz w:val="24"/>
        </w:rPr>
        <w:t xml:space="preserve">; начальное состояние определяется только этим фрагментом и его пояснением. Пример </w:t>
      </w:r>
      <w:r>
        <w:rPr>
          <w:b w:val="false"/>
          <w:sz w:val="24"/>
          <w:lang w:val="zxx"/>
        </w:rPr>
        <w:t>bulk/</w:t>
      </w:r>
      <w:r>
        <w:rPr>
          <w:b w:val="false"/>
          <w:sz w:val="24"/>
        </w:rPr>
        <w:t>⁠</w:t>
      </w:r>
      <w:r>
        <w:rPr>
          <w:b w:val="false"/>
          <w:sz w:val="24"/>
          <w:lang w:val="zxx"/>
        </w:rPr>
        <w:t>1</w:t>
      </w:r>
      <w:r>
        <w:rPr>
          <w:b w:val="false"/>
          <w:sz w:val="24"/>
        </w:rPr>
        <w:t xml:space="preserve">; права, контекст и сроки проверяются по разделу </w:t>
      </w:r>
      <w:r>
        <w:rPr>
          <w:b w:val="false"/>
          <w:sz w:val="24"/>
          <w:lang w:val="zxx"/>
        </w:rPr>
        <w:t>16.</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id="00000000000000000000000000001f43" action="transfer.hello"</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controlEpoch="00000000000000000000000000000091"&gt;</w:t>
      </w:r>
    </w:p>
    <w:p>
      <w:pPr>
        <w:pStyle w:val="ProtocolXML"/>
        <w:keepNext w:val="true"/>
        <w:keepLines/>
        <w:suppressAutoHyphens w:val="true"/>
        <w:spacing w:lineRule="auto" w:line="360"/>
        <w:ind w:start="227" w:hanging="0"/>
        <w:jc w:val="start"/>
        <w:rPr/>
      </w:pPr>
      <w:r>
        <w:rPr>
          <w:b w:val="false"/>
          <w:sz w:val="24"/>
          <w:lang w:val="zxx"/>
        </w:rPr>
        <w:t>&lt;transfer id="00000000000000000000000000000801" kind="content"/&gt;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В.82 Файловое соединение: готовность</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076</w:t>
      </w:r>
      <w:r>
        <w:rPr>
          <w:b w:val="false"/>
          <w:sz w:val="24"/>
        </w:rPr>
        <w:t xml:space="preserve">; начальное состояние определяется только этим фрагментом и его пояснением. Пример </w:t>
      </w:r>
      <w:r>
        <w:rPr>
          <w:b w:val="false"/>
          <w:sz w:val="24"/>
          <w:lang w:val="zxx"/>
        </w:rPr>
        <w:t>bulk/</w:t>
      </w:r>
      <w:r>
        <w:rPr>
          <w:b w:val="false"/>
          <w:sz w:val="24"/>
        </w:rPr>
        <w:t>⁠</w:t>
      </w:r>
      <w:r>
        <w:rPr>
          <w:b w:val="false"/>
          <w:sz w:val="24"/>
          <w:lang w:val="zxx"/>
        </w:rPr>
        <w:t>1</w:t>
      </w:r>
      <w:r>
        <w:rPr>
          <w:b w:val="false"/>
          <w:sz w:val="24"/>
        </w:rPr>
        <w:t xml:space="preserve">; права, контекст и сроки проверяются по разделу </w:t>
      </w:r>
      <w:r>
        <w:rPr>
          <w:b w:val="false"/>
          <w:sz w:val="24"/>
          <w:lang w:val="zxx"/>
        </w:rPr>
        <w:t>16.</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to="00000000000000000000000000001f43"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&lt;ready id="00000000000000000000000000000801" blockBytes="4096"</w:t>
      </w:r>
    </w:p>
    <w:p>
      <w:pPr>
        <w:pStyle w:val="ProtocolXML"/>
        <w:keepNext w:val="true"/>
        <w:keepLines/>
        <w:suppressAutoHyphens w:val="true"/>
        <w:spacing w:lineRule="auto" w:line="360"/>
        <w:ind w:start="454" w:hanging="0"/>
        <w:jc w:val="start"/>
        <w:rPr/>
      </w:pPr>
      <w:r>
        <w:rPr>
          <w:b w:val="false"/>
          <w:sz w:val="24"/>
          <w:lang w:val="zxx"/>
        </w:rPr>
        <w:t>windowBlocks="4" receivedBytes="0" remainingBudgetMs="600100"/&gt;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В.83 Размещение записи: чтение состояния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078</w:t>
      </w:r>
      <w:r>
        <w:rPr>
          <w:b w:val="false"/>
          <w:sz w:val="24"/>
        </w:rPr>
        <w:t xml:space="preserve">; начальное состояние определяется только этим фрагментом и его пояснением. Пример </w:t>
      </w:r>
      <w:r>
        <w:rPr>
          <w:b w:val="false"/>
          <w:sz w:val="24"/>
          <w:lang w:val="zxx"/>
        </w:rPr>
        <w:t>bulk/</w:t>
      </w:r>
      <w:r>
        <w:rPr>
          <w:b w:val="false"/>
          <w:sz w:val="24"/>
        </w:rPr>
        <w:t>⁠</w:t>
      </w:r>
      <w:r>
        <w:rPr>
          <w:b w:val="false"/>
          <w:sz w:val="24"/>
          <w:lang w:val="zxx"/>
        </w:rPr>
        <w:t>1</w:t>
      </w:r>
      <w:r>
        <w:rPr>
          <w:b w:val="false"/>
          <w:sz w:val="24"/>
        </w:rPr>
        <w:t xml:space="preserve">; права, контекст и сроки проверяются по разделу </w:t>
      </w:r>
      <w:r>
        <w:rPr>
          <w:b w:val="false"/>
          <w:sz w:val="24"/>
          <w:lang w:val="zxx"/>
        </w:rPr>
        <w:t>16.</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id="00000000000000000000000000001f44" action="content.status"&gt;</w:t>
      </w:r>
    </w:p>
    <w:p>
      <w:pPr>
        <w:pStyle w:val="ProtocolXML"/>
        <w:keepNext w:val="true"/>
        <w:keepLines/>
        <w:suppressAutoHyphens w:val="true"/>
        <w:spacing w:lineRule="auto" w:line="360"/>
        <w:ind w:start="227" w:hanging="0"/>
        <w:jc w:val="start"/>
        <w:rPr/>
      </w:pPr>
      <w:r>
        <w:rPr>
          <w:b w:val="false"/>
          <w:sz w:val="24"/>
          <w:lang w:val="zxx"/>
        </w:rPr>
        <w:t>&lt;selection uploadId="00000000000000000000000000000801"/&gt;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В.84 Размещение записи: все байты сохранены</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078</w:t>
      </w:r>
      <w:r>
        <w:rPr>
          <w:b w:val="false"/>
          <w:sz w:val="24"/>
        </w:rPr>
        <w:t xml:space="preserve">; начальное состояние определяется только этим фрагментом и его пояснением. Полный </w:t>
      </w:r>
      <w:r>
        <w:rPr>
          <w:b w:val="false"/>
          <w:sz w:val="24"/>
          <w:lang w:val="zxx"/>
        </w:rPr>
        <w:t>ACK</w:t>
      </w:r>
      <w:r>
        <w:rPr>
          <w:b w:val="false"/>
          <w:sz w:val="24"/>
        </w:rPr>
        <w:t xml:space="preserve"> подтверждает префикс. Публикация неизменной записи требует </w:t>
      </w:r>
      <w:r>
        <w:rPr>
          <w:b w:val="false"/>
          <w:sz w:val="24"/>
          <w:lang w:val="zxx"/>
        </w:rPr>
        <w:t>content.commit</w:t>
      </w:r>
      <w:r>
        <w:rPr>
          <w:b w:val="false"/>
          <w:sz w:val="24"/>
        </w:rPr>
        <w:t xml:space="preserve"> и проверки хеша/формата.</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to="00000000000000000000000000001f44"</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&lt;upload id="00000000000000000000000000000801" state="complete"</w:t>
      </w:r>
    </w:p>
    <w:p>
      <w:pPr>
        <w:pStyle w:val="ProtocolXML"/>
        <w:keepNext w:val="true"/>
        <w:keepLines/>
        <w:suppressAutoHyphens w:val="true"/>
        <w:spacing w:lineRule="auto" w:line="360"/>
        <w:ind w:start="454" w:hanging="0"/>
        <w:jc w:val="start"/>
        <w:rPr/>
      </w:pPr>
      <w:r>
        <w:rPr>
          <w:b w:val="false"/>
          <w:sz w:val="24"/>
          <w:lang w:val="zxx"/>
        </w:rPr>
        <w:t>receivedBytes="4099" totalBytes="4099" remainingBudgetMs="600000"/&gt;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В.85 Конфигурация: создание приема bulk/1</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080</w:t>
      </w:r>
      <w:r>
        <w:rPr>
          <w:b w:val="false"/>
          <w:sz w:val="24"/>
        </w:rPr>
        <w:t xml:space="preserve">; начальное состояние определяется только этим фрагментом и его пояснением. Передается канонический </w:t>
      </w:r>
      <w:r>
        <w:rPr>
          <w:b w:val="false"/>
          <w:sz w:val="24"/>
          <w:lang w:val="zxx"/>
        </w:rPr>
        <w:t>JSON-</w:t>
      </w:r>
      <w:r>
        <w:rPr>
          <w:b w:val="false"/>
          <w:sz w:val="24"/>
        </w:rPr>
        <w:t xml:space="preserve">пакет </w:t>
      </w:r>
      <w:r>
        <w:rPr>
          <w:b w:val="false"/>
          <w:sz w:val="24"/>
          <w:lang w:val="zxx"/>
        </w:rPr>
        <w:t>config</w:t>
      </w:r>
      <w:r>
        <w:rPr>
          <w:b w:val="false"/>
          <w:sz w:val="24"/>
        </w:rPr>
        <w:t xml:space="preserve"> из </w:t>
      </w:r>
      <w:r>
        <w:rPr>
          <w:b w:val="false"/>
          <w:sz w:val="24"/>
          <w:lang w:val="zxx"/>
        </w:rPr>
        <w:t>conformance-</w:t>
      </w:r>
      <w:r>
        <w:rPr>
          <w:b w:val="false"/>
          <w:sz w:val="24"/>
        </w:rPr>
        <w:t>⁠</w:t>
      </w:r>
      <w:r>
        <w:rPr>
          <w:b w:val="false"/>
          <w:sz w:val="24"/>
          <w:lang w:val="zxx"/>
        </w:rPr>
        <w:t>0.21.json.</w:t>
      </w:r>
      <w:r>
        <w:rPr>
          <w:b w:val="false"/>
          <w:sz w:val="24"/>
        </w:rPr>
        <w:t xml:space="preserve"> Длина и хеш проверяются по его байтам; пример относится к отдельной транзакции.</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id="00000000000000000000000000001f45" action="config.stage"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&lt;transaction id="00000000000000000000000000000803" baseRevision="1"</w:t>
      </w:r>
    </w:p>
    <w:p>
      <w:pPr>
        <w:pStyle w:val="ProtocolXML"/>
        <w:keepNext w:val="true"/>
        <w:keepLines/>
        <w:suppressAutoHyphens w:val="true"/>
        <w:spacing w:lineRule="auto" w:line="360"/>
        <w:ind w:start="454" w:hanging="0"/>
        <w:jc w:val="start"/>
        <w:rPr/>
      </w:pPr>
      <w:r>
        <w:rPr>
          <w:b w:val="false"/>
          <w:sz w:val="24"/>
          <w:lang w:val="zxx"/>
        </w:rPr>
        <w:t>totalBytes="3263" hashAlgorithm="streebog256"</w:t>
      </w:r>
    </w:p>
    <w:p>
      <w:pPr>
        <w:pStyle w:val="ProtocolXML"/>
        <w:keepNext w:val="true"/>
        <w:keepLines/>
        <w:suppressAutoHyphens w:val="true"/>
        <w:spacing w:lineRule="auto" w:line="360"/>
        <w:ind w:start="0" w:hanging="0"/>
        <w:jc w:val="start"/>
        <w:rPr/>
      </w:pPr>
      <w:r>
        <w:rPr>
          <w:b w:val="false"/>
          <w:sz w:val="24"/>
          <w:lang w:val="zxx"/>
        </w:rPr>
        <w:t>hash="3cf889bc83878dbe47ede2042acb3be4a209bd919fc04e9e4a6f6fd93a561b02"/&gt;</w:t>
      </w:r>
    </w:p>
    <w:p>
      <w:pPr>
        <w:pStyle w:val="ProtocolXML"/>
        <w:keepNext w:val="true"/>
        <w:keepLines/>
        <w:suppressAutoHyphens w:val="true"/>
        <w:spacing w:lineRule="auto" w:line="360"/>
        <w:ind w:start="227" w:hanging="0"/>
        <w:jc w:val="start"/>
        <w:rPr/>
      </w:pPr>
      <w:r>
        <w:rPr>
          <w:b w:val="false"/>
          <w:sz w:val="24"/>
          <w:lang w:val="zxx"/>
        </w:rPr>
        <w:t>&lt;transfer profile="bulk/1" blockBytes="4096" windowBlocks="4"</w:t>
      </w:r>
    </w:p>
    <w:p>
      <w:pPr>
        <w:pStyle w:val="ProtocolXML"/>
        <w:keepNext w:val="true"/>
        <w:keepLines/>
        <w:suppressAutoHyphens w:val="true"/>
        <w:spacing w:lineRule="auto" w:line="360"/>
        <w:ind w:start="454" w:hanging="0"/>
        <w:jc w:val="start"/>
        <w:rPr/>
      </w:pPr>
      <w:r>
        <w:rPr>
          <w:b w:val="false"/>
          <w:sz w:val="24"/>
          <w:lang w:val="zxx"/>
        </w:rPr>
        <w:t>windowRoundTripMaxMs="100"/&gt;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В.86 Сирена: запрос подтверждения исполнения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081</w:t>
      </w:r>
      <w:r>
        <w:rPr>
          <w:b w:val="false"/>
          <w:sz w:val="24"/>
        </w:rPr>
        <w:t>; начальное состояние определяется только этим фрагментом и его пояснением. Продолжение того же полного снимка.</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id="0000000000000000000000000000c3a1" action="session.get"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sessionId="00000000000000000000000000000581"</w:t>
      </w:r>
    </w:p>
    <w:p>
      <w:pPr>
        <w:pStyle w:val="ProtocolXML"/>
        <w:keepNext w:val="true"/>
        <w:keepLines/>
        <w:suppressAutoHyphens w:val="true"/>
        <w:spacing w:lineRule="auto" w:line="360"/>
        <w:ind w:start="454" w:hanging="0"/>
        <w:jc w:val="start"/>
        <w:rPr/>
      </w:pPr>
      <w:r>
        <w:rPr>
          <w:b w:val="false"/>
          <w:sz w:val="24"/>
          <w:lang w:val="zxx"/>
        </w:rPr>
        <w:t>snapshotId="00000000000000000000000000000094" cursor="proof"/&gt;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В.87 Сирена: подтверждение исполнения и полнота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081</w:t>
      </w:r>
      <w:r>
        <w:rPr>
          <w:b w:val="false"/>
          <w:sz w:val="24"/>
        </w:rPr>
        <w:t>; начальное состояние определяется только этим фрагментом и его пояснением. Подтверждение начала хранится отдельно от завершения.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to="0000000000000000000000000000c3a1"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snapshotId="00000000000000000000000000000094" stateRevision="40"</w:t>
      </w:r>
    </w:p>
    <w:p>
      <w:pPr>
        <w:pStyle w:val="ProtocolXML"/>
        <w:keepNext w:val="true"/>
        <w:keepLines/>
        <w:suppressAutoHyphens w:val="true"/>
        <w:spacing w:lineRule="auto" w:line="360"/>
        <w:ind w:start="454" w:hanging="0"/>
        <w:jc w:val="start"/>
        <w:rPr/>
      </w:pPr>
      <w:r>
        <w:rPr>
          <w:b w:val="false"/>
          <w:sz w:val="24"/>
          <w:lang w:val="zxx"/>
        </w:rPr>
        <w:t>more="false" resourceCount="1" checkCount="1" observationCount="0"</w:t>
      </w:r>
    </w:p>
    <w:p>
      <w:pPr>
        <w:pStyle w:val="ProtocolXML"/>
        <w:keepNext w:val="true"/>
        <w:keepLines/>
        <w:suppressAutoHyphens w:val="true"/>
        <w:spacing w:lineRule="auto" w:line="360"/>
        <w:ind w:start="454" w:hanging="0"/>
        <w:jc w:val="start"/>
        <w:rPr/>
      </w:pPr>
      <w:r>
        <w:rPr>
          <w:b w:val="false"/>
          <w:sz w:val="24"/>
          <w:lang w:val="zxx"/>
        </w:rPr>
        <w:t>mode="siren" evaluatedAtMs="72000" executionCount="1" faultCount="0"&gt;</w:t>
      </w:r>
    </w:p>
    <w:p>
      <w:pPr>
        <w:pStyle w:val="ProtocolXML"/>
        <w:keepNext w:val="true"/>
        <w:keepLines/>
        <w:suppressAutoHyphens w:val="true"/>
        <w:spacing w:lineRule="auto" w:line="360"/>
        <w:ind w:start="454" w:hanging="0"/>
        <w:jc w:val="start"/>
        <w:rPr/>
      </w:pPr>
      <w:r>
        <w:rPr>
          <w:b w:val="false"/>
          <w:sz w:val="24"/>
          <w:lang w:val="zxx"/>
        </w:rPr>
        <w:t>&lt;execution resourceId="ou1" status="confirmed" criterionId="outputActive"</w:t>
      </w:r>
    </w:p>
    <w:p>
      <w:pPr>
        <w:pStyle w:val="ProtocolXML"/>
        <w:keepNext w:val="true"/>
        <w:keepLines/>
        <w:suppressAutoHyphens w:val="true"/>
        <w:spacing w:lineRule="auto" w:line="360"/>
        <w:ind w:start="680" w:hanging="0"/>
        <w:jc w:val="start"/>
        <w:rPr/>
      </w:pPr>
      <w:r>
        <w:rPr>
          <w:b w:val="false"/>
          <w:sz w:val="24"/>
          <w:lang w:val="zxx"/>
        </w:rPr>
        <w:t>sourceId="ou1" evidence="reportedMode" observedAtMs="50100"/&gt;</w:t>
      </w:r>
    </w:p>
    <w:p>
      <w:pPr>
        <w:pStyle w:val="ProtocolXML"/>
        <w:keepNext w:val="true"/>
        <w:keepLines/>
        <w:suppressAutoHyphens w:val="true"/>
        <w:spacing w:lineRule="auto" w:line="360"/>
        <w:ind w:start="454" w:hanging="0"/>
        <w:jc w:val="start"/>
        <w:rPr/>
      </w:pPr>
      <w:r>
        <w:rPr>
          <w:b w:val="false"/>
          <w:sz w:val="24"/>
          <w:lang w:val="zxx"/>
        </w:rPr>
        <w:t>&lt;completion state="complete"/&gt;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В.88 Тест: запрос подтверждения исполнения</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083</w:t>
      </w:r>
      <w:r>
        <w:rPr>
          <w:b w:val="false"/>
          <w:sz w:val="24"/>
        </w:rPr>
        <w:t>; начальное состояние определяется только этим фрагментом и его пояснением. Продолжение того же полного снимка.</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id="0000000000000000000000000000c3a3" action="session.get"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sessionId="000000000000000000000000000016a9"</w:t>
      </w:r>
    </w:p>
    <w:p>
      <w:pPr>
        <w:pStyle w:val="ProtocolXML"/>
        <w:keepNext w:val="true"/>
        <w:keepLines/>
        <w:suppressAutoHyphens w:val="true"/>
        <w:spacing w:lineRule="auto" w:line="360"/>
        <w:ind w:start="454" w:hanging="0"/>
        <w:jc w:val="start"/>
        <w:rPr/>
      </w:pPr>
      <w:r>
        <w:rPr>
          <w:b w:val="false"/>
          <w:sz w:val="24"/>
          <w:lang w:val="zxx"/>
        </w:rPr>
        <w:t>snapshotId="000000000000000000000000000001f4" cursor="proof"/&gt;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В.89 Тест: подтверждение исполнения и полнота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083</w:t>
      </w:r>
      <w:r>
        <w:rPr>
          <w:b w:val="false"/>
          <w:sz w:val="24"/>
        </w:rPr>
        <w:t>; начальное состояние определяется только этим фрагментом и его пояснением. Подтверждение начала хранится отдельно от завершения.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to="0000000000000000000000000000c3a3"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snapshotId="000000000000000000000000000001f4" stateRevision="50"</w:t>
      </w:r>
    </w:p>
    <w:p>
      <w:pPr>
        <w:pStyle w:val="ProtocolXML"/>
        <w:keepNext w:val="true"/>
        <w:keepLines/>
        <w:suppressAutoHyphens w:val="true"/>
        <w:spacing w:lineRule="auto" w:line="360"/>
        <w:ind w:start="454" w:hanging="0"/>
        <w:jc w:val="start"/>
        <w:rPr/>
      </w:pPr>
      <w:r>
        <w:rPr>
          <w:b w:val="false"/>
          <w:sz w:val="24"/>
          <w:lang w:val="zxx"/>
        </w:rPr>
        <w:t>mode="test" resourceCount="1" checkCount="2" observationCount="3"</w:t>
      </w:r>
    </w:p>
    <w:p>
      <w:pPr>
        <w:pStyle w:val="ProtocolXML"/>
        <w:keepNext w:val="true"/>
        <w:keepLines/>
        <w:suppressAutoHyphens w:val="true"/>
        <w:spacing w:lineRule="auto" w:line="360"/>
        <w:ind w:start="454" w:hanging="0"/>
        <w:jc w:val="start"/>
        <w:rPr/>
      </w:pPr>
      <w:r>
        <w:rPr>
          <w:b w:val="false"/>
          <w:sz w:val="24"/>
          <w:lang w:val="zxx"/>
        </w:rPr>
        <w:t>more="false" evaluatedAtMs="55000" executionCount="1" faultCount="0"&gt;</w:t>
      </w:r>
    </w:p>
    <w:p>
      <w:pPr>
        <w:pStyle w:val="ProtocolXML"/>
        <w:keepNext w:val="true"/>
        <w:keepLines/>
        <w:suppressAutoHyphens w:val="true"/>
        <w:spacing w:lineRule="auto" w:line="360"/>
        <w:ind w:start="454" w:hanging="0"/>
        <w:jc w:val="start"/>
        <w:rPr/>
      </w:pPr>
      <w:r>
        <w:rPr>
          <w:b w:val="false"/>
          <w:sz w:val="24"/>
          <w:lang w:val="zxx"/>
        </w:rPr>
        <w:t>&lt;execution resourceId="ou1" status="confirmed" criterionId="outputActive"</w:t>
      </w:r>
    </w:p>
    <w:p>
      <w:pPr>
        <w:pStyle w:val="ProtocolXML"/>
        <w:keepNext w:val="true"/>
        <w:keepLines/>
        <w:suppressAutoHyphens w:val="true"/>
        <w:spacing w:lineRule="auto" w:line="360"/>
        <w:ind w:start="680" w:hanging="0"/>
        <w:jc w:val="start"/>
        <w:rPr/>
      </w:pPr>
      <w:r>
        <w:rPr>
          <w:b w:val="false"/>
          <w:sz w:val="24"/>
          <w:lang w:val="zxx"/>
        </w:rPr>
        <w:t>sourceId="ou1" evidence="reportedMode" observedAtMs="51000"/&gt;</w:t>
      </w:r>
    </w:p>
    <w:p>
      <w:pPr>
        <w:pStyle w:val="ProtocolXML"/>
        <w:keepNext w:val="true"/>
        <w:keepLines/>
        <w:suppressAutoHyphens w:val="true"/>
        <w:spacing w:lineRule="auto" w:line="360"/>
        <w:ind w:start="454" w:hanging="0"/>
        <w:jc w:val="start"/>
        <w:rPr/>
      </w:pPr>
      <w:r>
        <w:rPr>
          <w:b w:val="false"/>
          <w:sz w:val="24"/>
          <w:lang w:val="zxx"/>
        </w:rPr>
        <w:t>&lt;completion state="complete"/&gt;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В.90 Отказ: forbidden/roleDenied</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085</w:t>
      </w:r>
      <w:r>
        <w:rPr>
          <w:b w:val="false"/>
          <w:sz w:val="24"/>
        </w:rPr>
        <w:t>; начальное состояние определяется только этим фрагментом и его пояснением. Отказ до воздействия. Сведения о другом владельце не передаются.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to="0000000000000000000000000000c78d"</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status="error"&gt;</w:t>
      </w:r>
    </w:p>
    <w:p>
      <w:pPr>
        <w:pStyle w:val="ProtocolXML"/>
        <w:keepNext w:val="true"/>
        <w:keepLines/>
        <w:suppressAutoHyphens w:val="true"/>
        <w:spacing w:lineRule="auto" w:line="360"/>
        <w:ind w:start="227" w:hanging="0"/>
        <w:jc w:val="start"/>
        <w:rPr/>
      </w:pPr>
      <w:r>
        <w:rPr>
          <w:b w:val="false"/>
          <w:sz w:val="24"/>
          <w:lang w:val="zxx"/>
        </w:rPr>
        <w:t>&lt;error code="forbidden" detail="roleDenied"/&gt;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В.91 Отказ: forbidden/scopeDenied</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086</w:t>
      </w:r>
      <w:r>
        <w:rPr>
          <w:b w:val="false"/>
          <w:sz w:val="24"/>
        </w:rPr>
        <w:t>; начальное состояние определяется только этим фрагментом и его пояснением. Отказ до воздействия. Сведения о другом владельце не передаются.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to="0000000000000000000000000000c78e"</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status="error"&gt;</w:t>
      </w:r>
    </w:p>
    <w:p>
      <w:pPr>
        <w:pStyle w:val="ProtocolXML"/>
        <w:keepNext w:val="true"/>
        <w:keepLines/>
        <w:suppressAutoHyphens w:val="true"/>
        <w:spacing w:lineRule="auto" w:line="360"/>
        <w:ind w:start="227" w:hanging="0"/>
        <w:jc w:val="start"/>
        <w:rPr/>
      </w:pPr>
      <w:r>
        <w:rPr>
          <w:b w:val="false"/>
          <w:sz w:val="24"/>
          <w:lang w:val="zxx"/>
        </w:rPr>
        <w:t>&lt;error code="forbidden" detail="scopeDenied"/&gt;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В.92 Отказ: forbidden/ownerMismatch</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087</w:t>
      </w:r>
      <w:r>
        <w:rPr>
          <w:b w:val="false"/>
          <w:sz w:val="24"/>
        </w:rPr>
        <w:t>; начальное состояние определяется только этим фрагментом и его пояснением. Отказ до воздействия. Сведения о другом владельце не передаются.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to="0000000000000000000000000000c78f"</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status="error"&gt;</w:t>
      </w:r>
    </w:p>
    <w:p>
      <w:pPr>
        <w:pStyle w:val="ProtocolXML"/>
        <w:keepNext w:val="true"/>
        <w:keepLines/>
        <w:suppressAutoHyphens w:val="true"/>
        <w:spacing w:lineRule="auto" w:line="360"/>
        <w:ind w:start="227" w:hanging="0"/>
        <w:jc w:val="start"/>
        <w:rPr/>
      </w:pPr>
      <w:r>
        <w:rPr>
          <w:b w:val="false"/>
          <w:sz w:val="24"/>
          <w:lang w:val="zxx"/>
        </w:rPr>
        <w:t>&lt;error code="forbidden" detail="ownerMismatch"/&gt;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В.93 Отказ: busy/ownershipHeld</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088</w:t>
      </w:r>
      <w:r>
        <w:rPr>
          <w:b w:val="false"/>
          <w:sz w:val="24"/>
        </w:rPr>
        <w:t>; начальное состояние определяется только этим фрагментом и его пояснением. Отказ до воздействия. Сведения о другом владельце не передаются.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to="0000000000000000000000000000c790"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status="error"&gt;</w:t>
      </w:r>
    </w:p>
    <w:p>
      <w:pPr>
        <w:pStyle w:val="ProtocolXML"/>
        <w:keepNext w:val="true"/>
        <w:keepLines/>
        <w:suppressAutoHyphens w:val="true"/>
        <w:spacing w:lineRule="auto" w:line="360"/>
        <w:ind w:start="227" w:hanging="0"/>
        <w:jc w:val="start"/>
        <w:rPr/>
      </w:pPr>
      <w:r>
        <w:rPr>
          <w:b w:val="false"/>
          <w:sz w:val="24"/>
          <w:lang w:val="zxx"/>
        </w:rPr>
        <w:t>&lt;error code="busy" detail="ownershipHeld"/&gt;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В.94 Отказ: busy/executionActive</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089</w:t>
      </w:r>
      <w:r>
        <w:rPr>
          <w:b w:val="false"/>
          <w:sz w:val="24"/>
        </w:rPr>
        <w:t>; начальное состояние определяется только этим фрагментом и его пояснением. Отказ до воздействия. Сведения о другом владельце не передаются.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to="0000000000000000000000000000c791"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status="error"&gt;</w:t>
      </w:r>
    </w:p>
    <w:p>
      <w:pPr>
        <w:pStyle w:val="ProtocolXML"/>
        <w:keepNext w:val="true"/>
        <w:keepLines/>
        <w:suppressAutoHyphens w:val="true"/>
        <w:spacing w:lineRule="auto" w:line="360"/>
        <w:ind w:start="227" w:hanging="0"/>
        <w:jc w:val="start"/>
        <w:rPr/>
      </w:pPr>
      <w:r>
        <w:rPr>
          <w:b w:val="false"/>
          <w:sz w:val="24"/>
          <w:lang w:val="zxx"/>
        </w:rPr>
        <w:t>&lt;error code="busy" detail="executionActive"/&gt;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В.95 Отказ: busy/localControl</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090</w:t>
      </w:r>
      <w:r>
        <w:rPr>
          <w:b w:val="false"/>
          <w:sz w:val="24"/>
        </w:rPr>
        <w:t>; начальное состояние определяется только этим фрагментом и его пояснением. Отказ до воздействия. Сведения о другом владельце не передаются.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to="0000000000000000000000000000c792"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status="error"&gt;</w:t>
      </w:r>
    </w:p>
    <w:p>
      <w:pPr>
        <w:pStyle w:val="ProtocolXML"/>
        <w:keepNext w:val="true"/>
        <w:keepLines/>
        <w:suppressAutoHyphens w:val="true"/>
        <w:spacing w:lineRule="auto" w:line="360"/>
        <w:ind w:start="227" w:hanging="0"/>
        <w:jc w:val="start"/>
        <w:rPr/>
      </w:pPr>
      <w:r>
        <w:rPr>
          <w:b w:val="false"/>
          <w:sz w:val="24"/>
          <w:lang w:val="zxx"/>
        </w:rPr>
        <w:t>&lt;error code="busy" detail="localControl"/&gt;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В.96 Отказ: busy/serviceActive</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091</w:t>
      </w:r>
      <w:r>
        <w:rPr>
          <w:b w:val="false"/>
          <w:sz w:val="24"/>
        </w:rPr>
        <w:t>; начальное состояние определяется только этим фрагментом и его пояснением. Отказ до воздействия. Сведения о другом владельце не передаются.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to="0000000000000000000000000000c793"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status="error"&gt;</w:t>
      </w:r>
    </w:p>
    <w:p>
      <w:pPr>
        <w:pStyle w:val="ProtocolXML"/>
        <w:keepNext w:val="true"/>
        <w:keepLines/>
        <w:suppressAutoHyphens w:val="true"/>
        <w:spacing w:lineRule="auto" w:line="360"/>
        <w:ind w:start="227" w:hanging="0"/>
        <w:jc w:val="start"/>
        <w:rPr/>
      </w:pPr>
      <w:r>
        <w:rPr>
          <w:b w:val="false"/>
          <w:sz w:val="24"/>
          <w:lang w:val="zxx"/>
        </w:rPr>
        <w:t>&lt;error code="busy" detail="serviceActive"/&gt;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В.97 Отказ: busy/capacityExhausted</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092</w:t>
      </w:r>
      <w:r>
        <w:rPr>
          <w:b w:val="false"/>
          <w:sz w:val="24"/>
        </w:rPr>
        <w:t>; начальное состояние определяется только этим фрагментом и его пояснением. Отказ до воздействия. Сведения о другом владельце не передаются.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to="0000000000000000000000000000c794"</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status="error"&gt;</w:t>
      </w:r>
    </w:p>
    <w:p>
      <w:pPr>
        <w:pStyle w:val="ProtocolXML"/>
        <w:keepNext w:val="true"/>
        <w:keepLines/>
        <w:suppressAutoHyphens w:val="true"/>
        <w:spacing w:lineRule="auto" w:line="360"/>
        <w:ind w:start="227" w:hanging="0"/>
        <w:jc w:val="start"/>
        <w:rPr/>
      </w:pPr>
      <w:r>
        <w:rPr>
          <w:b w:val="false"/>
          <w:sz w:val="24"/>
          <w:lang w:val="zxx"/>
        </w:rPr>
        <w:t>&lt;error code="busy" detail="capacityExhausted"/&gt;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В.98 Запуск: сирена до команды оператора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093</w:t>
      </w:r>
      <w:r>
        <w:rPr>
          <w:b w:val="false"/>
          <w:sz w:val="24"/>
        </w:rPr>
        <w:t xml:space="preserve">; начальное состояние определяется только этим фрагментом и его пояснением. Длительность не подменяется большим таймером; </w:t>
      </w:r>
      <w:r>
        <w:rPr>
          <w:b w:val="false"/>
          <w:sz w:val="24"/>
          <w:lang w:val="zxx"/>
        </w:rPr>
        <w:t>maxDurationMs</w:t>
      </w:r>
      <w:r>
        <w:rPr>
          <w:b w:val="false"/>
          <w:sz w:val="24"/>
        </w:rPr>
        <w:t xml:space="preserve"> остается пределом безопасности.</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id="00000000000000000000000000002715"</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w:t>
      </w:r>
    </w:p>
    <w:p>
      <w:pPr>
        <w:pStyle w:val="ProtocolXML"/>
        <w:keepNext w:val="true"/>
        <w:keepLines/>
        <w:suppressAutoHyphens w:val="true"/>
        <w:spacing w:lineRule="auto" w:line="360"/>
        <w:ind w:start="227" w:hanging="0"/>
        <w:jc w:val="start"/>
        <w:rPr/>
      </w:pPr>
      <w:r>
        <w:rPr>
          <w:b w:val="false"/>
          <w:sz w:val="24"/>
          <w:lang w:val="zxx"/>
        </w:rPr>
        <w:t>action="session.start"&gt;</w:t>
      </w:r>
    </w:p>
    <w:p>
      <w:pPr>
        <w:pStyle w:val="ProtocolXML"/>
        <w:keepNext w:val="true"/>
        <w:keepLines/>
        <w:suppressAutoHyphens w:val="true"/>
        <w:spacing w:lineRule="auto" w:line="360"/>
        <w:ind w:start="227" w:hanging="0"/>
        <w:jc w:val="start"/>
        <w:rPr/>
      </w:pPr>
      <w:r>
        <w:rPr>
          <w:b w:val="false"/>
          <w:sz w:val="24"/>
          <w:lang w:val="zxx"/>
        </w:rPr>
        <w:t>&lt;session mode="siren" purpose="exercise" acceptBeforeMs="60000"</w:t>
      </w:r>
    </w:p>
    <w:p>
      <w:pPr>
        <w:pStyle w:val="ProtocolXML"/>
        <w:keepNext w:val="true"/>
        <w:keepLines/>
        <w:suppressAutoHyphens w:val="true"/>
        <w:spacing w:lineRule="auto" w:line="360"/>
        <w:ind w:start="454" w:hanging="0"/>
        <w:jc w:val="start"/>
        <w:rPr/>
      </w:pPr>
      <w:r>
        <w:rPr>
          <w:b w:val="false"/>
          <w:sz w:val="24"/>
          <w:lang w:val="zxx"/>
        </w:rPr>
        <w:t>maxDurationMs="30000" configRevision="7" capabilityRevision="4"&gt;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&lt;siren pattern="continuous" stopMode="command"/&gt;</w:t>
      </w:r>
    </w:p>
    <w:p>
      <w:pPr>
        <w:pStyle w:val="ProtocolXML"/>
        <w:keepNext w:val="true"/>
        <w:keepLines/>
        <w:suppressAutoHyphens w:val="true"/>
        <w:spacing w:lineRule="auto" w:line="360"/>
        <w:ind w:start="227" w:hanging="0"/>
        <w:jc w:val="start"/>
        <w:rPr/>
      </w:pPr>
      <w:r>
        <w:rPr>
          <w:b w:val="false"/>
          <w:sz w:val="24"/>
          <w:lang w:val="zxx"/>
        </w:rPr>
        <w:t>&lt;/session&gt;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В.99 Событие: подтверждено начало работы</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094</w:t>
      </w:r>
      <w:r>
        <w:rPr>
          <w:b w:val="false"/>
          <w:sz w:val="24"/>
        </w:rPr>
        <w:t>; начальное состояние определяется только этим фрагментом и его пояснением. Сеанс еще выполняется. Получение события не закрывает его и не подтверждает выключение.</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to="0000000000000000000000000000c796"</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&lt;events nextSeq="41" oldestSeq="1" more="false" gap="false"&gt;</w:t>
      </w:r>
    </w:p>
    <w:p>
      <w:pPr>
        <w:pStyle w:val="ProtocolXML"/>
        <w:keepNext w:val="true"/>
        <w:keepLines/>
        <w:suppressAutoHyphens w:val="true"/>
        <w:spacing w:lineRule="auto" w:line="360"/>
        <w:ind w:start="454" w:hanging="0"/>
        <w:jc w:val="start"/>
        <w:rPr/>
      </w:pPr>
      <w:r>
        <w:rPr>
          <w:b w:val="false"/>
          <w:sz w:val="24"/>
          <w:lang w:val="zxx"/>
        </w:rPr>
        <w:t>&lt;event seq="41" stateRevision="41" type="session.execution"</w:t>
      </w:r>
    </w:p>
    <w:p>
      <w:pPr>
        <w:pStyle w:val="ProtocolXML"/>
        <w:keepNext w:val="true"/>
        <w:keepLines/>
        <w:suppressAutoHyphens w:val="true"/>
        <w:spacing w:lineRule="auto" w:line="360"/>
        <w:ind w:start="680" w:hanging="0"/>
        <w:jc w:val="start"/>
        <w:rPr/>
      </w:pPr>
      <w:r>
        <w:rPr>
          <w:b w:val="false"/>
          <w:sz w:val="24"/>
          <w:lang w:val="zxx"/>
        </w:rPr>
        <w:t>capabilityRevision="4"&gt;</w:t>
      </w:r>
    </w:p>
    <w:p>
      <w:pPr>
        <w:pStyle w:val="ProtocolXML"/>
        <w:keepNext w:val="true"/>
        <w:keepLines/>
        <w:suppressAutoHyphens w:val="true"/>
        <w:spacing w:lineRule="auto" w:line="360"/>
        <w:ind w:start="680" w:hanging="0"/>
        <w:jc w:val="start"/>
        <w:rPr/>
      </w:pPr>
      <w:r>
        <w:rPr>
          <w:b w:val="false"/>
          <w:sz w:val="24"/>
          <w:lang w:val="zxx"/>
        </w:rPr>
        <w:t>&lt;execution sessionId="00000000000000000000000000000581"</w:t>
      </w:r>
    </w:p>
    <w:p>
      <w:pPr>
        <w:pStyle w:val="ProtocolXML"/>
        <w:keepNext w:val="true"/>
        <w:keepLines/>
        <w:suppressAutoHyphens w:val="true"/>
        <w:spacing w:lineRule="auto" w:line="360"/>
        <w:ind w:start="907" w:hanging="0"/>
        <w:jc w:val="start"/>
        <w:rPr/>
      </w:pPr>
      <w:r>
        <w:rPr>
          <w:b w:val="false"/>
          <w:sz w:val="24"/>
          <w:lang w:val="zxx"/>
        </w:rPr>
        <w:t>resourceId="ou1" status="confirmed" criterionId="outputActive" sourceId="ou1"</w:t>
      </w:r>
    </w:p>
    <w:p>
      <w:pPr>
        <w:pStyle w:val="ProtocolXML"/>
        <w:keepNext w:val="true"/>
        <w:keepLines/>
        <w:suppressAutoHyphens w:val="true"/>
        <w:spacing w:lineRule="auto" w:line="360"/>
        <w:ind w:start="907" w:hanging="0"/>
        <w:jc w:val="start"/>
        <w:rPr/>
      </w:pPr>
      <w:r>
        <w:rPr>
          <w:b w:val="false"/>
          <w:sz w:val="24"/>
          <w:lang w:val="zxx"/>
        </w:rPr>
        <w:t>evidence="reportedMode" observedAtMs="50100"/&gt;</w:t>
      </w:r>
    </w:p>
    <w:p>
      <w:pPr>
        <w:pStyle w:val="ProtocolXML"/>
        <w:keepNext w:val="true"/>
        <w:keepLines/>
        <w:suppressAutoHyphens w:val="true"/>
        <w:spacing w:lineRule="auto" w:line="360"/>
        <w:ind w:start="454" w:hanging="0"/>
        <w:jc w:val="start"/>
        <w:rPr/>
      </w:pPr>
      <w:r>
        <w:rPr>
          <w:b w:val="false"/>
          <w:sz w:val="24"/>
          <w:lang w:val="zxx"/>
        </w:rPr>
        <w:t>&lt;/event&gt;</w:t>
      </w:r>
    </w:p>
    <w:p>
      <w:pPr>
        <w:pStyle w:val="ProtocolXML"/>
        <w:keepNext w:val="true"/>
        <w:keepLines/>
        <w:suppressAutoHyphens w:val="true"/>
        <w:spacing w:lineRule="auto" w:line="360"/>
        <w:ind w:start="227" w:hanging="0"/>
        <w:jc w:val="start"/>
        <w:rPr/>
      </w:pPr>
      <w:r>
        <w:rPr>
          <w:b w:val="false"/>
          <w:sz w:val="24"/>
          <w:lang w:val="zxx"/>
        </w:rPr>
        <w:t>&lt;/events&gt;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В.100 Событие: потеря фазы после начала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095</w:t>
      </w:r>
      <w:r>
        <w:rPr>
          <w:b w:val="false"/>
          <w:sz w:val="24"/>
        </w:rPr>
        <w:t xml:space="preserve">; начальное состояние определяется только этим фрагментом и его пояснением. Альтернативная аварийная ветвь. Ранее полученное </w:t>
      </w:r>
      <w:r>
        <w:rPr>
          <w:b w:val="false"/>
          <w:sz w:val="24"/>
          <w:lang w:val="zxx"/>
        </w:rPr>
        <w:t>confirmed</w:t>
      </w:r>
      <w:r>
        <w:rPr>
          <w:b w:val="false"/>
          <w:sz w:val="24"/>
        </w:rPr>
        <w:t xml:space="preserve"> сохраняется; текущий статус аварийный.</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to="0000000000000000000000000000c797"</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&lt;events nextSeq="42" oldestSeq="1" more="false" gap="false"&gt;</w:t>
      </w:r>
    </w:p>
    <w:p>
      <w:pPr>
        <w:pStyle w:val="ProtocolXML"/>
        <w:keepNext w:val="true"/>
        <w:keepLines/>
        <w:suppressAutoHyphens w:val="true"/>
        <w:spacing w:lineRule="auto" w:line="360"/>
        <w:ind w:start="454" w:hanging="0"/>
        <w:jc w:val="start"/>
        <w:rPr/>
      </w:pPr>
      <w:r>
        <w:rPr>
          <w:b w:val="false"/>
          <w:sz w:val="24"/>
          <w:lang w:val="zxx"/>
        </w:rPr>
        <w:t>&lt;event seq="42" stateRevision="42" type="session.fault" capabilityRevision="4"&gt;</w:t>
      </w:r>
    </w:p>
    <w:p>
      <w:pPr>
        <w:pStyle w:val="ProtocolXML"/>
        <w:keepNext w:val="true"/>
        <w:keepLines/>
        <w:suppressAutoHyphens w:val="true"/>
        <w:spacing w:lineRule="auto" w:line="360"/>
        <w:ind w:start="680" w:hanging="0"/>
        <w:jc w:val="start"/>
        <w:rPr/>
      </w:pPr>
      <w:r>
        <w:rPr>
          <w:b w:val="false"/>
          <w:sz w:val="24"/>
          <w:lang w:val="zxx"/>
        </w:rPr>
        <w:t>&lt;fault sessionId="00000000000000000000000000000581"</w:t>
      </w:r>
    </w:p>
    <w:p>
      <w:pPr>
        <w:pStyle w:val="ProtocolXML"/>
        <w:keepNext w:val="true"/>
        <w:keepLines/>
        <w:suppressAutoHyphens w:val="true"/>
        <w:spacing w:lineRule="auto" w:line="360"/>
        <w:ind w:start="907" w:hanging="0"/>
        <w:jc w:val="start"/>
        <w:rPr/>
      </w:pPr>
      <w:r>
        <w:rPr>
          <w:b w:val="false"/>
          <w:sz w:val="24"/>
          <w:lang w:val="zxx"/>
        </w:rPr>
        <w:t>id="00000000000000000000000000000981" code="phaseLost"</w:t>
      </w:r>
    </w:p>
    <w:p>
      <w:pPr>
        <w:pStyle w:val="ProtocolXML"/>
        <w:keepNext w:val="true"/>
        <w:keepLines/>
        <w:suppressAutoHyphens w:val="true"/>
        <w:spacing w:lineRule="auto" w:line="360"/>
        <w:ind w:start="907" w:hanging="0"/>
        <w:jc w:val="start"/>
        <w:rPr/>
      </w:pPr>
      <w:r>
        <w:rPr>
          <w:b w:val="false"/>
          <w:sz w:val="24"/>
          <w:lang w:val="zxx"/>
        </w:rPr>
        <w:t>resourceId="ou1" effect="failed" severity="critical" occurredAtMs="52000"</w:t>
      </w:r>
    </w:p>
    <w:p>
      <w:pPr>
        <w:pStyle w:val="ProtocolXML"/>
        <w:keepNext w:val="true"/>
        <w:keepLines/>
        <w:suppressAutoHyphens w:val="true"/>
        <w:spacing w:lineRule="auto" w:line="360"/>
        <w:ind w:start="907" w:hanging="0"/>
        <w:jc w:val="start"/>
        <w:rPr/>
      </w:pPr>
      <w:r>
        <w:rPr>
          <w:b w:val="false"/>
          <w:sz w:val="24"/>
          <w:lang w:val="zxx"/>
        </w:rPr>
        <w:t>conditionId="phaseA" alarmId="00000000000000000000000000000982"/&gt;</w:t>
      </w:r>
    </w:p>
    <w:p>
      <w:pPr>
        <w:pStyle w:val="ProtocolXML"/>
        <w:keepNext w:val="true"/>
        <w:keepLines/>
        <w:suppressAutoHyphens w:val="true"/>
        <w:spacing w:lineRule="auto" w:line="360"/>
        <w:ind w:start="454" w:hanging="0"/>
        <w:jc w:val="start"/>
        <w:rPr/>
      </w:pPr>
      <w:r>
        <w:rPr>
          <w:b w:val="false"/>
          <w:sz w:val="24"/>
          <w:lang w:val="zxx"/>
        </w:rPr>
        <w:t>&lt;/event&gt;</w:t>
      </w:r>
    </w:p>
    <w:p>
      <w:pPr>
        <w:pStyle w:val="ProtocolXML"/>
        <w:keepNext w:val="true"/>
        <w:keepLines/>
        <w:suppressAutoHyphens w:val="true"/>
        <w:spacing w:lineRule="auto" w:line="360"/>
        <w:ind w:start="227" w:hanging="0"/>
        <w:jc w:val="start"/>
        <w:rPr/>
      </w:pPr>
      <w:r>
        <w:rPr>
          <w:b w:val="false"/>
          <w:sz w:val="24"/>
          <w:lang w:val="zxx"/>
        </w:rPr>
        <w:t>&lt;/events&gt;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В.101 Сирена работала: штатная остановка, страница 1</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096</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to="00000000000000000000000000989680"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snapshotId="00000000000000000000000000019258" stateRevision="50"</w:t>
      </w:r>
    </w:p>
    <w:p>
      <w:pPr>
        <w:pStyle w:val="ProtocolXML"/>
        <w:keepNext w:val="true"/>
        <w:keepLines/>
        <w:suppressAutoHyphens w:val="true"/>
        <w:spacing w:lineRule="auto" w:line="360"/>
        <w:ind w:start="454" w:hanging="0"/>
        <w:jc w:val="start"/>
        <w:rPr/>
      </w:pPr>
      <w:r>
        <w:rPr>
          <w:b w:val="false"/>
          <w:sz w:val="24"/>
          <w:lang w:val="zxx"/>
        </w:rPr>
        <w:t>mode="siren"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faultCount="0" more="true" cursor="p1"&gt;</w:t>
      </w:r>
    </w:p>
    <w:p>
      <w:pPr>
        <w:pStyle w:val="ProtocolXML"/>
        <w:keepNext w:val="true"/>
        <w:keepLines/>
        <w:suppressAutoHyphens w:val="true"/>
        <w:spacing w:lineRule="auto" w:line="360"/>
        <w:ind w:start="454" w:hanging="0"/>
        <w:jc w:val="start"/>
        <w:rPr/>
      </w:pPr>
      <w:r>
        <w:rPr>
          <w:b w:val="false"/>
          <w:sz w:val="24"/>
          <w:lang w:val="zxx"/>
        </w:rPr>
        <w:t>&lt;session id="000000000000000000000000000186a0" startSeq="1"</w:t>
      </w:r>
    </w:p>
    <w:p>
      <w:pPr>
        <w:pStyle w:val="ProtocolXML"/>
        <w:keepNext w:val="true"/>
        <w:keepLines/>
        <w:suppressAutoHyphens w:val="true"/>
        <w:spacing w:lineRule="auto" w:line="360"/>
        <w:ind w:start="680" w:hanging="0"/>
        <w:jc w:val="start"/>
        <w:rPr/>
      </w:pPr>
      <w:r>
        <w:rPr>
          <w:b w:val="false"/>
          <w:sz w:val="24"/>
          <w:lang w:val="zxx"/>
        </w:rPr>
        <w:t>state="finished" onControlLoss="stop" configRevision="7" capabilityRevision="4"</w:t>
      </w:r>
    </w:p>
    <w:p>
      <w:pPr>
        <w:pStyle w:val="ProtocolXML"/>
        <w:keepNext w:val="true"/>
        <w:keepLines/>
        <w:suppressAutoHyphens w:val="true"/>
        <w:spacing w:lineRule="auto" w:line="360"/>
        <w:ind w:start="680" w:hanging="0"/>
        <w:jc w:val="start"/>
        <w:rPr/>
      </w:pPr>
      <w:r>
        <w:rPr>
          <w:b w:val="false"/>
          <w:sz w:val="24"/>
          <w:lang w:val="zxx"/>
        </w:rPr>
        <w:t>acceptedAtMs="50000" maxDurationMs="30000" result="succeeded"</w:t>
      </w:r>
    </w:p>
    <w:p>
      <w:pPr>
        <w:pStyle w:val="ProtocolXML"/>
        <w:keepNext w:val="true"/>
        <w:keepLines/>
        <w:suppressAutoHyphens w:val="true"/>
        <w:spacing w:lineRule="auto" w:line="360"/>
        <w:ind w:start="680" w:hanging="0"/>
        <w:jc w:val="start"/>
        <w:rPr/>
      </w:pPr>
      <w:r>
        <w:rPr>
          <w:b w:val="false"/>
          <w:sz w:val="24"/>
          <w:lang w:val="zxx"/>
        </w:rPr>
        <w:t>reason="operatorStop"/&gt;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В.102 Сирена работала: штатная остановка, страница 2</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097</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to="00000000000000000000000000989681"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snapshotId="00000000000000000000000000019258" stateRevision="50"</w:t>
      </w:r>
    </w:p>
    <w:p>
      <w:pPr>
        <w:pStyle w:val="ProtocolXML"/>
        <w:keepNext w:val="true"/>
        <w:keepLines/>
        <w:suppressAutoHyphens w:val="true"/>
        <w:spacing w:lineRule="auto" w:line="360"/>
        <w:ind w:start="454" w:hanging="0"/>
        <w:jc w:val="start"/>
        <w:rPr/>
      </w:pPr>
      <w:r>
        <w:rPr>
          <w:b w:val="false"/>
          <w:sz w:val="24"/>
          <w:lang w:val="zxx"/>
        </w:rPr>
        <w:t>mode="siren"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faultCount="0" more="true" cursor="p2"&gt;</w:t>
      </w:r>
    </w:p>
    <w:p>
      <w:pPr>
        <w:pStyle w:val="ProtocolXML"/>
        <w:keepNext w:val="true"/>
        <w:keepLines/>
        <w:suppressAutoHyphens w:val="true"/>
        <w:spacing w:lineRule="auto" w:line="360"/>
        <w:ind w:start="454" w:hanging="0"/>
        <w:jc w:val="start"/>
        <w:rPr/>
      </w:pPr>
      <w:r>
        <w:rPr>
          <w:b w:val="false"/>
          <w:sz w:val="24"/>
          <w:lang w:val="zxx"/>
        </w:rPr>
        <w:t>&lt;timeline sessionId="000000000000000000000000000186a0"</w:t>
      </w:r>
    </w:p>
    <w:p>
      <w:pPr>
        <w:pStyle w:val="ProtocolXML"/>
        <w:keepNext w:val="true"/>
        <w:keepLines/>
        <w:suppressAutoHyphens w:val="true"/>
        <w:spacing w:lineRule="auto" w:line="360"/>
        <w:ind w:start="680" w:hanging="0"/>
        <w:jc w:val="start"/>
        <w:rPr/>
      </w:pPr>
      <w:r>
        <w:rPr>
          <w:b w:val="false"/>
          <w:sz w:val="24"/>
          <w:lang w:val="zxx"/>
        </w:rPr>
        <w:t>prepareDeadlineMs="52000" runningAtMs="50100" runDeadlineMs="70100"</w:t>
      </w:r>
    </w:p>
    <w:p>
      <w:pPr>
        <w:pStyle w:val="ProtocolXML"/>
        <w:keepNext w:val="true"/>
        <w:keepLines/>
        <w:suppressAutoHyphens w:val="true"/>
        <w:spacing w:lineRule="auto" w:line="360"/>
        <w:ind w:start="680" w:hanging="0"/>
        <w:jc w:val="start"/>
        <w:rPr/>
      </w:pPr>
      <w:r>
        <w:rPr>
          <w:b w:val="false"/>
          <w:sz w:val="24"/>
          <w:lang w:val="zxx"/>
        </w:rPr>
        <w:t>stopRequestedAtMs="53000" stoppingAtMs="53000" stopIssuedAtMs="53020"</w:t>
      </w:r>
    </w:p>
    <w:p>
      <w:pPr>
        <w:pStyle w:val="ProtocolXML"/>
        <w:keepNext w:val="true"/>
        <w:keepLines/>
        <w:suppressAutoHyphens w:val="true"/>
        <w:spacing w:lineRule="auto" w:line="360"/>
        <w:ind w:start="680" w:hanging="0"/>
        <w:jc w:val="start"/>
        <w:rPr/>
      </w:pPr>
      <w:r>
        <w:rPr>
          <w:b w:val="false"/>
          <w:sz w:val="24"/>
          <w:lang w:val="zxx"/>
        </w:rPr>
        <w:t>stopBeginDeadlineMs="53100" stopConfirmDeadlineMs="56000"</w:t>
      </w:r>
    </w:p>
    <w:p>
      <w:pPr>
        <w:pStyle w:val="ProtocolXML"/>
        <w:keepNext w:val="true"/>
        <w:keepLines/>
        <w:suppressAutoHyphens w:val="true"/>
        <w:spacing w:lineRule="auto" w:line="360"/>
        <w:ind w:start="680" w:hanging="0"/>
        <w:jc w:val="start"/>
        <w:rPr/>
      </w:pPr>
      <w:r>
        <w:rPr>
          <w:b w:val="false"/>
          <w:sz w:val="24"/>
          <w:lang w:val="zxx"/>
        </w:rPr>
        <w:t>finishedAtMs="54000"/&gt;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В.103 Сирена работала: штатная остановка, страница 3</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098</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to="00000000000000000000000000989682"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snapshotId="00000000000000000000000000019258" stateRevision="50"</w:t>
      </w:r>
    </w:p>
    <w:p>
      <w:pPr>
        <w:pStyle w:val="ProtocolXML"/>
        <w:keepNext w:val="true"/>
        <w:keepLines/>
        <w:suppressAutoHyphens w:val="true"/>
        <w:spacing w:lineRule="auto" w:line="360"/>
        <w:ind w:start="454" w:hanging="0"/>
        <w:jc w:val="start"/>
        <w:rPr/>
      </w:pPr>
      <w:r>
        <w:rPr>
          <w:b w:val="false"/>
          <w:sz w:val="24"/>
          <w:lang w:val="zxx"/>
        </w:rPr>
        <w:t>mode="siren"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faultCount="0" more="true" cursor="p3"&gt;</w:t>
      </w:r>
    </w:p>
    <w:p>
      <w:pPr>
        <w:pStyle w:val="ProtocolXML"/>
        <w:keepNext w:val="true"/>
        <w:keepLines/>
        <w:suppressAutoHyphens w:val="true"/>
        <w:spacing w:lineRule="auto" w:line="360"/>
        <w:ind w:start="454" w:hanging="0"/>
        <w:jc w:val="start"/>
        <w:rPr/>
      </w:pPr>
      <w:r>
        <w:rPr>
          <w:b w:val="false"/>
          <w:sz w:val="24"/>
          <w:lang w:val="zxx"/>
        </w:rPr>
        <w:t>&lt;resource id="ou1" bindingGeneration="2" output="off" evidence="reportedMode"</w:t>
      </w:r>
    </w:p>
    <w:p>
      <w:pPr>
        <w:pStyle w:val="ProtocolXML"/>
        <w:keepNext w:val="true"/>
        <w:keepLines/>
        <w:suppressAutoHyphens w:val="true"/>
        <w:spacing w:lineRule="auto" w:line="360"/>
        <w:ind w:start="680" w:hanging="0"/>
        <w:jc w:val="start"/>
        <w:rPr/>
      </w:pPr>
      <w:r>
        <w:rPr>
          <w:b w:val="false"/>
          <w:sz w:val="24"/>
          <w:lang w:val="zxx"/>
        </w:rPr>
        <w:t>observedAtMs="54000"/&gt;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В.104 Сирена работала: штатная остановка, страница 4</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099</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to="00000000000000000000000000989683"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snapshotId="00000000000000000000000000019258" stateRevision="50"</w:t>
      </w:r>
    </w:p>
    <w:p>
      <w:pPr>
        <w:pStyle w:val="ProtocolXML"/>
        <w:keepNext w:val="true"/>
        <w:keepLines/>
        <w:suppressAutoHyphens w:val="true"/>
        <w:spacing w:lineRule="auto" w:line="360"/>
        <w:ind w:start="454" w:hanging="0"/>
        <w:jc w:val="start"/>
        <w:rPr/>
      </w:pPr>
      <w:r>
        <w:rPr>
          <w:b w:val="false"/>
          <w:sz w:val="24"/>
          <w:lang w:val="zxx"/>
        </w:rPr>
        <w:t>mode="siren"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faultCount="0" more="true" cursor="p4"&gt;</w:t>
      </w:r>
    </w:p>
    <w:p>
      <w:pPr>
        <w:pStyle w:val="ProtocolXML"/>
        <w:keepNext w:val="true"/>
        <w:keepLines/>
        <w:suppressAutoHyphens w:val="true"/>
        <w:spacing w:lineRule="auto" w:line="360"/>
        <w:ind w:start="454" w:hanging="0"/>
        <w:jc w:val="start"/>
        <w:rPr/>
      </w:pPr>
      <w:r>
        <w:rPr>
          <w:b w:val="false"/>
          <w:sz w:val="24"/>
          <w:lang w:val="zxx"/>
        </w:rPr>
        <w:t>&lt;execution resourceId="ou1" status="confirmed" criterionId="outputActive"</w:t>
      </w:r>
    </w:p>
    <w:p>
      <w:pPr>
        <w:pStyle w:val="ProtocolXML"/>
        <w:keepNext w:val="true"/>
        <w:keepLines/>
        <w:suppressAutoHyphens w:val="true"/>
        <w:spacing w:lineRule="auto" w:line="360"/>
        <w:ind w:start="680" w:hanging="0"/>
        <w:jc w:val="start"/>
        <w:rPr/>
      </w:pPr>
      <w:r>
        <w:rPr>
          <w:b w:val="false"/>
          <w:sz w:val="24"/>
          <w:lang w:val="zxx"/>
        </w:rPr>
        <w:t>evidence="reportedMode" sourceId="ou1" observedAtMs="50100"/&gt;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В.105 Сирена работала: штатная остановка, страница 5</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100</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to="00000000000000000000000000989684"</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snapshotId="00000000000000000000000000019258" stateRevision="50"</w:t>
      </w:r>
    </w:p>
    <w:p>
      <w:pPr>
        <w:pStyle w:val="ProtocolXML"/>
        <w:keepNext w:val="true"/>
        <w:keepLines/>
        <w:suppressAutoHyphens w:val="true"/>
        <w:spacing w:lineRule="auto" w:line="360"/>
        <w:ind w:start="454" w:hanging="0"/>
        <w:jc w:val="start"/>
        <w:rPr/>
      </w:pPr>
      <w:r>
        <w:rPr>
          <w:b w:val="false"/>
          <w:sz w:val="24"/>
          <w:lang w:val="zxx"/>
        </w:rPr>
        <w:t>mode="siren"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faultCount="0" more="false"&gt;</w:t>
      </w:r>
    </w:p>
    <w:p>
      <w:pPr>
        <w:pStyle w:val="ProtocolXML"/>
        <w:keepNext w:val="true"/>
        <w:keepLines/>
        <w:suppressAutoHyphens w:val="true"/>
        <w:spacing w:lineRule="auto" w:line="360"/>
        <w:ind w:start="454" w:hanging="0"/>
        <w:jc w:val="start"/>
        <w:rPr/>
      </w:pPr>
      <w:r>
        <w:rPr>
          <w:b w:val="false"/>
          <w:sz w:val="24"/>
          <w:lang w:val="zxx"/>
        </w:rPr>
        <w:t>&lt;completion state="interrupted"/&gt;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В.106 Речь началась: файл прерван оператором, страница 1</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101</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to="000000000000000000000000009897ac"</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snapshotId="0000000000000000000000000001925b" stateRevision="50"</w:t>
      </w:r>
    </w:p>
    <w:p>
      <w:pPr>
        <w:pStyle w:val="ProtocolXML"/>
        <w:keepNext w:val="true"/>
        <w:keepLines/>
        <w:suppressAutoHyphens w:val="true"/>
        <w:spacing w:lineRule="auto" w:line="360"/>
        <w:ind w:start="454" w:hanging="0"/>
        <w:jc w:val="start"/>
        <w:rPr/>
      </w:pPr>
      <w:r>
        <w:rPr>
          <w:b w:val="false"/>
          <w:sz w:val="24"/>
          <w:lang w:val="zxx"/>
        </w:rPr>
        <w:t>mode="recording"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faultCount="0" more="true" cursor="p1"&gt;</w:t>
      </w:r>
    </w:p>
    <w:p>
      <w:pPr>
        <w:pStyle w:val="ProtocolXML"/>
        <w:keepNext w:val="true"/>
        <w:keepLines/>
        <w:suppressAutoHyphens w:val="true"/>
        <w:spacing w:lineRule="auto" w:line="360"/>
        <w:ind w:start="454" w:hanging="0"/>
        <w:jc w:val="start"/>
        <w:rPr/>
      </w:pPr>
      <w:r>
        <w:rPr>
          <w:b w:val="false"/>
          <w:sz w:val="24"/>
          <w:lang w:val="zxx"/>
        </w:rPr>
        <w:t>&lt;session id="000000000000000000000000000186a3" startSeq="1"</w:t>
      </w:r>
    </w:p>
    <w:p>
      <w:pPr>
        <w:pStyle w:val="ProtocolXML"/>
        <w:keepNext w:val="true"/>
        <w:keepLines/>
        <w:suppressAutoHyphens w:val="true"/>
        <w:spacing w:lineRule="auto" w:line="360"/>
        <w:ind w:start="680" w:hanging="0"/>
        <w:jc w:val="start"/>
        <w:rPr/>
      </w:pPr>
      <w:r>
        <w:rPr>
          <w:b w:val="false"/>
          <w:sz w:val="24"/>
          <w:lang w:val="zxx"/>
        </w:rPr>
        <w:t>state="finished" onControlLoss="stop" configRevision="7" capabilityRevision="4"</w:t>
      </w:r>
    </w:p>
    <w:p>
      <w:pPr>
        <w:pStyle w:val="ProtocolXML"/>
        <w:keepNext w:val="true"/>
        <w:keepLines/>
        <w:suppressAutoHyphens w:val="true"/>
        <w:spacing w:lineRule="auto" w:line="360"/>
        <w:ind w:start="680" w:hanging="0"/>
        <w:jc w:val="start"/>
        <w:rPr/>
      </w:pPr>
      <w:r>
        <w:rPr>
          <w:b w:val="false"/>
          <w:sz w:val="24"/>
          <w:lang w:val="zxx"/>
        </w:rPr>
        <w:t>acceptedAtMs="50000" maxDurationMs="30000" result="succeeded"</w:t>
      </w:r>
    </w:p>
    <w:p>
      <w:pPr>
        <w:pStyle w:val="ProtocolXML"/>
        <w:keepNext w:val="true"/>
        <w:keepLines/>
        <w:suppressAutoHyphens w:val="true"/>
        <w:spacing w:lineRule="auto" w:line="360"/>
        <w:ind w:start="680" w:hanging="0"/>
        <w:jc w:val="start"/>
        <w:rPr/>
      </w:pPr>
      <w:r>
        <w:rPr>
          <w:b w:val="false"/>
          <w:sz w:val="24"/>
          <w:lang w:val="zxx"/>
        </w:rPr>
        <w:t>reason="operatorStop"/&gt;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В.107 Речь началась: файл прерван оператором, страница 2</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102</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to="000000000000000000000000009897ad"</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snapshotId="0000000000000000000000000001925b" stateRevision="50"</w:t>
      </w:r>
    </w:p>
    <w:p>
      <w:pPr>
        <w:pStyle w:val="ProtocolXML"/>
        <w:keepNext w:val="true"/>
        <w:keepLines/>
        <w:suppressAutoHyphens w:val="true"/>
        <w:spacing w:lineRule="auto" w:line="360"/>
        <w:ind w:start="454" w:hanging="0"/>
        <w:jc w:val="start"/>
        <w:rPr/>
      </w:pPr>
      <w:r>
        <w:rPr>
          <w:b w:val="false"/>
          <w:sz w:val="24"/>
          <w:lang w:val="zxx"/>
        </w:rPr>
        <w:t>mode="recording"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faultCount="0" more="true" cursor="p2"&gt;</w:t>
      </w:r>
    </w:p>
    <w:p>
      <w:pPr>
        <w:pStyle w:val="ProtocolXML"/>
        <w:keepNext w:val="true"/>
        <w:keepLines/>
        <w:suppressAutoHyphens w:val="true"/>
        <w:spacing w:lineRule="auto" w:line="360"/>
        <w:ind w:start="454" w:hanging="0"/>
        <w:jc w:val="start"/>
        <w:rPr/>
      </w:pPr>
      <w:r>
        <w:rPr>
          <w:b w:val="false"/>
          <w:sz w:val="24"/>
          <w:lang w:val="zxx"/>
        </w:rPr>
        <w:t>&lt;timeline sessionId="000000000000000000000000000186a3"</w:t>
      </w:r>
    </w:p>
    <w:p>
      <w:pPr>
        <w:pStyle w:val="ProtocolXML"/>
        <w:keepNext w:val="true"/>
        <w:keepLines/>
        <w:suppressAutoHyphens w:val="true"/>
        <w:spacing w:lineRule="auto" w:line="360"/>
        <w:ind w:start="680" w:hanging="0"/>
        <w:jc w:val="start"/>
        <w:rPr/>
      </w:pPr>
      <w:r>
        <w:rPr>
          <w:b w:val="false"/>
          <w:sz w:val="24"/>
          <w:lang w:val="zxx"/>
        </w:rPr>
        <w:t>prepareDeadlineMs="52000" runningAtMs="50100" runDeadlineMs="70100"</w:t>
      </w:r>
    </w:p>
    <w:p>
      <w:pPr>
        <w:pStyle w:val="ProtocolXML"/>
        <w:keepNext w:val="true"/>
        <w:keepLines/>
        <w:suppressAutoHyphens w:val="true"/>
        <w:spacing w:lineRule="auto" w:line="360"/>
        <w:ind w:start="680" w:hanging="0"/>
        <w:jc w:val="start"/>
        <w:rPr/>
      </w:pPr>
      <w:r>
        <w:rPr>
          <w:b w:val="false"/>
          <w:sz w:val="24"/>
          <w:lang w:val="zxx"/>
        </w:rPr>
        <w:t>stopRequestedAtMs="53000" stoppingAtMs="53000" stopIssuedAtMs="53020"</w:t>
      </w:r>
    </w:p>
    <w:p>
      <w:pPr>
        <w:pStyle w:val="ProtocolXML"/>
        <w:keepNext w:val="true"/>
        <w:keepLines/>
        <w:suppressAutoHyphens w:val="true"/>
        <w:spacing w:lineRule="auto" w:line="360"/>
        <w:ind w:start="680" w:hanging="0"/>
        <w:jc w:val="start"/>
        <w:rPr/>
      </w:pPr>
      <w:r>
        <w:rPr>
          <w:b w:val="false"/>
          <w:sz w:val="24"/>
          <w:lang w:val="zxx"/>
        </w:rPr>
        <w:t>stopBeginDeadlineMs="53100" stopConfirmDeadlineMs="56000"</w:t>
      </w:r>
    </w:p>
    <w:p>
      <w:pPr>
        <w:pStyle w:val="ProtocolXML"/>
        <w:keepNext w:val="true"/>
        <w:keepLines/>
        <w:suppressAutoHyphens w:val="true"/>
        <w:spacing w:lineRule="auto" w:line="360"/>
        <w:ind w:start="680" w:hanging="0"/>
        <w:jc w:val="start"/>
        <w:rPr/>
      </w:pPr>
      <w:r>
        <w:rPr>
          <w:b w:val="false"/>
          <w:sz w:val="24"/>
          <w:lang w:val="zxx"/>
        </w:rPr>
        <w:t>finishedAtMs="54000"/&gt;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В.108 Речь началась: файл прерван оператором, страница 3</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103</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to="000000000000000000000000009897ae"</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snapshotId="0000000000000000000000000001925b" stateRevision="50"</w:t>
      </w:r>
    </w:p>
    <w:p>
      <w:pPr>
        <w:pStyle w:val="ProtocolXML"/>
        <w:keepNext w:val="true"/>
        <w:keepLines/>
        <w:suppressAutoHyphens w:val="true"/>
        <w:spacing w:lineRule="auto" w:line="360"/>
        <w:ind w:start="454" w:hanging="0"/>
        <w:jc w:val="start"/>
        <w:rPr/>
      </w:pPr>
      <w:r>
        <w:rPr>
          <w:b w:val="false"/>
          <w:sz w:val="24"/>
          <w:lang w:val="zxx"/>
        </w:rPr>
        <w:t>mode="recording"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faultCount="0" more="true" cursor="p3"&gt;</w:t>
      </w:r>
    </w:p>
    <w:p>
      <w:pPr>
        <w:pStyle w:val="ProtocolXML"/>
        <w:keepNext w:val="true"/>
        <w:keepLines/>
        <w:suppressAutoHyphens w:val="true"/>
        <w:spacing w:lineRule="auto" w:line="360"/>
        <w:ind w:start="454" w:hanging="0"/>
        <w:jc w:val="start"/>
        <w:rPr/>
      </w:pPr>
      <w:r>
        <w:rPr>
          <w:b w:val="false"/>
          <w:sz w:val="24"/>
          <w:lang w:val="zxx"/>
        </w:rPr>
        <w:t>&lt;resource id="ou1" bindingGeneration="2" output="off" evidence="reportedMode"</w:t>
      </w:r>
    </w:p>
    <w:p>
      <w:pPr>
        <w:pStyle w:val="ProtocolXML"/>
        <w:keepNext w:val="true"/>
        <w:keepLines/>
        <w:suppressAutoHyphens w:val="true"/>
        <w:spacing w:lineRule="auto" w:line="360"/>
        <w:ind w:start="680" w:hanging="0"/>
        <w:jc w:val="start"/>
        <w:rPr/>
      </w:pPr>
      <w:r>
        <w:rPr>
          <w:b w:val="false"/>
          <w:sz w:val="24"/>
          <w:lang w:val="zxx"/>
        </w:rPr>
        <w:t>observedAtMs="54000"/&gt;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В.109 Речь началась: файл прерван оператором, страница 4</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104</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to="000000000000000000000000009897af"</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snapshotId="0000000000000000000000000001925b" stateRevision="50"</w:t>
      </w:r>
    </w:p>
    <w:p>
      <w:pPr>
        <w:pStyle w:val="ProtocolXML"/>
        <w:keepNext w:val="true"/>
        <w:keepLines/>
        <w:suppressAutoHyphens w:val="true"/>
        <w:spacing w:lineRule="auto" w:line="360"/>
        <w:ind w:start="454" w:hanging="0"/>
        <w:jc w:val="start"/>
        <w:rPr/>
      </w:pPr>
      <w:r>
        <w:rPr>
          <w:b w:val="false"/>
          <w:sz w:val="24"/>
          <w:lang w:val="zxx"/>
        </w:rPr>
        <w:t>mode="recording"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faultCount="0" more="true" cursor="p4"&gt;</w:t>
      </w:r>
    </w:p>
    <w:p>
      <w:pPr>
        <w:pStyle w:val="ProtocolXML"/>
        <w:keepNext w:val="true"/>
        <w:keepLines/>
        <w:suppressAutoHyphens w:val="true"/>
        <w:spacing w:lineRule="auto" w:line="360"/>
        <w:ind w:start="454" w:hanging="0"/>
        <w:jc w:val="start"/>
        <w:rPr/>
      </w:pPr>
      <w:r>
        <w:rPr>
          <w:b w:val="false"/>
          <w:sz w:val="24"/>
          <w:lang w:val="zxx"/>
        </w:rPr>
        <w:t>&lt;execution resourceId="ou1" status="confirmed" criterionId="outputActive"</w:t>
      </w:r>
    </w:p>
    <w:p>
      <w:pPr>
        <w:pStyle w:val="ProtocolXML"/>
        <w:keepNext w:val="true"/>
        <w:keepLines/>
        <w:suppressAutoHyphens w:val="true"/>
        <w:spacing w:lineRule="auto" w:line="360"/>
        <w:ind w:start="680" w:hanging="0"/>
        <w:jc w:val="start"/>
        <w:rPr/>
      </w:pPr>
      <w:r>
        <w:rPr>
          <w:b w:val="false"/>
          <w:sz w:val="24"/>
          <w:lang w:val="zxx"/>
        </w:rPr>
        <w:t>evidence="reportedMode" sourceId="ou1" observedAtMs="50100"/&gt;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В.110 Речь началась: файл прерван оператором, страница 5</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105</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to="000000000000000000000000009897b0"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snapshotId="0000000000000000000000000001925b" stateRevision="50"</w:t>
      </w:r>
    </w:p>
    <w:p>
      <w:pPr>
        <w:pStyle w:val="ProtocolXML"/>
        <w:keepNext w:val="true"/>
        <w:keepLines/>
        <w:suppressAutoHyphens w:val="true"/>
        <w:spacing w:lineRule="auto" w:line="360"/>
        <w:ind w:start="454" w:hanging="0"/>
        <w:jc w:val="start"/>
        <w:rPr/>
      </w:pPr>
      <w:r>
        <w:rPr>
          <w:b w:val="false"/>
          <w:sz w:val="24"/>
          <w:lang w:val="zxx"/>
        </w:rPr>
        <w:t>mode="recording"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faultCount="0" more="false"&gt;</w:t>
      </w:r>
    </w:p>
    <w:p>
      <w:pPr>
        <w:pStyle w:val="ProtocolXML"/>
        <w:keepNext w:val="true"/>
        <w:keepLines/>
        <w:suppressAutoHyphens w:val="true"/>
        <w:spacing w:lineRule="auto" w:line="360"/>
        <w:ind w:start="454" w:hanging="0"/>
        <w:jc w:val="start"/>
        <w:rPr/>
      </w:pPr>
      <w:r>
        <w:rPr>
          <w:b w:val="false"/>
          <w:sz w:val="24"/>
          <w:lang w:val="zxx"/>
        </w:rPr>
        <w:t>&lt;completion state="interrupted"/&gt;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В.111 Сирена работала: последующий отказ фазы, страница 1</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106</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to="00000000000000000000000000989810"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snapshotId="0000000000000000000000000001925c" stateRevision="50"</w:t>
      </w:r>
    </w:p>
    <w:p>
      <w:pPr>
        <w:pStyle w:val="ProtocolXML"/>
        <w:keepNext w:val="true"/>
        <w:keepLines/>
        <w:suppressAutoHyphens w:val="true"/>
        <w:spacing w:lineRule="auto" w:line="360"/>
        <w:ind w:start="454" w:hanging="0"/>
        <w:jc w:val="start"/>
        <w:rPr/>
      </w:pPr>
      <w:r>
        <w:rPr>
          <w:b w:val="false"/>
          <w:sz w:val="24"/>
          <w:lang w:val="zxx"/>
        </w:rPr>
        <w:t>mode="siren"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faultCount="1" more="true" cursor="p1"&gt;</w:t>
      </w:r>
    </w:p>
    <w:p>
      <w:pPr>
        <w:pStyle w:val="ProtocolXML"/>
        <w:keepNext w:val="true"/>
        <w:keepLines/>
        <w:suppressAutoHyphens w:val="true"/>
        <w:spacing w:lineRule="auto" w:line="360"/>
        <w:ind w:start="454" w:hanging="0"/>
        <w:jc w:val="start"/>
        <w:rPr/>
      </w:pPr>
      <w:r>
        <w:rPr>
          <w:b w:val="false"/>
          <w:sz w:val="24"/>
          <w:lang w:val="zxx"/>
        </w:rPr>
        <w:t>&lt;session id="000000000000000000000000000186a4" startSeq="1"</w:t>
      </w:r>
    </w:p>
    <w:p>
      <w:pPr>
        <w:pStyle w:val="ProtocolXML"/>
        <w:keepNext w:val="true"/>
        <w:keepLines/>
        <w:suppressAutoHyphens w:val="true"/>
        <w:spacing w:lineRule="auto" w:line="360"/>
        <w:ind w:start="680" w:hanging="0"/>
        <w:jc w:val="start"/>
        <w:rPr/>
      </w:pPr>
      <w:r>
        <w:rPr>
          <w:b w:val="false"/>
          <w:sz w:val="24"/>
          <w:lang w:val="zxx"/>
        </w:rPr>
        <w:t>state="finished" onControlLoss="stop" configRevision="7" capabilityRevision="4"</w:t>
      </w:r>
    </w:p>
    <w:p>
      <w:pPr>
        <w:pStyle w:val="ProtocolXML"/>
        <w:keepNext w:val="true"/>
        <w:keepLines/>
        <w:suppressAutoHyphens w:val="true"/>
        <w:spacing w:lineRule="auto" w:line="360"/>
        <w:ind w:start="680" w:hanging="0"/>
        <w:jc w:val="start"/>
        <w:rPr/>
      </w:pPr>
      <w:r>
        <w:rPr>
          <w:b w:val="false"/>
          <w:sz w:val="24"/>
          <w:lang w:val="zxx"/>
        </w:rPr>
        <w:t>acceptedAtMs="50000" maxDurationMs="30000" result="failed"</w:t>
      </w:r>
    </w:p>
    <w:p>
      <w:pPr>
        <w:pStyle w:val="ProtocolXML"/>
        <w:keepNext w:val="true"/>
        <w:keepLines/>
        <w:suppressAutoHyphens w:val="true"/>
        <w:spacing w:lineRule="auto" w:line="360"/>
        <w:ind w:start="680" w:hanging="0"/>
        <w:jc w:val="start"/>
        <w:rPr/>
      </w:pPr>
      <w:r>
        <w:rPr>
          <w:b w:val="false"/>
          <w:sz w:val="24"/>
          <w:lang w:val="zxx"/>
        </w:rPr>
        <w:t>reason="equipmentFault"/&gt;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В.112 Сирена работала: последующий отказ фазы, страница 2</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107</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to="00000000000000000000000000989811"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snapshotId="0000000000000000000000000001925c" stateRevision="50"</w:t>
      </w:r>
    </w:p>
    <w:p>
      <w:pPr>
        <w:pStyle w:val="ProtocolXML"/>
        <w:keepNext w:val="true"/>
        <w:keepLines/>
        <w:suppressAutoHyphens w:val="true"/>
        <w:spacing w:lineRule="auto" w:line="360"/>
        <w:ind w:start="454" w:hanging="0"/>
        <w:jc w:val="start"/>
        <w:rPr/>
      </w:pPr>
      <w:r>
        <w:rPr>
          <w:b w:val="false"/>
          <w:sz w:val="24"/>
          <w:lang w:val="zxx"/>
        </w:rPr>
        <w:t>mode="siren"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faultCount="1" more="true" cursor="p2"&gt;</w:t>
      </w:r>
    </w:p>
    <w:p>
      <w:pPr>
        <w:pStyle w:val="ProtocolXML"/>
        <w:keepNext w:val="true"/>
        <w:keepLines/>
        <w:suppressAutoHyphens w:val="true"/>
        <w:spacing w:lineRule="auto" w:line="360"/>
        <w:ind w:start="454" w:hanging="0"/>
        <w:jc w:val="start"/>
        <w:rPr/>
      </w:pPr>
      <w:r>
        <w:rPr>
          <w:b w:val="false"/>
          <w:sz w:val="24"/>
          <w:lang w:val="zxx"/>
        </w:rPr>
        <w:t>&lt;timeline sessionId="000000000000000000000000000186a4"</w:t>
      </w:r>
    </w:p>
    <w:p>
      <w:pPr>
        <w:pStyle w:val="ProtocolXML"/>
        <w:keepNext w:val="true"/>
        <w:keepLines/>
        <w:suppressAutoHyphens w:val="true"/>
        <w:spacing w:lineRule="auto" w:line="360"/>
        <w:ind w:start="680" w:hanging="0"/>
        <w:jc w:val="start"/>
        <w:rPr/>
      </w:pPr>
      <w:r>
        <w:rPr>
          <w:b w:val="false"/>
          <w:sz w:val="24"/>
          <w:lang w:val="zxx"/>
        </w:rPr>
        <w:t>prepareDeadlineMs="52000" runningAtMs="50100" runDeadlineMs="70100"</w:t>
      </w:r>
    </w:p>
    <w:p>
      <w:pPr>
        <w:pStyle w:val="ProtocolXML"/>
        <w:keepNext w:val="true"/>
        <w:keepLines/>
        <w:suppressAutoHyphens w:val="true"/>
        <w:spacing w:lineRule="auto" w:line="360"/>
        <w:ind w:start="680" w:hanging="0"/>
        <w:jc w:val="start"/>
        <w:rPr/>
      </w:pPr>
      <w:r>
        <w:rPr>
          <w:b w:val="false"/>
          <w:sz w:val="24"/>
          <w:lang w:val="zxx"/>
        </w:rPr>
        <w:t>stoppingAtMs="52000" stopIssuedAtMs="52020" stopBeginDeadlineMs="52100"</w:t>
      </w:r>
    </w:p>
    <w:p>
      <w:pPr>
        <w:pStyle w:val="ProtocolXML"/>
        <w:keepNext w:val="true"/>
        <w:keepLines/>
        <w:suppressAutoHyphens w:val="true"/>
        <w:spacing w:lineRule="auto" w:line="360"/>
        <w:ind w:start="680" w:hanging="0"/>
        <w:jc w:val="start"/>
        <w:rPr/>
      </w:pPr>
      <w:r>
        <w:rPr>
          <w:b w:val="false"/>
          <w:sz w:val="24"/>
          <w:lang w:val="zxx"/>
        </w:rPr>
        <w:t>stopConfirmDeadlineMs="55000" finishedAtMs="54000"/&gt;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В.113 Сирена работала: последующий отказ фазы, страница 3</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108</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to="00000000000000000000000000989812"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snapshotId="0000000000000000000000000001925c" stateRevision="50"</w:t>
      </w:r>
    </w:p>
    <w:p>
      <w:pPr>
        <w:pStyle w:val="ProtocolXML"/>
        <w:keepNext w:val="true"/>
        <w:keepLines/>
        <w:suppressAutoHyphens w:val="true"/>
        <w:spacing w:lineRule="auto" w:line="360"/>
        <w:ind w:start="454" w:hanging="0"/>
        <w:jc w:val="start"/>
        <w:rPr/>
      </w:pPr>
      <w:r>
        <w:rPr>
          <w:b w:val="false"/>
          <w:sz w:val="24"/>
          <w:lang w:val="zxx"/>
        </w:rPr>
        <w:t>mode="siren"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faultCount="1" more="true" cursor="p3"&gt;</w:t>
      </w:r>
    </w:p>
    <w:p>
      <w:pPr>
        <w:pStyle w:val="ProtocolXML"/>
        <w:keepNext w:val="true"/>
        <w:keepLines/>
        <w:suppressAutoHyphens w:val="true"/>
        <w:spacing w:lineRule="auto" w:line="360"/>
        <w:ind w:start="454" w:hanging="0"/>
        <w:jc w:val="start"/>
        <w:rPr/>
      </w:pPr>
      <w:r>
        <w:rPr>
          <w:b w:val="false"/>
          <w:sz w:val="24"/>
          <w:lang w:val="zxx"/>
        </w:rPr>
        <w:t>&lt;resource id="ou1" bindingGeneration="2" output="off" evidence="reportedMode"</w:t>
      </w:r>
    </w:p>
    <w:p>
      <w:pPr>
        <w:pStyle w:val="ProtocolXML"/>
        <w:keepNext w:val="true"/>
        <w:keepLines/>
        <w:suppressAutoHyphens w:val="true"/>
        <w:spacing w:lineRule="auto" w:line="360"/>
        <w:ind w:start="680" w:hanging="0"/>
        <w:jc w:val="start"/>
        <w:rPr/>
      </w:pPr>
      <w:r>
        <w:rPr>
          <w:b w:val="false"/>
          <w:sz w:val="24"/>
          <w:lang w:val="zxx"/>
        </w:rPr>
        <w:t>observedAtMs="54000"/&gt;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В.114 Сирена работала: последующий отказ фазы, страница 4</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109</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to="00000000000000000000000000989813"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snapshotId="0000000000000000000000000001925c" stateRevision="50"</w:t>
      </w:r>
    </w:p>
    <w:p>
      <w:pPr>
        <w:pStyle w:val="ProtocolXML"/>
        <w:keepNext w:val="true"/>
        <w:keepLines/>
        <w:suppressAutoHyphens w:val="true"/>
        <w:spacing w:lineRule="auto" w:line="360"/>
        <w:ind w:start="454" w:hanging="0"/>
        <w:jc w:val="start"/>
        <w:rPr/>
      </w:pPr>
      <w:r>
        <w:rPr>
          <w:b w:val="false"/>
          <w:sz w:val="24"/>
          <w:lang w:val="zxx"/>
        </w:rPr>
        <w:t>mode="siren"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faultCount="1" more="true" cursor="p4"&gt;</w:t>
      </w:r>
    </w:p>
    <w:p>
      <w:pPr>
        <w:pStyle w:val="ProtocolXML"/>
        <w:keepNext w:val="true"/>
        <w:keepLines/>
        <w:suppressAutoHyphens w:val="true"/>
        <w:spacing w:lineRule="auto" w:line="360"/>
        <w:ind w:start="454" w:hanging="0"/>
        <w:jc w:val="start"/>
        <w:rPr/>
      </w:pPr>
      <w:r>
        <w:rPr>
          <w:b w:val="false"/>
          <w:sz w:val="24"/>
          <w:lang w:val="zxx"/>
        </w:rPr>
        <w:t>&lt;execution resourceId="ou1" status="confirmed" criterionId="outputActive"</w:t>
      </w:r>
    </w:p>
    <w:p>
      <w:pPr>
        <w:pStyle w:val="ProtocolXML"/>
        <w:keepNext w:val="true"/>
        <w:keepLines/>
        <w:suppressAutoHyphens w:val="true"/>
        <w:spacing w:lineRule="auto" w:line="360"/>
        <w:ind w:start="680" w:hanging="0"/>
        <w:jc w:val="start"/>
        <w:rPr/>
      </w:pPr>
      <w:r>
        <w:rPr>
          <w:b w:val="false"/>
          <w:sz w:val="24"/>
          <w:lang w:val="zxx"/>
        </w:rPr>
        <w:t>evidence="reportedMode" sourceId="ou1" observedAtMs="50100"/&gt;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В.115 Сирена работала: последующий отказ фазы, страница 5</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110</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to="00000000000000000000000000989814"</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snapshotId="0000000000000000000000000001925c" stateRevision="50"</w:t>
      </w:r>
    </w:p>
    <w:p>
      <w:pPr>
        <w:pStyle w:val="ProtocolXML"/>
        <w:keepNext w:val="true"/>
        <w:keepLines/>
        <w:suppressAutoHyphens w:val="true"/>
        <w:spacing w:lineRule="auto" w:line="360"/>
        <w:ind w:start="454" w:hanging="0"/>
        <w:jc w:val="start"/>
        <w:rPr/>
      </w:pPr>
      <w:r>
        <w:rPr>
          <w:b w:val="false"/>
          <w:sz w:val="24"/>
          <w:lang w:val="zxx"/>
        </w:rPr>
        <w:t>mode="siren"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faultCount="1" more="true" cursor="p5"&gt;</w:t>
      </w:r>
    </w:p>
    <w:p>
      <w:pPr>
        <w:pStyle w:val="ProtocolXML"/>
        <w:keepNext w:val="true"/>
        <w:keepLines/>
        <w:suppressAutoHyphens w:val="true"/>
        <w:spacing w:lineRule="auto" w:line="360"/>
        <w:ind w:start="454" w:hanging="0"/>
        <w:jc w:val="start"/>
        <w:rPr/>
      </w:pPr>
      <w:r>
        <w:rPr>
          <w:b w:val="false"/>
          <w:sz w:val="24"/>
          <w:lang w:val="zxx"/>
        </w:rPr>
        <w:t>&lt;completion state="interrupted"/&gt;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В.116 Сирена работала: последующий отказ фазы, страница 6</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111</w:t>
      </w:r>
      <w:r>
        <w:rPr>
          <w:b w:val="false"/>
          <w:sz w:val="24"/>
        </w:rPr>
        <w:t xml:space="preserve">; начальное состояние определяется только этим фрагментом и его пояснением. Полный самостоятельный снимок: подтверждение начала, полнота, выключение и неисправность проверяются раздельно. Продолжение читается по </w:t>
      </w:r>
      <w:r>
        <w:rPr>
          <w:b w:val="false"/>
          <w:sz w:val="24"/>
          <w:lang w:val="zxx"/>
        </w:rPr>
        <w:t>snapshotId/</w:t>
      </w:r>
      <w:r>
        <w:rPr>
          <w:b w:val="false"/>
          <w:sz w:val="24"/>
        </w:rPr>
        <w:t>​</w:t>
      </w:r>
      <w:r>
        <w:rPr>
          <w:b w:val="false"/>
          <w:sz w:val="24"/>
          <w:lang w:val="zxx"/>
        </w:rPr>
        <w:t>cursor</w:t>
      </w:r>
      <w:r>
        <w:rPr>
          <w:b w:val="false"/>
          <w:sz w:val="24"/>
        </w:rPr>
        <w:t xml:space="preserve"> предыдущей страницы.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to="00000000000000000000000000989815"</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&lt;result snapshotId="0000000000000000000000000001925c" stateRevision="50"</w:t>
      </w:r>
    </w:p>
    <w:p>
      <w:pPr>
        <w:pStyle w:val="ProtocolXML"/>
        <w:keepNext w:val="true"/>
        <w:keepLines/>
        <w:suppressAutoHyphens w:val="true"/>
        <w:spacing w:lineRule="auto" w:line="360"/>
        <w:ind w:start="454" w:hanging="0"/>
        <w:jc w:val="start"/>
        <w:rPr/>
      </w:pPr>
      <w:r>
        <w:rPr>
          <w:b w:val="false"/>
          <w:sz w:val="24"/>
          <w:lang w:val="zxx"/>
        </w:rPr>
        <w:t>mode="siren" evaluatedAtMs="55000" resourceCount="1" checkCount="0"</w:t>
      </w:r>
    </w:p>
    <w:p>
      <w:pPr>
        <w:pStyle w:val="ProtocolXML"/>
        <w:keepNext w:val="true"/>
        <w:keepLines/>
        <w:suppressAutoHyphens w:val="true"/>
        <w:spacing w:lineRule="auto" w:line="360"/>
        <w:ind w:start="454" w:hanging="0"/>
        <w:jc w:val="start"/>
        <w:rPr/>
      </w:pPr>
      <w:r>
        <w:rPr>
          <w:b w:val="false"/>
          <w:sz w:val="24"/>
          <w:lang w:val="zxx"/>
        </w:rPr>
        <w:t>observationCount="0" executionCount="1" faultCount="1" more="false"&gt;</w:t>
      </w:r>
    </w:p>
    <w:p>
      <w:pPr>
        <w:pStyle w:val="ProtocolXML"/>
        <w:keepNext w:val="true"/>
        <w:keepLines/>
        <w:suppressAutoHyphens w:val="true"/>
        <w:spacing w:lineRule="auto" w:line="360"/>
        <w:ind w:start="454" w:hanging="0"/>
        <w:jc w:val="start"/>
        <w:rPr/>
      </w:pPr>
      <w:r>
        <w:rPr>
          <w:b w:val="false"/>
          <w:sz w:val="24"/>
          <w:lang w:val="zxx"/>
        </w:rPr>
        <w:t>&lt;fault id="00000000000000000000000000018a8c" resourceId="ou1"</w:t>
      </w:r>
    </w:p>
    <w:p>
      <w:pPr>
        <w:pStyle w:val="ProtocolXML"/>
        <w:keepNext w:val="true"/>
        <w:keepLines/>
        <w:suppressAutoHyphens w:val="true"/>
        <w:spacing w:lineRule="auto" w:line="360"/>
        <w:ind w:start="680" w:hanging="0"/>
        <w:jc w:val="start"/>
        <w:rPr/>
      </w:pPr>
      <w:r>
        <w:rPr>
          <w:b w:val="false"/>
          <w:sz w:val="24"/>
          <w:lang w:val="zxx"/>
        </w:rPr>
        <w:t>code="phaseLost" effect="failed" severity="critical" occurredAtMs="52000"</w:t>
      </w:r>
    </w:p>
    <w:p>
      <w:pPr>
        <w:pStyle w:val="ProtocolXML"/>
        <w:keepNext w:val="true"/>
        <w:keepLines/>
        <w:suppressAutoHyphens w:val="true"/>
        <w:spacing w:lineRule="auto" w:line="360"/>
        <w:ind w:start="680" w:hanging="0"/>
        <w:jc w:val="start"/>
        <w:rPr/>
      </w:pPr>
      <w:r>
        <w:rPr>
          <w:b w:val="false"/>
          <w:sz w:val="24"/>
          <w:lang w:val="zxx"/>
        </w:rPr>
        <w:t>clearedAtMs="53500" conditionId="phaseA"</w:t>
      </w:r>
    </w:p>
    <w:p>
      <w:pPr>
        <w:pStyle w:val="ProtocolXML"/>
        <w:keepNext w:val="true"/>
        <w:keepLines/>
        <w:suppressAutoHyphens w:val="true"/>
        <w:spacing w:lineRule="auto" w:line="360"/>
        <w:ind w:start="680" w:hanging="0"/>
        <w:jc w:val="start"/>
        <w:rPr/>
      </w:pPr>
      <w:r>
        <w:rPr>
          <w:b w:val="false"/>
          <w:sz w:val="24"/>
          <w:lang w:val="zxx"/>
        </w:rPr>
        <w:t>alarmId="00000000000000000000000000000982"/&gt;</w:t>
      </w:r>
    </w:p>
    <w:p>
      <w:pPr>
        <w:pStyle w:val="ProtocolXML"/>
        <w:keepNext w:val="true"/>
        <w:keepLines/>
        <w:suppressAutoHyphens w:val="true"/>
        <w:spacing w:lineRule="auto" w:line="360"/>
        <w:ind w:start="227" w:hanging="0"/>
        <w:jc w:val="start"/>
        <w:rPr/>
      </w:pPr>
      <w:r>
        <w:rPr>
          <w:b w:val="false"/>
          <w:sz w:val="24"/>
          <w:lang w:val="zxx"/>
        </w:rPr>
        <w:t>&lt;/result&gt;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В.117 Открытый канал: начальный обмен без ключей</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116</w:t>
      </w:r>
      <w:r>
        <w:rPr>
          <w:b w:val="false"/>
          <w:sz w:val="24"/>
        </w:rPr>
        <w:t xml:space="preserve">; начальное состояние определяется только этим фрагментом и его пояснением. Клиент явно выбрал </w:t>
      </w:r>
      <w:r>
        <w:rPr>
          <w:b w:val="false"/>
          <w:sz w:val="24"/>
          <w:lang w:val="zxx"/>
        </w:rPr>
        <w:t>plain</w:t>
      </w:r>
      <w:r>
        <w:rPr>
          <w:b w:val="false"/>
          <w:sz w:val="24"/>
        </w:rPr>
        <w:t xml:space="preserve">; </w:t>
      </w:r>
      <w:r>
        <w:rPr>
          <w:b w:val="false"/>
          <w:sz w:val="24"/>
          <w:lang w:val="zxx"/>
        </w:rPr>
        <w:t>securityPolicy</w:t>
      </w:r>
      <w:r>
        <w:rPr>
          <w:b w:val="false"/>
          <w:sz w:val="24"/>
        </w:rPr>
        <w:t xml:space="preserve"> УУ допускает открытый </w:t>
      </w:r>
      <w:r>
        <w:rPr>
          <w:b w:val="false"/>
          <w:sz w:val="24"/>
          <w:lang w:val="zxx"/>
        </w:rPr>
        <w:t>TCP.</w:t>
      </w:r>
      <w:r>
        <w:rPr>
          <w:b w:val="false"/>
          <w:sz w:val="24"/>
        </w:rPr>
        <w:t xml:space="preserve"> </w:t>
      </w:r>
      <w:r>
        <w:rPr>
          <w:b w:val="false"/>
          <w:sz w:val="24"/>
          <w:lang w:val="zxx"/>
        </w:rPr>
        <w:t>TLS</w:t>
      </w:r>
      <w:r>
        <w:rPr>
          <w:b w:val="false"/>
          <w:sz w:val="24"/>
        </w:rPr>
        <w:t xml:space="preserve"> </w:t>
      </w:r>
      <w:r>
        <w:rPr>
          <w:b w:val="false"/>
          <w:sz w:val="24"/>
          <w:lang w:val="zxx"/>
        </w:rPr>
        <w:t>handshake</w:t>
      </w:r>
      <w:r>
        <w:rPr>
          <w:b w:val="false"/>
          <w:sz w:val="24"/>
        </w:rPr>
        <w:t xml:space="preserve"> отсутствует.</w:t>
      </w:r>
    </w:p>
    <w:p>
      <w:pPr>
        <w:pStyle w:val="ProtocolXML"/>
        <w:keepNext w:val="true"/>
        <w:keepLines/>
        <w:suppressAutoHyphens w:val="true"/>
        <w:spacing w:lineRule="auto" w:line="360"/>
        <w:ind w:start="0" w:hanging="0"/>
        <w:jc w:val="start"/>
        <w:rPr/>
      </w:pPr>
      <w:r>
        <w:rPr>
          <w:b w:val="false"/>
          <w:sz w:val="24"/>
          <w:lang w:val="zxx"/>
        </w:rPr>
        <w:t>&lt;request v="1" profile="bootstrap/1" id="00000000000000000000000000003f00"</w:t>
      </w:r>
    </w:p>
    <w:p>
      <w:pPr>
        <w:pStyle w:val="ProtocolXML"/>
        <w:keepNext w:val="true"/>
        <w:keepLines/>
        <w:suppressAutoHyphens w:val="true"/>
        <w:spacing w:lineRule="auto" w:line="360"/>
        <w:ind w:start="227" w:hanging="0"/>
        <w:jc w:val="start"/>
        <w:rPr/>
      </w:pPr>
      <w:r>
        <w:rPr>
          <w:b w:val="false"/>
          <w:sz w:val="24"/>
          <w:lang w:val="zxx"/>
        </w:rPr>
        <w:t>action="protocol.hello"&gt;</w:t>
      </w:r>
    </w:p>
    <w:p>
      <w:pPr>
        <w:pStyle w:val="ProtocolXML"/>
        <w:keepNext w:val="true"/>
        <w:keepLines/>
        <w:suppressAutoHyphens w:val="true"/>
        <w:spacing w:lineRule="auto" w:line="360"/>
        <w:ind w:start="227" w:hanging="0"/>
        <w:jc w:val="start"/>
        <w:rPr/>
      </w:pPr>
      <w:r>
        <w:rPr>
          <w:b w:val="false"/>
          <w:sz w:val="24"/>
          <w:lang w:val="zxx"/>
        </w:rPr>
        <w:t>&lt;hello clientId="00000000000000000000000000003f10"&gt;</w:t>
      </w:r>
    </w:p>
    <w:p>
      <w:pPr>
        <w:pStyle w:val="ProtocolXML"/>
        <w:keepNext w:val="true"/>
        <w:keepLines/>
        <w:suppressAutoHyphens w:val="true"/>
        <w:spacing w:lineRule="auto" w:line="360"/>
        <w:ind w:start="454" w:hanging="0"/>
        <w:jc w:val="start"/>
        <w:rPr/>
      </w:pPr>
      <w:r>
        <w:rPr>
          <w:b w:val="false"/>
          <w:sz w:val="24"/>
          <w:lang w:val="zxx"/>
        </w:rPr>
        <w:t>&lt;profile id="open-alert-draft/0.21"/&gt;</w:t>
      </w:r>
    </w:p>
    <w:p>
      <w:pPr>
        <w:pStyle w:val="ProtocolXML"/>
        <w:keepNext w:val="true"/>
        <w:keepLines/>
        <w:suppressAutoHyphens w:val="true"/>
        <w:spacing w:lineRule="auto" w:line="360"/>
        <w:ind w:start="227" w:hanging="0"/>
        <w:jc w:val="start"/>
        <w:rPr/>
      </w:pPr>
      <w:r>
        <w:rPr>
          <w:b w:val="false"/>
          <w:sz w:val="24"/>
          <w:lang w:val="zxx"/>
        </w:rPr>
        <w:t>&lt;/hello&gt;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В.118 Открытый канал: подтверждение режима</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116</w:t>
      </w:r>
      <w:r>
        <w:rPr>
          <w:b w:val="false"/>
          <w:sz w:val="24"/>
        </w:rPr>
        <w:t>; начальное состояние определяется только этим фрагментом и его пояснением. Это согласование формата, а не доказательство подлинности устройства.</w:t>
      </w:r>
    </w:p>
    <w:p>
      <w:pPr>
        <w:pStyle w:val="ProtocolXML"/>
        <w:keepNext w:val="true"/>
        <w:keepLines/>
        <w:suppressAutoHyphens w:val="true"/>
        <w:spacing w:lineRule="auto" w:line="360"/>
        <w:ind w:start="0" w:hanging="0"/>
        <w:jc w:val="start"/>
        <w:rPr/>
      </w:pPr>
      <w:r>
        <w:rPr>
          <w:b w:val="false"/>
          <w:sz w:val="24"/>
          <w:lang w:val="zxx"/>
        </w:rPr>
        <w:t>&lt;response v="1" profile="bootstrap/1" to="00000000000000000000000000003f00"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&lt;hello selectedProfile="open-alert-draft/0.21"</w:t>
      </w:r>
    </w:p>
    <w:p>
      <w:pPr>
        <w:pStyle w:val="ProtocolXML"/>
        <w:keepNext w:val="true"/>
        <w:keepLines/>
        <w:suppressAutoHyphens w:val="true"/>
        <w:spacing w:lineRule="auto" w:line="360"/>
        <w:ind w:start="454" w:hanging="0"/>
        <w:jc w:val="start"/>
        <w:rPr/>
      </w:pPr>
      <w:r>
        <w:rPr>
          <w:b w:val="false"/>
          <w:sz w:val="24"/>
          <w:lang w:val="zxx"/>
        </w:rPr>
        <w:t>deviceId="00000000000000000000000000000072" security="plain"/&gt;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В.119 Каталог тестов: совокупность эффектов</w:t>
      </w:r>
    </w:p>
    <w:p>
      <w:pPr>
        <w:pStyle w:val="Normal"/>
        <w:keepNext w:val="true"/>
        <w:jc w:val="start"/>
        <w:rPr/>
      </w:pPr>
      <w:r>
        <w:rPr>
          <w:b w:val="false"/>
          <w:sz w:val="24"/>
        </w:rPr>
        <w:t xml:space="preserve">Сценарий </w:t>
      </w:r>
      <w:r>
        <w:rPr>
          <w:b w:val="false"/>
          <w:sz w:val="24"/>
          <w:lang w:val="zxx"/>
        </w:rPr>
        <w:t>fragment-</w:t>
      </w:r>
      <w:r>
        <w:rPr>
          <w:b w:val="false"/>
          <w:sz w:val="24"/>
        </w:rPr>
        <w:t>⁠</w:t>
      </w:r>
      <w:r>
        <w:rPr>
          <w:b w:val="false"/>
          <w:sz w:val="24"/>
          <w:lang w:val="zxx"/>
        </w:rPr>
        <w:t>118</w:t>
      </w:r>
      <w:r>
        <w:rPr>
          <w:b w:val="false"/>
          <w:sz w:val="24"/>
        </w:rPr>
        <w:t>; начальное состояние определяется только этим фрагментом и его пояснением. Все эффекты перечислены в одном отсортированном поле. Критерии и наблюдения следуют на следующих страницах того же снимка.</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to="00000000000000000000000000003f01"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&lt;tests snapshotId="00000000000000000000000000003f02" capabilityRevision="4"</w:t>
      </w:r>
    </w:p>
    <w:p>
      <w:pPr>
        <w:pStyle w:val="ProtocolXML"/>
        <w:keepNext w:val="true"/>
        <w:keepLines/>
        <w:suppressAutoHyphens w:val="true"/>
        <w:spacing w:lineRule="auto" w:line="360"/>
        <w:ind w:start="454" w:hanging="0"/>
        <w:jc w:val="start"/>
        <w:rPr/>
      </w:pPr>
      <w:r>
        <w:rPr>
          <w:b w:val="false"/>
          <w:sz w:val="24"/>
          <w:lang w:val="zxx"/>
        </w:rPr>
        <w:t>more="true" cursor="p2"&gt;</w:t>
      </w:r>
    </w:p>
    <w:p>
      <w:pPr>
        <w:pStyle w:val="ProtocolXML"/>
        <w:keepNext w:val="true"/>
        <w:keepLines/>
        <w:suppressAutoHyphens w:val="true"/>
        <w:spacing w:lineRule="auto" w:line="360"/>
        <w:ind w:start="454" w:hanging="0"/>
        <w:jc w:val="start"/>
        <w:rPr/>
      </w:pPr>
      <w:r>
        <w:rPr>
          <w:b w:val="false"/>
          <w:sz w:val="24"/>
          <w:lang w:val="zxx"/>
        </w:rPr>
        <w:t>&lt;test id="soundCheck" revision="1" resourceId="ou1" kind="activationPoll"</w:t>
      </w:r>
    </w:p>
    <w:p>
      <w:pPr>
        <w:pStyle w:val="ProtocolXML"/>
        <w:keepNext w:val="true"/>
        <w:keepLines/>
        <w:suppressAutoHyphens w:val="true"/>
        <w:spacing w:lineRule="auto" w:line="360"/>
        <w:ind w:start="680" w:hanging="0"/>
        <w:jc w:val="start"/>
        <w:rPr/>
      </w:pPr>
      <w:r>
        <w:rPr>
          <w:b w:val="false"/>
          <w:sz w:val="24"/>
          <w:lang w:val="zxx"/>
        </w:rPr>
        <w:t>maxDurationMs="3000" stopBeginMs="100" stopConfirmMs="3000"</w:t>
      </w:r>
    </w:p>
    <w:p>
      <w:pPr>
        <w:pStyle w:val="ProtocolXML"/>
        <w:keepNext w:val="true"/>
        <w:keepLines/>
        <w:suppressAutoHyphens w:val="true"/>
        <w:spacing w:lineRule="auto" w:line="360"/>
        <w:ind w:start="680" w:hanging="0"/>
        <w:jc w:val="start"/>
        <w:rPr/>
      </w:pPr>
      <w:r>
        <w:rPr>
          <w:b w:val="false"/>
          <w:sz w:val="24"/>
          <w:lang w:val="zxx"/>
        </w:rPr>
        <w:t>effects="audible,readBus,switchOutput"/&gt;</w:t>
      </w:r>
    </w:p>
    <w:p>
      <w:pPr>
        <w:pStyle w:val="ProtocolXML"/>
        <w:keepNext w:val="true"/>
        <w:keepLines/>
        <w:suppressAutoHyphens w:val="true"/>
        <w:spacing w:lineRule="auto" w:line="360"/>
        <w:ind w:start="227" w:hanging="0"/>
        <w:jc w:val="start"/>
        <w:rPr/>
      </w:pPr>
      <w:r>
        <w:rPr>
          <w:b w:val="false"/>
          <w:sz w:val="24"/>
          <w:lang w:val="zxx"/>
        </w:rPr>
        <w:t>&lt;/tests&gt;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В.120 Освободить неиспользованную подготовку: запрос</w:t>
      </w:r>
    </w:p>
    <w:p>
      <w:pPr>
        <w:pStyle w:val="Normal"/>
        <w:keepNext w:val="true"/>
        <w:jc w:val="start"/>
        <w:rPr/>
      </w:pPr>
      <w:r>
        <w:rPr>
          <w:b w:val="false"/>
          <w:sz w:val="24"/>
        </w:rPr>
        <w:t xml:space="preserve">Самостоятельный сценарий. До запроса: подготовка существует, </w:t>
      </w:r>
      <w:r>
        <w:rPr>
          <w:b w:val="false"/>
          <w:sz w:val="24"/>
          <w:lang w:val="zxx"/>
        </w:rPr>
        <w:t>session.start</w:t>
      </w:r>
      <w:r>
        <w:rPr>
          <w:b w:val="false"/>
          <w:sz w:val="24"/>
        </w:rPr>
        <w:t xml:space="preserve"> не принят.</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id="00000000000000000000000000190000" action="audio.discard"</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&lt;prepared mediaId="00000000000000000000000000000900"/&gt;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В.121 Освободить неиспользованную подготовку: ответ</w:t>
      </w:r>
    </w:p>
    <w:p>
      <w:pPr>
        <w:pStyle w:val="Normal"/>
        <w:keepNext w:val="true"/>
        <w:jc w:val="start"/>
        <w:rPr/>
      </w:pPr>
      <w:r>
        <w:rPr>
          <w:b w:val="false"/>
          <w:sz w:val="24"/>
        </w:rPr>
        <w:t xml:space="preserve">Самостоятельный сценарий. До запроса: подготовка существует, </w:t>
      </w:r>
      <w:r>
        <w:rPr>
          <w:b w:val="false"/>
          <w:sz w:val="24"/>
          <w:lang w:val="zxx"/>
        </w:rPr>
        <w:t>session.start</w:t>
      </w:r>
      <w:r>
        <w:rPr>
          <w:b w:val="false"/>
          <w:sz w:val="24"/>
        </w:rPr>
        <w:t xml:space="preserve"> не принят.</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&lt;discarded mediaId="00000000000000000000000000000900"/&gt;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В.122 Подготовить групповую речь: запрос</w:t>
      </w:r>
    </w:p>
    <w:p>
      <w:pPr>
        <w:pStyle w:val="Normal"/>
        <w:keepNext w:val="true"/>
        <w:jc w:val="start"/>
        <w:rPr/>
      </w:pPr>
      <w:r>
        <w:rPr>
          <w:b w:val="false"/>
          <w:sz w:val="24"/>
        </w:rPr>
        <w:t xml:space="preserve">Самостоятельный сценарий. До запроса: защищенный канал; шаблон </w:t>
      </w:r>
      <w:r>
        <w:rPr>
          <w:b w:val="false"/>
          <w:sz w:val="24"/>
          <w:lang w:val="zxx"/>
        </w:rPr>
        <w:t>speech1/</w:t>
      </w:r>
      <w:r>
        <w:rPr>
          <w:b w:val="false"/>
          <w:sz w:val="24"/>
        </w:rPr>
        <w:t>⁠</w:t>
      </w:r>
      <w:r>
        <w:rPr>
          <w:b w:val="false"/>
          <w:sz w:val="24"/>
          <w:lang w:val="zxx"/>
        </w:rPr>
        <w:t>1</w:t>
      </w:r>
      <w:r>
        <w:rPr>
          <w:b w:val="false"/>
          <w:sz w:val="24"/>
        </w:rPr>
        <w:t xml:space="preserve"> установлен; часы имеют погрешность до </w:t>
      </w:r>
      <w:r>
        <w:rPr>
          <w:b w:val="false"/>
          <w:sz w:val="24"/>
          <w:lang w:val="zxx"/>
        </w:rPr>
        <w:t>500</w:t>
      </w:r>
      <w:r>
        <w:rPr>
          <w:b w:val="false"/>
          <w:sz w:val="24"/>
        </w:rPr>
        <w:t xml:space="preserve"> мс; ключ заведомо тестовый.</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id="00000000000000000000000000190001" action="audio.group.prepare"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&lt;group id="speech1" revision="1"</w:t>
      </w:r>
    </w:p>
    <w:p>
      <w:pPr>
        <w:pStyle w:val="ProtocolXML"/>
        <w:keepNext w:val="true"/>
        <w:keepLines/>
        <w:suppressAutoHyphens w:val="true"/>
        <w:spacing w:lineRule="auto" w:line="360"/>
        <w:ind w:start="454" w:hanging="0"/>
        <w:jc w:val="start"/>
        <w:rPr/>
      </w:pPr>
      <w:r>
        <w:rPr>
          <w:b w:val="false"/>
          <w:sz w:val="24"/>
          <w:lang w:val="zxx"/>
        </w:rPr>
        <w:t>streamId="00000000000000000000000000000901" source="microphone"</w:t>
      </w:r>
    </w:p>
    <w:p>
      <w:pPr>
        <w:pStyle w:val="ProtocolXML"/>
        <w:keepNext w:val="true"/>
        <w:keepLines/>
        <w:suppressAutoHyphens w:val="true"/>
        <w:spacing w:lineRule="auto" w:line="360"/>
        <w:ind w:start="0" w:hanging="0"/>
        <w:jc w:val="start"/>
        <w:rPr/>
      </w:pPr>
      <w:r>
        <w:rPr>
          <w:b w:val="false"/>
          <w:sz w:val="24"/>
          <w:lang w:val="zxx"/>
        </w:rPr>
        <w:t>key="0101010101010101010101010101010101010101010101010101010101010101"/&gt;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В.123 Подготовить групповую речь: ответ</w:t>
      </w:r>
    </w:p>
    <w:p>
      <w:pPr>
        <w:pStyle w:val="Normal"/>
        <w:keepNext w:val="true"/>
        <w:jc w:val="start"/>
        <w:rPr/>
      </w:pPr>
      <w:r>
        <w:rPr>
          <w:b w:val="false"/>
          <w:sz w:val="24"/>
        </w:rPr>
        <w:t xml:space="preserve">Самостоятельный сценарий. До запроса: защищенный канал; шаблон </w:t>
      </w:r>
      <w:r>
        <w:rPr>
          <w:b w:val="false"/>
          <w:sz w:val="24"/>
          <w:lang w:val="zxx"/>
        </w:rPr>
        <w:t>speech1/</w:t>
      </w:r>
      <w:r>
        <w:rPr>
          <w:b w:val="false"/>
          <w:sz w:val="24"/>
        </w:rPr>
        <w:t>⁠</w:t>
      </w:r>
      <w:r>
        <w:rPr>
          <w:b w:val="false"/>
          <w:sz w:val="24"/>
          <w:lang w:val="zxx"/>
        </w:rPr>
        <w:t>1</w:t>
      </w:r>
      <w:r>
        <w:rPr>
          <w:b w:val="false"/>
          <w:sz w:val="24"/>
        </w:rPr>
        <w:t xml:space="preserve"> установлен; часы имеют погрешность до </w:t>
      </w:r>
      <w:r>
        <w:rPr>
          <w:b w:val="false"/>
          <w:sz w:val="24"/>
          <w:lang w:val="zxx"/>
        </w:rPr>
        <w:t>500</w:t>
      </w:r>
      <w:r>
        <w:rPr>
          <w:b w:val="false"/>
          <w:sz w:val="24"/>
        </w:rPr>
        <w:t xml:space="preserve"> мс; ключ заведомо тестовый.</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&lt;prepared mediaId="00000000000000000000000000000900"</w:t>
      </w:r>
    </w:p>
    <w:p>
      <w:pPr>
        <w:pStyle w:val="ProtocolXML"/>
        <w:keepNext w:val="true"/>
        <w:keepLines/>
        <w:suppressAutoHyphens w:val="true"/>
        <w:spacing w:lineRule="auto" w:line="360"/>
        <w:ind w:start="454" w:hanging="0"/>
        <w:jc w:val="start"/>
        <w:rPr/>
      </w:pPr>
      <w:r>
        <w:rPr>
          <w:b w:val="false"/>
          <w:sz w:val="24"/>
          <w:lang w:val="zxx"/>
        </w:rPr>
        <w:t>expiresAtMs="110000" configRevision="7" capabilityRevision="4"/&gt;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В.124 Прочитать состояние потока: запрос</w:t>
      </w:r>
    </w:p>
    <w:p>
      <w:pPr>
        <w:pStyle w:val="Normal"/>
        <w:keepNext w:val="true"/>
        <w:jc w:val="start"/>
        <w:rPr/>
      </w:pPr>
      <w:r>
        <w:rPr>
          <w:b w:val="false"/>
          <w:sz w:val="24"/>
        </w:rPr>
        <w:t xml:space="preserve">Самостоятельный сценарий. До запроса: подготовка действительна; </w:t>
      </w:r>
      <w:r>
        <w:rPr>
          <w:b w:val="false"/>
          <w:sz w:val="24"/>
          <w:lang w:val="zxx"/>
        </w:rPr>
        <w:t>session.start</w:t>
      </w:r>
      <w:r>
        <w:rPr>
          <w:b w:val="false"/>
          <w:sz w:val="24"/>
        </w:rPr>
        <w:t xml:space="preserve"> еще не принят.</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id="00000000000000000000000000190002" action="audio.state"</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mediaId="00000000000000000000000000000900"/&gt;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В.125 Прочитать состояние потока: ответ</w:t>
      </w:r>
    </w:p>
    <w:p>
      <w:pPr>
        <w:pStyle w:val="Normal"/>
        <w:keepNext w:val="true"/>
        <w:jc w:val="start"/>
        <w:rPr/>
      </w:pPr>
      <w:r>
        <w:rPr>
          <w:b w:val="false"/>
          <w:sz w:val="24"/>
        </w:rPr>
        <w:t xml:space="preserve">Самостоятельный сценарий. До запроса: подготовка действительна; </w:t>
      </w:r>
      <w:r>
        <w:rPr>
          <w:b w:val="false"/>
          <w:sz w:val="24"/>
          <w:lang w:val="zxx"/>
        </w:rPr>
        <w:t>session.start</w:t>
      </w:r>
      <w:r>
        <w:rPr>
          <w:b w:val="false"/>
          <w:sz w:val="24"/>
        </w:rPr>
        <w:t xml:space="preserve"> еще не принят.</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&lt;audio mediaId="00000000000000000000000000000900" state="prepared"</w:t>
      </w:r>
    </w:p>
    <w:p>
      <w:pPr>
        <w:pStyle w:val="ProtocolXML"/>
        <w:keepNext w:val="true"/>
        <w:keepLines/>
        <w:suppressAutoHyphens w:val="true"/>
        <w:spacing w:lineRule="auto" w:line="360"/>
        <w:ind w:start="454" w:hanging="0"/>
        <w:jc w:val="start"/>
        <w:rPr/>
      </w:pPr>
      <w:r>
        <w:rPr>
          <w:b w:val="false"/>
          <w:sz w:val="24"/>
          <w:lang w:val="zxx"/>
        </w:rPr>
        <w:t>receivedPackets="0" lostPackets="0" latePackets="0" duplicatePackets="0"</w:t>
      </w:r>
    </w:p>
    <w:p>
      <w:pPr>
        <w:pStyle w:val="ProtocolXML"/>
        <w:keepNext w:val="true"/>
        <w:keepLines/>
        <w:suppressAutoHyphens w:val="true"/>
        <w:spacing w:lineRule="auto" w:line="360"/>
        <w:ind w:start="454" w:hanging="0"/>
        <w:jc w:val="start"/>
        <w:rPr/>
      </w:pPr>
      <w:r>
        <w:rPr>
          <w:b w:val="false"/>
          <w:sz w:val="24"/>
          <w:lang w:val="zxx"/>
        </w:rPr>
        <w:t>emittedSamples="0" bufferedMs="0" lastPacketAtMs="0"/&gt;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В.126 Уточнить решение по команде: запрос</w:t>
      </w:r>
    </w:p>
    <w:p>
      <w:pPr>
        <w:pStyle w:val="Normal"/>
        <w:keepNext w:val="true"/>
        <w:jc w:val="start"/>
        <w:rPr/>
      </w:pPr>
      <w:r>
        <w:rPr>
          <w:b w:val="false"/>
          <w:sz w:val="24"/>
        </w:rPr>
        <w:t>Самостоятельный сценарий. До запроса: эпоха известна; номер уже использован, подробное решение вытеснено.</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id="00000000000000000000000000190003" action="command.get"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controlEpoch="00000000000000000000000000000091" cmdSeq="1"/&gt;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В.127 Уточнить решение по команде: ответ</w:t>
      </w:r>
    </w:p>
    <w:p>
      <w:pPr>
        <w:pStyle w:val="Normal"/>
        <w:keepNext w:val="true"/>
        <w:jc w:val="start"/>
        <w:rPr/>
      </w:pPr>
      <w:r>
        <w:rPr>
          <w:b w:val="false"/>
          <w:sz w:val="24"/>
        </w:rPr>
        <w:t>Самостоятельный сценарий. До запроса: эпоха известна; номер уже использован, подробное решение вытеснено.</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&lt;command cmdSeq="1" state="expired"/&gt;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В.128 Отбросить подготовленные настройки: запрос</w:t>
      </w:r>
    </w:p>
    <w:p>
      <w:pPr>
        <w:pStyle w:val="Normal"/>
        <w:keepNext w:val="true"/>
        <w:jc w:val="start"/>
        <w:rPr/>
      </w:pPr>
      <w:r>
        <w:rPr>
          <w:b w:val="false"/>
          <w:sz w:val="24"/>
        </w:rPr>
        <w:t xml:space="preserve">Самостоятельный сценарий. До запроса: незафиксированная транзакция существует; действующая ревизия </w:t>
      </w:r>
      <w:r>
        <w:rPr>
          <w:b w:val="false"/>
          <w:sz w:val="24"/>
          <w:lang w:val="zxx"/>
        </w:rPr>
        <w:t>7.</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id="00000000000000000000000000190004" action="config.cancel"</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&lt;transaction 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В.129 Отбросить подготовленные настройки: ответ</w:t>
      </w:r>
    </w:p>
    <w:p>
      <w:pPr>
        <w:pStyle w:val="Normal"/>
        <w:keepNext w:val="true"/>
        <w:jc w:val="start"/>
        <w:rPr/>
      </w:pPr>
      <w:r>
        <w:rPr>
          <w:b w:val="false"/>
          <w:sz w:val="24"/>
        </w:rPr>
        <w:t xml:space="preserve">Самостоятельный сценарий. До запроса: незафиксированная транзакция существует; действующая ревизия </w:t>
      </w:r>
      <w:r>
        <w:rPr>
          <w:b w:val="false"/>
          <w:sz w:val="24"/>
          <w:lang w:val="zxx"/>
        </w:rPr>
        <w:t>7.</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to="00000000000000000000000000190004"</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&lt;cancelled id="00000000000000000000000000000803"/&gt;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В.130 Применить подготовленные настройки: запрос</w:t>
      </w:r>
    </w:p>
    <w:p>
      <w:pPr>
        <w:pStyle w:val="Normal"/>
        <w:keepNext w:val="true"/>
        <w:jc w:val="start"/>
        <w:rPr/>
      </w:pPr>
      <w:r>
        <w:rPr>
          <w:b w:val="false"/>
          <w:sz w:val="24"/>
        </w:rPr>
        <w:t xml:space="preserve">Самостоятельный сценарий. До запроса: полный пакет получен и проверен; </w:t>
      </w:r>
      <w:r>
        <w:rPr>
          <w:b w:val="false"/>
          <w:sz w:val="24"/>
          <w:lang w:val="zxx"/>
        </w:rPr>
        <w:t>baseRevision=7</w:t>
      </w:r>
      <w:r>
        <w:rPr>
          <w:b w:val="false"/>
          <w:sz w:val="24"/>
        </w:rPr>
        <w:t xml:space="preserve">; ресурсы </w:t>
      </w:r>
      <w:r>
        <w:rPr>
          <w:b w:val="false"/>
          <w:sz w:val="24"/>
          <w:lang w:val="zxx"/>
        </w:rPr>
        <w:t>off.</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id="00000000000000000000000000190005" action="config.commit"</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&lt;transaction 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В.131 Применить подготовленные настройки: ответ</w:t>
      </w:r>
    </w:p>
    <w:p>
      <w:pPr>
        <w:pStyle w:val="Normal"/>
        <w:keepNext w:val="true"/>
        <w:jc w:val="start"/>
        <w:rPr/>
      </w:pPr>
      <w:r>
        <w:rPr>
          <w:b w:val="false"/>
          <w:sz w:val="24"/>
        </w:rPr>
        <w:t xml:space="preserve">Самостоятельный сценарий. До запроса: полный пакет получен и проверен; </w:t>
      </w:r>
      <w:r>
        <w:rPr>
          <w:b w:val="false"/>
          <w:sz w:val="24"/>
          <w:lang w:val="zxx"/>
        </w:rPr>
        <w:t>baseRevision=7</w:t>
      </w:r>
      <w:r>
        <w:rPr>
          <w:b w:val="false"/>
          <w:sz w:val="24"/>
        </w:rPr>
        <w:t xml:space="preserve">; ресурсы </w:t>
      </w:r>
      <w:r>
        <w:rPr>
          <w:b w:val="false"/>
          <w:sz w:val="24"/>
          <w:lang w:val="zxx"/>
        </w:rPr>
        <w:t>off.</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to="00000000000000000000000000190005"</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&lt;committed id="00000000000000000000000000000803" configRevision="8"</w:t>
      </w:r>
    </w:p>
    <w:p>
      <w:pPr>
        <w:pStyle w:val="ProtocolXML"/>
        <w:keepNext w:val="true"/>
        <w:keepLines/>
        <w:suppressAutoHyphens w:val="true"/>
        <w:spacing w:lineRule="auto" w:line="360"/>
        <w:ind w:start="454" w:hanging="0"/>
        <w:jc w:val="start"/>
        <w:rPr/>
      </w:pPr>
      <w:r>
        <w:rPr>
          <w:b w:val="false"/>
          <w:sz w:val="24"/>
          <w:lang w:val="zxx"/>
        </w:rPr>
        <w:t>appliedRevision="8"/&gt;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В.132 Прочитать действующую конфигурацию: запрос</w:t>
      </w:r>
    </w:p>
    <w:p>
      <w:pPr>
        <w:pStyle w:val="Normal"/>
        <w:keepNext w:val="true"/>
        <w:jc w:val="start"/>
        <w:rPr/>
      </w:pPr>
      <w:r>
        <w:rPr>
          <w:b w:val="false"/>
          <w:sz w:val="24"/>
        </w:rPr>
        <w:t>Самостоятельный сценарий. До запроса: прием пакета создан, данные еще не переданы.</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id="00000000000000000000000000190006" action="config.get"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transactionId="00000000000000000000000000000803"/&gt;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В.133 Прочитать действующую конфигурацию: ответ</w:t>
      </w:r>
    </w:p>
    <w:p>
      <w:pPr>
        <w:pStyle w:val="Normal"/>
        <w:keepNext w:val="true"/>
        <w:jc w:val="start"/>
        <w:rPr/>
      </w:pPr>
      <w:r>
        <w:rPr>
          <w:b w:val="false"/>
          <w:sz w:val="24"/>
        </w:rPr>
        <w:t>Самостоятельный сценарий. До запроса: прием пакета создан, данные еще не переданы.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to="00000000000000000000000000190006"</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&lt;configuration snapshotId="00000000000000000000000000000912"</w:t>
      </w:r>
    </w:p>
    <w:p>
      <w:pPr>
        <w:pStyle w:val="ProtocolXML"/>
        <w:keepNext w:val="true"/>
        <w:keepLines/>
        <w:suppressAutoHyphens w:val="true"/>
        <w:spacing w:lineRule="auto" w:line="360"/>
        <w:ind w:start="454" w:hanging="0"/>
        <w:jc w:val="start"/>
        <w:rPr/>
      </w:pPr>
      <w:r>
        <w:rPr>
          <w:b w:val="false"/>
          <w:sz w:val="24"/>
          <w:lang w:val="zxx"/>
        </w:rPr>
        <w:t>configRevision="7" appliedRevision="7" more="false"&gt;</w:t>
      </w:r>
    </w:p>
    <w:p>
      <w:pPr>
        <w:pStyle w:val="ProtocolXML"/>
        <w:keepNext w:val="true"/>
        <w:keepLines/>
        <w:suppressAutoHyphens w:val="true"/>
        <w:spacing w:lineRule="auto" w:line="360"/>
        <w:ind w:start="454" w:hanging="0"/>
        <w:jc w:val="start"/>
        <w:rPr/>
      </w:pPr>
      <w:r>
        <w:rPr>
          <w:b w:val="false"/>
          <w:sz w:val="24"/>
          <w:lang w:val="zxx"/>
        </w:rPr>
        <w:t>&lt;transaction id="00000000000000000000000000000803" state="receiving"</w:t>
      </w:r>
    </w:p>
    <w:p>
      <w:pPr>
        <w:pStyle w:val="ProtocolXML"/>
        <w:keepNext w:val="true"/>
        <w:keepLines/>
        <w:suppressAutoHyphens w:val="true"/>
        <w:spacing w:lineRule="auto" w:line="360"/>
        <w:ind w:start="680" w:hanging="0"/>
        <w:jc w:val="start"/>
        <w:rPr/>
      </w:pPr>
      <w:r>
        <w:rPr>
          <w:b w:val="false"/>
          <w:sz w:val="24"/>
          <w:lang w:val="zxx"/>
        </w:rPr>
        <w:t>receivedBytes="0" remainingBudgetMs="60000"/&gt;</w:t>
      </w:r>
    </w:p>
    <w:p>
      <w:pPr>
        <w:pStyle w:val="ProtocolXML"/>
        <w:keepNext w:val="true"/>
        <w:keepLines/>
        <w:suppressAutoHyphens w:val="true"/>
        <w:spacing w:lineRule="auto" w:line="360"/>
        <w:ind w:start="227" w:hanging="0"/>
        <w:jc w:val="start"/>
        <w:rPr/>
      </w:pPr>
      <w:r>
        <w:rPr>
          <w:b w:val="false"/>
          <w:sz w:val="24"/>
          <w:lang w:val="zxx"/>
        </w:rPr>
        <w:t>&lt;/configuration&gt;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В.134 Отменить размещение записи: запрос</w:t>
      </w:r>
    </w:p>
    <w:p>
      <w:pPr>
        <w:pStyle w:val="Normal"/>
        <w:keepNext w:val="true"/>
        <w:jc w:val="start"/>
        <w:rPr/>
      </w:pPr>
      <w:r>
        <w:rPr>
          <w:b w:val="false"/>
          <w:sz w:val="24"/>
        </w:rPr>
        <w:t xml:space="preserve">Самостоятельный сценарий. До запроса: прием записи существует, </w:t>
      </w:r>
      <w:r>
        <w:rPr>
          <w:b w:val="false"/>
          <w:sz w:val="24"/>
          <w:lang w:val="zxx"/>
        </w:rPr>
        <w:t>commit</w:t>
      </w:r>
      <w:r>
        <w:rPr>
          <w:b w:val="false"/>
          <w:sz w:val="24"/>
        </w:rPr>
        <w:t xml:space="preserve"> не принят.</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id="00000000000000000000000000190007" action="content.cancel"</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&lt;upload 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В.135 Отменить размещение записи: ответ</w:t>
      </w:r>
    </w:p>
    <w:p>
      <w:pPr>
        <w:pStyle w:val="Normal"/>
        <w:keepNext w:val="true"/>
        <w:jc w:val="start"/>
        <w:rPr/>
      </w:pPr>
      <w:r>
        <w:rPr>
          <w:b w:val="false"/>
          <w:sz w:val="24"/>
        </w:rPr>
        <w:t xml:space="preserve">Самостоятельный сценарий. До запроса: прием записи существует, </w:t>
      </w:r>
      <w:r>
        <w:rPr>
          <w:b w:val="false"/>
          <w:sz w:val="24"/>
          <w:lang w:val="zxx"/>
        </w:rPr>
        <w:t>commit</w:t>
      </w:r>
      <w:r>
        <w:rPr>
          <w:b w:val="false"/>
          <w:sz w:val="24"/>
        </w:rPr>
        <w:t xml:space="preserve"> не принят.</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to="00000000000000000000000000190007"</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&lt;upload id="00000000000000000000000000000803" state="cancelled"/&gt;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В.136 Проверить и опубликовать запись: запрос</w:t>
      </w:r>
    </w:p>
    <w:p>
      <w:pPr>
        <w:pStyle w:val="Normal"/>
        <w:keepNext w:val="true"/>
        <w:jc w:val="start"/>
        <w:rPr/>
      </w:pPr>
      <w:r>
        <w:rPr>
          <w:b w:val="false"/>
          <w:sz w:val="24"/>
        </w:rPr>
        <w:t>Самостоятельный сценарий. До запроса: байты записи получены, хеш и формат проверены.</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id="00000000000000000000000000190008" action="content.commit"</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&lt;upload 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В.137 Проверить и опубликовать запись: ответ</w:t>
      </w:r>
    </w:p>
    <w:p>
      <w:pPr>
        <w:pStyle w:val="Normal"/>
        <w:keepNext w:val="true"/>
        <w:jc w:val="start"/>
        <w:rPr/>
      </w:pPr>
      <w:r>
        <w:rPr>
          <w:b w:val="false"/>
          <w:sz w:val="24"/>
        </w:rPr>
        <w:t>Самостоятельный сценарий. До запроса: байты записи получены, хеш и формат проверены.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to="00000000000000000000000000190008"</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&lt;content id="message1" revision="1" state="committed"/&gt;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В.138 Прочитать манифест и доказательства проверки записи: запрос</w:t>
      </w:r>
    </w:p>
    <w:p>
      <w:pPr>
        <w:pStyle w:val="Normal"/>
        <w:keepNext w:val="true"/>
        <w:jc w:val="start"/>
        <w:rPr/>
      </w:pPr>
      <w:r>
        <w:rPr>
          <w:b w:val="false"/>
          <w:sz w:val="24"/>
        </w:rPr>
        <w:t>Самостоятельный сценарий. До запроса: такой записи в доступной области нет.</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id="00000000000000000000000000190009" action="content.describe"</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contentId="message1" revision="1"/&gt;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В.139 Прочитать манифест и доказательства проверки записи: ответ</w:t>
      </w:r>
    </w:p>
    <w:p>
      <w:pPr>
        <w:pStyle w:val="Normal"/>
        <w:keepNext w:val="true"/>
        <w:jc w:val="start"/>
        <w:rPr/>
      </w:pPr>
      <w:r>
        <w:rPr>
          <w:b w:val="false"/>
          <w:sz w:val="24"/>
        </w:rPr>
        <w:t>Самостоятельный сценарий. До запроса: такой записи в доступной области нет.</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to="00000000000000000000000000190009"</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status="error"&gt;</w:t>
      </w:r>
    </w:p>
    <w:p>
      <w:pPr>
        <w:pStyle w:val="ProtocolXML"/>
        <w:keepNext w:val="true"/>
        <w:keepLines/>
        <w:suppressAutoHyphens w:val="true"/>
        <w:spacing w:lineRule="auto" w:line="360"/>
        <w:ind w:start="227" w:hanging="0"/>
        <w:jc w:val="start"/>
        <w:rPr/>
      </w:pPr>
      <w:r>
        <w:rPr>
          <w:b w:val="false"/>
          <w:sz w:val="24"/>
          <w:lang w:val="zxx"/>
        </w:rPr>
        <w:t>&lt;error code="notFound"/&gt;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В.140 Инженерная диагностика: запрос</w:t>
      </w:r>
    </w:p>
    <w:p>
      <w:pPr>
        <w:pStyle w:val="Normal"/>
        <w:keepNext w:val="true"/>
        <w:jc w:val="start"/>
        <w:rPr/>
      </w:pPr>
      <w:r>
        <w:rPr>
          <w:b w:val="false"/>
          <w:sz w:val="24"/>
        </w:rPr>
        <w:t xml:space="preserve">Самостоятельный сценарий. До запроса: в области </w:t>
      </w:r>
      <w:r>
        <w:rPr>
          <w:b w:val="false"/>
          <w:sz w:val="24"/>
          <w:lang w:val="zxx"/>
        </w:rPr>
        <w:t>controller</w:t>
      </w:r>
      <w:r>
        <w:rPr>
          <w:b w:val="false"/>
          <w:sz w:val="24"/>
        </w:rPr>
        <w:t xml:space="preserve"> нет объявленных инженерных метрик.</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id="0000000000000000000000000019000a" action="diagnostics.read"</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scope="controller"/&gt;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В.141 Инженерная диагностика: ответ</w:t>
      </w:r>
    </w:p>
    <w:p>
      <w:pPr>
        <w:pStyle w:val="Normal"/>
        <w:keepNext w:val="true"/>
        <w:jc w:val="start"/>
        <w:rPr/>
      </w:pPr>
      <w:r>
        <w:rPr>
          <w:b w:val="false"/>
          <w:sz w:val="24"/>
        </w:rPr>
        <w:t xml:space="preserve">Самостоятельный сценарий. До запроса: в области </w:t>
      </w:r>
      <w:r>
        <w:rPr>
          <w:b w:val="false"/>
          <w:sz w:val="24"/>
          <w:lang w:val="zxx"/>
        </w:rPr>
        <w:t>controller</w:t>
      </w:r>
      <w:r>
        <w:rPr>
          <w:b w:val="false"/>
          <w:sz w:val="24"/>
        </w:rPr>
        <w:t xml:space="preserve"> нет объявленных инженерных метрик.</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to="0000000000000000000000000019000a"</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&lt;diagnostics snapshotId="00000000000000000000000000000910"</w:t>
      </w:r>
    </w:p>
    <w:p>
      <w:pPr>
        <w:pStyle w:val="ProtocolXML"/>
        <w:keepNext w:val="true"/>
        <w:keepLines/>
        <w:suppressAutoHyphens w:val="true"/>
        <w:spacing w:lineRule="auto" w:line="360"/>
        <w:ind w:start="454" w:hanging="0"/>
        <w:jc w:val="start"/>
        <w:rPr/>
      </w:pPr>
      <w:r>
        <w:rPr>
          <w:b w:val="false"/>
          <w:sz w:val="24"/>
          <w:lang w:val="zxx"/>
        </w:rPr>
        <w:t>uptimeMs="50000" more="false"/&gt;</w:t>
      </w:r>
    </w:p>
    <w:p>
      <w:pPr>
        <w:sectPr>
          <w:headerReference w:type="default" r:id="rId4"/>
          <w:footerReference w:type="default" r:id="rId5"/>
          <w:type w:val="nextPage"/>
          <w:pgSz w:w="11906" w:h="16838"/>
          <w:pgMar w:left="1134" w:right="1134" w:gutter="0" w:header="567" w:top="1134" w:footer="567" w:bottom="1134"/>
          <w:pgNumType w:start="1" w:fmt="decimal"/>
          <w:formProt w:val="false"/>
          <w:textDirection w:val="lrTb"/>
          <w:docGrid w:type="default" w:linePitch="360" w:charSpace="0"/>
        </w:sect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В.142 Начать прием образа: запрос</w:t>
      </w:r>
    </w:p>
    <w:p>
      <w:pPr>
        <w:pStyle w:val="Normal"/>
        <w:keepNext w:val="true"/>
        <w:jc w:val="start"/>
        <w:rPr/>
      </w:pPr>
      <w:r>
        <w:rPr>
          <w:b w:val="false"/>
          <w:sz w:val="24"/>
        </w:rPr>
        <w:t xml:space="preserve">Самостоятельный сценарий. До запроса: местное обслуживание разрешено; </w:t>
      </w:r>
      <w:r>
        <w:rPr>
          <w:b w:val="false"/>
          <w:sz w:val="24"/>
          <w:lang w:val="zxx"/>
        </w:rPr>
        <w:t>test-</w:t>
      </w:r>
      <w:r>
        <w:rPr>
          <w:b w:val="false"/>
          <w:sz w:val="24"/>
        </w:rPr>
        <w:t>⁠</w:t>
      </w:r>
      <w:r>
        <w:rPr>
          <w:b w:val="false"/>
          <w:sz w:val="24"/>
          <w:lang w:val="zxx"/>
        </w:rPr>
        <w:t>publisher</w:t>
      </w:r>
      <w:r>
        <w:rPr>
          <w:b w:val="false"/>
          <w:sz w:val="24"/>
        </w:rPr>
        <w:t xml:space="preserve"> из векторов подписи доверен; тестовый файл </w:t>
      </w:r>
      <w:r>
        <w:rPr>
          <w:b w:val="false"/>
          <w:sz w:val="24"/>
          <w:lang w:val="zxx"/>
        </w:rPr>
        <w:t>abc.</w:t>
      </w:r>
    </w:p>
    <w:p>
      <w:pPr>
        <w:pStyle w:val="ProtocolXML"/>
        <w:keepNext w:val="true"/>
        <w:keepLines/>
        <w:suppressAutoHyphens w:val="true"/>
        <w:spacing w:lineRule="auto" w:line="360"/>
        <w:ind w:start="0" w:hanging="0"/>
        <w:jc w:val="start"/>
        <w:rPr/>
      </w:pPr>
      <w:r>
        <w:rPr>
          <w:b w:val="false"/>
          <w:sz w:val="24"/>
          <w:lang w:val="zxx"/>
        </w:rPr>
        <w:t>&lt;request v="1" profile="open-alert-draft/0.21" id="0000000000000000000000000019000b" action="firmware.begin" 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&lt;image id="00000000000000000000000000000803" deviceKind="siren" hardwareRevision="test-board" version="1" bytes="3" hashAlgorithm="streebog256"</w:t>
      </w:r>
    </w:p>
    <w:p>
      <w:pPr>
        <w:pStyle w:val="ProtocolXML"/>
        <w:keepNext w:val="true"/>
        <w:keepLines/>
        <w:suppressAutoHyphens w:val="true"/>
        <w:spacing w:lineRule="auto" w:line="360"/>
        <w:ind w:start="454" w:hanging="0"/>
        <w:jc w:val="start"/>
        <w:rPr/>
      </w:pPr>
      <w:r>
        <w:rPr>
          <w:b w:val="false"/>
          <w:sz w:val="24"/>
          <w:lang w:val="zxx"/>
        </w:rPr>
        <w:t>hash="4e2919cf137ed41ec4fb6270c61826cc4fffb660341e0af3688cd0626d23b481"</w:t>
      </w:r>
    </w:p>
    <w:p>
      <w:pPr>
        <w:pStyle w:val="ProtocolXML"/>
        <w:keepNext w:val="true"/>
        <w:keepLines/>
        <w:suppressAutoHyphens w:val="true"/>
        <w:spacing w:lineRule="auto" w:line="360"/>
        <w:ind w:start="454" w:hanging="0"/>
        <w:jc w:val="start"/>
        <w:rPr/>
      </w:pPr>
      <w:r>
        <w:rPr>
          <w:b w:val="false"/>
          <w:sz w:val="24"/>
          <w:lang w:val="zxx"/>
        </w:rPr>
        <w:t>signature="a977258936fa94761fb5262eb718e4ae977f19acff0c7c2271dcfb7d999b420207c7b8cd4ada7f51e1651c8fac5fd99e7a52c5cf77f2b76433d2428de3ff4e09" keyId="test-publisher"/&gt;</w:t>
      </w:r>
    </w:p>
    <w:p>
      <w:pPr>
        <w:pStyle w:val="ProtocolXML"/>
        <w:keepNext w:val="true"/>
        <w:keepLines/>
        <w:suppressAutoHyphens w:val="true"/>
        <w:spacing w:lineRule="auto" w:line="360"/>
        <w:ind w:start="227" w:hanging="0"/>
        <w:jc w:val="start"/>
        <w:rPr/>
      </w:pPr>
      <w:r>
        <w:rPr>
          <w:b w:val="false"/>
          <w:sz w:val="24"/>
          <w:lang w:val="zxx"/>
        </w:rPr>
        <w:t>&lt;transfer profile="bulk/1" blockBytes="4096" windowBlocks="4" windowRoundTripMaxMs="5000"/&gt;</w:t>
      </w:r>
    </w:p>
    <w:p>
      <w:pPr>
        <w:sectPr>
          <w:headerReference w:type="default" r:id="rId6"/>
          <w:footerReference w:type="default" r:id="rId7"/>
          <w:type w:val="nextPage"/>
          <w:pgSz w:orient="landscape" w:w="23811" w:h="16838"/>
          <w:pgMar w:left="1134" w:right="1134" w:gutter="0" w:header="567" w:top="1134" w:footer="567" w:bottom="1134"/>
          <w:pgNumType w:fmt="decimal"/>
          <w:formProt w:val="false"/>
          <w:textDirection w:val="lrTb"/>
          <w:docGrid w:type="default" w:linePitch="360" w:charSpace="0"/>
        </w:sect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В.143 Начать прием образа: ответ</w:t>
      </w:r>
    </w:p>
    <w:p>
      <w:pPr>
        <w:pStyle w:val="Normal"/>
        <w:keepNext w:val="true"/>
        <w:jc w:val="start"/>
        <w:rPr/>
      </w:pPr>
      <w:r>
        <w:rPr>
          <w:b w:val="false"/>
          <w:sz w:val="24"/>
        </w:rPr>
        <w:t xml:space="preserve">Самостоятельный сценарий. До запроса: местное обслуживание разрешено; </w:t>
      </w:r>
      <w:r>
        <w:rPr>
          <w:b w:val="false"/>
          <w:sz w:val="24"/>
          <w:lang w:val="zxx"/>
        </w:rPr>
        <w:t>test-</w:t>
      </w:r>
      <w:r>
        <w:rPr>
          <w:b w:val="false"/>
          <w:sz w:val="24"/>
        </w:rPr>
        <w:t>⁠</w:t>
      </w:r>
      <w:r>
        <w:rPr>
          <w:b w:val="false"/>
          <w:sz w:val="24"/>
          <w:lang w:val="zxx"/>
        </w:rPr>
        <w:t>publisher</w:t>
      </w:r>
      <w:r>
        <w:rPr>
          <w:b w:val="false"/>
          <w:sz w:val="24"/>
        </w:rPr>
        <w:t xml:space="preserve"> из векторов подписи доверен; тестовый файл </w:t>
      </w:r>
      <w:r>
        <w:rPr>
          <w:b w:val="false"/>
          <w:sz w:val="24"/>
          <w:lang w:val="zxx"/>
        </w:rPr>
        <w:t>abc.</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to="0000000000000000000000000019000b"</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&lt;upload id="00000000000000000000000000000803" state="receiving"</w:t>
      </w:r>
    </w:p>
    <w:p>
      <w:pPr>
        <w:pStyle w:val="ProtocolXML"/>
        <w:keepNext w:val="true"/>
        <w:keepLines/>
        <w:suppressAutoHyphens w:val="true"/>
        <w:spacing w:lineRule="auto" w:line="360"/>
        <w:ind w:start="454" w:hanging="0"/>
        <w:jc w:val="start"/>
        <w:rPr/>
      </w:pPr>
      <w:r>
        <w:rPr>
          <w:b w:val="false"/>
          <w:sz w:val="24"/>
          <w:lang w:val="zxx"/>
        </w:rPr>
        <w:t>receivedBytes="0" remainingBudgetMs="60000"/&gt;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В.144 Отменить прием или проверку образа: запрос</w:t>
      </w:r>
    </w:p>
    <w:p>
      <w:pPr>
        <w:pStyle w:val="Normal"/>
        <w:keepNext w:val="true"/>
        <w:jc w:val="start"/>
        <w:rPr/>
      </w:pPr>
      <w:r>
        <w:rPr>
          <w:b w:val="false"/>
          <w:sz w:val="24"/>
        </w:rPr>
        <w:t xml:space="preserve">Самостоятельный сценарий. До запроса: </w:t>
      </w:r>
      <w:r>
        <w:rPr>
          <w:b w:val="false"/>
          <w:sz w:val="24"/>
          <w:lang w:val="zxx"/>
        </w:rPr>
        <w:t>receiving</w:t>
      </w:r>
      <w:r>
        <w:rPr>
          <w:b w:val="false"/>
          <w:sz w:val="24"/>
        </w:rPr>
        <w:t xml:space="preserve">, </w:t>
      </w:r>
      <w:r>
        <w:rPr>
          <w:b w:val="false"/>
          <w:sz w:val="24"/>
          <w:lang w:val="zxx"/>
        </w:rPr>
        <w:t>receivedBytes=0</w:t>
      </w:r>
      <w:r>
        <w:rPr>
          <w:b w:val="false"/>
          <w:sz w:val="24"/>
        </w:rPr>
        <w:t>; местное обслуживание разрешено.</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id="0000000000000000000000000019000c" action="firmware.cancel"</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&lt;upload 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В.145 Отменить прием или проверку образа: ответ</w:t>
      </w:r>
    </w:p>
    <w:p>
      <w:pPr>
        <w:pStyle w:val="Normal"/>
        <w:keepNext w:val="true"/>
        <w:jc w:val="start"/>
        <w:rPr/>
      </w:pPr>
      <w:r>
        <w:rPr>
          <w:b w:val="false"/>
          <w:sz w:val="24"/>
        </w:rPr>
        <w:t xml:space="preserve">Самостоятельный сценарий. До запроса: </w:t>
      </w:r>
      <w:r>
        <w:rPr>
          <w:b w:val="false"/>
          <w:sz w:val="24"/>
          <w:lang w:val="zxx"/>
        </w:rPr>
        <w:t>receiving</w:t>
      </w:r>
      <w:r>
        <w:rPr>
          <w:b w:val="false"/>
          <w:sz w:val="24"/>
        </w:rPr>
        <w:t xml:space="preserve">, </w:t>
      </w:r>
      <w:r>
        <w:rPr>
          <w:b w:val="false"/>
          <w:sz w:val="24"/>
          <w:lang w:val="zxx"/>
        </w:rPr>
        <w:t>receivedBytes=0</w:t>
      </w:r>
      <w:r>
        <w:rPr>
          <w:b w:val="false"/>
          <w:sz w:val="24"/>
        </w:rPr>
        <w:t>; местное обслуживание разрешено.</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to="0000000000000000000000000019000c"</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&lt;upload id="00000000000000000000000000000803" state="cancelled"/&gt;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В.146 Активировать проверенный образ: запрос</w:t>
      </w:r>
    </w:p>
    <w:p>
      <w:pPr>
        <w:pStyle w:val="Normal"/>
        <w:keepNext w:val="true"/>
        <w:jc w:val="start"/>
        <w:rPr/>
      </w:pPr>
      <w:r>
        <w:rPr>
          <w:b w:val="false"/>
          <w:sz w:val="24"/>
        </w:rPr>
        <w:t xml:space="preserve">Самостоятельный сценарий. До запроса: образ </w:t>
      </w:r>
      <w:r>
        <w:rPr>
          <w:b w:val="false"/>
          <w:sz w:val="24"/>
          <w:lang w:val="zxx"/>
        </w:rPr>
        <w:t>verified</w:t>
      </w:r>
      <w:r>
        <w:rPr>
          <w:b w:val="false"/>
          <w:sz w:val="24"/>
        </w:rPr>
        <w:t xml:space="preserve">, </w:t>
      </w:r>
      <w:r>
        <w:rPr>
          <w:b w:val="false"/>
          <w:sz w:val="24"/>
          <w:lang w:val="zxx"/>
        </w:rPr>
        <w:t>off</w:t>
      </w:r>
      <w:r>
        <w:rPr>
          <w:b w:val="false"/>
          <w:sz w:val="24"/>
        </w:rPr>
        <w:t xml:space="preserve"> подтвержден, местное разрешение и независимый тракт тревоги проверены.</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id="0000000000000000000000000019000d" action="firmware.commit"</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&lt;upload 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В.147 Активировать проверенный образ: ответ</w:t>
      </w:r>
    </w:p>
    <w:p>
      <w:pPr>
        <w:pStyle w:val="Normal"/>
        <w:keepNext w:val="true"/>
        <w:jc w:val="start"/>
        <w:rPr/>
      </w:pPr>
      <w:r>
        <w:rPr>
          <w:b w:val="false"/>
          <w:sz w:val="24"/>
        </w:rPr>
        <w:t xml:space="preserve">Самостоятельный сценарий. До запроса: образ </w:t>
      </w:r>
      <w:r>
        <w:rPr>
          <w:b w:val="false"/>
          <w:sz w:val="24"/>
          <w:lang w:val="zxx"/>
        </w:rPr>
        <w:t>verified</w:t>
      </w:r>
      <w:r>
        <w:rPr>
          <w:b w:val="false"/>
          <w:sz w:val="24"/>
        </w:rPr>
        <w:t xml:space="preserve">, </w:t>
      </w:r>
      <w:r>
        <w:rPr>
          <w:b w:val="false"/>
          <w:sz w:val="24"/>
          <w:lang w:val="zxx"/>
        </w:rPr>
        <w:t>off</w:t>
      </w:r>
      <w:r>
        <w:rPr>
          <w:b w:val="false"/>
          <w:sz w:val="24"/>
        </w:rPr>
        <w:t xml:space="preserve"> подтвержден, местное разрешение и независимый тракт тревоги проверены.</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to="0000000000000000000000000019000d"</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status="accepted"&gt;</w:t>
      </w:r>
    </w:p>
    <w:p>
      <w:pPr>
        <w:pStyle w:val="ProtocolXML"/>
        <w:keepNext w:val="true"/>
        <w:keepLines/>
        <w:suppressAutoHyphens w:val="true"/>
        <w:spacing w:lineRule="auto" w:line="360"/>
        <w:ind w:start="227" w:hanging="0"/>
        <w:jc w:val="start"/>
        <w:rPr/>
      </w:pPr>
      <w:r>
        <w:rPr>
          <w:b w:val="false"/>
          <w:sz w:val="24"/>
          <w:lang w:val="zxx"/>
        </w:rPr>
        <w:t>&lt;operation id="00000000000000000000000000000803"/&gt;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В.148 Уточнить состояние обновления: запрос</w:t>
      </w:r>
    </w:p>
    <w:p>
      <w:pPr>
        <w:pStyle w:val="Normal"/>
        <w:keepNext w:val="true"/>
        <w:jc w:val="start"/>
        <w:rPr/>
      </w:pPr>
      <w:r>
        <w:rPr>
          <w:b w:val="false"/>
          <w:sz w:val="24"/>
        </w:rPr>
        <w:t xml:space="preserve">Самостоятельный сценарий. До запроса: манифест </w:t>
      </w:r>
      <w:r>
        <w:rPr>
          <w:b w:val="false"/>
          <w:sz w:val="24"/>
          <w:lang w:val="zxx"/>
        </w:rPr>
        <w:t>firmware-</w:t>
      </w:r>
      <w:r>
        <w:rPr>
          <w:b w:val="false"/>
          <w:sz w:val="24"/>
        </w:rPr>
        <w:t>⁠</w:t>
      </w:r>
      <w:r>
        <w:rPr>
          <w:b w:val="false"/>
          <w:sz w:val="24"/>
          <w:lang w:val="zxx"/>
        </w:rPr>
        <w:t>manifest</w:t>
      </w:r>
      <w:r>
        <w:rPr>
          <w:b w:val="false"/>
          <w:sz w:val="24"/>
        </w:rPr>
        <w:t xml:space="preserve"> из векторов проверен, активация не начата.</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id="0000000000000000000000000019000e" action="firmware.status"</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operationId="00000000000000000000000000000803"/&gt;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В.149 Уточнить состояние обновления: ответ</w:t>
      </w:r>
    </w:p>
    <w:p>
      <w:pPr>
        <w:pStyle w:val="Normal"/>
        <w:keepNext w:val="true"/>
        <w:jc w:val="start"/>
        <w:rPr/>
      </w:pPr>
      <w:r>
        <w:rPr>
          <w:b w:val="false"/>
          <w:sz w:val="24"/>
        </w:rPr>
        <w:t xml:space="preserve">Самостоятельный сценарий. До запроса: манифест </w:t>
      </w:r>
      <w:r>
        <w:rPr>
          <w:b w:val="false"/>
          <w:sz w:val="24"/>
          <w:lang w:val="zxx"/>
        </w:rPr>
        <w:t>firmware-</w:t>
      </w:r>
      <w:r>
        <w:rPr>
          <w:b w:val="false"/>
          <w:sz w:val="24"/>
        </w:rPr>
        <w:t>⁠</w:t>
      </w:r>
      <w:r>
        <w:rPr>
          <w:b w:val="false"/>
          <w:sz w:val="24"/>
          <w:lang w:val="zxx"/>
        </w:rPr>
        <w:t>manifest</w:t>
      </w:r>
      <w:r>
        <w:rPr>
          <w:b w:val="false"/>
          <w:sz w:val="24"/>
        </w:rPr>
        <w:t xml:space="preserve"> из векторов проверен, активация не начата.</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to="0000000000000000000000000019000e"</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&lt;firmware operationId="00000000000000000000000000000803" state="verified"</w:t>
      </w:r>
    </w:p>
    <w:p>
      <w:pPr>
        <w:pStyle w:val="ProtocolXML"/>
        <w:keepNext w:val="true"/>
        <w:keepLines/>
        <w:suppressAutoHyphens w:val="true"/>
        <w:spacing w:lineRule="auto" w:line="360"/>
        <w:ind w:start="454" w:hanging="0"/>
        <w:jc w:val="start"/>
        <w:rPr/>
      </w:pPr>
      <w:r>
        <w:rPr>
          <w:b w:val="false"/>
          <w:sz w:val="24"/>
          <w:lang w:val="zxx"/>
        </w:rPr>
        <w:t>receivedBytes="3" version="1" remainingBudgetMs="50000"/&gt;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В.150 Проверить принятый образ: запрос</w:t>
      </w:r>
    </w:p>
    <w:p>
      <w:pPr>
        <w:pStyle w:val="Normal"/>
        <w:keepNext w:val="true"/>
        <w:jc w:val="start"/>
        <w:rPr/>
      </w:pPr>
      <w:r>
        <w:rPr>
          <w:b w:val="false"/>
          <w:sz w:val="24"/>
        </w:rPr>
        <w:t xml:space="preserve">Самостоятельный сценарий. До запроса: три байта </w:t>
      </w:r>
      <w:r>
        <w:rPr>
          <w:b w:val="false"/>
          <w:sz w:val="24"/>
          <w:lang w:val="zxx"/>
        </w:rPr>
        <w:t>abc</w:t>
      </w:r>
      <w:r>
        <w:rPr>
          <w:b w:val="false"/>
          <w:sz w:val="24"/>
        </w:rPr>
        <w:t xml:space="preserve"> получены; манифест совпадает с </w:t>
      </w:r>
      <w:r>
        <w:rPr>
          <w:b w:val="false"/>
          <w:sz w:val="24"/>
          <w:lang w:val="zxx"/>
        </w:rPr>
        <w:t>firmware.begin</w:t>
      </w:r>
      <w:r>
        <w:rPr>
          <w:b w:val="false"/>
          <w:sz w:val="24"/>
        </w:rPr>
        <w:t xml:space="preserve"> и вектором подписи.</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id="0000000000000000000000000019000f" action="firmware.verify"</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&lt;upload 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В.151 Проверить принятый образ: ответ</w:t>
      </w:r>
    </w:p>
    <w:p>
      <w:pPr>
        <w:pStyle w:val="Normal"/>
        <w:keepNext w:val="true"/>
        <w:jc w:val="start"/>
        <w:rPr/>
      </w:pPr>
      <w:r>
        <w:rPr>
          <w:b w:val="false"/>
          <w:sz w:val="24"/>
        </w:rPr>
        <w:t xml:space="preserve">Самостоятельный сценарий. До запроса: три байта </w:t>
      </w:r>
      <w:r>
        <w:rPr>
          <w:b w:val="false"/>
          <w:sz w:val="24"/>
          <w:lang w:val="zxx"/>
        </w:rPr>
        <w:t>abc</w:t>
      </w:r>
      <w:r>
        <w:rPr>
          <w:b w:val="false"/>
          <w:sz w:val="24"/>
        </w:rPr>
        <w:t xml:space="preserve"> получены; манифест совпадает с </w:t>
      </w:r>
      <w:r>
        <w:rPr>
          <w:b w:val="false"/>
          <w:sz w:val="24"/>
          <w:lang w:val="zxx"/>
        </w:rPr>
        <w:t>firmware.begin</w:t>
      </w:r>
      <w:r>
        <w:rPr>
          <w:b w:val="false"/>
          <w:sz w:val="24"/>
        </w:rPr>
        <w:t xml:space="preserve"> и вектором подписи.</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to="0000000000000000000000000019000f"</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&lt;upload id="00000000000000000000000000000803" state="verified"/&gt;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В.152 Журнал устройства: запрос</w:t>
      </w:r>
    </w:p>
    <w:p>
      <w:pPr>
        <w:pStyle w:val="Normal"/>
        <w:keepNext w:val="true"/>
        <w:jc w:val="start"/>
        <w:rPr/>
      </w:pPr>
      <w:r>
        <w:rPr>
          <w:b w:val="false"/>
          <w:sz w:val="24"/>
        </w:rPr>
        <w:t>Самостоятельный сценарий. До запроса: журнал текущей загрузки пуст.</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id="00000000000000000000000000190010" action="log.read"</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afterSeq="0" limit="8"/&gt;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В.153 Журнал устройства: ответ</w:t>
      </w:r>
    </w:p>
    <w:p>
      <w:pPr>
        <w:pStyle w:val="Normal"/>
        <w:keepNext w:val="true"/>
        <w:jc w:val="start"/>
        <w:rPr/>
      </w:pPr>
      <w:r>
        <w:rPr>
          <w:b w:val="false"/>
          <w:sz w:val="24"/>
        </w:rPr>
        <w:t>Самостоятельный сценарий. До запроса: журнал текущей загрузки пуст.</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to="00000000000000000000000000190010"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&lt;log oldestSeq="1" nextSeq="1" gap="false" more="false"/&gt;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В.154 Отменить сетевой переход: запрос</w:t>
      </w:r>
    </w:p>
    <w:p>
      <w:pPr>
        <w:pStyle w:val="Normal"/>
        <w:keepNext w:val="true"/>
        <w:jc w:val="start"/>
        <w:rPr/>
      </w:pPr>
      <w:r>
        <w:rPr>
          <w:b w:val="false"/>
          <w:sz w:val="24"/>
        </w:rPr>
        <w:t>Самостоятельный сценарий. До запроса: пробное применение существует и еще не подтверждено.</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id="00000000000000000000000000190011" action="network.cancel"</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&lt;network 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В.155 Отменить сетевой переход: ответ</w:t>
      </w:r>
    </w:p>
    <w:p>
      <w:pPr>
        <w:pStyle w:val="Normal"/>
        <w:keepNext w:val="true"/>
        <w:jc w:val="start"/>
        <w:rPr/>
      </w:pPr>
      <w:r>
        <w:rPr>
          <w:b w:val="false"/>
          <w:sz w:val="24"/>
        </w:rPr>
        <w:t>Самостоятельный сценарий. До запроса: пробное применение существует и еще не подтверждено.</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to="00000000000000000000000000190011"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&lt;network id="00000000000000000000000000000803" state="cancelled"/&gt;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В.156 Подтвердить новый сетевой путь: запрос</w:t>
      </w:r>
    </w:p>
    <w:p>
      <w:pPr>
        <w:pStyle w:val="Normal"/>
        <w:keepNext w:val="true"/>
        <w:jc w:val="start"/>
        <w:rPr/>
      </w:pPr>
      <w:r>
        <w:rPr>
          <w:b w:val="false"/>
          <w:sz w:val="24"/>
        </w:rPr>
        <w:t xml:space="preserve">Самостоятельный сценарий. До запроса: пробное применение действует до </w:t>
      </w:r>
      <w:r>
        <w:rPr>
          <w:b w:val="false"/>
          <w:sz w:val="24"/>
          <w:lang w:val="zxx"/>
        </w:rPr>
        <w:t>80000</w:t>
      </w:r>
      <w:r>
        <w:rPr>
          <w:b w:val="false"/>
          <w:sz w:val="24"/>
        </w:rPr>
        <w:t>; этот канал установлен на новом адресе.</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id="00000000000000000000000000190012" action="network.confirm"</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&lt;network 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В.157 Подтвердить новый сетевой путь: ответ</w:t>
      </w:r>
    </w:p>
    <w:p>
      <w:pPr>
        <w:pStyle w:val="Normal"/>
        <w:keepNext w:val="true"/>
        <w:jc w:val="start"/>
        <w:rPr/>
      </w:pPr>
      <w:r>
        <w:rPr>
          <w:b w:val="false"/>
          <w:sz w:val="24"/>
        </w:rPr>
        <w:t xml:space="preserve">Самостоятельный сценарий. До запроса: пробное применение действует до </w:t>
      </w:r>
      <w:r>
        <w:rPr>
          <w:b w:val="false"/>
          <w:sz w:val="24"/>
          <w:lang w:val="zxx"/>
        </w:rPr>
        <w:t>80000</w:t>
      </w:r>
      <w:r>
        <w:rPr>
          <w:b w:val="false"/>
          <w:sz w:val="24"/>
        </w:rPr>
        <w:t>; этот канал установлен на новом адресе.</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to="00000000000000000000000000190012"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&lt;network id="00000000000000000000000000000803" state="committed"/&gt;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В.158 Подготовить смену сети: запрос</w:t>
      </w:r>
    </w:p>
    <w:p>
      <w:pPr>
        <w:pStyle w:val="Normal"/>
        <w:keepNext w:val="true"/>
        <w:jc w:val="start"/>
        <w:rPr/>
      </w:pPr>
      <w:r>
        <w:rPr>
          <w:b w:val="false"/>
          <w:sz w:val="24"/>
        </w:rPr>
        <w:t xml:space="preserve">Самостоятельный сценарий. До запроса: ресурсы </w:t>
      </w:r>
      <w:r>
        <w:rPr>
          <w:b w:val="false"/>
          <w:sz w:val="24"/>
          <w:lang w:val="zxx"/>
        </w:rPr>
        <w:t>off</w:t>
      </w:r>
      <w:r>
        <w:rPr>
          <w:b w:val="false"/>
          <w:sz w:val="24"/>
        </w:rPr>
        <w:t xml:space="preserve">, местное разрешение обслуживания, текущий адрес </w:t>
      </w:r>
      <w:r>
        <w:rPr>
          <w:b w:val="false"/>
          <w:sz w:val="24"/>
          <w:lang w:val="zxx"/>
        </w:rPr>
        <w:t>192.0.2.2.</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id="00000000000000000000000000190013" action="network.stage"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&lt;network id="00000000000000000000000000000803" address="192.0.2.3"</w:t>
      </w:r>
    </w:p>
    <w:p>
      <w:pPr>
        <w:pStyle w:val="ProtocolXML"/>
        <w:keepNext w:val="true"/>
        <w:keepLines/>
        <w:suppressAutoHyphens w:val="true"/>
        <w:spacing w:lineRule="auto" w:line="360"/>
        <w:ind w:start="454" w:hanging="0"/>
        <w:jc w:val="start"/>
        <w:rPr/>
      </w:pPr>
      <w:r>
        <w:rPr>
          <w:b w:val="false"/>
          <w:sz w:val="24"/>
          <w:lang w:val="zxx"/>
        </w:rPr>
        <w:t>prefix="24" gateway="192.0.2.1" confirmMs="30000"/&gt;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В.159 Подготовить смену сети: ответ</w:t>
      </w:r>
    </w:p>
    <w:p>
      <w:pPr>
        <w:pStyle w:val="Normal"/>
        <w:keepNext w:val="true"/>
        <w:jc w:val="start"/>
        <w:rPr/>
      </w:pPr>
      <w:r>
        <w:rPr>
          <w:b w:val="false"/>
          <w:sz w:val="24"/>
        </w:rPr>
        <w:t xml:space="preserve">Самостоятельный сценарий. До запроса: ресурсы </w:t>
      </w:r>
      <w:r>
        <w:rPr>
          <w:b w:val="false"/>
          <w:sz w:val="24"/>
          <w:lang w:val="zxx"/>
        </w:rPr>
        <w:t>off</w:t>
      </w:r>
      <w:r>
        <w:rPr>
          <w:b w:val="false"/>
          <w:sz w:val="24"/>
        </w:rPr>
        <w:t xml:space="preserve">, местное разрешение обслуживания, текущий адрес </w:t>
      </w:r>
      <w:r>
        <w:rPr>
          <w:b w:val="false"/>
          <w:sz w:val="24"/>
          <w:lang w:val="zxx"/>
        </w:rPr>
        <w:t>192.0.2.2.</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to="00000000000000000000000000190013"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&lt;staged id="00000000000000000000000000000803" expiresAtMs="80000"/&gt;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В.160 Отменить свой опрос: запрос</w:t>
      </w:r>
    </w:p>
    <w:p>
      <w:pPr>
        <w:pStyle w:val="Normal"/>
        <w:keepNext w:val="true"/>
        <w:jc w:val="start"/>
        <w:rPr/>
      </w:pPr>
      <w:r>
        <w:rPr>
          <w:b w:val="false"/>
          <w:sz w:val="24"/>
        </w:rPr>
        <w:t>Самостоятельный сценарий. До запроса: задание принадлежит этому участнику и ожидает опроса.</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id="00000000000000000000000000190014" action="poll.cancel"</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&lt;poll operationId="00000000000000000000000000000803"</w:t>
      </w:r>
    </w:p>
    <w:p>
      <w:pPr>
        <w:pStyle w:val="ProtocolXML"/>
        <w:keepNext w:val="true"/>
        <w:keepLines/>
        <w:suppressAutoHyphens w:val="true"/>
        <w:spacing w:lineRule="auto" w:line="360"/>
        <w:ind w:start="454" w:hanging="0"/>
        <w:jc w:val="start"/>
        <w:rPr/>
      </w:pPr>
      <w:r>
        <w:rPr>
          <w:b w:val="false"/>
          <w:sz w:val="24"/>
          <w:lang w:val="zxx"/>
        </w:rPr>
        <w:t>clientOperationId="00000000000000000000000000000812"/&gt;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В.161 Отменить свой опрос: ответ</w:t>
      </w:r>
    </w:p>
    <w:p>
      <w:pPr>
        <w:pStyle w:val="Normal"/>
        <w:keepNext w:val="true"/>
        <w:jc w:val="start"/>
        <w:rPr/>
      </w:pPr>
      <w:r>
        <w:rPr>
          <w:b w:val="false"/>
          <w:sz w:val="24"/>
        </w:rPr>
        <w:t>Самостоятельный сценарий. До запроса: задание принадлежит этому участнику и ожидает опроса.</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to="00000000000000000000000000190014"</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&lt;cancelled operationId="00000000000000000000000000000803"/&gt;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В.162 Результаты опроса: запрос</w:t>
      </w:r>
    </w:p>
    <w:p>
      <w:pPr>
        <w:pStyle w:val="Normal"/>
        <w:keepNext w:val="true"/>
        <w:jc w:val="start"/>
        <w:rPr/>
      </w:pPr>
      <w:r>
        <w:rPr>
          <w:b w:val="false"/>
          <w:sz w:val="24"/>
        </w:rPr>
        <w:t>Самостоятельный сценарий. До запроса: задание опроса одной точки принято, наблюдение еще не получено.</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id="00000000000000000000000000190015" action="poll.get"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operationId="00000000000000000000000000000803"/&gt;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В.163 Результаты опроса: ответ</w:t>
      </w:r>
    </w:p>
    <w:p>
      <w:pPr>
        <w:pStyle w:val="Normal"/>
        <w:keepNext w:val="true"/>
        <w:jc w:val="start"/>
        <w:rPr/>
      </w:pPr>
      <w:r>
        <w:rPr>
          <w:b w:val="false"/>
          <w:sz w:val="24"/>
        </w:rPr>
        <w:t>Самостоятельный сценарий. До запроса: задание опроса одной точки принято, наблюдение еще не получено.</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to="00000000000000000000000000190015"</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&lt;poll snapshotId="00000000000000000000000000000911"</w:t>
      </w:r>
    </w:p>
    <w:p>
      <w:pPr>
        <w:pStyle w:val="ProtocolXML"/>
        <w:keepNext w:val="true"/>
        <w:keepLines/>
        <w:suppressAutoHyphens w:val="true"/>
        <w:spacing w:lineRule="auto" w:line="360"/>
        <w:ind w:start="454" w:hanging="0"/>
        <w:jc w:val="start"/>
        <w:rPr/>
      </w:pPr>
      <w:r>
        <w:rPr>
          <w:b w:val="false"/>
          <w:sz w:val="24"/>
          <w:lang w:val="zxx"/>
        </w:rPr>
        <w:t>operationId="00000000000000000000000000000803" state="queued"</w:t>
      </w:r>
    </w:p>
    <w:p>
      <w:pPr>
        <w:pStyle w:val="ProtocolXML"/>
        <w:keepNext w:val="true"/>
        <w:keepLines/>
        <w:suppressAutoHyphens w:val="true"/>
        <w:spacing w:lineRule="auto" w:line="360"/>
        <w:ind w:start="454" w:hanging="0"/>
        <w:jc w:val="start"/>
        <w:rPr/>
      </w:pPr>
      <w:r>
        <w:rPr>
          <w:b w:val="false"/>
          <w:sz w:val="24"/>
          <w:lang w:val="zxx"/>
        </w:rPr>
        <w:t>expectedCount="1" complete="false" evaluatedAtMs="50000" more="false"/&gt;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В.164 Оценить готовность конкретного плана: запрос</w:t>
      </w:r>
    </w:p>
    <w:p>
      <w:pPr>
        <w:pStyle w:val="Normal"/>
        <w:keepNext w:val="true"/>
        <w:jc w:val="start"/>
        <w:rPr/>
      </w:pPr>
      <w:r>
        <w:rPr>
          <w:b w:val="false"/>
          <w:sz w:val="24"/>
        </w:rPr>
        <w:t xml:space="preserve">Самостоятельный сценарий. До запроса: требуемое свежее наблюдение </w:t>
      </w:r>
      <w:r>
        <w:rPr>
          <w:b w:val="false"/>
          <w:sz w:val="24"/>
          <w:lang w:val="zxx"/>
        </w:rPr>
        <w:t>off</w:t>
      </w:r>
      <w:r>
        <w:rPr>
          <w:b w:val="false"/>
          <w:sz w:val="24"/>
        </w:rPr>
        <w:t xml:space="preserve"> временно недоступно; воздействия нет.</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id="00000000000000000000000000190016" action="readiness.get"</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&lt;plan mode="siren" configRevision="7" capabilityRevision="4"</w:t>
      </w:r>
    </w:p>
    <w:p>
      <w:pPr>
        <w:pStyle w:val="ProtocolXML"/>
        <w:keepNext w:val="true"/>
        <w:keepLines/>
        <w:suppressAutoHyphens w:val="true"/>
        <w:spacing w:lineRule="auto" w:line="360"/>
        <w:ind w:start="454" w:hanging="0"/>
        <w:jc w:val="start"/>
        <w:rPr/>
      </w:pPr>
      <w:r>
        <w:rPr>
          <w:b w:val="false"/>
          <w:sz w:val="24"/>
          <w:lang w:val="zxx"/>
        </w:rPr>
        <w:t>maxDurationMs="30000"&gt;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&lt;siren pattern="continuous" durationMs="20000" stopMode="duration"/&gt;</w:t>
      </w:r>
    </w:p>
    <w:p>
      <w:pPr>
        <w:pStyle w:val="ProtocolXML"/>
        <w:keepNext w:val="true"/>
        <w:keepLines/>
        <w:suppressAutoHyphens w:val="true"/>
        <w:spacing w:lineRule="auto" w:line="360"/>
        <w:ind w:start="227" w:hanging="0"/>
        <w:jc w:val="start"/>
        <w:rPr/>
      </w:pPr>
      <w:r>
        <w:rPr>
          <w:b w:val="false"/>
          <w:sz w:val="24"/>
          <w:lang w:val="zxx"/>
        </w:rPr>
        <w:t>&lt;/plan&gt;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В.165 Оценить готовность конкретного плана: ответ</w:t>
      </w:r>
    </w:p>
    <w:p>
      <w:pPr>
        <w:pStyle w:val="Normal"/>
        <w:keepNext w:val="true"/>
        <w:jc w:val="start"/>
        <w:rPr/>
      </w:pPr>
      <w:r>
        <w:rPr>
          <w:b w:val="false"/>
          <w:sz w:val="24"/>
        </w:rPr>
        <w:t xml:space="preserve">Самостоятельный сценарий. До запроса: требуемое свежее наблюдение </w:t>
      </w:r>
      <w:r>
        <w:rPr>
          <w:b w:val="false"/>
          <w:sz w:val="24"/>
          <w:lang w:val="zxx"/>
        </w:rPr>
        <w:t>off</w:t>
      </w:r>
      <w:r>
        <w:rPr>
          <w:b w:val="false"/>
          <w:sz w:val="24"/>
        </w:rPr>
        <w:t xml:space="preserve"> временно недоступно; воздействия нет.</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to="00000000000000000000000000190016"</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&lt;readiness snapshotId="00000000000000000000000000001913"</w:t>
      </w:r>
    </w:p>
    <w:p>
      <w:pPr>
        <w:pStyle w:val="ProtocolXML"/>
        <w:keepNext w:val="true"/>
        <w:keepLines/>
        <w:suppressAutoHyphens w:val="true"/>
        <w:spacing w:lineRule="auto" w:line="360"/>
        <w:ind w:start="454" w:hanging="0"/>
        <w:jc w:val="start"/>
        <w:rPr/>
      </w:pPr>
      <w:r>
        <w:rPr>
          <w:b w:val="false"/>
          <w:sz w:val="24"/>
          <w:lang w:val="zxx"/>
        </w:rPr>
        <w:t>evaluatedAtMs="50000" validUntilMs="51000" stateRevision="1" more="false"&gt;</w:t>
      </w:r>
    </w:p>
    <w:p>
      <w:pPr>
        <w:pStyle w:val="ProtocolXML"/>
        <w:keepNext w:val="true"/>
        <w:keepLines/>
        <w:suppressAutoHyphens w:val="true"/>
        <w:spacing w:lineRule="auto" w:line="360"/>
        <w:ind w:start="454" w:hanging="0"/>
        <w:jc w:val="start"/>
        <w:rPr/>
      </w:pPr>
      <w:r>
        <w:rPr>
          <w:b w:val="false"/>
          <w:sz w:val="24"/>
          <w:lang w:val="zxx"/>
        </w:rPr>
        <w:t>&lt;summary state="unknown"/&gt;</w:t>
      </w:r>
    </w:p>
    <w:p>
      <w:pPr>
        <w:pStyle w:val="ProtocolXML"/>
        <w:keepNext w:val="true"/>
        <w:keepLines/>
        <w:suppressAutoHyphens w:val="true"/>
        <w:spacing w:lineRule="auto" w:line="360"/>
        <w:ind w:start="454" w:hanging="0"/>
        <w:jc w:val="start"/>
        <w:rPr/>
      </w:pPr>
      <w:r>
        <w:rPr>
          <w:b w:val="false"/>
          <w:sz w:val="24"/>
          <w:lang w:val="zxx"/>
        </w:rPr>
        <w:t>&lt;resource id="ou1" bindingGeneration="2" state="unknown"</w:t>
      </w:r>
    </w:p>
    <w:p>
      <w:pPr>
        <w:pStyle w:val="ProtocolXML"/>
        <w:keepNext w:val="true"/>
        <w:keepLines/>
        <w:suppressAutoHyphens w:val="true"/>
        <w:spacing w:lineRule="auto" w:line="360"/>
        <w:ind w:start="680" w:hanging="0"/>
        <w:jc w:val="start"/>
        <w:rPr/>
      </w:pPr>
      <w:r>
        <w:rPr>
          <w:b w:val="false"/>
          <w:sz w:val="24"/>
          <w:lang w:val="zxx"/>
        </w:rPr>
        <w:t>reason="sourceUnavailable"/&gt;</w:t>
      </w:r>
    </w:p>
    <w:p>
      <w:pPr>
        <w:pStyle w:val="ProtocolXML"/>
        <w:keepNext w:val="true"/>
        <w:keepLines/>
        <w:suppressAutoHyphens w:val="true"/>
        <w:spacing w:lineRule="auto" w:line="360"/>
        <w:ind w:start="454" w:hanging="0"/>
        <w:jc w:val="start"/>
        <w:rPr/>
      </w:pPr>
      <w:r>
        <w:rPr>
          <w:b w:val="false"/>
          <w:sz w:val="24"/>
          <w:lang w:val="zxx"/>
        </w:rPr>
        <w:t>&lt;evidence resourceId="ou1" pointId="output1" required="true" observedAtMs="0"</w:t>
      </w:r>
    </w:p>
    <w:p>
      <w:pPr>
        <w:pStyle w:val="ProtocolXML"/>
        <w:keepNext w:val="true"/>
        <w:keepLines/>
        <w:suppressAutoHyphens w:val="true"/>
        <w:spacing w:lineRule="auto" w:line="360"/>
        <w:ind w:start="680" w:hanging="0"/>
        <w:jc w:val="start"/>
        <w:rPr/>
      </w:pPr>
      <w:r>
        <w:rPr>
          <w:b w:val="false"/>
          <w:sz w:val="24"/>
          <w:lang w:val="zxx"/>
        </w:rPr>
        <w:t>validUntilMs="0" validity="unavailable"/&gt;</w:t>
      </w:r>
    </w:p>
    <w:p>
      <w:pPr>
        <w:pStyle w:val="ProtocolXML"/>
        <w:keepNext w:val="true"/>
        <w:keepLines/>
        <w:suppressAutoHyphens w:val="true"/>
        <w:spacing w:lineRule="auto" w:line="360"/>
        <w:ind w:start="227" w:hanging="0"/>
        <w:jc w:val="start"/>
        <w:rPr/>
      </w:pPr>
      <w:r>
        <w:rPr>
          <w:b w:val="false"/>
          <w:sz w:val="24"/>
          <w:lang w:val="zxx"/>
        </w:rPr>
        <w:t>&lt;/readiness&gt;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В.166 Установить время: запрос</w:t>
      </w:r>
    </w:p>
    <w:p>
      <w:pPr>
        <w:pStyle w:val="Normal"/>
        <w:keepNext w:val="true"/>
        <w:jc w:val="start"/>
        <w:rPr/>
      </w:pPr>
      <w:r>
        <w:rPr>
          <w:b w:val="false"/>
          <w:sz w:val="24"/>
        </w:rPr>
        <w:t xml:space="preserve">Самостоятельный сценарий. До запроса: административная установка часов разрешена; </w:t>
      </w:r>
      <w:r>
        <w:rPr>
          <w:b w:val="false"/>
          <w:sz w:val="24"/>
          <w:lang w:val="zxx"/>
        </w:rPr>
        <w:t>uptimeMs</w:t>
      </w:r>
      <w:r>
        <w:rPr>
          <w:b w:val="false"/>
          <w:sz w:val="24"/>
        </w:rPr>
        <w:t xml:space="preserve"> не меняется.</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id="00000000000000000000000000190017" action="time.set"</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&lt;clock utcMs="1791676800000" errorMs="100"/&gt;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В.167 Установить время: ответ</w:t>
      </w:r>
    </w:p>
    <w:p>
      <w:pPr>
        <w:pStyle w:val="Normal"/>
        <w:keepNext w:val="true"/>
        <w:jc w:val="start"/>
        <w:rPr/>
      </w:pPr>
      <w:r>
        <w:rPr>
          <w:b w:val="false"/>
          <w:sz w:val="24"/>
        </w:rPr>
        <w:t xml:space="preserve">Самостоятельный сценарий. До запроса: административная установка часов разрешена; </w:t>
      </w:r>
      <w:r>
        <w:rPr>
          <w:b w:val="false"/>
          <w:sz w:val="24"/>
          <w:lang w:val="zxx"/>
        </w:rPr>
        <w:t>uptimeMs</w:t>
      </w:r>
      <w:r>
        <w:rPr>
          <w:b w:val="false"/>
          <w:sz w:val="24"/>
        </w:rPr>
        <w:t xml:space="preserve"> не меняется.</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to="00000000000000000000000000190017"</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&lt;clock utcMs="1791676800000" errorMs="100"/&gt;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В.168 Подготовить групповую речь по открытому каналу: запрос</w:t>
      </w:r>
    </w:p>
    <w:p>
      <w:pPr>
        <w:pStyle w:val="Normal"/>
        <w:keepNext w:val="true"/>
        <w:jc w:val="start"/>
        <w:rPr/>
      </w:pPr>
      <w:r>
        <w:rPr>
          <w:b w:val="false"/>
          <w:sz w:val="24"/>
        </w:rPr>
        <w:t xml:space="preserve">Самостоятельный сценарий: </w:t>
      </w:r>
      <w:r>
        <w:rPr>
          <w:b w:val="false"/>
          <w:sz w:val="24"/>
          <w:lang w:val="zxx"/>
        </w:rPr>
        <w:t>optional</w:t>
      </w:r>
      <w:r>
        <w:rPr>
          <w:b w:val="false"/>
          <w:sz w:val="24"/>
        </w:rPr>
        <w:t xml:space="preserve">, явно выбран </w:t>
      </w:r>
      <w:r>
        <w:rPr>
          <w:b w:val="false"/>
          <w:sz w:val="24"/>
          <w:lang w:val="zxx"/>
        </w:rPr>
        <w:t>plain</w:t>
      </w:r>
      <w:r>
        <w:rPr>
          <w:b w:val="false"/>
          <w:sz w:val="24"/>
        </w:rPr>
        <w:t xml:space="preserve">; шаблон </w:t>
      </w:r>
      <w:r>
        <w:rPr>
          <w:b w:val="false"/>
          <w:sz w:val="24"/>
          <w:lang w:val="zxx"/>
        </w:rPr>
        <w:t>speech1/</w:t>
      </w:r>
      <w:r>
        <w:rPr>
          <w:b w:val="false"/>
          <w:sz w:val="24"/>
        </w:rPr>
        <w:t>⁠</w:t>
      </w:r>
      <w:r>
        <w:rPr>
          <w:b w:val="false"/>
          <w:sz w:val="24"/>
          <w:lang w:val="zxx"/>
        </w:rPr>
        <w:t>1</w:t>
      </w:r>
      <w:r>
        <w:rPr>
          <w:b w:val="false"/>
          <w:sz w:val="24"/>
        </w:rPr>
        <w:t xml:space="preserve"> имеет </w:t>
      </w:r>
      <w:r>
        <w:rPr>
          <w:b w:val="false"/>
          <w:sz w:val="24"/>
          <w:lang w:val="zxx"/>
        </w:rPr>
        <w:t>security=plain</w:t>
      </w:r>
      <w:r>
        <w:rPr>
          <w:b w:val="false"/>
          <w:sz w:val="24"/>
        </w:rPr>
        <w:t xml:space="preserve"> и не содержит ключей. Открытый поток не удостоверяет источник.</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id="00000000000000000000000000192000" action="audio.group.prepare"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cmdSeq="1"&gt;</w:t>
      </w:r>
    </w:p>
    <w:p>
      <w:pPr>
        <w:pStyle w:val="ProtocolXML"/>
        <w:keepNext w:val="true"/>
        <w:keepLines/>
        <w:suppressAutoHyphens w:val="true"/>
        <w:spacing w:lineRule="auto" w:line="360"/>
        <w:ind w:start="227" w:hanging="0"/>
        <w:jc w:val="start"/>
        <w:rPr/>
      </w:pPr>
      <w:r>
        <w:rPr>
          <w:b w:val="false"/>
          <w:sz w:val="24"/>
          <w:lang w:val="zxx"/>
        </w:rPr>
        <w:t>&lt;group id="speech1" revision="1"</w:t>
      </w:r>
    </w:p>
    <w:p>
      <w:pPr>
        <w:pStyle w:val="ProtocolXML"/>
        <w:keepNext w:val="true"/>
        <w:keepLines/>
        <w:suppressAutoHyphens w:val="true"/>
        <w:spacing w:lineRule="auto" w:line="360"/>
        <w:ind w:start="454" w:hanging="0"/>
        <w:jc w:val="start"/>
        <w:rPr/>
      </w:pPr>
      <w:r>
        <w:rPr>
          <w:b w:val="false"/>
          <w:sz w:val="24"/>
          <w:lang w:val="zxx"/>
        </w:rPr>
        <w:t>streamId="00000000000000000000000000000901" source="microphone"/&gt;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В.169 Подготовить групповую речь по открытому каналу: ответ</w:t>
      </w:r>
    </w:p>
    <w:p>
      <w:pPr>
        <w:pStyle w:val="Normal"/>
        <w:keepNext w:val="true"/>
        <w:jc w:val="start"/>
        <w:rPr/>
      </w:pPr>
      <w:r>
        <w:rPr>
          <w:b w:val="false"/>
          <w:sz w:val="24"/>
        </w:rPr>
        <w:t xml:space="preserve">Самостоятельный сценарий: </w:t>
      </w:r>
      <w:r>
        <w:rPr>
          <w:b w:val="false"/>
          <w:sz w:val="24"/>
          <w:lang w:val="zxx"/>
        </w:rPr>
        <w:t>optional</w:t>
      </w:r>
      <w:r>
        <w:rPr>
          <w:b w:val="false"/>
          <w:sz w:val="24"/>
        </w:rPr>
        <w:t xml:space="preserve">, явно выбран </w:t>
      </w:r>
      <w:r>
        <w:rPr>
          <w:b w:val="false"/>
          <w:sz w:val="24"/>
          <w:lang w:val="zxx"/>
        </w:rPr>
        <w:t>plain</w:t>
      </w:r>
      <w:r>
        <w:rPr>
          <w:b w:val="false"/>
          <w:sz w:val="24"/>
        </w:rPr>
        <w:t xml:space="preserve">; шаблон </w:t>
      </w:r>
      <w:r>
        <w:rPr>
          <w:b w:val="false"/>
          <w:sz w:val="24"/>
          <w:lang w:val="zxx"/>
        </w:rPr>
        <w:t>speech1/</w:t>
      </w:r>
      <w:r>
        <w:rPr>
          <w:b w:val="false"/>
          <w:sz w:val="24"/>
        </w:rPr>
        <w:t>⁠</w:t>
      </w:r>
      <w:r>
        <w:rPr>
          <w:b w:val="false"/>
          <w:sz w:val="24"/>
          <w:lang w:val="zxx"/>
        </w:rPr>
        <w:t>1</w:t>
      </w:r>
      <w:r>
        <w:rPr>
          <w:b w:val="false"/>
          <w:sz w:val="24"/>
        </w:rPr>
        <w:t xml:space="preserve"> имеет </w:t>
      </w:r>
      <w:r>
        <w:rPr>
          <w:b w:val="false"/>
          <w:sz w:val="24"/>
          <w:lang w:val="zxx"/>
        </w:rPr>
        <w:t>security=plain</w:t>
      </w:r>
      <w:r>
        <w:rPr>
          <w:b w:val="false"/>
          <w:sz w:val="24"/>
        </w:rPr>
        <w:t xml:space="preserve"> и не содержит ключей. Открытый поток не удостоверяет источник.</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to="00000000000000000000000000192000"</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&lt;prepared mediaId="00000000000000000000000000000900"</w:t>
      </w:r>
    </w:p>
    <w:p>
      <w:pPr>
        <w:pStyle w:val="ProtocolXML"/>
        <w:keepNext w:val="true"/>
        <w:keepLines/>
        <w:suppressAutoHyphens w:val="true"/>
        <w:spacing w:lineRule="auto" w:line="360"/>
        <w:ind w:start="454" w:hanging="0"/>
        <w:jc w:val="start"/>
        <w:rPr/>
      </w:pPr>
      <w:r>
        <w:rPr>
          <w:b w:val="false"/>
          <w:sz w:val="24"/>
          <w:lang w:val="zxx"/>
        </w:rPr>
        <w:t>expiresAtMs="110000" configRevision="7" capabilityRevision="4"/&gt;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В.170 Состояние с владельцем: страница 1, запрос</w:t>
      </w:r>
    </w:p>
    <w:p>
      <w:pPr>
        <w:pStyle w:val="Normal"/>
        <w:keepNext w:val="true"/>
        <w:jc w:val="start"/>
        <w:rPr/>
      </w:pPr>
      <w:r>
        <w:rPr>
          <w:b w:val="false"/>
          <w:sz w:val="24"/>
        </w:rPr>
        <w:t xml:space="preserve">Сценарий </w:t>
      </w:r>
      <w:r>
        <w:rPr>
          <w:b w:val="false"/>
          <w:sz w:val="24"/>
          <w:lang w:val="zxx"/>
        </w:rPr>
        <w:t>state-</w:t>
      </w:r>
      <w:r>
        <w:rPr>
          <w:b w:val="false"/>
          <w:sz w:val="24"/>
        </w:rPr>
        <w:t>⁠</w:t>
      </w:r>
      <w:r>
        <w:rPr>
          <w:b w:val="false"/>
          <w:sz w:val="24"/>
          <w:lang w:val="zxx"/>
        </w:rPr>
        <w:t>held-</w:t>
      </w:r>
      <w:r>
        <w:rPr>
          <w:b w:val="false"/>
          <w:sz w:val="24"/>
        </w:rPr>
        <w:t>⁠</w:t>
      </w:r>
      <w:r>
        <w:rPr>
          <w:b w:val="false"/>
          <w:sz w:val="24"/>
          <w:lang w:val="zxx"/>
        </w:rPr>
        <w:t>two-</w:t>
      </w:r>
      <w:r>
        <w:rPr>
          <w:b w:val="false"/>
          <w:sz w:val="24"/>
        </w:rPr>
        <w:t>⁠</w:t>
      </w:r>
      <w:r>
        <w:rPr>
          <w:b w:val="false"/>
          <w:sz w:val="24"/>
          <w:lang w:val="zxx"/>
        </w:rPr>
        <w:t>pages.</w:t>
      </w:r>
      <w:r>
        <w:rPr>
          <w:b w:val="false"/>
          <w:sz w:val="24"/>
        </w:rPr>
        <w:t xml:space="preserve"> Владение </w:t>
      </w:r>
      <w:r>
        <w:rPr>
          <w:b w:val="false"/>
          <w:sz w:val="24"/>
          <w:lang w:val="zxx"/>
        </w:rPr>
        <w:t>real</w:t>
      </w:r>
      <w:r>
        <w:rPr>
          <w:b w:val="false"/>
          <w:sz w:val="24"/>
        </w:rPr>
        <w:t xml:space="preserve"> выдано при </w:t>
      </w:r>
      <w:r>
        <w:rPr>
          <w:b w:val="false"/>
          <w:sz w:val="24"/>
          <w:lang w:val="zxx"/>
        </w:rPr>
        <w:t>uptimeMs=50000</w:t>
      </w:r>
      <w:r>
        <w:rPr>
          <w:b w:val="false"/>
          <w:sz w:val="24"/>
        </w:rPr>
        <w:t xml:space="preserve">, действующего сеанса нет; единственный ресурс </w:t>
      </w:r>
      <w:r>
        <w:rPr>
          <w:b w:val="false"/>
          <w:sz w:val="24"/>
          <w:lang w:val="zxx"/>
        </w:rPr>
        <w:t>off.</w:t>
      </w:r>
      <w:r>
        <w:rPr>
          <w:b w:val="false"/>
          <w:sz w:val="24"/>
        </w:rPr>
        <w:t xml:space="preserve"> Снимок фиксируется в этом состоянии и передается двумя страницами.</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id="00000000000000000000000000200001" action="device.state"</w:t>
      </w:r>
    </w:p>
    <w:p>
      <w:pPr>
        <w:pStyle w:val="ProtocolXML"/>
        <w:keepNext w:val="false"/>
        <w:keepLines/>
        <w:suppressAutoHyphens w:val="true"/>
        <w:spacing w:lineRule="auto" w:line="360"/>
        <w:ind w:start="227" w:hanging="0"/>
        <w:jc w:val="start"/>
        <w:rPr/>
      </w:pPr>
      <w:r>
        <w:rPr>
          <w:b w:val="false"/>
          <w:sz w:val="24"/>
          <w:lang w:val="zxx"/>
        </w:rPr>
        <w:t>bootId="00000000000000000000000000000073"/&gt;</w:t>
      </w:r>
    </w:p>
    <w:p>
      <w:pPr>
        <w:pStyle w:val="2"/>
        <w:rPr/>
      </w:pPr>
      <w:r>
        <w:rPr>
          <w:sz w:val="24"/>
        </w:rPr>
        <w:t>В.171 Состояние с владельцем: страница 1, ответ</w:t>
      </w:r>
    </w:p>
    <w:p>
      <w:pPr>
        <w:pStyle w:val="Normal"/>
        <w:keepNext w:val="true"/>
        <w:jc w:val="start"/>
        <w:rPr/>
      </w:pPr>
      <w:r>
        <w:rPr>
          <w:b w:val="false"/>
          <w:sz w:val="24"/>
        </w:rPr>
        <w:t xml:space="preserve">Сценарий </w:t>
      </w:r>
      <w:r>
        <w:rPr>
          <w:b w:val="false"/>
          <w:sz w:val="24"/>
          <w:lang w:val="zxx"/>
        </w:rPr>
        <w:t>state-</w:t>
      </w:r>
      <w:r>
        <w:rPr>
          <w:b w:val="false"/>
          <w:sz w:val="24"/>
        </w:rPr>
        <w:t>⁠</w:t>
      </w:r>
      <w:r>
        <w:rPr>
          <w:b w:val="false"/>
          <w:sz w:val="24"/>
          <w:lang w:val="zxx"/>
        </w:rPr>
        <w:t>held-</w:t>
      </w:r>
      <w:r>
        <w:rPr>
          <w:b w:val="false"/>
          <w:sz w:val="24"/>
        </w:rPr>
        <w:t>⁠</w:t>
      </w:r>
      <w:r>
        <w:rPr>
          <w:b w:val="false"/>
          <w:sz w:val="24"/>
          <w:lang w:val="zxx"/>
        </w:rPr>
        <w:t>two-</w:t>
      </w:r>
      <w:r>
        <w:rPr>
          <w:b w:val="false"/>
          <w:sz w:val="24"/>
        </w:rPr>
        <w:t>⁠</w:t>
      </w:r>
      <w:r>
        <w:rPr>
          <w:b w:val="false"/>
          <w:sz w:val="24"/>
          <w:lang w:val="zxx"/>
        </w:rPr>
        <w:t>pages.</w:t>
      </w:r>
      <w:r>
        <w:rPr>
          <w:b w:val="false"/>
          <w:sz w:val="24"/>
        </w:rPr>
        <w:t xml:space="preserve"> Владение </w:t>
      </w:r>
      <w:r>
        <w:rPr>
          <w:b w:val="false"/>
          <w:sz w:val="24"/>
          <w:lang w:val="zxx"/>
        </w:rPr>
        <w:t>real</w:t>
      </w:r>
      <w:r>
        <w:rPr>
          <w:b w:val="false"/>
          <w:sz w:val="24"/>
        </w:rPr>
        <w:t xml:space="preserve"> выдано при </w:t>
      </w:r>
      <w:r>
        <w:rPr>
          <w:b w:val="false"/>
          <w:sz w:val="24"/>
          <w:lang w:val="zxx"/>
        </w:rPr>
        <w:t>uptimeMs=50000</w:t>
      </w:r>
      <w:r>
        <w:rPr>
          <w:b w:val="false"/>
          <w:sz w:val="24"/>
        </w:rPr>
        <w:t xml:space="preserve">, действующего сеанса нет; единственный ресурс </w:t>
      </w:r>
      <w:r>
        <w:rPr>
          <w:b w:val="false"/>
          <w:sz w:val="24"/>
          <w:lang w:val="zxx"/>
        </w:rPr>
        <w:t>off.</w:t>
      </w:r>
      <w:r>
        <w:rPr>
          <w:b w:val="false"/>
          <w:sz w:val="24"/>
        </w:rPr>
        <w:t xml:space="preserve"> Снимок фиксируется в этом состоянии и передается двумя страницами.</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to="00000000000000000000000000200001"</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&lt;state snapshotId="00000000000000000000000000200001" stateRevision="31"</w:t>
      </w:r>
    </w:p>
    <w:p>
      <w:pPr>
        <w:pStyle w:val="ProtocolXML"/>
        <w:keepNext w:val="true"/>
        <w:keepLines/>
        <w:suppressAutoHyphens w:val="true"/>
        <w:spacing w:lineRule="auto" w:line="360"/>
        <w:ind w:start="454" w:hanging="0"/>
        <w:jc w:val="start"/>
        <w:rPr/>
      </w:pPr>
      <w:r>
        <w:rPr>
          <w:b w:val="false"/>
          <w:sz w:val="24"/>
          <w:lang w:val="zxx"/>
        </w:rPr>
        <w:t>eventSeq="207" capabilityRevision="4" uptimeMs="50000" resourceCount="1"</w:t>
      </w:r>
    </w:p>
    <w:p>
      <w:pPr>
        <w:pStyle w:val="ProtocolXML"/>
        <w:keepNext w:val="true"/>
        <w:keepLines/>
        <w:suppressAutoHyphens w:val="true"/>
        <w:spacing w:lineRule="auto" w:line="360"/>
        <w:ind w:start="454" w:hanging="0"/>
        <w:jc w:val="start"/>
        <w:rPr/>
      </w:pPr>
      <w:r>
        <w:rPr>
          <w:b w:val="false"/>
          <w:sz w:val="24"/>
          <w:lang w:val="zxx"/>
        </w:rPr>
        <w:t>alarmCount="0" sessionCount="0" more="true" cursor="resources"&gt;</w:t>
      </w:r>
    </w:p>
    <w:p>
      <w:pPr>
        <w:pStyle w:val="ProtocolXML"/>
        <w:keepNext w:val="true"/>
        <w:keepLines/>
        <w:suppressAutoHyphens w:val="true"/>
        <w:spacing w:lineRule="auto" w:line="360"/>
        <w:ind w:start="454" w:hanging="0"/>
        <w:jc w:val="start"/>
        <w:rPr/>
      </w:pPr>
      <w:r>
        <w:rPr>
          <w:b w:val="false"/>
          <w:sz w:val="24"/>
          <w:lang w:val="zxx"/>
        </w:rPr>
        <w:t>&lt;configuration configRevision="7" appliedRevision="7" onControlLoss="finish"/&gt;</w:t>
      </w:r>
    </w:p>
    <w:p>
      <w:pPr>
        <w:pStyle w:val="ProtocolXML"/>
        <w:keepNext w:val="true"/>
        <w:keepLines/>
        <w:suppressAutoHyphens w:val="true"/>
        <w:spacing w:lineRule="auto" w:line="360"/>
        <w:ind w:start="454" w:hanging="0"/>
        <w:jc w:val="start"/>
        <w:rPr/>
      </w:pPr>
      <w:r>
        <w:rPr>
          <w:b w:val="false"/>
          <w:sz w:val="24"/>
          <w:lang w:val="zxx"/>
        </w:rPr>
        <w:t>&lt;ownership state="held" principalId="00000000000000000000000000000082"</w:t>
      </w:r>
    </w:p>
    <w:p>
      <w:pPr>
        <w:pStyle w:val="ProtocolXML"/>
        <w:keepNext w:val="true"/>
        <w:keepLines/>
        <w:suppressAutoHyphens w:val="true"/>
        <w:spacing w:lineRule="auto" w:line="360"/>
        <w:ind w:start="680" w:hanging="0"/>
        <w:jc w:val="start"/>
        <w:rPr/>
      </w:pPr>
      <w:r>
        <w:rPr>
          <w:b w:val="false"/>
          <w:sz w:val="24"/>
          <w:lang w:val="zxx"/>
        </w:rPr>
        <w:t>controlEpoch="00000000000000000000000000000091" purpose="real"</w:t>
      </w:r>
    </w:p>
    <w:p>
      <w:pPr>
        <w:pStyle w:val="ProtocolXML"/>
        <w:keepNext w:val="true"/>
        <w:keepLines/>
        <w:suppressAutoHyphens w:val="true"/>
        <w:spacing w:lineRule="auto" w:line="360"/>
        <w:ind w:start="680" w:hanging="0"/>
        <w:jc w:val="start"/>
        <w:rPr/>
      </w:pPr>
      <w:r>
        <w:rPr>
          <w:b w:val="false"/>
          <w:sz w:val="24"/>
          <w:lang w:val="zxx"/>
        </w:rPr>
        <w:t>idleDeadlineMs="60000"/&gt;</w:t>
      </w:r>
    </w:p>
    <w:p>
      <w:pPr>
        <w:pStyle w:val="ProtocolXML"/>
        <w:keepNext w:val="true"/>
        <w:keepLines/>
        <w:suppressAutoHyphens w:val="true"/>
        <w:spacing w:lineRule="auto" w:line="360"/>
        <w:ind w:start="454" w:hanging="0"/>
        <w:jc w:val="start"/>
        <w:rPr/>
      </w:pPr>
      <w:r>
        <w:rPr>
          <w:b w:val="false"/>
          <w:sz w:val="24"/>
          <w:lang w:val="zxx"/>
        </w:rPr>
        <w:t>&lt;recovery state="ready"/&gt;</w:t>
      </w:r>
    </w:p>
    <w:p>
      <w:pPr>
        <w:pStyle w:val="ProtocolXML"/>
        <w:keepNext w:val="true"/>
        <w:keepLines/>
        <w:suppressAutoHyphens w:val="true"/>
        <w:spacing w:lineRule="auto" w:line="360"/>
        <w:ind w:start="227" w:hanging="0"/>
        <w:jc w:val="start"/>
        <w:rPr/>
      </w:pPr>
      <w:r>
        <w:rPr>
          <w:b w:val="false"/>
          <w:sz w:val="24"/>
          <w:lang w:val="zxx"/>
        </w:rPr>
        <w:t>&lt;/state&gt;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В.172 Состояние с владельцем: страница 2, запрос</w:t>
      </w:r>
    </w:p>
    <w:p>
      <w:pPr>
        <w:pStyle w:val="Normal"/>
        <w:keepNext w:val="true"/>
        <w:jc w:val="start"/>
        <w:rPr/>
      </w:pPr>
      <w:r>
        <w:rPr>
          <w:b w:val="false"/>
          <w:sz w:val="24"/>
        </w:rPr>
        <w:t xml:space="preserve">Сценарий </w:t>
      </w:r>
      <w:r>
        <w:rPr>
          <w:b w:val="false"/>
          <w:sz w:val="24"/>
          <w:lang w:val="zxx"/>
        </w:rPr>
        <w:t>state-</w:t>
      </w:r>
      <w:r>
        <w:rPr>
          <w:b w:val="false"/>
          <w:sz w:val="24"/>
        </w:rPr>
        <w:t>⁠</w:t>
      </w:r>
      <w:r>
        <w:rPr>
          <w:b w:val="false"/>
          <w:sz w:val="24"/>
          <w:lang w:val="zxx"/>
        </w:rPr>
        <w:t>held-</w:t>
      </w:r>
      <w:r>
        <w:rPr>
          <w:b w:val="false"/>
          <w:sz w:val="24"/>
        </w:rPr>
        <w:t>⁠</w:t>
      </w:r>
      <w:r>
        <w:rPr>
          <w:b w:val="false"/>
          <w:sz w:val="24"/>
          <w:lang w:val="zxx"/>
        </w:rPr>
        <w:t>two-</w:t>
      </w:r>
      <w:r>
        <w:rPr>
          <w:b w:val="false"/>
          <w:sz w:val="24"/>
        </w:rPr>
        <w:t>⁠</w:t>
      </w:r>
      <w:r>
        <w:rPr>
          <w:b w:val="false"/>
          <w:sz w:val="24"/>
          <w:lang w:val="zxx"/>
        </w:rPr>
        <w:t>pages.</w:t>
      </w:r>
      <w:r>
        <w:rPr>
          <w:b w:val="false"/>
          <w:sz w:val="24"/>
        </w:rPr>
        <w:t xml:space="preserve"> Владение </w:t>
      </w:r>
      <w:r>
        <w:rPr>
          <w:b w:val="false"/>
          <w:sz w:val="24"/>
          <w:lang w:val="zxx"/>
        </w:rPr>
        <w:t>real</w:t>
      </w:r>
      <w:r>
        <w:rPr>
          <w:b w:val="false"/>
          <w:sz w:val="24"/>
        </w:rPr>
        <w:t xml:space="preserve"> выдано при </w:t>
      </w:r>
      <w:r>
        <w:rPr>
          <w:b w:val="false"/>
          <w:sz w:val="24"/>
          <w:lang w:val="zxx"/>
        </w:rPr>
        <w:t>uptimeMs=50000</w:t>
      </w:r>
      <w:r>
        <w:rPr>
          <w:b w:val="false"/>
          <w:sz w:val="24"/>
        </w:rPr>
        <w:t xml:space="preserve">, действующего сеанса нет; единственный ресурс </w:t>
      </w:r>
      <w:r>
        <w:rPr>
          <w:b w:val="false"/>
          <w:sz w:val="24"/>
          <w:lang w:val="zxx"/>
        </w:rPr>
        <w:t>off.</w:t>
      </w:r>
      <w:r>
        <w:rPr>
          <w:b w:val="false"/>
          <w:sz w:val="24"/>
        </w:rPr>
        <w:t xml:space="preserve"> Снимок фиксируется в этом состоянии и передается двумя страницами.</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id="00000000000000000000000000200002" action="device.state"</w:t>
      </w:r>
    </w:p>
    <w:p>
      <w:pPr>
        <w:pStyle w:val="ProtocolXML"/>
        <w:keepNext w:val="true"/>
        <w:keepLines/>
        <w:suppressAutoHyphens w:val="true"/>
        <w:spacing w:lineRule="auto" w:line="360"/>
        <w:ind w:start="227" w:hanging="0"/>
        <w:jc w:val="start"/>
        <w:rPr/>
      </w:pPr>
      <w:r>
        <w:rPr>
          <w:b w:val="false"/>
          <w:sz w:val="24"/>
          <w:lang w:val="zxx"/>
        </w:rPr>
        <w:t>bootId="00000000000000000000000000000073"&gt;</w:t>
      </w:r>
    </w:p>
    <w:p>
      <w:pPr>
        <w:pStyle w:val="ProtocolXML"/>
        <w:keepNext w:val="true"/>
        <w:keepLines/>
        <w:suppressAutoHyphens w:val="true"/>
        <w:spacing w:lineRule="auto" w:line="360"/>
        <w:ind w:start="227" w:hanging="0"/>
        <w:jc w:val="start"/>
        <w:rPr/>
      </w:pPr>
      <w:r>
        <w:rPr>
          <w:b w:val="false"/>
          <w:sz w:val="24"/>
          <w:lang w:val="zxx"/>
        </w:rPr>
        <w:t>&lt;selection snapshotId="00000000000000000000000000200001" cursor="resources"/&gt;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В.173 Состояние с владельцем: страница 2, ответ</w:t>
      </w:r>
    </w:p>
    <w:p>
      <w:pPr>
        <w:pStyle w:val="Normal"/>
        <w:keepNext w:val="true"/>
        <w:jc w:val="start"/>
        <w:rPr/>
      </w:pPr>
      <w:r>
        <w:rPr>
          <w:b w:val="false"/>
          <w:sz w:val="24"/>
        </w:rPr>
        <w:t xml:space="preserve">Сценарий </w:t>
      </w:r>
      <w:r>
        <w:rPr>
          <w:b w:val="false"/>
          <w:sz w:val="24"/>
          <w:lang w:val="zxx"/>
        </w:rPr>
        <w:t>state-</w:t>
      </w:r>
      <w:r>
        <w:rPr>
          <w:b w:val="false"/>
          <w:sz w:val="24"/>
        </w:rPr>
        <w:t>⁠</w:t>
      </w:r>
      <w:r>
        <w:rPr>
          <w:b w:val="false"/>
          <w:sz w:val="24"/>
          <w:lang w:val="zxx"/>
        </w:rPr>
        <w:t>held-</w:t>
      </w:r>
      <w:r>
        <w:rPr>
          <w:b w:val="false"/>
          <w:sz w:val="24"/>
        </w:rPr>
        <w:t>⁠</w:t>
      </w:r>
      <w:r>
        <w:rPr>
          <w:b w:val="false"/>
          <w:sz w:val="24"/>
          <w:lang w:val="zxx"/>
        </w:rPr>
        <w:t>two-</w:t>
      </w:r>
      <w:r>
        <w:rPr>
          <w:b w:val="false"/>
          <w:sz w:val="24"/>
        </w:rPr>
        <w:t>⁠</w:t>
      </w:r>
      <w:r>
        <w:rPr>
          <w:b w:val="false"/>
          <w:sz w:val="24"/>
          <w:lang w:val="zxx"/>
        </w:rPr>
        <w:t>pages.</w:t>
      </w:r>
      <w:r>
        <w:rPr>
          <w:b w:val="false"/>
          <w:sz w:val="24"/>
        </w:rPr>
        <w:t xml:space="preserve"> Владение </w:t>
      </w:r>
      <w:r>
        <w:rPr>
          <w:b w:val="false"/>
          <w:sz w:val="24"/>
          <w:lang w:val="zxx"/>
        </w:rPr>
        <w:t>real</w:t>
      </w:r>
      <w:r>
        <w:rPr>
          <w:b w:val="false"/>
          <w:sz w:val="24"/>
        </w:rPr>
        <w:t xml:space="preserve"> выдано при </w:t>
      </w:r>
      <w:r>
        <w:rPr>
          <w:b w:val="false"/>
          <w:sz w:val="24"/>
          <w:lang w:val="zxx"/>
        </w:rPr>
        <w:t>uptimeMs=50000</w:t>
      </w:r>
      <w:r>
        <w:rPr>
          <w:b w:val="false"/>
          <w:sz w:val="24"/>
        </w:rPr>
        <w:t xml:space="preserve">, действующего сеанса нет; единственный ресурс </w:t>
      </w:r>
      <w:r>
        <w:rPr>
          <w:b w:val="false"/>
          <w:sz w:val="24"/>
          <w:lang w:val="zxx"/>
        </w:rPr>
        <w:t>off.</w:t>
      </w:r>
      <w:r>
        <w:rPr>
          <w:b w:val="false"/>
          <w:sz w:val="24"/>
        </w:rPr>
        <w:t xml:space="preserve"> Снимок фиксируется в этом состоянии и передается двумя страницами.</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to="00000000000000000000000000200002"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&lt;state snapshotId="00000000000000000000000000200001" stateRevision="31"</w:t>
      </w:r>
    </w:p>
    <w:p>
      <w:pPr>
        <w:pStyle w:val="ProtocolXML"/>
        <w:keepNext w:val="true"/>
        <w:keepLines/>
        <w:suppressAutoHyphens w:val="true"/>
        <w:spacing w:lineRule="auto" w:line="360"/>
        <w:ind w:start="454" w:hanging="0"/>
        <w:jc w:val="start"/>
        <w:rPr/>
      </w:pPr>
      <w:r>
        <w:rPr>
          <w:b w:val="false"/>
          <w:sz w:val="24"/>
          <w:lang w:val="zxx"/>
        </w:rPr>
        <w:t>eventSeq="207" capabilityRevision="4" uptimeMs="50000" resourceCount="1"</w:t>
      </w:r>
    </w:p>
    <w:p>
      <w:pPr>
        <w:pStyle w:val="ProtocolXML"/>
        <w:keepNext w:val="true"/>
        <w:keepLines/>
        <w:suppressAutoHyphens w:val="true"/>
        <w:spacing w:lineRule="auto" w:line="360"/>
        <w:ind w:start="454" w:hanging="0"/>
        <w:jc w:val="start"/>
        <w:rPr/>
      </w:pPr>
      <w:r>
        <w:rPr>
          <w:b w:val="false"/>
          <w:sz w:val="24"/>
          <w:lang w:val="zxx"/>
        </w:rPr>
        <w:t>alarmCount="0" sessionCount="0" more="false"&gt;</w:t>
      </w:r>
    </w:p>
    <w:p>
      <w:pPr>
        <w:pStyle w:val="ProtocolXML"/>
        <w:keepNext w:val="true"/>
        <w:keepLines/>
        <w:suppressAutoHyphens w:val="true"/>
        <w:spacing w:lineRule="auto" w:line="360"/>
        <w:ind w:start="454" w:hanging="0"/>
        <w:jc w:val="start"/>
        <w:rPr/>
      </w:pPr>
      <w:r>
        <w:rPr>
          <w:b w:val="false"/>
          <w:sz w:val="24"/>
          <w:lang w:val="zxx"/>
        </w:rPr>
        <w:t>&lt;resource id="ou1" output="off" evidence="reportedMode" observedAtMs="49900"/&gt;</w:t>
      </w:r>
    </w:p>
    <w:p>
      <w:pPr>
        <w:pStyle w:val="ProtocolXML"/>
        <w:keepNext w:val="true"/>
        <w:keepLines/>
        <w:suppressAutoHyphens w:val="true"/>
        <w:spacing w:lineRule="auto" w:line="360"/>
        <w:ind w:start="227" w:hanging="0"/>
        <w:jc w:val="start"/>
        <w:rPr/>
      </w:pPr>
      <w:r>
        <w:rPr>
          <w:b w:val="false"/>
          <w:sz w:val="24"/>
          <w:lang w:val="zxx"/>
        </w:rPr>
        <w:t>&lt;/state&gt;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В.174 Подготовка следующего источника в речевом сеансе</w:t>
      </w:r>
    </w:p>
    <w:p>
      <w:pPr>
        <w:pStyle w:val="Normal"/>
        <w:keepNext w:val="true"/>
        <w:jc w:val="start"/>
        <w:rPr/>
      </w:pPr>
      <w:r>
        <w:rPr>
          <w:b w:val="false"/>
          <w:sz w:val="24"/>
          <w:lang w:val="zxx"/>
        </w:rPr>
        <w:t>sourceSwitch=true</w:t>
      </w:r>
      <w:r>
        <w:rPr>
          <w:b w:val="false"/>
          <w:sz w:val="24"/>
        </w:rPr>
        <w:t xml:space="preserve"> объявлен; прежний источник </w:t>
      </w:r>
      <w:r>
        <w:rPr>
          <w:b w:val="false"/>
          <w:sz w:val="24"/>
          <w:lang w:val="zxx"/>
        </w:rPr>
        <w:t>paused.</w:t>
      </w:r>
      <w:r>
        <w:rPr>
          <w:b w:val="false"/>
          <w:sz w:val="24"/>
        </w:rPr>
        <w:t xml:space="preserve"> Владение и исполнение сохраняются, </w:t>
      </w:r>
      <w:r>
        <w:rPr>
          <w:b w:val="false"/>
          <w:sz w:val="24"/>
          <w:lang w:val="zxx"/>
        </w:rPr>
        <w:t>mediaId</w:t>
      </w:r>
      <w:r>
        <w:rPr>
          <w:b w:val="false"/>
          <w:sz w:val="24"/>
        </w:rPr>
        <w:t xml:space="preserve"> и ключ нового источника должны быть свежими.</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id="0000000000000000000000000000ac01" action="audio.prepare"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cmdSeq="11"&gt;</w:t>
      </w:r>
    </w:p>
    <w:p>
      <w:pPr>
        <w:pStyle w:val="ProtocolXML"/>
        <w:keepNext w:val="true"/>
        <w:keepLines/>
        <w:suppressAutoHyphens w:val="true"/>
        <w:spacing w:lineRule="auto" w:line="360"/>
        <w:ind w:start="227" w:hanging="0"/>
        <w:jc w:val="start"/>
        <w:rPr/>
      </w:pPr>
      <w:r>
        <w:rPr>
          <w:b w:val="false"/>
          <w:sz w:val="24"/>
          <w:lang w:val="zxx"/>
        </w:rPr>
        <w:t>&lt;stream startup="outputReady"</w:t>
      </w:r>
    </w:p>
    <w:p>
      <w:pPr>
        <w:pStyle w:val="ProtocolXML"/>
        <w:keepNext w:val="true"/>
        <w:keepLines/>
        <w:suppressAutoHyphens w:val="true"/>
        <w:spacing w:lineRule="auto" w:line="360"/>
        <w:ind w:start="0" w:hanging="0"/>
        <w:jc w:val="start"/>
        <w:rPr/>
      </w:pPr>
      <w:r>
        <w:rPr>
          <w:b w:val="false"/>
          <w:sz w:val="24"/>
          <w:lang w:val="zxx"/>
        </w:rPr>
        <w:t>key="1111111111111111111111111111111111111111111111111111111111111111"</w:t>
      </w:r>
    </w:p>
    <w:p>
      <w:pPr>
        <w:pStyle w:val="ProtocolXML"/>
        <w:keepNext w:val="true"/>
        <w:keepLines/>
        <w:suppressAutoHyphens w:val="true"/>
        <w:spacing w:lineRule="auto" w:line="360"/>
        <w:ind w:start="454" w:hanging="0"/>
        <w:jc w:val="start"/>
        <w:rPr/>
      </w:pPr>
      <w:r>
        <w:rPr>
          <w:b w:val="false"/>
          <w:sz w:val="24"/>
          <w:lang w:val="zxx"/>
        </w:rPr>
        <w:t>source="microphone" sampleRate="8000" holdOutput="true"</w:t>
      </w:r>
    </w:p>
    <w:p>
      <w:pPr>
        <w:pStyle w:val="ProtocolXML"/>
        <w:keepNext w:val="true"/>
        <w:keepLines/>
        <w:suppressAutoHyphens w:val="true"/>
        <w:spacing w:lineRule="auto" w:line="360"/>
        <w:ind w:start="454" w:hanging="0"/>
        <w:jc w:val="start"/>
        <w:rPr/>
      </w:pPr>
      <w:r>
        <w:rPr>
          <w:b w:val="false"/>
          <w:sz w:val="24"/>
          <w:lang w:val="zxx"/>
        </w:rPr>
        <w:t>sessionId="00000000000000000000000000000101" codec="PCMA"</w:t>
      </w:r>
    </w:p>
    <w:p>
      <w:pPr>
        <w:pStyle w:val="ProtocolXML"/>
        <w:keepNext w:val="true"/>
        <w:keepLines/>
        <w:suppressAutoHyphens w:val="true"/>
        <w:spacing w:lineRule="auto" w:line="360"/>
        <w:ind w:start="454" w:hanging="0"/>
        <w:jc w:val="start"/>
        <w:rPr/>
      </w:pPr>
      <w:r>
        <w:rPr>
          <w:b w:val="false"/>
          <w:sz w:val="24"/>
          <w:lang w:val="zxx"/>
        </w:rPr>
        <w:t>packetMs="20" ssrc="01234567" firstSeq="0" firstTimestamp="0"&gt;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680" w:hanging="0"/>
        <w:jc w:val="start"/>
        <w:rPr/>
      </w:pPr>
      <w:r>
        <w:rPr>
          <w:b w:val="false"/>
          <w:sz w:val="24"/>
          <w:lang w:val="zxx"/>
        </w:rPr>
        <w:t>&lt;resource id="ou1" bindingGeneration="2"/&gt;</w:t>
      </w:r>
    </w:p>
    <w:p>
      <w:pPr>
        <w:pStyle w:val="ProtocolXML"/>
        <w:keepNext w:val="true"/>
        <w:keepLines/>
        <w:suppressAutoHyphens w:val="true"/>
        <w:spacing w:lineRule="auto" w:line="360"/>
        <w:ind w:start="454" w:hanging="0"/>
        <w:jc w:val="start"/>
        <w:rPr/>
      </w:pPr>
      <w:r>
        <w:rPr>
          <w:b w:val="false"/>
          <w:sz w:val="24"/>
          <w:lang w:val="zxx"/>
        </w:rPr>
        <w:t>&lt;/resources&gt;</w:t>
      </w:r>
    </w:p>
    <w:p>
      <w:pPr>
        <w:pStyle w:val="ProtocolXML"/>
        <w:keepNext w:val="true"/>
        <w:keepLines/>
        <w:suppressAutoHyphens w:val="true"/>
        <w:spacing w:lineRule="auto" w:line="360"/>
        <w:ind w:start="454" w:hanging="0"/>
        <w:jc w:val="start"/>
        <w:rPr/>
      </w:pPr>
      <w:r>
        <w:rPr>
          <w:b w:val="false"/>
          <w:sz w:val="24"/>
          <w:lang w:val="zxx"/>
        </w:rPr>
        <w:t>&lt;route sourceAddress="192.0.2.1" destinationAddress="192.0.2.2"</w:t>
      </w:r>
    </w:p>
    <w:p>
      <w:pPr>
        <w:pStyle w:val="ProtocolXML"/>
        <w:keepNext w:val="true"/>
        <w:keepLines/>
        <w:suppressAutoHyphens w:val="true"/>
        <w:spacing w:lineRule="auto" w:line="360"/>
        <w:ind w:start="680" w:hanging="0"/>
        <w:jc w:val="start"/>
        <w:rPr/>
      </w:pPr>
      <w:r>
        <w:rPr>
          <w:b w:val="false"/>
          <w:sz w:val="24"/>
          <w:lang w:val="zxx"/>
        </w:rPr>
        <w:t>sourcePort="5004" destinationPort="5004" ttl="1"/&gt;</w:t>
      </w:r>
    </w:p>
    <w:p>
      <w:pPr>
        <w:pStyle w:val="ProtocolXML"/>
        <w:keepNext w:val="true"/>
        <w:keepLines/>
        <w:suppressAutoHyphens w:val="true"/>
        <w:spacing w:lineRule="auto" w:line="360"/>
        <w:ind w:start="454" w:hanging="0"/>
        <w:jc w:val="start"/>
        <w:rPr/>
      </w:pPr>
      <w:r>
        <w:rPr>
          <w:b w:val="false"/>
          <w:sz w:val="24"/>
          <w:lang w:val="zxx"/>
        </w:rPr>
        <w:t>&lt;buffer initialMs="400" maxMs="1000"/&gt;</w:t>
      </w:r>
    </w:p>
    <w:p>
      <w:pPr>
        <w:pStyle w:val="ProtocolXML"/>
        <w:keepNext w:val="true"/>
        <w:keepLines/>
        <w:suppressAutoHyphens w:val="true"/>
        <w:spacing w:lineRule="auto" w:line="360"/>
        <w:ind w:start="227" w:hanging="0"/>
        <w:jc w:val="start"/>
        <w:rPr/>
      </w:pPr>
      <w:r>
        <w:rPr>
          <w:b w:val="false"/>
          <w:sz w:val="24"/>
          <w:lang w:val="zxx"/>
        </w:rPr>
        <w:t>&lt;/stream&gt;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В.175 Пауза источника без отбоя</w:t>
      </w:r>
    </w:p>
    <w:p>
      <w:pPr>
        <w:pStyle w:val="Normal"/>
        <w:keepNext w:val="true"/>
        <w:jc w:val="start"/>
        <w:rPr/>
      </w:pPr>
      <w:r>
        <w:rPr>
          <w:b w:val="false"/>
          <w:sz w:val="24"/>
        </w:rPr>
        <w:t xml:space="preserve">Меняется только источник в одном подтвержденном речевом сеансе. Команда владельца с обычным </w:t>
      </w:r>
      <w:r>
        <w:rPr>
          <w:b w:val="false"/>
          <w:sz w:val="24"/>
          <w:lang w:val="zxx"/>
        </w:rPr>
        <w:t>cmdSeq.</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id="0000000000000000000000000000ac02" action="audio.pause"</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cmdSeq="11"&gt;</w:t>
      </w:r>
    </w:p>
    <w:p>
      <w:pPr>
        <w:pStyle w:val="ProtocolXML"/>
        <w:keepNext w:val="true"/>
        <w:keepLines/>
        <w:suppressAutoHyphens w:val="true"/>
        <w:spacing w:lineRule="auto" w:line="360"/>
        <w:ind w:start="227" w:hanging="0"/>
        <w:jc w:val="start"/>
        <w:rPr/>
      </w:pPr>
      <w:r>
        <w:rPr>
          <w:b w:val="false"/>
          <w:sz w:val="24"/>
          <w:lang w:val="zxx"/>
        </w:rPr>
        <w:t>&lt;stream mediaId="00000000000000000000000000000111"</w:t>
      </w:r>
    </w:p>
    <w:p>
      <w:pPr>
        <w:pStyle w:val="ProtocolXML"/>
        <w:keepNext w:val="true"/>
        <w:keepLines/>
        <w:suppressAutoHyphens w:val="true"/>
        <w:spacing w:lineRule="auto" w:line="360"/>
        <w:ind w:start="454" w:hanging="0"/>
        <w:jc w:val="start"/>
        <w:rPr/>
      </w:pPr>
      <w:r>
        <w:rPr>
          <w:b w:val="false"/>
          <w:sz w:val="24"/>
          <w:lang w:val="zxx"/>
        </w:rPr>
        <w:t>sessionId="00000000000000000000000000000101"/&gt;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В.176 Ответ: Пауза источника без отбоя</w:t>
      </w:r>
    </w:p>
    <w:p>
      <w:pPr>
        <w:pStyle w:val="Normal"/>
        <w:keepNext w:val="true"/>
        <w:jc w:val="start"/>
        <w:rPr/>
      </w:pPr>
      <w:r>
        <w:rPr>
          <w:b w:val="false"/>
          <w:sz w:val="24"/>
        </w:rPr>
        <w:t xml:space="preserve">Меняется только источник в одном подтвержденном речевом сеансе. Команда владельца с обычным </w:t>
      </w:r>
      <w:r>
        <w:rPr>
          <w:b w:val="false"/>
          <w:sz w:val="24"/>
          <w:lang w:val="zxx"/>
        </w:rPr>
        <w:t>cmdSeq.</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to="0000000000000000000000000000ac02"</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&lt;paused mediaId="00000000000000000000000000000111"</w:t>
      </w:r>
    </w:p>
    <w:p>
      <w:pPr>
        <w:pStyle w:val="ProtocolXML"/>
        <w:keepNext w:val="true"/>
        <w:keepLines/>
        <w:suppressAutoHyphens w:val="true"/>
        <w:spacing w:lineRule="auto" w:line="360"/>
        <w:ind w:start="454" w:hanging="0"/>
        <w:jc w:val="start"/>
        <w:rPr/>
      </w:pPr>
      <w:r>
        <w:rPr>
          <w:b w:val="false"/>
          <w:sz w:val="24"/>
          <w:lang w:val="zxx"/>
        </w:rPr>
        <w:t>sessionId="00000000000000000000000000000101" startSeq="2"/&gt;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В.177 Запуск следующего источника без включения ОУ</w:t>
      </w:r>
    </w:p>
    <w:p>
      <w:pPr>
        <w:pStyle w:val="Normal"/>
        <w:keepNext w:val="true"/>
        <w:jc w:val="start"/>
        <w:rPr/>
      </w:pPr>
      <w:r>
        <w:rPr>
          <w:b w:val="false"/>
          <w:sz w:val="24"/>
        </w:rPr>
        <w:t xml:space="preserve">Меняется только источник в одном подтвержденном речевом сеансе. Команда владельца с обычным </w:t>
      </w:r>
      <w:r>
        <w:rPr>
          <w:b w:val="false"/>
          <w:sz w:val="24"/>
          <w:lang w:val="zxx"/>
        </w:rPr>
        <w:t>cmdSeq.</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id="0000000000000000000000000000ac03" action="audio.start"</w:t>
      </w:r>
    </w:p>
    <w:p>
      <w:pPr>
        <w:pStyle w:val="ProtocolXML"/>
        <w:keepNext w:val="true"/>
        <w:keepLines/>
        <w:suppressAutoHyphens w:val="true"/>
        <w:spacing w:lineRule="auto" w:line="360"/>
        <w:ind w:start="227" w:hanging="0"/>
        <w:jc w:val="start"/>
        <w:rPr/>
      </w:pPr>
      <w:r>
        <w:rPr>
          <w:b w:val="false"/>
          <w:sz w:val="24"/>
          <w:lang w:val="zxx"/>
        </w:rPr>
        <w:t>bootId="00000000000000000000000000000073"</w:t>
      </w:r>
    </w:p>
    <w:p>
      <w:pPr>
        <w:pStyle w:val="ProtocolXML"/>
        <w:keepNext w:val="true"/>
        <w:keepLines/>
        <w:suppressAutoHyphens w:val="true"/>
        <w:spacing w:lineRule="auto" w:line="360"/>
        <w:ind w:start="227" w:hanging="0"/>
        <w:jc w:val="start"/>
        <w:rPr/>
      </w:pPr>
      <w:r>
        <w:rPr>
          <w:b w:val="false"/>
          <w:sz w:val="24"/>
          <w:lang w:val="zxx"/>
        </w:rPr>
        <w:t>controlEpoch="00000000000000000000000000000091" cmdSeq="11"&gt;</w:t>
      </w:r>
    </w:p>
    <w:p>
      <w:pPr>
        <w:pStyle w:val="ProtocolXML"/>
        <w:keepNext w:val="true"/>
        <w:keepLines/>
        <w:suppressAutoHyphens w:val="true"/>
        <w:spacing w:lineRule="auto" w:line="360"/>
        <w:ind w:start="227" w:hanging="0"/>
        <w:jc w:val="start"/>
        <w:rPr/>
      </w:pPr>
      <w:r>
        <w:rPr>
          <w:b w:val="false"/>
          <w:sz w:val="24"/>
          <w:lang w:val="zxx"/>
        </w:rPr>
        <w:t>&lt;stream mediaId="00000000000000000000000000000111"</w:t>
      </w:r>
    </w:p>
    <w:p>
      <w:pPr>
        <w:pStyle w:val="ProtocolXML"/>
        <w:keepNext w:val="true"/>
        <w:keepLines/>
        <w:suppressAutoHyphens w:val="true"/>
        <w:spacing w:lineRule="auto" w:line="360"/>
        <w:ind w:start="454" w:hanging="0"/>
        <w:jc w:val="start"/>
        <w:rPr/>
      </w:pPr>
      <w:r>
        <w:rPr>
          <w:b w:val="false"/>
          <w:sz w:val="24"/>
          <w:lang w:val="zxx"/>
        </w:rPr>
        <w:t>sessionId="00000000000000000000000000000101"/&gt;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В.178 Ответ: Запуск следующего источника без включения ОУ</w:t>
      </w:r>
    </w:p>
    <w:p>
      <w:pPr>
        <w:pStyle w:val="Normal"/>
        <w:keepNext w:val="true"/>
        <w:jc w:val="start"/>
        <w:rPr/>
      </w:pPr>
      <w:r>
        <w:rPr>
          <w:b w:val="false"/>
          <w:sz w:val="24"/>
        </w:rPr>
        <w:t xml:space="preserve">Меняется только источник в одном подтвержденном речевом сеансе. Команда владельца с обычным </w:t>
      </w:r>
      <w:r>
        <w:rPr>
          <w:b w:val="false"/>
          <w:sz w:val="24"/>
          <w:lang w:val="zxx"/>
        </w:rPr>
        <w:t>cmdSeq.</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to="0000000000000000000000000000ac03"</w:t>
      </w:r>
    </w:p>
    <w:p>
      <w:pPr>
        <w:pStyle w:val="ProtocolXML"/>
        <w:keepNext w:val="true"/>
        <w:keepLines/>
        <w:suppressAutoHyphens w:val="true"/>
        <w:spacing w:lineRule="auto" w:line="360"/>
        <w:ind w:start="227" w:hanging="0"/>
        <w:jc w:val="start"/>
        <w:rPr/>
      </w:pPr>
      <w:r>
        <w:rPr>
          <w:b w:val="false"/>
          <w:sz w:val="24"/>
          <w:lang w:val="zxx"/>
        </w:rPr>
        <w:t>bootId="00000000000000000000000000000073" status="ok"&gt;</w:t>
      </w:r>
    </w:p>
    <w:p>
      <w:pPr>
        <w:pStyle w:val="ProtocolXML"/>
        <w:keepNext w:val="true"/>
        <w:keepLines/>
        <w:suppressAutoHyphens w:val="true"/>
        <w:spacing w:lineRule="auto" w:line="360"/>
        <w:ind w:start="227" w:hanging="0"/>
        <w:jc w:val="start"/>
        <w:rPr/>
      </w:pPr>
      <w:r>
        <w:rPr>
          <w:b w:val="false"/>
          <w:sz w:val="24"/>
          <w:lang w:val="zxx"/>
        </w:rPr>
        <w:t>&lt;started mediaId="00000000000000000000000000000111"</w:t>
      </w:r>
    </w:p>
    <w:p>
      <w:pPr>
        <w:pStyle w:val="ProtocolXML"/>
        <w:keepNext w:val="true"/>
        <w:keepLines/>
        <w:suppressAutoHyphens w:val="true"/>
        <w:spacing w:lineRule="auto" w:line="360"/>
        <w:ind w:start="454" w:hanging="0"/>
        <w:jc w:val="start"/>
        <w:rPr/>
      </w:pPr>
      <w:r>
        <w:rPr>
          <w:b w:val="false"/>
          <w:sz w:val="24"/>
          <w:lang w:val="zxx"/>
        </w:rPr>
        <w:t>sessionId="00000000000000000000000000000101" startSeq="2"/&gt;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В.179 Замена прочитанного снимка датчиков</w:t>
      </w:r>
    </w:p>
    <w:p>
      <w:pPr>
        <w:pStyle w:val="Normal"/>
        <w:keepNext w:val="true"/>
        <w:jc w:val="start"/>
        <w:rPr/>
      </w:pPr>
      <w:r>
        <w:rPr>
          <w:b w:val="false"/>
          <w:sz w:val="24"/>
        </w:rPr>
        <w:t xml:space="preserve">УУ объявило </w:t>
      </w:r>
      <w:r>
        <w:rPr>
          <w:b w:val="false"/>
          <w:sz w:val="24"/>
          <w:lang w:val="zxx"/>
        </w:rPr>
        <w:t>limit</w:t>
      </w:r>
      <w:r>
        <w:rPr>
          <w:b w:val="false"/>
          <w:sz w:val="24"/>
        </w:rPr>
        <w:t xml:space="preserve"> </w:t>
      </w:r>
      <w:r>
        <w:rPr>
          <w:b w:val="false"/>
          <w:sz w:val="24"/>
          <w:lang w:val="zxx"/>
        </w:rPr>
        <w:t>snapshotReplace=1.</w:t>
      </w:r>
      <w:r>
        <w:rPr>
          <w:b w:val="false"/>
          <w:sz w:val="24"/>
        </w:rPr>
        <w:t xml:space="preserve"> Предыдущий снимок с той же выборкой полностью обработан; </w:t>
      </w:r>
      <w:r>
        <w:rPr>
          <w:b w:val="false"/>
          <w:sz w:val="24"/>
          <w:lang w:val="zxx"/>
        </w:rPr>
        <w:t>replaces</w:t>
      </w:r>
      <w:r>
        <w:rPr>
          <w:b w:val="false"/>
          <w:sz w:val="24"/>
        </w:rPr>
        <w:t xml:space="preserve"> разрешает освободить только его. Непрочитанные снимки остаются действительными.</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id="dddddddddddddddddddddddddddddddd" action="sensors.read"</w:t>
      </w:r>
    </w:p>
    <w:p>
      <w:pPr>
        <w:pStyle w:val="ProtocolXML"/>
        <w:keepNext w:val="true"/>
        <w:keepLines/>
        <w:suppressAutoHyphens w:val="true"/>
        <w:spacing w:lineRule="auto" w:line="360"/>
        <w:ind w:start="227" w:hanging="0"/>
        <w:jc w:val="start"/>
        <w:rPr/>
      </w:pPr>
      <w:r>
        <w:rPr>
          <w:b w:val="false"/>
          <w:sz w:val="24"/>
          <w:lang w:val="zxx"/>
        </w:rPr>
        <w:t>bootId="77777777777777777777777777777777"&gt;</w:t>
      </w:r>
    </w:p>
    <w:p>
      <w:pPr>
        <w:pStyle w:val="ProtocolXML"/>
        <w:keepNext w:val="true"/>
        <w:keepLines/>
        <w:suppressAutoHyphens w:val="true"/>
        <w:spacing w:lineRule="auto" w:line="360"/>
        <w:ind w:start="227" w:hanging="0"/>
        <w:jc w:val="start"/>
        <w:rPr/>
      </w:pPr>
      <w:r>
        <w:rPr>
          <w:b w:val="false"/>
          <w:sz w:val="24"/>
          <w:lang w:val="zxx"/>
        </w:rPr>
        <w:t>&lt;selection replaces="66666666666666666666666666666666"&gt;</w:t>
      </w:r>
    </w:p>
    <w:p>
      <w:pPr>
        <w:pStyle w:val="ProtocolXML"/>
        <w:keepNext w:val="true"/>
        <w:keepLines/>
        <w:suppressAutoHyphens w:val="true"/>
        <w:spacing w:lineRule="auto" w:line="360"/>
        <w:ind w:start="454" w:hanging="0"/>
        <w:jc w:val="start"/>
        <w:rPr/>
      </w:pPr>
      <w:r>
        <w:rPr>
          <w:b w:val="false"/>
          <w:sz w:val="24"/>
          <w:lang w:val="zxx"/>
        </w:rPr>
        <w:t>&lt;point id="ou1.tamper"/&gt;</w:t>
      </w:r>
    </w:p>
    <w:p>
      <w:pPr>
        <w:pStyle w:val="ProtocolXML"/>
        <w:keepNext w:val="true"/>
        <w:keepLines/>
        <w:suppressAutoHyphens w:val="true"/>
        <w:spacing w:lineRule="auto" w:line="360"/>
        <w:ind w:start="227" w:hanging="0"/>
        <w:jc w:val="start"/>
        <w:rPr/>
      </w:pPr>
      <w:r>
        <w:rPr>
          <w:b w:val="false"/>
          <w:sz w:val="24"/>
          <w:lang w:val="zxx"/>
        </w:rPr>
        <w:t>&lt;/selection&gt;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В.180 Включение инициативной доставки</w:t>
      </w:r>
    </w:p>
    <w:p>
      <w:pPr>
        <w:pStyle w:val="Normal"/>
        <w:keepNext w:val="true"/>
        <w:jc w:val="start"/>
        <w:rPr/>
      </w:pPr>
      <w:r>
        <w:rPr>
          <w:b w:val="false"/>
          <w:sz w:val="24"/>
        </w:rPr>
        <w:t xml:space="preserve">Согласованный снимок уже обработан до </w:t>
      </w:r>
      <w:r>
        <w:rPr>
          <w:b w:val="false"/>
          <w:sz w:val="24"/>
          <w:lang w:val="zxx"/>
        </w:rPr>
        <w:t>eventSeq=41.</w:t>
      </w:r>
      <w:r>
        <w:rPr>
          <w:b w:val="false"/>
          <w:sz w:val="24"/>
        </w:rPr>
        <w:t xml:space="preserve"> Это запрос включения подписки; будущие события не требуют новых запросов.</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id="0000000000000000000000000000ee01" action="events.subscribe"</w:t>
      </w:r>
    </w:p>
    <w:p>
      <w:pPr>
        <w:pStyle w:val="ProtocolXML"/>
        <w:keepNext w:val="true"/>
        <w:keepLines/>
        <w:suppressAutoHyphens w:val="true"/>
        <w:spacing w:lineRule="auto" w:line="360"/>
        <w:ind w:start="227" w:hanging="0"/>
        <w:jc w:val="start"/>
        <w:rPr/>
      </w:pPr>
      <w:r>
        <w:rPr>
          <w:b w:val="false"/>
          <w:sz w:val="24"/>
          <w:lang w:val="zxx"/>
        </w:rPr>
        <w:t>bootId="0000000000000000000000000000ee00"&gt;</w:t>
      </w:r>
    </w:p>
    <w:p>
      <w:pPr>
        <w:pStyle w:val="ProtocolXML"/>
        <w:keepNext w:val="true"/>
        <w:keepLines/>
        <w:suppressAutoHyphens w:val="true"/>
        <w:spacing w:lineRule="auto" w:line="360"/>
        <w:ind w:start="227" w:hanging="0"/>
        <w:jc w:val="start"/>
        <w:rPr/>
      </w:pPr>
      <w:r>
        <w:rPr>
          <w:b w:val="false"/>
          <w:sz w:val="24"/>
          <w:lang w:val="zxx"/>
        </w:rPr>
        <w:t>&lt;subscription subscriptionSeq="1" afterSeq="41"/&gt;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В.181 Подписка принята</w:t>
      </w:r>
    </w:p>
    <w:p>
      <w:pPr>
        <w:pStyle w:val="Normal"/>
        <w:keepNext w:val="true"/>
        <w:jc w:val="start"/>
        <w:rPr/>
      </w:pPr>
      <w:r>
        <w:rPr>
          <w:b w:val="false"/>
          <w:sz w:val="24"/>
        </w:rPr>
        <w:t>УУ полностью отправляет этот ответ перед первым инициативным уведомлением.</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to="0000000000000000000000000000ee01"</w:t>
      </w:r>
    </w:p>
    <w:p>
      <w:pPr>
        <w:pStyle w:val="ProtocolXML"/>
        <w:keepNext w:val="true"/>
        <w:keepLines/>
        <w:suppressAutoHyphens w:val="true"/>
        <w:spacing w:lineRule="auto" w:line="360"/>
        <w:ind w:start="227" w:hanging="0"/>
        <w:jc w:val="start"/>
        <w:rPr/>
      </w:pPr>
      <w:r>
        <w:rPr>
          <w:b w:val="false"/>
          <w:sz w:val="24"/>
          <w:lang w:val="zxx"/>
        </w:rPr>
        <w:t>bootId="0000000000000000000000000000ee00" status="ok"&gt;</w:t>
      </w:r>
    </w:p>
    <w:p>
      <w:pPr>
        <w:pStyle w:val="ProtocolXML"/>
        <w:keepNext w:val="true"/>
        <w:keepLines/>
        <w:suppressAutoHyphens w:val="true"/>
        <w:spacing w:lineRule="auto" w:line="360"/>
        <w:ind w:start="227" w:hanging="0"/>
        <w:jc w:val="start"/>
        <w:rPr/>
      </w:pPr>
      <w:r>
        <w:rPr>
          <w:b w:val="false"/>
          <w:sz w:val="24"/>
          <w:lang w:val="zxx"/>
        </w:rPr>
        <w:t>&lt;subscription subscriptionSeq="1" id="0000000000000000000000000000ee10"</w:t>
      </w:r>
    </w:p>
    <w:p>
      <w:pPr>
        <w:pStyle w:val="ProtocolXML"/>
        <w:keepNext w:val="true"/>
        <w:keepLines/>
        <w:suppressAutoHyphens w:val="true"/>
        <w:spacing w:lineRule="auto" w:line="360"/>
        <w:ind w:start="454" w:hanging="0"/>
        <w:jc w:val="start"/>
        <w:rPr/>
      </w:pPr>
      <w:r>
        <w:rPr>
          <w:b w:val="false"/>
          <w:sz w:val="24"/>
          <w:lang w:val="zxx"/>
        </w:rPr>
        <w:t>afterSeq="41"/&gt;</w:t>
      </w:r>
    </w:p>
    <w:p>
      <w:pPr>
        <w:pStyle w:val="ProtocolXML"/>
        <w:keepNext w:val="false"/>
        <w:keepLines/>
        <w:suppressAutoHyphens w:val="true"/>
        <w:spacing w:lineRule="auto" w:line="360"/>
        <w:ind w:start="0" w:hanging="0"/>
        <w:jc w:val="start"/>
        <w:rPr/>
      </w:pPr>
      <w:r>
        <w:rPr>
          <w:b w:val="false"/>
          <w:sz w:val="24"/>
          <w:lang w:val="zxx"/>
        </w:rPr>
        <w:t>&lt;/response&gt;</w:t>
      </w:r>
    </w:p>
    <w:p>
      <w:pPr>
        <w:pStyle w:val="2"/>
        <w:rPr/>
      </w:pPr>
      <w:r>
        <w:rPr>
          <w:sz w:val="24"/>
        </w:rPr>
        <w:t>В.182 УУ сообщает сработку НСД</w:t>
      </w:r>
    </w:p>
    <w:p>
      <w:pPr>
        <w:pStyle w:val="Normal"/>
        <w:keepNext w:val="true"/>
        <w:jc w:val="start"/>
        <w:rPr/>
      </w:pPr>
      <w:r>
        <w:rPr>
          <w:b w:val="false"/>
          <w:sz w:val="24"/>
        </w:rPr>
        <w:t xml:space="preserve">Предыдущий курсор </w:t>
      </w:r>
      <w:r>
        <w:rPr>
          <w:b w:val="false"/>
          <w:sz w:val="24"/>
          <w:lang w:val="zxx"/>
        </w:rPr>
        <w:t>41.</w:t>
      </w:r>
      <w:r>
        <w:rPr>
          <w:b w:val="false"/>
          <w:sz w:val="24"/>
        </w:rPr>
        <w:t xml:space="preserve"> Сообщение отправлено УУ без </w:t>
      </w:r>
      <w:r>
        <w:rPr>
          <w:b w:val="false"/>
          <w:sz w:val="24"/>
          <w:lang w:val="zxx"/>
        </w:rPr>
        <w:t>events.read.</w:t>
      </w:r>
      <w:r>
        <w:rPr>
          <w:b w:val="false"/>
          <w:sz w:val="24"/>
        </w:rPr>
        <w:t xml:space="preserve"> Тот же </w:t>
      </w:r>
      <w:r>
        <w:rPr>
          <w:b w:val="false"/>
          <w:sz w:val="24"/>
          <w:lang w:val="zxx"/>
        </w:rPr>
        <w:t>alarmId</w:t>
      </w:r>
      <w:r>
        <w:rPr>
          <w:b w:val="false"/>
          <w:sz w:val="24"/>
        </w:rPr>
        <w:t xml:space="preserve"> связывает сработку и снятие.</w:t>
      </w:r>
    </w:p>
    <w:p>
      <w:pPr>
        <w:pStyle w:val="ProtocolXML"/>
        <w:keepNext w:val="true"/>
        <w:keepLines/>
        <w:suppressAutoHyphens w:val="true"/>
        <w:spacing w:lineRule="auto" w:line="360"/>
        <w:ind w:start="0" w:hanging="0"/>
        <w:jc w:val="start"/>
        <w:rPr/>
      </w:pPr>
      <w:r>
        <w:rPr>
          <w:b w:val="false"/>
          <w:sz w:val="24"/>
          <w:lang w:val="zxx"/>
        </w:rPr>
        <w:t>&lt;notification v="1" profile="open-alert-draft/0.21"</w:t>
      </w:r>
    </w:p>
    <w:p>
      <w:pPr>
        <w:pStyle w:val="ProtocolXML"/>
        <w:keepNext w:val="true"/>
        <w:keepLines/>
        <w:suppressAutoHyphens w:val="true"/>
        <w:spacing w:lineRule="auto" w:line="360"/>
        <w:ind w:start="227" w:hanging="0"/>
        <w:jc w:val="start"/>
        <w:rPr/>
      </w:pPr>
      <w:r>
        <w:rPr>
          <w:b w:val="false"/>
          <w:sz w:val="24"/>
          <w:lang w:val="zxx"/>
        </w:rPr>
        <w:t>bootId="0000000000000000000000000000ee00"</w:t>
      </w:r>
    </w:p>
    <w:p>
      <w:pPr>
        <w:pStyle w:val="ProtocolXML"/>
        <w:keepNext w:val="true"/>
        <w:keepLines/>
        <w:suppressAutoHyphens w:val="true"/>
        <w:spacing w:lineRule="auto" w:line="360"/>
        <w:ind w:start="227" w:hanging="0"/>
        <w:jc w:val="start"/>
        <w:rPr/>
      </w:pPr>
      <w:r>
        <w:rPr>
          <w:b w:val="false"/>
          <w:sz w:val="24"/>
          <w:lang w:val="zxx"/>
        </w:rPr>
        <w:t>subscriptionId="0000000000000000000000000000ee10"&gt;</w:t>
      </w:r>
    </w:p>
    <w:p>
      <w:pPr>
        <w:pStyle w:val="ProtocolXML"/>
        <w:keepNext w:val="true"/>
        <w:keepLines/>
        <w:suppressAutoHyphens w:val="true"/>
        <w:spacing w:lineRule="auto" w:line="360"/>
        <w:ind w:start="227" w:hanging="0"/>
        <w:jc w:val="start"/>
        <w:rPr/>
      </w:pPr>
      <w:r>
        <w:rPr>
          <w:b w:val="false"/>
          <w:sz w:val="24"/>
          <w:lang w:val="zxx"/>
        </w:rPr>
        <w:t>&lt;events nextSeq="42" more="false" gap="false" oldestSeq="1"&gt;</w:t>
      </w:r>
    </w:p>
    <w:p>
      <w:pPr>
        <w:pStyle w:val="ProtocolXML"/>
        <w:keepNext w:val="true"/>
        <w:keepLines/>
        <w:suppressAutoHyphens w:val="true"/>
        <w:spacing w:lineRule="auto" w:line="360"/>
        <w:ind w:start="454" w:hanging="0"/>
        <w:jc w:val="start"/>
        <w:rPr/>
      </w:pPr>
      <w:r>
        <w:rPr>
          <w:b w:val="false"/>
          <w:sz w:val="24"/>
          <w:lang w:val="zxx"/>
        </w:rPr>
        <w:t>&lt;event seq="42" stateRevision="42" capabilityRevision="4" type="alarm.raised"&gt;</w:t>
      </w:r>
    </w:p>
    <w:p>
      <w:pPr>
        <w:pStyle w:val="ProtocolXML"/>
        <w:keepNext w:val="true"/>
        <w:keepLines/>
        <w:suppressAutoHyphens w:val="true"/>
        <w:spacing w:lineRule="auto" w:line="360"/>
        <w:ind w:start="680" w:hanging="0"/>
        <w:jc w:val="start"/>
        <w:rPr/>
      </w:pPr>
      <w:r>
        <w:rPr>
          <w:b w:val="false"/>
          <w:sz w:val="24"/>
          <w:lang w:val="zxx"/>
        </w:rPr>
        <w:t>&lt;alarm conditionId="tamper" alarmId="0000000000000000000000000000ee20"</w:t>
      </w:r>
    </w:p>
    <w:p>
      <w:pPr>
        <w:pStyle w:val="ProtocolXML"/>
        <w:keepNext w:val="true"/>
        <w:keepLines/>
        <w:suppressAutoHyphens w:val="true"/>
        <w:spacing w:lineRule="auto" w:line="360"/>
        <w:ind w:start="907" w:hanging="0"/>
        <w:jc w:val="start"/>
        <w:rPr/>
      </w:pPr>
      <w:r>
        <w:rPr>
          <w:b w:val="false"/>
          <w:sz w:val="24"/>
          <w:lang w:val="zxx"/>
        </w:rPr>
        <w:t>pointId="ou1.tamper" state="active" severity="critical" validity="valid"</w:t>
      </w:r>
    </w:p>
    <w:p>
      <w:pPr>
        <w:pStyle w:val="ProtocolXML"/>
        <w:keepNext w:val="true"/>
        <w:keepLines/>
        <w:suppressAutoHyphens w:val="true"/>
        <w:spacing w:lineRule="auto" w:line="360"/>
        <w:ind w:start="907" w:hanging="0"/>
        <w:jc w:val="start"/>
        <w:rPr/>
      </w:pPr>
      <w:r>
        <w:rPr>
          <w:b w:val="false"/>
          <w:sz w:val="24"/>
          <w:lang w:val="zxx"/>
        </w:rPr>
        <w:t>freshness="fresh" observedAtMs="50100" changedAtMs="50100"</w:t>
      </w:r>
    </w:p>
    <w:p>
      <w:pPr>
        <w:pStyle w:val="ProtocolXML"/>
        <w:keepNext w:val="true"/>
        <w:keepLines/>
        <w:suppressAutoHyphens w:val="true"/>
        <w:spacing w:lineRule="auto" w:line="360"/>
        <w:ind w:start="907" w:hanging="0"/>
        <w:jc w:val="start"/>
        <w:rPr/>
      </w:pPr>
      <w:r>
        <w:rPr>
          <w:b w:val="false"/>
          <w:sz w:val="24"/>
          <w:lang w:val="zxx"/>
        </w:rPr>
        <w:t>continuity="continuous"/&gt;</w:t>
      </w:r>
    </w:p>
    <w:p>
      <w:pPr>
        <w:pStyle w:val="ProtocolXML"/>
        <w:keepNext w:val="true"/>
        <w:keepLines/>
        <w:suppressAutoHyphens w:val="true"/>
        <w:spacing w:lineRule="auto" w:line="360"/>
        <w:ind w:start="454" w:hanging="0"/>
        <w:jc w:val="start"/>
        <w:rPr/>
      </w:pPr>
      <w:r>
        <w:rPr>
          <w:b w:val="false"/>
          <w:sz w:val="24"/>
          <w:lang w:val="zxx"/>
        </w:rPr>
        <w:t>&lt;/event&gt;</w:t>
      </w:r>
    </w:p>
    <w:p>
      <w:pPr>
        <w:pStyle w:val="ProtocolXML"/>
        <w:keepNext w:val="true"/>
        <w:keepLines/>
        <w:suppressAutoHyphens w:val="true"/>
        <w:spacing w:lineRule="auto" w:line="360"/>
        <w:ind w:start="227" w:hanging="0"/>
        <w:jc w:val="start"/>
        <w:rPr/>
      </w:pPr>
      <w:r>
        <w:rPr>
          <w:b w:val="false"/>
          <w:sz w:val="24"/>
          <w:lang w:val="zxx"/>
        </w:rPr>
        <w:t>&lt;/events&gt;</w:t>
      </w:r>
    </w:p>
    <w:p>
      <w:pPr>
        <w:pStyle w:val="ProtocolXML"/>
        <w:keepNext w:val="false"/>
        <w:keepLines/>
        <w:suppressAutoHyphens w:val="true"/>
        <w:spacing w:lineRule="auto" w:line="360"/>
        <w:ind w:start="0" w:hanging="0"/>
        <w:jc w:val="start"/>
        <w:rPr/>
      </w:pPr>
      <w:r>
        <w:rPr>
          <w:b w:val="false"/>
          <w:sz w:val="24"/>
          <w:lang w:val="zxx"/>
        </w:rPr>
        <w:t>&lt;/notification&gt;</w:t>
      </w:r>
    </w:p>
    <w:p>
      <w:pPr>
        <w:pStyle w:val="2"/>
        <w:rPr/>
      </w:pPr>
      <w:r>
        <w:rPr>
          <w:sz w:val="24"/>
        </w:rPr>
        <w:t>В.183 АРМ подтверждает событие 42</w:t>
      </w:r>
    </w:p>
    <w:p>
      <w:pPr>
        <w:pStyle w:val="Normal"/>
        <w:keepNext w:val="true"/>
        <w:jc w:val="start"/>
        <w:rPr/>
      </w:pPr>
      <w:r>
        <w:rPr>
          <w:b w:val="false"/>
          <w:sz w:val="24"/>
        </w:rPr>
        <w:t xml:space="preserve">Отправляется только после проверки и обработки страницы. Ответа на </w:t>
      </w:r>
      <w:r>
        <w:rPr>
          <w:b w:val="false"/>
          <w:sz w:val="24"/>
          <w:lang w:val="zxx"/>
        </w:rPr>
        <w:t>notificationAck</w:t>
      </w:r>
      <w:r>
        <w:rPr>
          <w:b w:val="false"/>
          <w:sz w:val="24"/>
        </w:rPr>
        <w:t xml:space="preserve"> нет; владение и слот команды не затрагиваются.</w:t>
      </w:r>
    </w:p>
    <w:p>
      <w:pPr>
        <w:pStyle w:val="ProtocolXML"/>
        <w:keepNext w:val="true"/>
        <w:keepLines/>
        <w:suppressAutoHyphens w:val="true"/>
        <w:spacing w:lineRule="auto" w:line="360"/>
        <w:ind w:start="0" w:hanging="0"/>
        <w:jc w:val="start"/>
        <w:rPr/>
      </w:pPr>
      <w:r>
        <w:rPr>
          <w:b w:val="false"/>
          <w:sz w:val="24"/>
          <w:lang w:val="zxx"/>
        </w:rPr>
        <w:t>&lt;notificationAck v="1" profile="open-alert-draft/0.21"</w:t>
      </w:r>
    </w:p>
    <w:p>
      <w:pPr>
        <w:pStyle w:val="ProtocolXML"/>
        <w:keepNext w:val="true"/>
        <w:keepLines/>
        <w:suppressAutoHyphens w:val="true"/>
        <w:spacing w:lineRule="auto" w:line="360"/>
        <w:ind w:start="227" w:hanging="0"/>
        <w:jc w:val="start"/>
        <w:rPr/>
      </w:pPr>
      <w:r>
        <w:rPr>
          <w:b w:val="false"/>
          <w:sz w:val="24"/>
          <w:lang w:val="zxx"/>
        </w:rPr>
        <w:t>bootId="0000000000000000000000000000ee00"</w:t>
      </w:r>
    </w:p>
    <w:p>
      <w:pPr>
        <w:pStyle w:val="ProtocolXML"/>
        <w:keepNext w:val="false"/>
        <w:keepLines/>
        <w:suppressAutoHyphens w:val="true"/>
        <w:spacing w:lineRule="auto" w:line="360"/>
        <w:ind w:start="227" w:hanging="0"/>
        <w:jc w:val="start"/>
        <w:rPr/>
      </w:pPr>
      <w:r>
        <w:rPr>
          <w:b w:val="false"/>
          <w:sz w:val="24"/>
          <w:lang w:val="zxx"/>
        </w:rPr>
        <w:t>subscriptionId="0000000000000000000000000000ee10" nextSeq="42"/&gt;</w:t>
      </w:r>
    </w:p>
    <w:p>
      <w:pPr>
        <w:pStyle w:val="2"/>
        <w:rPr/>
      </w:pPr>
      <w:r>
        <w:rPr>
          <w:sz w:val="24"/>
        </w:rPr>
        <w:t>В.184 УУ сообщает возврат НСД в норму</w:t>
      </w:r>
    </w:p>
    <w:p>
      <w:pPr>
        <w:pStyle w:val="Normal"/>
        <w:keepNext w:val="true"/>
        <w:jc w:val="start"/>
        <w:rPr/>
      </w:pPr>
      <w:r>
        <w:rPr>
          <w:b w:val="false"/>
          <w:sz w:val="24"/>
        </w:rPr>
        <w:t xml:space="preserve">Предыдущий курсор </w:t>
      </w:r>
      <w:r>
        <w:rPr>
          <w:b w:val="false"/>
          <w:sz w:val="24"/>
          <w:lang w:val="zxx"/>
        </w:rPr>
        <w:t>42.</w:t>
      </w:r>
      <w:r>
        <w:rPr>
          <w:b w:val="false"/>
          <w:sz w:val="24"/>
        </w:rPr>
        <w:t xml:space="preserve"> Сообщение отправлено УУ без </w:t>
      </w:r>
      <w:r>
        <w:rPr>
          <w:b w:val="false"/>
          <w:sz w:val="24"/>
          <w:lang w:val="zxx"/>
        </w:rPr>
        <w:t>events.read.</w:t>
      </w:r>
      <w:r>
        <w:rPr>
          <w:b w:val="false"/>
          <w:sz w:val="24"/>
        </w:rPr>
        <w:t xml:space="preserve"> Тот же </w:t>
      </w:r>
      <w:r>
        <w:rPr>
          <w:b w:val="false"/>
          <w:sz w:val="24"/>
          <w:lang w:val="zxx"/>
        </w:rPr>
        <w:t>alarmId</w:t>
      </w:r>
      <w:r>
        <w:rPr>
          <w:b w:val="false"/>
          <w:sz w:val="24"/>
        </w:rPr>
        <w:t xml:space="preserve"> связывает сработку и снятие.</w:t>
      </w:r>
    </w:p>
    <w:p>
      <w:pPr>
        <w:pStyle w:val="ProtocolXML"/>
        <w:keepNext w:val="true"/>
        <w:keepLines/>
        <w:suppressAutoHyphens w:val="true"/>
        <w:spacing w:lineRule="auto" w:line="360"/>
        <w:ind w:start="0" w:hanging="0"/>
        <w:jc w:val="start"/>
        <w:rPr/>
      </w:pPr>
      <w:r>
        <w:rPr>
          <w:b w:val="false"/>
          <w:sz w:val="24"/>
          <w:lang w:val="zxx"/>
        </w:rPr>
        <w:t>&lt;notification v="1" profile="open-alert-draft/0.21"</w:t>
      </w:r>
    </w:p>
    <w:p>
      <w:pPr>
        <w:pStyle w:val="ProtocolXML"/>
        <w:keepNext w:val="true"/>
        <w:keepLines/>
        <w:suppressAutoHyphens w:val="true"/>
        <w:spacing w:lineRule="auto" w:line="360"/>
        <w:ind w:start="227" w:hanging="0"/>
        <w:jc w:val="start"/>
        <w:rPr/>
      </w:pPr>
      <w:r>
        <w:rPr>
          <w:b w:val="false"/>
          <w:sz w:val="24"/>
          <w:lang w:val="zxx"/>
        </w:rPr>
        <w:t>bootId="0000000000000000000000000000ee00"</w:t>
      </w:r>
    </w:p>
    <w:p>
      <w:pPr>
        <w:pStyle w:val="ProtocolXML"/>
        <w:keepNext w:val="true"/>
        <w:keepLines/>
        <w:suppressAutoHyphens w:val="true"/>
        <w:spacing w:lineRule="auto" w:line="360"/>
        <w:ind w:start="227" w:hanging="0"/>
        <w:jc w:val="start"/>
        <w:rPr/>
      </w:pPr>
      <w:r>
        <w:rPr>
          <w:b w:val="false"/>
          <w:sz w:val="24"/>
          <w:lang w:val="zxx"/>
        </w:rPr>
        <w:t>subscriptionId="0000000000000000000000000000ee10"&gt;</w:t>
      </w:r>
    </w:p>
    <w:p>
      <w:pPr>
        <w:pStyle w:val="ProtocolXML"/>
        <w:keepNext w:val="true"/>
        <w:keepLines/>
        <w:suppressAutoHyphens w:val="true"/>
        <w:spacing w:lineRule="auto" w:line="360"/>
        <w:ind w:start="227" w:hanging="0"/>
        <w:jc w:val="start"/>
        <w:rPr/>
      </w:pPr>
      <w:r>
        <w:rPr>
          <w:b w:val="false"/>
          <w:sz w:val="24"/>
          <w:lang w:val="zxx"/>
        </w:rPr>
        <w:t>&lt;events nextSeq="43" more="false" gap="false" oldestSeq="1"&gt;</w:t>
      </w:r>
    </w:p>
    <w:p>
      <w:pPr>
        <w:pStyle w:val="ProtocolXML"/>
        <w:keepNext w:val="true"/>
        <w:keepLines/>
        <w:suppressAutoHyphens w:val="true"/>
        <w:spacing w:lineRule="auto" w:line="360"/>
        <w:ind w:start="454" w:hanging="0"/>
        <w:jc w:val="start"/>
        <w:rPr/>
      </w:pPr>
      <w:r>
        <w:rPr>
          <w:b w:val="false"/>
          <w:sz w:val="24"/>
          <w:lang w:val="zxx"/>
        </w:rPr>
        <w:t>&lt;event seq="43" stateRevision="43" capabilityRevision="4" type="alarm.cleared"&gt;</w:t>
      </w:r>
    </w:p>
    <w:p>
      <w:pPr>
        <w:pStyle w:val="ProtocolXML"/>
        <w:keepNext w:val="true"/>
        <w:keepLines/>
        <w:suppressAutoHyphens w:val="true"/>
        <w:spacing w:lineRule="auto" w:line="360"/>
        <w:ind w:start="680" w:hanging="0"/>
        <w:jc w:val="start"/>
        <w:rPr/>
      </w:pPr>
      <w:r>
        <w:rPr>
          <w:b w:val="false"/>
          <w:sz w:val="24"/>
          <w:lang w:val="zxx"/>
        </w:rPr>
        <w:t>&lt;alarm conditionId="tamper" alarmId="0000000000000000000000000000ee20"</w:t>
      </w:r>
    </w:p>
    <w:p>
      <w:pPr>
        <w:pStyle w:val="ProtocolXML"/>
        <w:keepNext w:val="true"/>
        <w:keepLines/>
        <w:suppressAutoHyphens w:val="true"/>
        <w:spacing w:lineRule="auto" w:line="360"/>
        <w:ind w:start="907" w:hanging="0"/>
        <w:jc w:val="start"/>
        <w:rPr/>
      </w:pPr>
      <w:r>
        <w:rPr>
          <w:b w:val="false"/>
          <w:sz w:val="24"/>
          <w:lang w:val="zxx"/>
        </w:rPr>
        <w:t>pointId="ou1.tamper" state="cleared" severity="critical" validity="valid"</w:t>
      </w:r>
    </w:p>
    <w:p>
      <w:pPr>
        <w:pStyle w:val="ProtocolXML"/>
        <w:keepNext w:val="true"/>
        <w:keepLines/>
        <w:suppressAutoHyphens w:val="true"/>
        <w:spacing w:lineRule="auto" w:line="360"/>
        <w:ind w:start="907" w:hanging="0"/>
        <w:jc w:val="start"/>
        <w:rPr/>
      </w:pPr>
      <w:r>
        <w:rPr>
          <w:b w:val="false"/>
          <w:sz w:val="24"/>
          <w:lang w:val="zxx"/>
        </w:rPr>
        <w:t>freshness="fresh" observedAtMs="51000" changedAtMs="51000"</w:t>
      </w:r>
    </w:p>
    <w:p>
      <w:pPr>
        <w:pStyle w:val="ProtocolXML"/>
        <w:keepNext w:val="true"/>
        <w:keepLines/>
        <w:suppressAutoHyphens w:val="true"/>
        <w:spacing w:lineRule="auto" w:line="360"/>
        <w:ind w:start="907" w:hanging="0"/>
        <w:jc w:val="start"/>
        <w:rPr/>
      </w:pPr>
      <w:r>
        <w:rPr>
          <w:b w:val="false"/>
          <w:sz w:val="24"/>
          <w:lang w:val="zxx"/>
        </w:rPr>
        <w:t>continuity="continuous"/&gt;</w:t>
      </w:r>
    </w:p>
    <w:p>
      <w:pPr>
        <w:pStyle w:val="ProtocolXML"/>
        <w:keepNext w:val="true"/>
        <w:keepLines/>
        <w:suppressAutoHyphens w:val="true"/>
        <w:spacing w:lineRule="auto" w:line="360"/>
        <w:ind w:start="454" w:hanging="0"/>
        <w:jc w:val="start"/>
        <w:rPr/>
      </w:pPr>
      <w:r>
        <w:rPr>
          <w:b w:val="false"/>
          <w:sz w:val="24"/>
          <w:lang w:val="zxx"/>
        </w:rPr>
        <w:t>&lt;/event&gt;</w:t>
      </w:r>
    </w:p>
    <w:p>
      <w:pPr>
        <w:pStyle w:val="ProtocolXML"/>
        <w:keepNext w:val="true"/>
        <w:keepLines/>
        <w:suppressAutoHyphens w:val="true"/>
        <w:spacing w:lineRule="auto" w:line="360"/>
        <w:ind w:start="227" w:hanging="0"/>
        <w:jc w:val="start"/>
        <w:rPr/>
      </w:pPr>
      <w:r>
        <w:rPr>
          <w:b w:val="false"/>
          <w:sz w:val="24"/>
          <w:lang w:val="zxx"/>
        </w:rPr>
        <w:t>&lt;/events&gt;</w:t>
      </w:r>
    </w:p>
    <w:p>
      <w:pPr>
        <w:pStyle w:val="ProtocolXML"/>
        <w:keepNext w:val="false"/>
        <w:keepLines/>
        <w:suppressAutoHyphens w:val="true"/>
        <w:spacing w:lineRule="auto" w:line="360"/>
        <w:ind w:start="0" w:hanging="0"/>
        <w:jc w:val="start"/>
        <w:rPr/>
      </w:pPr>
      <w:r>
        <w:rPr>
          <w:b w:val="false"/>
          <w:sz w:val="24"/>
          <w:lang w:val="zxx"/>
        </w:rPr>
        <w:t>&lt;/notification&gt;</w:t>
      </w:r>
    </w:p>
    <w:p>
      <w:pPr>
        <w:pStyle w:val="2"/>
        <w:rPr/>
      </w:pPr>
      <w:r>
        <w:rPr>
          <w:sz w:val="24"/>
        </w:rPr>
        <w:t>В.185 АРМ подтверждает событие 43</w:t>
      </w:r>
    </w:p>
    <w:p>
      <w:pPr>
        <w:pStyle w:val="Normal"/>
        <w:keepNext w:val="true"/>
        <w:jc w:val="start"/>
        <w:rPr/>
      </w:pPr>
      <w:r>
        <w:rPr>
          <w:b w:val="false"/>
          <w:sz w:val="24"/>
        </w:rPr>
        <w:t xml:space="preserve">Отправляется только после проверки и обработки страницы. Ответа на </w:t>
      </w:r>
      <w:r>
        <w:rPr>
          <w:b w:val="false"/>
          <w:sz w:val="24"/>
          <w:lang w:val="zxx"/>
        </w:rPr>
        <w:t>notificationAck</w:t>
      </w:r>
      <w:r>
        <w:rPr>
          <w:b w:val="false"/>
          <w:sz w:val="24"/>
        </w:rPr>
        <w:t xml:space="preserve"> нет; владение и слот команды не затрагиваются.</w:t>
      </w:r>
    </w:p>
    <w:p>
      <w:pPr>
        <w:pStyle w:val="ProtocolXML"/>
        <w:keepNext w:val="true"/>
        <w:keepLines/>
        <w:suppressAutoHyphens w:val="true"/>
        <w:spacing w:lineRule="auto" w:line="360"/>
        <w:ind w:start="0" w:hanging="0"/>
        <w:jc w:val="start"/>
        <w:rPr/>
      </w:pPr>
      <w:r>
        <w:rPr>
          <w:b w:val="false"/>
          <w:sz w:val="24"/>
          <w:lang w:val="zxx"/>
        </w:rPr>
        <w:t>&lt;notificationAck v="1" profile="open-alert-draft/0.21"</w:t>
      </w:r>
    </w:p>
    <w:p>
      <w:pPr>
        <w:pStyle w:val="ProtocolXML"/>
        <w:keepNext w:val="true"/>
        <w:keepLines/>
        <w:suppressAutoHyphens w:val="true"/>
        <w:spacing w:lineRule="auto" w:line="360"/>
        <w:ind w:start="227" w:hanging="0"/>
        <w:jc w:val="start"/>
        <w:rPr/>
      </w:pPr>
      <w:r>
        <w:rPr>
          <w:b w:val="false"/>
          <w:sz w:val="24"/>
          <w:lang w:val="zxx"/>
        </w:rPr>
        <w:t>bootId="0000000000000000000000000000ee00"</w:t>
      </w:r>
    </w:p>
    <w:p>
      <w:pPr>
        <w:pStyle w:val="ProtocolXML"/>
        <w:keepNext w:val="false"/>
        <w:keepLines/>
        <w:suppressAutoHyphens w:val="true"/>
        <w:spacing w:lineRule="auto" w:line="360"/>
        <w:ind w:start="227" w:hanging="0"/>
        <w:jc w:val="start"/>
        <w:rPr/>
      </w:pPr>
      <w:r>
        <w:rPr>
          <w:b w:val="false"/>
          <w:sz w:val="24"/>
          <w:lang w:val="zxx"/>
        </w:rPr>
        <w:t>subscriptionId="0000000000000000000000000000ee10" nextSeq="43"/&gt;</w:t>
      </w:r>
    </w:p>
    <w:p>
      <w:pPr>
        <w:pStyle w:val="2"/>
        <w:rPr/>
      </w:pPr>
      <w:r>
        <w:rPr>
          <w:sz w:val="24"/>
        </w:rPr>
        <w:t>В.186 Инициативное сообщение о разрыве истории</w:t>
      </w:r>
    </w:p>
    <w:p>
      <w:pPr>
        <w:pStyle w:val="Normal"/>
        <w:keepNext w:val="true"/>
        <w:jc w:val="start"/>
        <w:rPr/>
      </w:pPr>
      <w:r>
        <w:rPr>
          <w:b w:val="false"/>
          <w:sz w:val="24"/>
        </w:rPr>
        <w:t xml:space="preserve">Подтвержденный курсор </w:t>
      </w:r>
      <w:r>
        <w:rPr>
          <w:b w:val="false"/>
          <w:sz w:val="24"/>
          <w:lang w:val="zxx"/>
        </w:rPr>
        <w:t>43</w:t>
      </w:r>
      <w:r>
        <w:rPr>
          <w:b w:val="false"/>
          <w:sz w:val="24"/>
        </w:rPr>
        <w:t xml:space="preserve">, доступная история начинается с </w:t>
      </w:r>
      <w:r>
        <w:rPr>
          <w:b w:val="false"/>
          <w:sz w:val="24"/>
          <w:lang w:val="zxx"/>
        </w:rPr>
        <w:t>50.</w:t>
      </w:r>
      <w:r>
        <w:rPr>
          <w:b w:val="false"/>
          <w:sz w:val="24"/>
        </w:rPr>
        <w:t xml:space="preserve"> Нужен новый согласованный снимок и новая подписка; </w:t>
      </w:r>
      <w:r>
        <w:rPr>
          <w:b w:val="false"/>
          <w:sz w:val="24"/>
          <w:lang w:val="zxx"/>
        </w:rPr>
        <w:t>notificationAck</w:t>
      </w:r>
      <w:r>
        <w:rPr>
          <w:b w:val="false"/>
          <w:sz w:val="24"/>
        </w:rPr>
        <w:t xml:space="preserve"> этот </w:t>
      </w:r>
      <w:r>
        <w:rPr>
          <w:b w:val="false"/>
          <w:sz w:val="24"/>
          <w:lang w:val="zxx"/>
        </w:rPr>
        <w:t>gap</w:t>
      </w:r>
      <w:r>
        <w:rPr>
          <w:b w:val="false"/>
          <w:sz w:val="24"/>
        </w:rPr>
        <w:t xml:space="preserve"> не снимает.</w:t>
      </w:r>
    </w:p>
    <w:p>
      <w:pPr>
        <w:pStyle w:val="ProtocolXML"/>
        <w:keepNext w:val="true"/>
        <w:keepLines/>
        <w:suppressAutoHyphens w:val="true"/>
        <w:spacing w:lineRule="auto" w:line="360"/>
        <w:ind w:start="0" w:hanging="0"/>
        <w:jc w:val="start"/>
        <w:rPr/>
      </w:pPr>
      <w:r>
        <w:rPr>
          <w:b w:val="false"/>
          <w:sz w:val="24"/>
          <w:lang w:val="zxx"/>
        </w:rPr>
        <w:t>&lt;notification v="1" profile="open-alert-draft/0.21"</w:t>
      </w:r>
    </w:p>
    <w:p>
      <w:pPr>
        <w:pStyle w:val="ProtocolXML"/>
        <w:keepNext w:val="true"/>
        <w:keepLines/>
        <w:suppressAutoHyphens w:val="true"/>
        <w:spacing w:lineRule="auto" w:line="360"/>
        <w:ind w:start="227" w:hanging="0"/>
        <w:jc w:val="start"/>
        <w:rPr/>
      </w:pPr>
      <w:r>
        <w:rPr>
          <w:b w:val="false"/>
          <w:sz w:val="24"/>
          <w:lang w:val="zxx"/>
        </w:rPr>
        <w:t>bootId="0000000000000000000000000000ee00"</w:t>
      </w:r>
    </w:p>
    <w:p>
      <w:pPr>
        <w:pStyle w:val="ProtocolXML"/>
        <w:keepNext w:val="true"/>
        <w:keepLines/>
        <w:suppressAutoHyphens w:val="true"/>
        <w:spacing w:lineRule="auto" w:line="360"/>
        <w:ind w:start="227" w:hanging="0"/>
        <w:jc w:val="start"/>
        <w:rPr/>
      </w:pPr>
      <w:r>
        <w:rPr>
          <w:b w:val="false"/>
          <w:sz w:val="24"/>
          <w:lang w:val="zxx"/>
        </w:rPr>
        <w:t>subscriptionId="0000000000000000000000000000ee10"&gt;</w:t>
      </w:r>
    </w:p>
    <w:p>
      <w:pPr>
        <w:pStyle w:val="ProtocolXML"/>
        <w:keepNext w:val="true"/>
        <w:keepLines/>
        <w:suppressAutoHyphens w:val="true"/>
        <w:spacing w:lineRule="auto" w:line="360"/>
        <w:ind w:start="227" w:hanging="0"/>
        <w:jc w:val="start"/>
        <w:rPr/>
      </w:pPr>
      <w:r>
        <w:rPr>
          <w:b w:val="false"/>
          <w:sz w:val="24"/>
          <w:lang w:val="zxx"/>
        </w:rPr>
        <w:t>&lt;events nextSeq="43" more="false" gap="true" oldestSeq="50"/&gt;</w:t>
      </w:r>
    </w:p>
    <w:p>
      <w:pPr>
        <w:pStyle w:val="ProtocolXML"/>
        <w:keepNext w:val="false"/>
        <w:keepLines/>
        <w:suppressAutoHyphens w:val="true"/>
        <w:spacing w:lineRule="auto" w:line="360"/>
        <w:ind w:start="0" w:hanging="0"/>
        <w:jc w:val="start"/>
        <w:rPr/>
      </w:pPr>
      <w:r>
        <w:rPr>
          <w:b w:val="false"/>
          <w:sz w:val="24"/>
          <w:lang w:val="zxx"/>
        </w:rPr>
        <w:t>&lt;/notification&gt;</w:t>
      </w:r>
    </w:p>
    <w:p>
      <w:pPr>
        <w:pStyle w:val="2"/>
        <w:rPr/>
      </w:pPr>
      <w:r>
        <w:rPr>
          <w:sz w:val="24"/>
        </w:rPr>
        <w:t>В.187 Отмена подписки</w:t>
      </w:r>
    </w:p>
    <w:p>
      <w:pPr>
        <w:pStyle w:val="Normal"/>
        <w:keepNext w:val="true"/>
        <w:jc w:val="start"/>
        <w:rPr/>
      </w:pPr>
      <w:r>
        <w:rPr>
          <w:b w:val="false"/>
          <w:sz w:val="24"/>
        </w:rPr>
        <w:t>Запрос отменяет только данную подписку на этом соединении; активное оповещение сохраняется.</w:t>
      </w:r>
    </w:p>
    <w:p>
      <w:pPr>
        <w:pStyle w:val="ProtocolXML"/>
        <w:keepNext w:val="true"/>
        <w:keepLines/>
        <w:suppressAutoHyphens w:val="true"/>
        <w:spacing w:lineRule="auto" w:line="360"/>
        <w:ind w:start="0" w:hanging="0"/>
        <w:jc w:val="start"/>
        <w:rPr/>
      </w:pPr>
      <w:r>
        <w:rPr>
          <w:b w:val="false"/>
          <w:sz w:val="24"/>
          <w:lang w:val="zxx"/>
        </w:rPr>
        <w:t>&lt;request v="1" profile="open-alert-draft/0.21"</w:t>
      </w:r>
    </w:p>
    <w:p>
      <w:pPr>
        <w:pStyle w:val="ProtocolXML"/>
        <w:keepNext w:val="true"/>
        <w:keepLines/>
        <w:suppressAutoHyphens w:val="true"/>
        <w:spacing w:lineRule="auto" w:line="360"/>
        <w:ind w:start="227" w:hanging="0"/>
        <w:jc w:val="start"/>
        <w:rPr/>
      </w:pPr>
      <w:r>
        <w:rPr>
          <w:b w:val="false"/>
          <w:sz w:val="24"/>
          <w:lang w:val="zxx"/>
        </w:rPr>
        <w:t>id="0000000000000000000000000000ee02" action="events.unsubscribe"</w:t>
      </w:r>
    </w:p>
    <w:p>
      <w:pPr>
        <w:pStyle w:val="ProtocolXML"/>
        <w:keepNext w:val="true"/>
        <w:keepLines/>
        <w:suppressAutoHyphens w:val="true"/>
        <w:spacing w:lineRule="auto" w:line="360"/>
        <w:ind w:start="227" w:hanging="0"/>
        <w:jc w:val="start"/>
        <w:rPr/>
      </w:pPr>
      <w:r>
        <w:rPr>
          <w:b w:val="false"/>
          <w:sz w:val="24"/>
          <w:lang w:val="zxx"/>
        </w:rPr>
        <w:t>bootId="0000000000000000000000000000ee00"&gt;</w:t>
      </w:r>
    </w:p>
    <w:p>
      <w:pPr>
        <w:pStyle w:val="ProtocolXML"/>
        <w:keepNext w:val="true"/>
        <w:keepLines/>
        <w:suppressAutoHyphens w:val="true"/>
        <w:spacing w:lineRule="auto" w:line="360"/>
        <w:ind w:start="227" w:hanging="0"/>
        <w:jc w:val="start"/>
        <w:rPr/>
      </w:pPr>
      <w:r>
        <w:rPr>
          <w:b w:val="false"/>
          <w:sz w:val="24"/>
          <w:lang w:val="zxx"/>
        </w:rPr>
        <w:t>&lt;subscription id="0000000000000000000000000000ee10"/&gt;</w:t>
      </w:r>
    </w:p>
    <w:p>
      <w:pPr>
        <w:pStyle w:val="ProtocolXML"/>
        <w:keepNext w:val="false"/>
        <w:keepLines/>
        <w:suppressAutoHyphens w:val="true"/>
        <w:spacing w:lineRule="auto" w:line="360"/>
        <w:ind w:start="0" w:hanging="0"/>
        <w:jc w:val="start"/>
        <w:rPr/>
      </w:pPr>
      <w:r>
        <w:rPr>
          <w:b w:val="false"/>
          <w:sz w:val="24"/>
          <w:lang w:val="zxx"/>
        </w:rPr>
        <w:t>&lt;/request&gt;</w:t>
      </w:r>
    </w:p>
    <w:p>
      <w:pPr>
        <w:pStyle w:val="2"/>
        <w:rPr/>
      </w:pPr>
      <w:r>
        <w:rPr>
          <w:sz w:val="24"/>
        </w:rPr>
        <w:t>В.188 Подписка отменена</w:t>
      </w:r>
    </w:p>
    <w:p>
      <w:pPr>
        <w:pStyle w:val="Normal"/>
        <w:keepNext w:val="true"/>
        <w:jc w:val="start"/>
        <w:rPr/>
      </w:pPr>
      <w:r>
        <w:rPr>
          <w:b w:val="false"/>
          <w:sz w:val="24"/>
        </w:rPr>
        <w:t xml:space="preserve">После этого ответа уведомления прежней подписки запрещены. Неизвестный </w:t>
      </w:r>
      <w:r>
        <w:rPr>
          <w:b w:val="false"/>
          <w:sz w:val="24"/>
          <w:lang w:val="zxx"/>
        </w:rPr>
        <w:t>id</w:t>
      </w:r>
      <w:r>
        <w:rPr>
          <w:b w:val="false"/>
          <w:sz w:val="24"/>
        </w:rPr>
        <w:t xml:space="preserve"> имеет такой же безопасный ответ.</w:t>
      </w:r>
    </w:p>
    <w:p>
      <w:pPr>
        <w:pStyle w:val="ProtocolXML"/>
        <w:keepNext w:val="true"/>
        <w:keepLines/>
        <w:suppressAutoHyphens w:val="true"/>
        <w:spacing w:lineRule="auto" w:line="360"/>
        <w:ind w:start="0" w:hanging="0"/>
        <w:jc w:val="start"/>
        <w:rPr/>
      </w:pPr>
      <w:r>
        <w:rPr>
          <w:b w:val="false"/>
          <w:sz w:val="24"/>
          <w:lang w:val="zxx"/>
        </w:rPr>
        <w:t>&lt;response v="1" profile="open-alert-draft/0.21"</w:t>
      </w:r>
    </w:p>
    <w:p>
      <w:pPr>
        <w:pStyle w:val="ProtocolXML"/>
        <w:keepNext w:val="true"/>
        <w:keepLines/>
        <w:suppressAutoHyphens w:val="true"/>
        <w:spacing w:lineRule="auto" w:line="360"/>
        <w:ind w:start="227" w:hanging="0"/>
        <w:jc w:val="start"/>
        <w:rPr/>
      </w:pPr>
      <w:r>
        <w:rPr>
          <w:b w:val="false"/>
          <w:sz w:val="24"/>
          <w:lang w:val="zxx"/>
        </w:rPr>
        <w:t>to="0000000000000000000000000000ee02"</w:t>
      </w:r>
    </w:p>
    <w:p>
      <w:pPr>
        <w:pStyle w:val="ProtocolXML"/>
        <w:keepNext w:val="true"/>
        <w:keepLines/>
        <w:suppressAutoHyphens w:val="true"/>
        <w:spacing w:lineRule="auto" w:line="360"/>
        <w:ind w:start="227" w:hanging="0"/>
        <w:jc w:val="start"/>
        <w:rPr/>
      </w:pPr>
      <w:r>
        <w:rPr>
          <w:b w:val="false"/>
          <w:sz w:val="24"/>
          <w:lang w:val="zxx"/>
        </w:rPr>
        <w:t>bootId="0000000000000000000000000000ee00" status="ok"&gt;</w:t>
      </w:r>
    </w:p>
    <w:p>
      <w:pPr>
        <w:pStyle w:val="ProtocolXML"/>
        <w:keepNext w:val="true"/>
        <w:keepLines/>
        <w:suppressAutoHyphens w:val="true"/>
        <w:spacing w:lineRule="auto" w:line="360"/>
        <w:ind w:start="227" w:hanging="0"/>
        <w:jc w:val="start"/>
        <w:rPr/>
      </w:pPr>
      <w:r>
        <w:rPr>
          <w:b w:val="false"/>
          <w:sz w:val="24"/>
          <w:lang w:val="zxx"/>
        </w:rPr>
        <w:t>&lt;subscription id="0000000000000000000000000000ee10"/&gt;</w:t>
      </w:r>
    </w:p>
    <w:p>
      <w:pPr>
        <w:sectPr>
          <w:headerReference w:type="default" r:id="rId8"/>
          <w:footerReference w:type="default" r:id="rId9"/>
          <w:type w:val="nextPage"/>
          <w:pgSz w:w="11906" w:h="16838"/>
          <w:pgMar w:left="1134" w:right="1134" w:gutter="0" w:header="567" w:top="1134" w:footer="567" w:bottom="1134"/>
          <w:pgNumType w:fmt="decimal"/>
          <w:formProt w:val="false"/>
          <w:textDirection w:val="lrTb"/>
          <w:docGrid w:type="default" w:linePitch="360" w:charSpace="0"/>
        </w:sectPr>
        <w:pStyle w:val="ProtocolXML"/>
        <w:keepNext w:val="false"/>
        <w:keepLines/>
        <w:suppressAutoHyphens w:val="true"/>
        <w:spacing w:lineRule="auto" w:line="360"/>
        <w:ind w:start="0" w:hanging="0"/>
        <w:jc w:val="start"/>
        <w:rPr/>
      </w:pPr>
      <w:r>
        <w:rPr>
          <w:b w:val="false"/>
          <w:sz w:val="24"/>
          <w:lang w:val="zxx"/>
        </w:rPr>
        <w:t>&lt;/response&gt;</w:t>
      </w:r>
    </w:p>
    <w:p>
      <w:pPr>
        <w:pStyle w:val="1"/>
        <w:rPr/>
      </w:pPr>
      <w:bookmarkStart w:id="31" w:name="__RefHeading___Toc43311_1766585215"/>
      <w:bookmarkEnd w:id="31"/>
      <w:r>
        <w:rPr>
          <w:sz w:val="24"/>
        </w:rPr>
        <w:t>Приложение Г</w:t>
        <w:br/>
        <w:t>(справочное)</w:t>
        <w:br/>
        <w:t>Матрица требований</w:t>
      </w:r>
    </w:p>
    <w:p>
      <w:pPr>
        <w:pStyle w:val="Normal"/>
        <w:jc w:val="both"/>
        <w:rPr/>
      </w:pPr>
      <w:r>
        <w:rPr>
          <w:b w:val="false"/>
          <w:sz w:val="24"/>
        </w:rPr>
        <w:t>Матрица связывает сценарии, обязательные требования и критерии приемки.</w:t>
      </w:r>
    </w:p>
    <w:p>
      <w:pPr>
        <w:pStyle w:val="Normal"/>
        <w:keepNext w:val="true"/>
        <w:ind w:hanging="0"/>
        <w:jc w:val="start"/>
        <w:rPr/>
      </w:pPr>
      <w:r>
        <w:rPr>
          <w:b w:val="false"/>
          <w:sz w:val="24"/>
        </w:rPr>
        <w:t xml:space="preserve">Таблица </w:t>
      </w:r>
      <w:r>
        <w:rPr>
          <w:b w:val="false"/>
          <w:sz w:val="24"/>
          <w:lang w:val="zxx"/>
        </w:rPr>
        <w:t>75</w:t>
      </w:r>
      <w:r>
        <w:rPr>
          <w:b w:val="false"/>
          <w:sz w:val="24"/>
        </w:rPr>
        <w:t xml:space="preserve"> - Соответствие сценариев, требований и критериев приемки</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R01</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Реальное оповещение, учения, звучащая и тихая проверки</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Цель, права, допустимое физическое действие; учебный статус не означает тишину</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Учения во время реального оповещения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8.1</w:t>
            </w:r>
            <w:r>
              <w:rPr>
                <w:rFonts w:eastAsia="ＭＳ 明朝" w:cs=""/>
                <w:b w:val="false"/>
                <w:kern w:val="0"/>
                <w:sz w:val="24"/>
                <w:szCs w:val="22"/>
                <w:lang w:eastAsia="en-US" w:bidi="ar-SA"/>
              </w:rPr>
              <w:t>–</w:t>
            </w:r>
            <w:r>
              <w:rPr>
                <w:rFonts w:eastAsia="ＭＳ 明朝" w:cs=""/>
                <w:b w:val="false"/>
                <w:kern w:val="0"/>
                <w:sz w:val="24"/>
                <w:szCs w:val="22"/>
                <w:lang w:val="zxx" w:eastAsia="en-US" w:bidi="ar-SA"/>
              </w:rPr>
              <w:t>8.59</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5.40</w:t>
            </w:r>
            <w:r>
              <w:rPr>
                <w:rFonts w:eastAsia="ＭＳ 明朝" w:cs=""/>
                <w:b w:val="false"/>
                <w:kern w:val="0"/>
                <w:sz w:val="24"/>
                <w:szCs w:val="22"/>
                <w:lang w:eastAsia="en-US" w:bidi="ar-SA"/>
              </w:rPr>
              <w:t>–</w:t>
            </w:r>
            <w:r>
              <w:rPr>
                <w:rFonts w:eastAsia="ＭＳ 明朝" w:cs=""/>
                <w:b w:val="false"/>
                <w:kern w:val="0"/>
                <w:sz w:val="24"/>
                <w:szCs w:val="22"/>
                <w:lang w:val="zxx" w:eastAsia="en-US" w:bidi="ar-SA"/>
              </w:rPr>
              <w:t>5.45</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R02</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АРМ, резерв, местные кнопки, микрофон, внешние контакты</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Источники, идентификация, удержание и освобождение управления</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Местная кнопка во время сетевой записи; отпускание тангенты без АРМ</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5.16</w:t>
            </w:r>
            <w:r>
              <w:rPr>
                <w:rFonts w:eastAsia="ＭＳ 明朝" w:cs=""/>
                <w:b w:val="false"/>
                <w:kern w:val="0"/>
                <w:sz w:val="24"/>
                <w:szCs w:val="22"/>
                <w:lang w:eastAsia="en-US" w:bidi="ar-SA"/>
              </w:rPr>
              <w:t>–</w:t>
            </w:r>
            <w:r>
              <w:rPr>
                <w:rFonts w:eastAsia="ＭＳ 明朝" w:cs=""/>
                <w:b w:val="false"/>
                <w:kern w:val="0"/>
                <w:sz w:val="24"/>
                <w:szCs w:val="22"/>
                <w:lang w:val="zxx" w:eastAsia="en-US" w:bidi="ar-SA"/>
              </w:rPr>
              <w:t>5.18</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27.1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27.12</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15.1</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15.4</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R03</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Право прерывания</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Текущий узел либо вышестоящий инициатор именно этого запуска через нижестоящий; высота и приоритет не дают права на чужой запуск</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Вышестоящий отменяет свой запуск; попытка остановить независимо запущенное нижестоящим оповещение отклоняется</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5.1</w:t>
            </w:r>
            <w:r>
              <w:rPr>
                <w:rFonts w:eastAsia="ＭＳ 明朝" w:cs=""/>
                <w:b w:val="false"/>
                <w:kern w:val="0"/>
                <w:sz w:val="24"/>
                <w:szCs w:val="22"/>
                <w:lang w:eastAsia="en-US" w:bidi="ar-SA"/>
              </w:rPr>
              <w:t>–</w:t>
            </w:r>
            <w:r>
              <w:rPr>
                <w:rFonts w:eastAsia="ＭＳ 明朝" w:cs=""/>
                <w:b w:val="false"/>
                <w:kern w:val="0"/>
                <w:sz w:val="24"/>
                <w:szCs w:val="22"/>
                <w:lang w:val="zxx" w:eastAsia="en-US" w:bidi="ar-SA"/>
              </w:rPr>
              <w:t>5.45</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9.9</w:t>
            </w:r>
            <w:r>
              <w:rPr>
                <w:rFonts w:eastAsia="ＭＳ 明朝" w:cs=""/>
                <w:b w:val="false"/>
                <w:kern w:val="0"/>
                <w:sz w:val="24"/>
                <w:szCs w:val="22"/>
                <w:lang w:eastAsia="en-US" w:bidi="ar-SA"/>
              </w:rPr>
              <w:t>–</w:t>
            </w:r>
            <w:r>
              <w:rPr>
                <w:rFonts w:eastAsia="ＭＳ 明朝" w:cs=""/>
                <w:b w:val="false"/>
                <w:kern w:val="0"/>
                <w:sz w:val="24"/>
                <w:szCs w:val="22"/>
                <w:lang w:val="zxx" w:eastAsia="en-US" w:bidi="ar-SA"/>
              </w:rPr>
              <w:t>9.10</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R04</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Прибор, группа, отдельные выходы</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Адресные ресурсы с </w:t>
            </w:r>
            <w:r>
              <w:rPr>
                <w:rFonts w:eastAsia="ＭＳ 明朝" w:cs=""/>
                <w:b w:val="false"/>
                <w:kern w:val="0"/>
                <w:sz w:val="24"/>
                <w:szCs w:val="22"/>
                <w:lang w:val="zxx" w:eastAsia="en-US" w:bidi="ar-SA"/>
              </w:rPr>
              <w:t>bindingGeneration</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1..4</w:t>
            </w:r>
            <w:r>
              <w:rPr>
                <w:rFonts w:eastAsia="ＭＳ 明朝" w:cs=""/>
                <w:b w:val="false"/>
                <w:kern w:val="0"/>
                <w:sz w:val="24"/>
                <w:szCs w:val="22"/>
                <w:lang w:eastAsia="en-US" w:bidi="ar-SA"/>
              </w:rPr>
              <w:t xml:space="preserve"> ссылки, кодирование максимальных полей в пределах </w:t>
            </w:r>
            <w:r>
              <w:rPr>
                <w:rFonts w:eastAsia="ＭＳ 明朝" w:cs=""/>
                <w:b w:val="false"/>
                <w:kern w:val="0"/>
                <w:sz w:val="24"/>
                <w:szCs w:val="22"/>
                <w:lang w:val="zxx" w:eastAsia="en-US" w:bidi="ar-SA"/>
              </w:rPr>
              <w:t>XML</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 xml:space="preserve"> записи с четырьмя </w:t>
            </w:r>
            <w:r>
              <w:rPr>
                <w:rFonts w:eastAsia="ＭＳ 明朝" w:cs=""/>
                <w:b w:val="false"/>
                <w:kern w:val="0"/>
                <w:sz w:val="24"/>
                <w:szCs w:val="22"/>
                <w:lang w:val="zxx" w:eastAsia="en-US" w:bidi="ar-SA"/>
              </w:rPr>
              <w:t>ID</w:t>
            </w:r>
            <w:r>
              <w:rPr>
                <w:rFonts w:eastAsia="ＭＳ 明朝" w:cs=""/>
                <w:b w:val="false"/>
                <w:kern w:val="0"/>
                <w:sz w:val="24"/>
                <w:szCs w:val="22"/>
                <w:lang w:eastAsia="en-US" w:bidi="ar-SA"/>
              </w:rPr>
              <w:t xml:space="preserve"> по </w:t>
            </w:r>
            <w:r>
              <w:rPr>
                <w:rFonts w:eastAsia="ＭＳ 明朝" w:cs=""/>
                <w:b w:val="false"/>
                <w:kern w:val="0"/>
                <w:sz w:val="24"/>
                <w:szCs w:val="22"/>
                <w:lang w:val="zxx" w:eastAsia="en-US" w:bidi="ar-SA"/>
              </w:rPr>
              <w:t>32</w:t>
            </w:r>
            <w:r>
              <w:rPr>
                <w:rFonts w:eastAsia="ＭＳ 明朝" w:cs=""/>
                <w:b w:val="false"/>
                <w:kern w:val="0"/>
                <w:sz w:val="24"/>
                <w:szCs w:val="22"/>
                <w:lang w:eastAsia="en-US" w:bidi="ar-SA"/>
              </w:rPr>
              <w:t xml:space="preserve"> символа и максимальными </w:t>
            </w:r>
            <w:r>
              <w:rPr>
                <w:rFonts w:eastAsia="ＭＳ 明朝" w:cs=""/>
                <w:b w:val="false"/>
                <w:kern w:val="0"/>
                <w:sz w:val="24"/>
                <w:szCs w:val="22"/>
                <w:lang w:val="zxx" w:eastAsia="en-US" w:bidi="ar-SA"/>
              </w:rPr>
              <w:t>uint64</w:t>
            </w:r>
            <w:r>
              <w:rPr>
                <w:rFonts w:eastAsia="ＭＳ 明朝" w:cs=""/>
                <w:b w:val="false"/>
                <w:kern w:val="0"/>
                <w:sz w:val="24"/>
                <w:szCs w:val="22"/>
                <w:lang w:eastAsia="en-US" w:bidi="ar-SA"/>
              </w:rPr>
              <w:t xml:space="preserve"> укладывается в </w:t>
            </w:r>
            <w:r>
              <w:rPr>
                <w:rFonts w:eastAsia="ＭＳ 明朝" w:cs=""/>
                <w:b w:val="false"/>
                <w:kern w:val="0"/>
                <w:sz w:val="24"/>
                <w:szCs w:val="22"/>
                <w:lang w:val="zxx" w:eastAsia="en-US" w:bidi="ar-SA"/>
              </w:rPr>
              <w:t>1024</w:t>
            </w:r>
            <w:r>
              <w:rPr>
                <w:rFonts w:eastAsia="ＭＳ 明朝" w:cs=""/>
                <w:b w:val="false"/>
                <w:kern w:val="0"/>
                <w:sz w:val="24"/>
                <w:szCs w:val="22"/>
                <w:lang w:eastAsia="en-US" w:bidi="ar-SA"/>
              </w:rPr>
              <w:t xml:space="preserve"> байта</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6.1</w:t>
            </w:r>
            <w:r>
              <w:rPr>
                <w:rFonts w:eastAsia="ＭＳ 明朝" w:cs=""/>
                <w:b w:val="false"/>
                <w:kern w:val="0"/>
                <w:sz w:val="24"/>
                <w:szCs w:val="22"/>
                <w:lang w:eastAsia="en-US" w:bidi="ar-SA"/>
              </w:rPr>
              <w:t>–</w:t>
            </w:r>
            <w:r>
              <w:rPr>
                <w:rFonts w:eastAsia="ＭＳ 明朝" w:cs=""/>
                <w:b w:val="false"/>
                <w:kern w:val="0"/>
                <w:sz w:val="24"/>
                <w:szCs w:val="22"/>
                <w:lang w:val="zxx" w:eastAsia="en-US" w:bidi="ar-SA"/>
              </w:rPr>
              <w:t>6.13</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19.7</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19.19</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R05</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Сирена, запись, речь, последовательность</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Сирена: редакция аппаратного профиля, фазы и допуски; </w:t>
            </w:r>
            <w:r>
              <w:rPr>
                <w:rFonts w:eastAsia="ＭＳ 明朝" w:cs=""/>
                <w:b w:val="false"/>
                <w:kern w:val="0"/>
                <w:sz w:val="24"/>
                <w:szCs w:val="22"/>
                <w:lang w:val="zxx" w:eastAsia="en-US" w:bidi="ar-SA"/>
              </w:rPr>
              <w:t>durationMs</w:t>
            </w:r>
            <w:r>
              <w:rPr>
                <w:rFonts w:eastAsia="ＭＳ 明朝" w:cs=""/>
                <w:b w:val="false"/>
                <w:kern w:val="0"/>
                <w:sz w:val="24"/>
                <w:szCs w:val="22"/>
                <w:lang w:eastAsia="en-US" w:bidi="ar-SA"/>
              </w:rPr>
              <w:t xml:space="preserve"> от </w:t>
            </w:r>
            <w:r>
              <w:rPr>
                <w:rFonts w:eastAsia="ＭＳ 明朝" w:cs=""/>
                <w:b w:val="false"/>
                <w:kern w:val="0"/>
                <w:sz w:val="24"/>
                <w:szCs w:val="22"/>
                <w:lang w:val="zxx" w:eastAsia="en-US" w:bidi="ar-SA"/>
              </w:rPr>
              <w:t>running</w:t>
            </w:r>
            <w:r>
              <w:rPr>
                <w:rFonts w:eastAsia="ＭＳ 明朝" w:cs=""/>
                <w:b w:val="false"/>
                <w:kern w:val="0"/>
                <w:sz w:val="24"/>
                <w:szCs w:val="22"/>
                <w:lang w:eastAsia="en-US" w:bidi="ar-SA"/>
              </w:rPr>
              <w:t xml:space="preserve"> с паузами, </w:t>
            </w:r>
            <w:r>
              <w:rPr>
                <w:rFonts w:eastAsia="ＭＳ 明朝" w:cs=""/>
                <w:b w:val="false"/>
                <w:kern w:val="0"/>
                <w:sz w:val="24"/>
                <w:szCs w:val="22"/>
                <w:lang w:val="zxx" w:eastAsia="en-US" w:bidi="ar-SA"/>
              </w:rPr>
              <w:t>maxDurationMs</w:t>
            </w:r>
            <w:r>
              <w:rPr>
                <w:rFonts w:eastAsia="ＭＳ 明朝" w:cs=""/>
                <w:b w:val="false"/>
                <w:kern w:val="0"/>
                <w:sz w:val="24"/>
                <w:szCs w:val="22"/>
                <w:lang w:eastAsia="en-US" w:bidi="ar-SA"/>
              </w:rPr>
              <w:t xml:space="preserve"> от </w:t>
            </w:r>
            <w:r>
              <w:rPr>
                <w:rFonts w:eastAsia="ＭＳ 明朝" w:cs=""/>
                <w:b w:val="false"/>
                <w:kern w:val="0"/>
                <w:sz w:val="24"/>
                <w:szCs w:val="22"/>
                <w:lang w:val="zxx" w:eastAsia="en-US" w:bidi="ar-SA"/>
              </w:rPr>
              <w:t>acceptedAtMs.</w:t>
            </w:r>
            <w:r>
              <w:rPr>
                <w:rFonts w:eastAsia="ＭＳ 明朝" w:cs=""/>
                <w:b w:val="false"/>
                <w:kern w:val="0"/>
                <w:sz w:val="24"/>
                <w:szCs w:val="22"/>
                <w:lang w:eastAsia="en-US" w:bidi="ar-SA"/>
              </w:rPr>
              <w:t xml:space="preserve"> Составные программы отдельным расширением</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Неполный последний цикл, задержка подтверждения </w:t>
            </w:r>
            <w:r>
              <w:rPr>
                <w:rFonts w:eastAsia="ＭＳ 明朝" w:cs=""/>
                <w:b w:val="false"/>
                <w:kern w:val="0"/>
                <w:sz w:val="24"/>
                <w:szCs w:val="22"/>
                <w:lang w:val="zxx" w:eastAsia="en-US" w:bidi="ar-SA"/>
              </w:rPr>
              <w:t>running</w:t>
            </w:r>
            <w:r>
              <w:rPr>
                <w:rFonts w:eastAsia="ＭＳ 明朝" w:cs=""/>
                <w:b w:val="false"/>
                <w:kern w:val="0"/>
                <w:sz w:val="24"/>
                <w:szCs w:val="22"/>
                <w:lang w:eastAsia="en-US" w:bidi="ar-SA"/>
              </w:rPr>
              <w:t>, совпадение пределов, неподдержанная длительность; сирена, пауза и запись в профиле программы</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10.6</w:t>
            </w:r>
            <w:r>
              <w:rPr>
                <w:rFonts w:eastAsia="ＭＳ 明朝" w:cs=""/>
                <w:b w:val="false"/>
                <w:kern w:val="0"/>
                <w:sz w:val="24"/>
                <w:szCs w:val="22"/>
                <w:lang w:eastAsia="en-US" w:bidi="ar-SA"/>
              </w:rPr>
              <w:t>–</w:t>
            </w:r>
            <w:r>
              <w:rPr>
                <w:rFonts w:eastAsia="ＭＳ 明朝" w:cs=""/>
                <w:b w:val="false"/>
                <w:kern w:val="0"/>
                <w:sz w:val="24"/>
                <w:szCs w:val="22"/>
                <w:lang w:val="zxx" w:eastAsia="en-US" w:bidi="ar-SA"/>
              </w:rPr>
              <w:t>10.15</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26.1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26.16</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15.10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15.22</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R06</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Запись по номеру и обновление содержимого</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Локальная запись доступна до </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 xml:space="preserve">; неизменные </w:t>
            </w:r>
            <w:r>
              <w:rPr>
                <w:rFonts w:eastAsia="ＭＳ 明朝" w:cs=""/>
                <w:b w:val="false"/>
                <w:kern w:val="0"/>
                <w:sz w:val="24"/>
                <w:szCs w:val="22"/>
                <w:lang w:val="zxx" w:eastAsia="en-US" w:bidi="ar-SA"/>
              </w:rPr>
              <w:t>contentId/</w:t>
            </w:r>
            <w:r>
              <w:rPr>
                <w:rFonts w:eastAsia="ＭＳ 明朝" w:cs=""/>
                <w:b w:val="false"/>
                <w:kern w:val="0"/>
                <w:sz w:val="24"/>
                <w:szCs w:val="22"/>
                <w:lang w:eastAsia="en-US" w:bidi="ar-SA"/>
              </w:rPr>
              <w:t>​</w:t>
            </w:r>
            <w:r>
              <w:rPr>
                <w:rFonts w:eastAsia="ＭＳ 明朝" w:cs=""/>
                <w:b w:val="false"/>
                <w:kern w:val="0"/>
                <w:sz w:val="24"/>
                <w:szCs w:val="22"/>
                <w:lang w:val="zxx" w:eastAsia="en-US" w:bidi="ar-SA"/>
              </w:rPr>
              <w:t>revision/</w:t>
            </w:r>
            <w:r>
              <w:rPr>
                <w:rFonts w:eastAsia="ＭＳ 明朝" w:cs=""/>
                <w:b w:val="false"/>
                <w:kern w:val="0"/>
                <w:sz w:val="24"/>
                <w:szCs w:val="22"/>
                <w:lang w:eastAsia="en-US" w:bidi="ar-SA"/>
              </w:rPr>
              <w:t>​</w:t>
            </w:r>
            <w:r>
              <w:rPr>
                <w:rFonts w:eastAsia="ＭＳ 明朝" w:cs=""/>
                <w:b w:val="false"/>
                <w:kern w:val="0"/>
                <w:sz w:val="24"/>
                <w:szCs w:val="22"/>
                <w:lang w:val="zxx" w:eastAsia="en-US" w:bidi="ar-SA"/>
              </w:rPr>
              <w:t>hash</w:t>
            </w:r>
            <w:r>
              <w:rPr>
                <w:rFonts w:eastAsia="ＭＳ 明朝" w:cs=""/>
                <w:b w:val="false"/>
                <w:kern w:val="0"/>
                <w:sz w:val="24"/>
                <w:szCs w:val="22"/>
                <w:lang w:eastAsia="en-US" w:bidi="ar-SA"/>
              </w:rPr>
              <w:t>, атомарное размещение, проверка и готовность. Передача файла во время оповещения является отдельным потоковым режимом</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Обрыв загрузки, смена содержимого слота и повтор </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 xml:space="preserve"> не запускают неполный/новый объект; </w:t>
            </w:r>
            <w:r>
              <w:rPr>
                <w:rFonts w:eastAsia="ＭＳ 明朝" w:cs=""/>
                <w:b w:val="false"/>
                <w:kern w:val="0"/>
                <w:sz w:val="24"/>
                <w:szCs w:val="22"/>
                <w:lang w:val="zxx" w:eastAsia="en-US" w:bidi="ar-SA"/>
              </w:rPr>
              <w:t>M01</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15.5</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15.9</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22.4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22.7</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16.23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16.26</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R07</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Исправление и отмена предупреждения</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Связь предупреждения АРМ с сеансами, область отмены, правила замены</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Исправленное сообщение приходит во время старого; отмена одного не останавливает другое</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21.4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21.15</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9.9</w:t>
            </w:r>
            <w:r>
              <w:rPr>
                <w:rFonts w:eastAsia="ＭＳ 明朝" w:cs=""/>
                <w:b w:val="false"/>
                <w:kern w:val="0"/>
                <w:sz w:val="24"/>
                <w:szCs w:val="22"/>
                <w:lang w:eastAsia="en-US" w:bidi="ar-SA"/>
              </w:rPr>
              <w:t>–</w:t>
            </w:r>
            <w:r>
              <w:rPr>
                <w:rFonts w:eastAsia="ＭＳ 明朝" w:cs=""/>
                <w:b w:val="false"/>
                <w:kern w:val="0"/>
                <w:sz w:val="24"/>
                <w:szCs w:val="22"/>
                <w:lang w:val="zxx" w:eastAsia="en-US" w:bidi="ar-SA"/>
              </w:rPr>
              <w:t>9.10</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R08</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Немедленный групповой запуск</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Каждый получатель независимо принимает </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 xml:space="preserve"> в </w:t>
            </w:r>
            <w:r>
              <w:rPr>
                <w:rFonts w:eastAsia="ＭＳ 明朝" w:cs=""/>
                <w:b w:val="false"/>
                <w:kern w:val="0"/>
                <w:sz w:val="24"/>
                <w:szCs w:val="22"/>
                <w:lang w:val="zxx" w:eastAsia="en-US" w:bidi="ar-SA"/>
              </w:rPr>
              <w:t>acceptBeforeMs</w:t>
            </w:r>
            <w:r>
              <w:rPr>
                <w:rFonts w:eastAsia="ＭＳ 明朝" w:cs=""/>
                <w:b w:val="false"/>
                <w:kern w:val="0"/>
                <w:sz w:val="24"/>
                <w:szCs w:val="22"/>
                <w:lang w:eastAsia="en-US" w:bidi="ar-SA"/>
              </w:rPr>
              <w:t xml:space="preserve">; единый момент физического запуска по </w:t>
            </w:r>
            <w:r>
              <w:rPr>
                <w:rFonts w:eastAsia="ＭＳ 明朝" w:cs=""/>
                <w:b w:val="false"/>
                <w:kern w:val="0"/>
                <w:sz w:val="24"/>
                <w:szCs w:val="22"/>
                <w:lang w:val="zxx" w:eastAsia="en-US" w:bidi="ar-SA"/>
              </w:rPr>
              <w:t>UTC</w:t>
            </w:r>
            <w:r>
              <w:rPr>
                <w:rFonts w:eastAsia="ＭＳ 明朝" w:cs=""/>
                <w:b w:val="false"/>
                <w:kern w:val="0"/>
                <w:sz w:val="24"/>
                <w:szCs w:val="22"/>
                <w:lang w:eastAsia="en-US" w:bidi="ar-SA"/>
              </w:rPr>
              <w:t xml:space="preserve"> в </w:t>
            </w:r>
            <w:r>
              <w:rPr>
                <w:rFonts w:eastAsia="ＭＳ 明朝" w:cs=""/>
                <w:b w:val="false"/>
                <w:kern w:val="0"/>
                <w:sz w:val="24"/>
                <w:szCs w:val="22"/>
                <w:lang w:val="zxx" w:eastAsia="en-US" w:bidi="ar-SA"/>
              </w:rPr>
              <w:t>0.21</w:t>
            </w:r>
            <w:r>
              <w:rPr>
                <w:rFonts w:eastAsia="ＭＳ 明朝" w:cs=""/>
                <w:b w:val="false"/>
                <w:kern w:val="0"/>
                <w:sz w:val="24"/>
                <w:szCs w:val="22"/>
                <w:lang w:eastAsia="en-US" w:bidi="ar-SA"/>
              </w:rPr>
              <w:t xml:space="preserve"> не предоставляется</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Отказ одного получателя не превращается в общий успех; АРМ показывает точный состав принявших и исполнивших</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8.1</w:t>
            </w:r>
            <w:r>
              <w:rPr>
                <w:rFonts w:eastAsia="ＭＳ 明朝" w:cs=""/>
                <w:b w:val="false"/>
                <w:kern w:val="0"/>
                <w:sz w:val="24"/>
                <w:szCs w:val="22"/>
                <w:lang w:eastAsia="en-US" w:bidi="ar-SA"/>
              </w:rPr>
              <w:t>–</w:t>
            </w:r>
            <w:r>
              <w:rPr>
                <w:rFonts w:eastAsia="ＭＳ 明朝" w:cs=""/>
                <w:b w:val="false"/>
                <w:kern w:val="0"/>
                <w:sz w:val="24"/>
                <w:szCs w:val="22"/>
                <w:lang w:val="zxx" w:eastAsia="en-US" w:bidi="ar-SA"/>
              </w:rPr>
              <w:t>8.59</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21.4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21.15</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R09</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Потеря управления при сирене или записи</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Настройка </w:t>
            </w:r>
            <w:r>
              <w:rPr>
                <w:rFonts w:eastAsia="ＭＳ 明朝" w:cs=""/>
                <w:b w:val="false"/>
                <w:kern w:val="0"/>
                <w:sz w:val="24"/>
                <w:szCs w:val="22"/>
                <w:lang w:val="zxx" w:eastAsia="en-US" w:bidi="ar-SA"/>
              </w:rPr>
              <w:t>stop/</w:t>
            </w:r>
            <w:r>
              <w:rPr>
                <w:rFonts w:eastAsia="ＭＳ 明朝" w:cs=""/>
                <w:b w:val="false"/>
                <w:kern w:val="0"/>
                <w:sz w:val="24"/>
                <w:szCs w:val="22"/>
                <w:lang w:eastAsia="en-US" w:bidi="ar-SA"/>
              </w:rPr>
              <w:t>​</w:t>
            </w:r>
            <w:r>
              <w:rPr>
                <w:rFonts w:eastAsia="ＭＳ 明朝" w:cs=""/>
                <w:b w:val="false"/>
                <w:kern w:val="0"/>
                <w:sz w:val="24"/>
                <w:szCs w:val="22"/>
                <w:lang w:val="zxx" w:eastAsia="en-US" w:bidi="ar-SA"/>
              </w:rPr>
              <w:t>finish</w:t>
            </w:r>
            <w:r>
              <w:rPr>
                <w:rFonts w:eastAsia="ＭＳ 明朝" w:cs=""/>
                <w:b w:val="false"/>
                <w:kern w:val="0"/>
                <w:sz w:val="24"/>
                <w:szCs w:val="22"/>
                <w:lang w:eastAsia="en-US" w:bidi="ar-SA"/>
              </w:rPr>
              <w:t xml:space="preserve"> на приборе, снимок ревизии на запуск; разрыв транспорта отдельно от </w:t>
            </w:r>
            <w:r>
              <w:rPr>
                <w:rFonts w:eastAsia="ＭＳ 明朝" w:cs=""/>
                <w:b w:val="false"/>
                <w:kern w:val="0"/>
                <w:sz w:val="24"/>
                <w:szCs w:val="22"/>
                <w:lang w:val="zxx" w:eastAsia="en-US" w:bidi="ar-SA"/>
              </w:rPr>
              <w:t>lease</w:t>
            </w:r>
            <w:r>
              <w:rPr>
                <w:rFonts w:eastAsia="ＭＳ 明朝" w:cs=""/>
                <w:b w:val="false"/>
                <w:kern w:val="0"/>
                <w:sz w:val="24"/>
                <w:szCs w:val="22"/>
                <w:lang w:eastAsia="en-US" w:bidi="ar-SA"/>
              </w:rPr>
              <w:t>; таблица переходов и непродлеваемые сроки</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Наблюдатель остается; </w:t>
            </w:r>
            <w:r>
              <w:rPr>
                <w:rFonts w:eastAsia="ＭＳ 明朝" w:cs=""/>
                <w:b w:val="false"/>
                <w:kern w:val="0"/>
                <w:sz w:val="24"/>
                <w:szCs w:val="22"/>
                <w:lang w:val="zxx" w:eastAsia="en-US" w:bidi="ar-SA"/>
              </w:rPr>
              <w:t>resume</w:t>
            </w:r>
            <w:r>
              <w:rPr>
                <w:rFonts w:eastAsia="ＭＳ 明朝" w:cs=""/>
                <w:b w:val="false"/>
                <w:kern w:val="0"/>
                <w:sz w:val="24"/>
                <w:szCs w:val="22"/>
                <w:lang w:eastAsia="en-US" w:bidi="ar-SA"/>
              </w:rPr>
              <w:t xml:space="preserve"> до, на границе и после </w:t>
            </w:r>
            <w:r>
              <w:rPr>
                <w:rFonts w:eastAsia="ＭＳ 明朝" w:cs=""/>
                <w:b w:val="false"/>
                <w:kern w:val="0"/>
                <w:sz w:val="24"/>
                <w:szCs w:val="22"/>
                <w:lang w:val="zxx" w:eastAsia="en-US" w:bidi="ar-SA"/>
              </w:rPr>
              <w:t>lease</w:t>
            </w:r>
            <w:r>
              <w:rPr>
                <w:rFonts w:eastAsia="ＭＳ 明朝" w:cs=""/>
                <w:b w:val="false"/>
                <w:kern w:val="0"/>
                <w:sz w:val="24"/>
                <w:szCs w:val="22"/>
                <w:lang w:eastAsia="en-US" w:bidi="ar-SA"/>
              </w:rPr>
              <w:t xml:space="preserve">; восстановление при </w:t>
            </w:r>
            <w:r>
              <w:rPr>
                <w:rFonts w:eastAsia="ＭＳ 明朝" w:cs=""/>
                <w:b w:val="false"/>
                <w:kern w:val="0"/>
                <w:sz w:val="24"/>
                <w:szCs w:val="22"/>
                <w:lang w:val="zxx" w:eastAsia="en-US" w:bidi="ar-SA"/>
              </w:rPr>
              <w:t>draining</w:t>
            </w:r>
            <w:r>
              <w:rPr>
                <w:rFonts w:eastAsia="ＭＳ 明朝" w:cs=""/>
                <w:b w:val="false"/>
                <w:kern w:val="0"/>
                <w:sz w:val="24"/>
                <w:szCs w:val="22"/>
                <w:lang w:eastAsia="en-US" w:bidi="ar-SA"/>
              </w:rPr>
              <w:t xml:space="preserve"> не разрешает новый </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 xml:space="preserve"> и не отменяет </w:t>
            </w:r>
            <w:r>
              <w:rPr>
                <w:rFonts w:eastAsia="ＭＳ 明朝" w:cs=""/>
                <w:b w:val="false"/>
                <w:kern w:val="0"/>
                <w:sz w:val="24"/>
                <w:szCs w:val="22"/>
                <w:lang w:val="zxx" w:eastAsia="en-US" w:bidi="ar-SA"/>
              </w:rPr>
              <w:t>stopping</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5.19</w:t>
            </w:r>
            <w:r>
              <w:rPr>
                <w:rFonts w:eastAsia="ＭＳ 明朝" w:cs=""/>
                <w:b w:val="false"/>
                <w:kern w:val="0"/>
                <w:sz w:val="24"/>
                <w:szCs w:val="22"/>
                <w:lang w:eastAsia="en-US" w:bidi="ar-SA"/>
              </w:rPr>
              <w:t>–</w:t>
            </w:r>
            <w:r>
              <w:rPr>
                <w:rFonts w:eastAsia="ＭＳ 明朝" w:cs=""/>
                <w:b w:val="false"/>
                <w:kern w:val="0"/>
                <w:sz w:val="24"/>
                <w:szCs w:val="22"/>
                <w:lang w:val="zxx" w:eastAsia="en-US" w:bidi="ar-SA"/>
              </w:rPr>
              <w:t>5.35</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8.4</w:t>
            </w:r>
            <w:r>
              <w:rPr>
                <w:rFonts w:eastAsia="ＭＳ 明朝" w:cs=""/>
                <w:b w:val="false"/>
                <w:kern w:val="0"/>
                <w:sz w:val="24"/>
                <w:szCs w:val="22"/>
                <w:lang w:eastAsia="en-US" w:bidi="ar-SA"/>
              </w:rPr>
              <w:t>–</w:t>
            </w:r>
            <w:r>
              <w:rPr>
                <w:rFonts w:eastAsia="ＭＳ 明朝" w:cs=""/>
                <w:b w:val="false"/>
                <w:kern w:val="0"/>
                <w:sz w:val="24"/>
                <w:szCs w:val="22"/>
                <w:lang w:val="zxx" w:eastAsia="en-US" w:bidi="ar-SA"/>
              </w:rPr>
              <w:t>8.9</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R10</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Потеря аудио, управления или обоих каналов</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Конечные сроки потери управления и аудио; небольшой ограниченный </w:t>
            </w:r>
            <w:r>
              <w:rPr>
                <w:rFonts w:eastAsia="ＭＳ 明朝" w:cs=""/>
                <w:b w:val="false"/>
                <w:kern w:val="0"/>
                <w:sz w:val="24"/>
                <w:szCs w:val="22"/>
                <w:lang w:val="zxx" w:eastAsia="en-US" w:bidi="ar-SA"/>
              </w:rPr>
              <w:t>jitter-</w:t>
            </w:r>
            <w:r>
              <w:rPr>
                <w:rFonts w:eastAsia="ＭＳ 明朝" w:cs=""/>
                <w:b w:val="false"/>
                <w:kern w:val="0"/>
                <w:sz w:val="24"/>
                <w:szCs w:val="22"/>
                <w:lang w:eastAsia="en-US" w:bidi="ar-SA"/>
              </w:rPr>
              <w:t>буфер микрофона, учет возраста пакета и политики восстановления</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Потери не скрываются буфером; поздний звук не воспроизводится, малый буфер проверяется на заданном канале; </w:t>
            </w:r>
            <w:r>
              <w:rPr>
                <w:rFonts w:eastAsia="ＭＳ 明朝" w:cs=""/>
                <w:b w:val="false"/>
                <w:kern w:val="0"/>
                <w:sz w:val="24"/>
                <w:szCs w:val="22"/>
                <w:lang w:val="zxx" w:eastAsia="en-US" w:bidi="ar-SA"/>
              </w:rPr>
              <w:t>M03/</w:t>
            </w:r>
            <w:r>
              <w:rPr>
                <w:rFonts w:eastAsia="ＭＳ 明朝" w:cs=""/>
                <w:b w:val="false"/>
                <w:kern w:val="0"/>
                <w:sz w:val="24"/>
                <w:szCs w:val="22"/>
                <w:lang w:eastAsia="en-US" w:bidi="ar-SA"/>
              </w:rPr>
              <w:t>​</w:t>
            </w:r>
            <w:r>
              <w:rPr>
                <w:rFonts w:eastAsia="ＭＳ 明朝" w:cs=""/>
                <w:b w:val="false"/>
                <w:kern w:val="0"/>
                <w:sz w:val="24"/>
                <w:szCs w:val="22"/>
                <w:lang w:val="zxx" w:eastAsia="en-US" w:bidi="ar-SA"/>
              </w:rPr>
              <w:t>M05/</w:t>
            </w:r>
            <w:r>
              <w:rPr>
                <w:rFonts w:eastAsia="ＭＳ 明朝" w:cs=""/>
                <w:b w:val="false"/>
                <w:kern w:val="0"/>
                <w:sz w:val="24"/>
                <w:szCs w:val="22"/>
                <w:lang w:eastAsia="en-US" w:bidi="ar-SA"/>
              </w:rPr>
              <w:t>​</w:t>
            </w:r>
            <w:r>
              <w:rPr>
                <w:rFonts w:eastAsia="ＭＳ 明朝" w:cs=""/>
                <w:b w:val="false"/>
                <w:kern w:val="0"/>
                <w:sz w:val="24"/>
                <w:szCs w:val="22"/>
                <w:lang w:val="zxx" w:eastAsia="en-US" w:bidi="ar-SA"/>
              </w:rPr>
              <w:t>M07/</w:t>
            </w:r>
            <w:r>
              <w:rPr>
                <w:rFonts w:eastAsia="ＭＳ 明朝" w:cs=""/>
                <w:b w:val="false"/>
                <w:kern w:val="0"/>
                <w:sz w:val="24"/>
                <w:szCs w:val="22"/>
                <w:lang w:eastAsia="en-US" w:bidi="ar-SA"/>
              </w:rPr>
              <w:t>​</w:t>
            </w:r>
            <w:r>
              <w:rPr>
                <w:rFonts w:eastAsia="ＭＳ 明朝" w:cs=""/>
                <w:b w:val="false"/>
                <w:kern w:val="0"/>
                <w:sz w:val="24"/>
                <w:szCs w:val="22"/>
                <w:lang w:val="zxx" w:eastAsia="en-US" w:bidi="ar-SA"/>
              </w:rPr>
              <w:t>M10</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15.35</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15.39</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15.47</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15.68</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R11</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Повтор команды, потеря ответа</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Две границы приема, сохраненное решение, сравнение нормализованного содержимого до предметной валидации</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Повторы </w:t>
            </w:r>
            <w:r>
              <w:rPr>
                <w:rFonts w:eastAsia="ＭＳ 明朝" w:cs=""/>
                <w:b w:val="false"/>
                <w:kern w:val="0"/>
                <w:sz w:val="24"/>
                <w:szCs w:val="22"/>
                <w:lang w:val="zxx" w:eastAsia="en-US" w:bidi="ar-SA"/>
              </w:rPr>
              <w:t>unsupported/</w:t>
            </w:r>
            <w:r>
              <w:rPr>
                <w:rFonts w:eastAsia="ＭＳ 明朝" w:cs=""/>
                <w:b w:val="false"/>
                <w:kern w:val="0"/>
                <w:sz w:val="24"/>
                <w:szCs w:val="22"/>
                <w:lang w:eastAsia="en-US" w:bidi="ar-SA"/>
              </w:rPr>
              <w:t>​</w:t>
            </w:r>
            <w:r>
              <w:rPr>
                <w:rFonts w:eastAsia="ＭＳ 明朝" w:cs=""/>
                <w:b w:val="false"/>
                <w:kern w:val="0"/>
                <w:sz w:val="24"/>
                <w:szCs w:val="22"/>
                <w:lang w:val="zxx" w:eastAsia="en-US" w:bidi="ar-SA"/>
              </w:rPr>
              <w:t>invalidArgument</w:t>
            </w:r>
            <w:r>
              <w:rPr>
                <w:rFonts w:eastAsia="ＭＳ 明朝" w:cs=""/>
                <w:b w:val="false"/>
                <w:kern w:val="0"/>
                <w:sz w:val="24"/>
                <w:szCs w:val="22"/>
                <w:lang w:eastAsia="en-US" w:bidi="ar-SA"/>
              </w:rPr>
              <w:t xml:space="preserve"> возвращают прежний отказ; изменение ошибочного поля дает </w:t>
            </w:r>
            <w:r>
              <w:rPr>
                <w:rFonts w:eastAsia="ＭＳ 明朝" w:cs=""/>
                <w:b w:val="false"/>
                <w:kern w:val="0"/>
                <w:sz w:val="24"/>
                <w:szCs w:val="22"/>
                <w:lang w:val="zxx" w:eastAsia="en-US" w:bidi="ar-SA"/>
              </w:rPr>
              <w:t>conflict</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6.5</w:t>
            </w:r>
            <w:r>
              <w:rPr>
                <w:rFonts w:eastAsia="ＭＳ 明朝" w:cs=""/>
                <w:b w:val="false"/>
                <w:kern w:val="0"/>
                <w:sz w:val="24"/>
                <w:szCs w:val="22"/>
                <w:lang w:eastAsia="en-US" w:bidi="ar-SA"/>
              </w:rPr>
              <w:t>–</w:t>
            </w:r>
            <w:r>
              <w:rPr>
                <w:rFonts w:eastAsia="ＭＳ 明朝" w:cs=""/>
                <w:b w:val="false"/>
                <w:kern w:val="0"/>
                <w:sz w:val="24"/>
                <w:szCs w:val="22"/>
                <w:lang w:val="zxx" w:eastAsia="en-US" w:bidi="ar-SA"/>
              </w:rPr>
              <w:t>6.13</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9.11</w:t>
            </w:r>
            <w:r>
              <w:rPr>
                <w:rFonts w:eastAsia="ＭＳ 明朝" w:cs=""/>
                <w:b w:val="false"/>
                <w:kern w:val="0"/>
                <w:sz w:val="24"/>
                <w:szCs w:val="22"/>
                <w:lang w:eastAsia="en-US" w:bidi="ar-SA"/>
              </w:rPr>
              <w:t>–</w:t>
            </w:r>
            <w:r>
              <w:rPr>
                <w:rFonts w:eastAsia="ＭＳ 明朝" w:cs=""/>
                <w:b w:val="false"/>
                <w:kern w:val="0"/>
                <w:sz w:val="24"/>
                <w:szCs w:val="22"/>
                <w:lang w:val="zxx" w:eastAsia="en-US" w:bidi="ar-SA"/>
              </w:rPr>
              <w:t>9.13</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R12</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Питание, перезапуск, часы</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bootId</w:t>
            </w:r>
            <w:r>
              <w:rPr>
                <w:rFonts w:eastAsia="ＭＳ 明朝" w:cs=""/>
                <w:b w:val="false"/>
                <w:kern w:val="0"/>
                <w:sz w:val="24"/>
                <w:szCs w:val="22"/>
                <w:lang w:eastAsia="en-US" w:bidi="ar-SA"/>
              </w:rPr>
              <w:t xml:space="preserve">, постоянное намерение до физического запуска, атомарная фиксация, обнаружение оборванной записи и восстановление </w:t>
            </w:r>
            <w:r>
              <w:rPr>
                <w:rFonts w:eastAsia="ＭＳ 明朝" w:cs=""/>
                <w:b w:val="false"/>
                <w:kern w:val="0"/>
                <w:sz w:val="24"/>
                <w:szCs w:val="22"/>
                <w:lang w:val="zxx" w:eastAsia="en-US" w:bidi="ar-SA"/>
              </w:rPr>
              <w:t>unknown</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Отключение питания на каждой границе записи и воздействия; повреждение </w:t>
            </w:r>
            <w:r>
              <w:rPr>
                <w:rFonts w:eastAsia="ＭＳ 明朝" w:cs=""/>
                <w:b w:val="false"/>
                <w:kern w:val="0"/>
                <w:sz w:val="24"/>
                <w:szCs w:val="22"/>
                <w:lang w:val="zxx" w:eastAsia="en-US" w:bidi="ar-SA"/>
              </w:rPr>
              <w:t>Flash</w:t>
            </w:r>
            <w:r>
              <w:rPr>
                <w:rFonts w:eastAsia="ＭＳ 明朝" w:cs=""/>
                <w:b w:val="false"/>
                <w:kern w:val="0"/>
                <w:sz w:val="24"/>
                <w:szCs w:val="22"/>
                <w:lang w:eastAsia="en-US" w:bidi="ar-SA"/>
              </w:rPr>
              <w:t xml:space="preserve"> не создает повторный запуск или ложный </w:t>
            </w:r>
            <w:r>
              <w:rPr>
                <w:rFonts w:eastAsia="ＭＳ 明朝" w:cs=""/>
                <w:b w:val="false"/>
                <w:kern w:val="0"/>
                <w:sz w:val="24"/>
                <w:szCs w:val="22"/>
                <w:lang w:val="zxx" w:eastAsia="en-US" w:bidi="ar-SA"/>
              </w:rPr>
              <w:t>off</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8.10</w:t>
            </w:r>
            <w:r>
              <w:rPr>
                <w:rFonts w:eastAsia="ＭＳ 明朝" w:cs=""/>
                <w:b w:val="false"/>
                <w:kern w:val="0"/>
                <w:sz w:val="24"/>
                <w:szCs w:val="22"/>
                <w:lang w:eastAsia="en-US" w:bidi="ar-SA"/>
              </w:rPr>
              <w:t>–</w:t>
            </w:r>
            <w:r>
              <w:rPr>
                <w:rFonts w:eastAsia="ＭＳ 明朝" w:cs=""/>
                <w:b w:val="false"/>
                <w:kern w:val="0"/>
                <w:sz w:val="24"/>
                <w:szCs w:val="22"/>
                <w:lang w:val="zxx" w:eastAsia="en-US" w:bidi="ar-SA"/>
              </w:rPr>
              <w:t>8.13</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8.14</w:t>
            </w:r>
            <w:r>
              <w:rPr>
                <w:rFonts w:eastAsia="ＭＳ 明朝" w:cs=""/>
                <w:b w:val="false"/>
                <w:kern w:val="0"/>
                <w:sz w:val="24"/>
                <w:szCs w:val="22"/>
                <w:lang w:eastAsia="en-US" w:bidi="ar-SA"/>
              </w:rPr>
              <w:t>–</w:t>
            </w:r>
            <w:r>
              <w:rPr>
                <w:rFonts w:eastAsia="ＭＳ 明朝" w:cs=""/>
                <w:b w:val="false"/>
                <w:kern w:val="0"/>
                <w:sz w:val="24"/>
                <w:szCs w:val="22"/>
                <w:lang w:val="zxx" w:eastAsia="en-US" w:bidi="ar-SA"/>
              </w:rPr>
              <w:t>8.22</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R13</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Отказ усилителя, линии, накопителя</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Доступные измерения, их свежесть, причина завершения</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Команда принята, усилитель не включился; нельзя утверждать, что население услышало сообщение</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13.29</w:t>
            </w:r>
            <w:r>
              <w:rPr>
                <w:rFonts w:eastAsia="ＭＳ 明朝" w:cs=""/>
                <w:b w:val="false"/>
                <w:kern w:val="0"/>
                <w:sz w:val="24"/>
                <w:szCs w:val="22"/>
                <w:lang w:eastAsia="en-US" w:bidi="ar-SA"/>
              </w:rPr>
              <w:t>–</w:t>
            </w:r>
            <w:r>
              <w:rPr>
                <w:rFonts w:eastAsia="ＭＳ 明朝" w:cs=""/>
                <w:b w:val="false"/>
                <w:kern w:val="0"/>
                <w:sz w:val="24"/>
                <w:szCs w:val="22"/>
                <w:lang w:val="zxx" w:eastAsia="en-US" w:bidi="ar-SA"/>
              </w:rPr>
              <w:t>13.42</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13.1</w:t>
            </w:r>
            <w:r>
              <w:rPr>
                <w:rFonts w:eastAsia="ＭＳ 明朝" w:cs=""/>
                <w:b w:val="false"/>
                <w:kern w:val="0"/>
                <w:sz w:val="24"/>
                <w:szCs w:val="22"/>
                <w:lang w:eastAsia="en-US" w:bidi="ar-SA"/>
              </w:rPr>
              <w:t>–</w:t>
            </w:r>
            <w:r>
              <w:rPr>
                <w:rFonts w:eastAsia="ＭＳ 明朝" w:cs=""/>
                <w:b w:val="false"/>
                <w:kern w:val="0"/>
                <w:sz w:val="24"/>
                <w:szCs w:val="22"/>
                <w:lang w:val="zxx" w:eastAsia="en-US" w:bidi="ar-SA"/>
              </w:rPr>
              <w:t>13.42</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R14</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Обслуживание во время тревоги</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Допустимые настройки и загрузки, прерывание сервисных операций</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Срочный запуск во время загрузки файла или подготовки прошивки</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5.36</w:t>
            </w:r>
            <w:r>
              <w:rPr>
                <w:rFonts w:eastAsia="ＭＳ 明朝" w:cs=""/>
                <w:b w:val="false"/>
                <w:kern w:val="0"/>
                <w:sz w:val="24"/>
                <w:szCs w:val="22"/>
                <w:lang w:eastAsia="en-US" w:bidi="ar-SA"/>
              </w:rPr>
              <w:t>–</w:t>
            </w:r>
            <w:r>
              <w:rPr>
                <w:rFonts w:eastAsia="ＭＳ 明朝" w:cs=""/>
                <w:b w:val="false"/>
                <w:kern w:val="0"/>
                <w:sz w:val="24"/>
                <w:szCs w:val="22"/>
                <w:lang w:val="zxx" w:eastAsia="en-US" w:bidi="ar-SA"/>
              </w:rPr>
              <w:t>5.39</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16.3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16.19</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R15</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Два АРМ, разделение сети</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Один активный экземпляр, </w:t>
            </w:r>
            <w:r>
              <w:rPr>
                <w:rFonts w:eastAsia="ＭＳ 明朝" w:cs=""/>
                <w:b w:val="false"/>
                <w:kern w:val="0"/>
                <w:sz w:val="24"/>
                <w:szCs w:val="22"/>
                <w:lang w:val="zxx" w:eastAsia="en-US" w:bidi="ar-SA"/>
              </w:rPr>
              <w:t>acquireSeq/</w:t>
            </w:r>
            <w:r>
              <w:rPr>
                <w:rFonts w:eastAsia="ＭＳ 明朝" w:cs=""/>
                <w:b w:val="false"/>
                <w:kern w:val="0"/>
                <w:sz w:val="24"/>
                <w:szCs w:val="22"/>
                <w:lang w:eastAsia="en-US" w:bidi="ar-SA"/>
              </w:rPr>
              <w:t>​</w:t>
            </w:r>
            <w:r>
              <w:rPr>
                <w:rFonts w:eastAsia="ＭＳ 明朝" w:cs=""/>
                <w:b w:val="false"/>
                <w:kern w:val="0"/>
                <w:sz w:val="24"/>
                <w:szCs w:val="22"/>
                <w:lang w:val="zxx" w:eastAsia="en-US" w:bidi="ar-SA"/>
              </w:rPr>
              <w:t>attachSeq</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lease</w:t>
            </w:r>
            <w:r>
              <w:rPr>
                <w:rFonts w:eastAsia="ＭＳ 明朝" w:cs=""/>
                <w:b w:val="false"/>
                <w:kern w:val="0"/>
                <w:sz w:val="24"/>
                <w:szCs w:val="22"/>
                <w:lang w:eastAsia="en-US" w:bidi="ar-SA"/>
              </w:rPr>
              <w:t>, освобождение и независимое ограждение резервируемого АРМ</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Потерян ответ </w:t>
            </w:r>
            <w:r>
              <w:rPr>
                <w:rFonts w:eastAsia="ＭＳ 明朝" w:cs=""/>
                <w:b w:val="false"/>
                <w:kern w:val="0"/>
                <w:sz w:val="24"/>
                <w:szCs w:val="22"/>
                <w:lang w:val="zxx" w:eastAsia="en-US" w:bidi="ar-SA"/>
              </w:rPr>
              <w:t>acquire</w:t>
            </w:r>
            <w:r>
              <w:rPr>
                <w:rFonts w:eastAsia="ＭＳ 明朝" w:cs=""/>
                <w:b w:val="false"/>
                <w:kern w:val="0"/>
                <w:sz w:val="24"/>
                <w:szCs w:val="22"/>
                <w:lang w:eastAsia="en-US" w:bidi="ar-SA"/>
              </w:rPr>
              <w:t xml:space="preserve">; две копии пытаются </w:t>
            </w:r>
            <w:r>
              <w:rPr>
                <w:rFonts w:eastAsia="ＭＳ 明朝" w:cs=""/>
                <w:b w:val="false"/>
                <w:kern w:val="0"/>
                <w:sz w:val="24"/>
                <w:szCs w:val="22"/>
                <w:lang w:val="zxx" w:eastAsia="en-US" w:bidi="ar-SA"/>
              </w:rPr>
              <w:t>resume</w:t>
            </w:r>
            <w:r>
              <w:rPr>
                <w:rFonts w:eastAsia="ＭＳ 明朝" w:cs=""/>
                <w:b w:val="false"/>
                <w:kern w:val="0"/>
                <w:sz w:val="24"/>
                <w:szCs w:val="22"/>
                <w:lang w:eastAsia="en-US" w:bidi="ar-SA"/>
              </w:rPr>
              <w:t>; возврат изолированной копии не дает ей доступа</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5.16</w:t>
            </w:r>
            <w:r>
              <w:rPr>
                <w:rFonts w:eastAsia="ＭＳ 明朝" w:cs=""/>
                <w:b w:val="false"/>
                <w:kern w:val="0"/>
                <w:sz w:val="24"/>
                <w:szCs w:val="22"/>
                <w:lang w:eastAsia="en-US" w:bidi="ar-SA"/>
              </w:rPr>
              <w:t>–</w:t>
            </w:r>
            <w:r>
              <w:rPr>
                <w:rFonts w:eastAsia="ＭＳ 明朝" w:cs=""/>
                <w:b w:val="false"/>
                <w:kern w:val="0"/>
                <w:sz w:val="24"/>
                <w:szCs w:val="22"/>
                <w:lang w:val="zxx" w:eastAsia="en-US" w:bidi="ar-SA"/>
              </w:rPr>
              <w:t>5.18</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6.5</w:t>
            </w:r>
            <w:r>
              <w:rPr>
                <w:rFonts w:eastAsia="ＭＳ 明朝" w:cs=""/>
                <w:b w:val="false"/>
                <w:kern w:val="0"/>
                <w:sz w:val="24"/>
                <w:szCs w:val="22"/>
                <w:lang w:eastAsia="en-US" w:bidi="ar-SA"/>
              </w:rPr>
              <w:t>–</w:t>
            </w:r>
            <w:r>
              <w:rPr>
                <w:rFonts w:eastAsia="ＭＳ 明朝" w:cs=""/>
                <w:b w:val="false"/>
                <w:kern w:val="0"/>
                <w:sz w:val="24"/>
                <w:szCs w:val="22"/>
                <w:lang w:val="zxx" w:eastAsia="en-US" w:bidi="ar-SA"/>
              </w:rPr>
              <w:t>6.13</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R16</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Пропуски событий, устаревшее состояние</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events.read:</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afterSeq/</w:t>
            </w:r>
            <w:r>
              <w:rPr>
                <w:rFonts w:eastAsia="ＭＳ 明朝" w:cs=""/>
                <w:b w:val="false"/>
                <w:kern w:val="0"/>
                <w:sz w:val="24"/>
                <w:szCs w:val="22"/>
                <w:lang w:eastAsia="en-US" w:bidi="ar-SA"/>
              </w:rPr>
              <w:t>​</w:t>
            </w:r>
            <w:r>
              <w:rPr>
                <w:rFonts w:eastAsia="ＭＳ 明朝" w:cs=""/>
                <w:b w:val="false"/>
                <w:kern w:val="0"/>
                <w:sz w:val="24"/>
                <w:szCs w:val="22"/>
                <w:lang w:val="zxx" w:eastAsia="en-US" w:bidi="ar-SA"/>
              </w:rPr>
              <w:t>nextSeq</w:t>
            </w:r>
            <w:r>
              <w:rPr>
                <w:rFonts w:eastAsia="ＭＳ 明朝" w:cs=""/>
                <w:b w:val="false"/>
                <w:kern w:val="0"/>
                <w:sz w:val="24"/>
                <w:szCs w:val="22"/>
                <w:lang w:eastAsia="en-US" w:bidi="ar-SA"/>
              </w:rPr>
              <w:t xml:space="preserve"> без </w:t>
            </w:r>
            <w:r>
              <w:rPr>
                <w:rFonts w:eastAsia="ＭＳ 明朝" w:cs=""/>
                <w:b w:val="false"/>
                <w:kern w:val="0"/>
                <w:sz w:val="24"/>
                <w:szCs w:val="22"/>
                <w:lang w:val="zxx" w:eastAsia="en-US" w:bidi="ar-SA"/>
              </w:rPr>
              <w:t>snapshotId</w:t>
            </w:r>
            <w:r>
              <w:rPr>
                <w:rFonts w:eastAsia="ＭＳ 明朝" w:cs=""/>
                <w:b w:val="false"/>
                <w:kern w:val="0"/>
                <w:sz w:val="24"/>
                <w:szCs w:val="22"/>
                <w:lang w:eastAsia="en-US" w:bidi="ar-SA"/>
              </w:rPr>
              <w:t>; снимки отдельно; обнаружение пропуска и история результата</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Повтор </w:t>
            </w:r>
            <w:r>
              <w:rPr>
                <w:rFonts w:eastAsia="ＭＳ 明朝" w:cs=""/>
                <w:b w:val="false"/>
                <w:kern w:val="0"/>
                <w:sz w:val="24"/>
                <w:szCs w:val="22"/>
                <w:lang w:val="zxx" w:eastAsia="en-US" w:bidi="ar-SA"/>
              </w:rPr>
              <w:t>afterSeq</w:t>
            </w:r>
            <w:r>
              <w:rPr>
                <w:rFonts w:eastAsia="ＭＳ 明朝" w:cs=""/>
                <w:b w:val="false"/>
                <w:kern w:val="0"/>
                <w:sz w:val="24"/>
                <w:szCs w:val="22"/>
                <w:lang w:eastAsia="en-US" w:bidi="ar-SA"/>
              </w:rPr>
              <w:t xml:space="preserve"> при новых событиях и переполнении кольца; </w:t>
            </w:r>
            <w:r>
              <w:rPr>
                <w:rFonts w:eastAsia="ＭＳ 明朝" w:cs=""/>
                <w:b w:val="false"/>
                <w:kern w:val="0"/>
                <w:sz w:val="24"/>
                <w:szCs w:val="22"/>
                <w:lang w:val="zxx" w:eastAsia="en-US" w:bidi="ar-SA"/>
              </w:rPr>
              <w:t>gap</w:t>
            </w:r>
            <w:r>
              <w:rPr>
                <w:rFonts w:eastAsia="ＭＳ 明朝" w:cs=""/>
                <w:b w:val="false"/>
                <w:kern w:val="0"/>
                <w:sz w:val="24"/>
                <w:szCs w:val="22"/>
                <w:lang w:eastAsia="en-US" w:bidi="ar-SA"/>
              </w:rPr>
              <w:t xml:space="preserve"> требует снимка, </w:t>
            </w:r>
            <w:r>
              <w:rPr>
                <w:rFonts w:eastAsia="ＭＳ 明朝" w:cs=""/>
                <w:b w:val="false"/>
                <w:kern w:val="0"/>
                <w:sz w:val="24"/>
                <w:szCs w:val="22"/>
                <w:lang w:val="zxx" w:eastAsia="en-US" w:bidi="ar-SA"/>
              </w:rPr>
              <w:t>idle</w:t>
            </w:r>
            <w:r>
              <w:rPr>
                <w:rFonts w:eastAsia="ＭＳ 明朝" w:cs=""/>
                <w:b w:val="false"/>
                <w:kern w:val="0"/>
                <w:sz w:val="24"/>
                <w:szCs w:val="22"/>
                <w:lang w:eastAsia="en-US" w:bidi="ar-SA"/>
              </w:rPr>
              <w:t xml:space="preserve"> не доказывает успешного окончания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19.72</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19.73</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13.4</w:t>
            </w:r>
            <w:r>
              <w:rPr>
                <w:rFonts w:eastAsia="ＭＳ 明朝" w:cs=""/>
                <w:b w:val="false"/>
                <w:kern w:val="0"/>
                <w:sz w:val="24"/>
                <w:szCs w:val="22"/>
                <w:lang w:eastAsia="en-US" w:bidi="ar-SA"/>
              </w:rPr>
              <w:t>–</w:t>
            </w:r>
            <w:r>
              <w:rPr>
                <w:rFonts w:eastAsia="ＭＳ 明朝" w:cs=""/>
                <w:b w:val="false"/>
                <w:kern w:val="0"/>
                <w:sz w:val="24"/>
                <w:szCs w:val="22"/>
                <w:lang w:val="zxx" w:eastAsia="en-US" w:bidi="ar-SA"/>
              </w:rPr>
              <w:t>13.12</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R17</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Замена прибора, ключей, отзыв доступа</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Индивидуальное доверие, поколения и отзыв ключей; российская защита хранения и переноса секретов</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Новый прибор по прежнему </w:t>
            </w:r>
            <w:r>
              <w:rPr>
                <w:rFonts w:eastAsia="ＭＳ 明朝" w:cs=""/>
                <w:b w:val="false"/>
                <w:kern w:val="0"/>
                <w:sz w:val="24"/>
                <w:szCs w:val="22"/>
                <w:lang w:val="zxx" w:eastAsia="en-US" w:bidi="ar-SA"/>
              </w:rPr>
              <w:t>IP</w:t>
            </w:r>
            <w:r>
              <w:rPr>
                <w:rFonts w:eastAsia="ＭＳ 明朝" w:cs=""/>
                <w:b w:val="false"/>
                <w:kern w:val="0"/>
                <w:sz w:val="24"/>
                <w:szCs w:val="22"/>
                <w:lang w:eastAsia="en-US" w:bidi="ar-SA"/>
              </w:rPr>
              <w:t xml:space="preserve">, плановая ротация с </w:t>
            </w:r>
            <w:r>
              <w:rPr>
                <w:rFonts w:eastAsia="ＭＳ 明朝" w:cs=""/>
                <w:b w:val="false"/>
                <w:kern w:val="0"/>
                <w:sz w:val="24"/>
                <w:szCs w:val="22"/>
                <w:lang w:val="zxx" w:eastAsia="en-US" w:bidi="ar-SA"/>
              </w:rPr>
              <w:t>resume</w:t>
            </w:r>
            <w:r>
              <w:rPr>
                <w:rFonts w:eastAsia="ＭＳ 明朝" w:cs=""/>
                <w:b w:val="false"/>
                <w:kern w:val="0"/>
                <w:sz w:val="24"/>
                <w:szCs w:val="22"/>
                <w:lang w:eastAsia="en-US" w:bidi="ar-SA"/>
              </w:rPr>
              <w:t>, отзыв старого ключа, утрата всех ключей и восстановление без возврата отозванного поколения.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14.40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14.49</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14.77</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14.78</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14.79</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14.81</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R18</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Подделка, повторы, перегрузка</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Российский </w:t>
            </w:r>
            <w:r>
              <w:rPr>
                <w:rFonts w:eastAsia="ＭＳ 明朝" w:cs=""/>
                <w:b w:val="false"/>
                <w:kern w:val="0"/>
                <w:sz w:val="24"/>
                <w:szCs w:val="22"/>
                <w:lang w:val="zxx" w:eastAsia="en-US" w:bidi="ar-SA"/>
              </w:rPr>
              <w:t>TLS-</w:t>
            </w:r>
            <w:r>
              <w:rPr>
                <w:rFonts w:eastAsia="ＭＳ 明朝" w:cs=""/>
                <w:b w:val="false"/>
                <w:kern w:val="0"/>
                <w:sz w:val="24"/>
                <w:szCs w:val="22"/>
                <w:lang w:eastAsia="en-US" w:bidi="ar-SA"/>
              </w:rPr>
              <w:t>профиль: Кузнечик-</w:t>
            </w:r>
            <w:r>
              <w:rPr>
                <w:rFonts w:eastAsia="ＭＳ 明朝" w:cs=""/>
                <w:b w:val="false"/>
                <w:kern w:val="0"/>
                <w:sz w:val="24"/>
                <w:szCs w:val="22"/>
                <w:lang w:val="zxx" w:eastAsia="en-US" w:bidi="ar-SA"/>
              </w:rPr>
              <w:t>MGM</w:t>
            </w:r>
            <w:r>
              <w:rPr>
                <w:rFonts w:eastAsia="ＭＳ 明朝" w:cs=""/>
                <w:b w:val="false"/>
                <w:kern w:val="0"/>
                <w:sz w:val="24"/>
                <w:szCs w:val="22"/>
                <w:lang w:eastAsia="en-US" w:bidi="ar-SA"/>
              </w:rPr>
              <w:t>, Стрибог-</w:t>
            </w:r>
            <w:r>
              <w:rPr>
                <w:rFonts w:eastAsia="ＭＳ 明朝" w:cs=""/>
                <w:b w:val="false"/>
                <w:kern w:val="0"/>
                <w:sz w:val="24"/>
                <w:szCs w:val="22"/>
                <w:lang w:val="zxx" w:eastAsia="en-US" w:bidi="ar-SA"/>
              </w:rPr>
              <w:t>256</w:t>
            </w:r>
            <w:r>
              <w:rPr>
                <w:rFonts w:eastAsia="ＭＳ 明朝" w:cs=""/>
                <w:b w:val="false"/>
                <w:kern w:val="0"/>
                <w:sz w:val="24"/>
                <w:szCs w:val="22"/>
                <w:lang w:eastAsia="en-US" w:bidi="ar-SA"/>
              </w:rPr>
              <w:t xml:space="preserve">, индивидуальный </w:t>
            </w:r>
            <w:r>
              <w:rPr>
                <w:rFonts w:eastAsia="ＭＳ 明朝" w:cs=""/>
                <w:b w:val="false"/>
                <w:kern w:val="0"/>
                <w:sz w:val="24"/>
                <w:szCs w:val="22"/>
                <w:lang w:val="zxx" w:eastAsia="en-US" w:bidi="ar-SA"/>
              </w:rPr>
              <w:t>PSK</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GC256A</w:t>
            </w:r>
            <w:r>
              <w:rPr>
                <w:rFonts w:eastAsia="ＭＳ 明朝" w:cs=""/>
                <w:b w:val="false"/>
                <w:kern w:val="0"/>
                <w:sz w:val="24"/>
                <w:szCs w:val="22"/>
                <w:lang w:eastAsia="en-US" w:bidi="ar-SA"/>
              </w:rPr>
              <w:t>; ограниченные записи и обработка</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Чужой ключ, несовместимый криптонабор, поврежденная метка, повтор записи и исчерпание энтропии не приводят к исполнению или отключению защиты</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14.50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14.54</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9.31</w:t>
            </w:r>
            <w:r>
              <w:rPr>
                <w:rFonts w:eastAsia="ＭＳ 明朝" w:cs=""/>
                <w:b w:val="false"/>
                <w:kern w:val="0"/>
                <w:sz w:val="24"/>
                <w:szCs w:val="22"/>
                <w:lang w:eastAsia="en-US" w:bidi="ar-SA"/>
              </w:rPr>
              <w:t>–</w:t>
            </w:r>
            <w:r>
              <w:rPr>
                <w:rFonts w:eastAsia="ＭＳ 明朝" w:cs=""/>
                <w:b w:val="false"/>
                <w:kern w:val="0"/>
                <w:sz w:val="24"/>
                <w:szCs w:val="22"/>
                <w:lang w:val="zxx" w:eastAsia="en-US" w:bidi="ar-SA"/>
              </w:rPr>
              <w:t>9.36</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R19</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Большая группа, слабый канал, </w:t>
            </w:r>
            <w:r>
              <w:rPr>
                <w:rFonts w:eastAsia="ＭＳ 明朝" w:cs=""/>
                <w:b w:val="false"/>
                <w:kern w:val="0"/>
                <w:sz w:val="24"/>
                <w:szCs w:val="22"/>
                <w:lang w:val="zxx" w:eastAsia="en-US" w:bidi="ar-SA"/>
              </w:rPr>
              <w:t>multicast</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Без общего протокольного предела парка, с конечными квотами развертывания; </w:t>
            </w:r>
            <w:r>
              <w:rPr>
                <w:rFonts w:eastAsia="ＭＳ 明朝" w:cs=""/>
                <w:b w:val="false"/>
                <w:kern w:val="0"/>
                <w:sz w:val="24"/>
                <w:szCs w:val="22"/>
                <w:lang w:val="zxx" w:eastAsia="en-US" w:bidi="ar-SA"/>
              </w:rPr>
              <w:t>RTP/</w:t>
            </w:r>
            <w:r>
              <w:rPr>
                <w:rFonts w:eastAsia="ＭＳ 明朝" w:cs=""/>
                <w:b w:val="false"/>
                <w:kern w:val="0"/>
                <w:sz w:val="24"/>
                <w:szCs w:val="22"/>
                <w:lang w:eastAsia="en-US" w:bidi="ar-SA"/>
              </w:rPr>
              <w:t>​</w:t>
            </w:r>
            <w:r>
              <w:rPr>
                <w:rFonts w:eastAsia="ＭＳ 明朝" w:cs=""/>
                <w:b w:val="false"/>
                <w:kern w:val="0"/>
                <w:sz w:val="24"/>
                <w:szCs w:val="22"/>
                <w:lang w:val="zxx" w:eastAsia="en-US" w:bidi="ar-SA"/>
              </w:rPr>
              <w:t>UDP</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multicast</w:t>
            </w:r>
            <w:r>
              <w:rPr>
                <w:rFonts w:eastAsia="ＭＳ 明朝" w:cs=""/>
                <w:b w:val="false"/>
                <w:kern w:val="0"/>
                <w:sz w:val="24"/>
                <w:szCs w:val="22"/>
                <w:lang w:eastAsia="en-US" w:bidi="ar-SA"/>
              </w:rPr>
              <w:t xml:space="preserve"> для массовой речи, расчет </w:t>
            </w:r>
            <w:r>
              <w:rPr>
                <w:rFonts w:eastAsia="ＭＳ 明朝" w:cs=""/>
                <w:b w:val="false"/>
                <w:kern w:val="0"/>
                <w:sz w:val="24"/>
                <w:szCs w:val="22"/>
                <w:lang w:val="zxx" w:eastAsia="en-US" w:bidi="ar-SA"/>
              </w:rPr>
              <w:t>unicast-</w:t>
            </w:r>
            <w:r>
              <w:rPr>
                <w:rFonts w:eastAsia="ＭＳ 明朝" w:cs=""/>
                <w:b w:val="false"/>
                <w:kern w:val="0"/>
                <w:sz w:val="24"/>
                <w:szCs w:val="22"/>
                <w:lang w:eastAsia="en-US" w:bidi="ar-SA"/>
              </w:rPr>
              <w:t xml:space="preserve">полосы и </w:t>
            </w:r>
            <w:r>
              <w:rPr>
                <w:rFonts w:eastAsia="ＭＳ 明朝" w:cs=""/>
                <w:b w:val="false"/>
                <w:kern w:val="0"/>
                <w:sz w:val="24"/>
                <w:szCs w:val="22"/>
                <w:lang w:val="zxx" w:eastAsia="en-US" w:bidi="ar-SA"/>
              </w:rPr>
              <w:t>pps</w:t>
            </w:r>
            <w:r>
              <w:rPr>
                <w:rFonts w:eastAsia="ＭＳ 明朝" w:cs=""/>
                <w:b w:val="false"/>
                <w:kern w:val="0"/>
                <w:sz w:val="24"/>
                <w:szCs w:val="22"/>
                <w:lang w:eastAsia="en-US" w:bidi="ar-SA"/>
              </w:rPr>
              <w:t>, медленные ветви, явная модель доверия, медиаключи при их использовании и дозирование ответов</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1/</w:t>
            </w:r>
            <w:r>
              <w:rPr>
                <w:rFonts w:eastAsia="ＭＳ 明朝" w:cs=""/>
                <w:b w:val="false"/>
                <w:kern w:val="0"/>
                <w:sz w:val="24"/>
                <w:szCs w:val="22"/>
                <w:lang w:eastAsia="en-US" w:bidi="ar-SA"/>
              </w:rPr>
              <w:t>⁠</w:t>
            </w:r>
            <w:r>
              <w:rPr>
                <w:rFonts w:eastAsia="ＭＳ 明朝" w:cs=""/>
                <w:b w:val="false"/>
                <w:kern w:val="0"/>
                <w:sz w:val="24"/>
                <w:szCs w:val="22"/>
                <w:lang w:val="zxx" w:eastAsia="en-US" w:bidi="ar-SA"/>
              </w:rPr>
              <w:t>10/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100/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1000/</w:t>
            </w:r>
            <w:r>
              <w:rPr>
                <w:rFonts w:eastAsia="ＭＳ 明朝" w:cs=""/>
                <w:b w:val="false"/>
                <w:kern w:val="0"/>
                <w:sz w:val="24"/>
                <w:szCs w:val="22"/>
                <w:lang w:eastAsia="en-US" w:bidi="ar-SA"/>
              </w:rPr>
              <w:t>⁠</w:t>
            </w:r>
            <w:r>
              <w:rPr>
                <w:rFonts w:eastAsia="ＭＳ 明朝" w:cs=""/>
                <w:b w:val="false"/>
                <w:kern w:val="0"/>
                <w:sz w:val="24"/>
                <w:szCs w:val="22"/>
                <w:lang w:val="zxx" w:eastAsia="en-US" w:bidi="ar-SA"/>
              </w:rPr>
              <w:t>4000/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10000</w:t>
            </w:r>
            <w:r>
              <w:rPr>
                <w:rFonts w:eastAsia="ＭＳ 明朝" w:cs=""/>
                <w:b w:val="false"/>
                <w:kern w:val="0"/>
                <w:sz w:val="24"/>
                <w:szCs w:val="22"/>
                <w:lang w:eastAsia="en-US" w:bidi="ar-SA"/>
              </w:rPr>
              <w:t xml:space="preserve"> УУ; массовые ответы, допуск источника, смена группового ключа при его использовании, задержка и нагрузка реальных ветвей; </w:t>
            </w:r>
            <w:r>
              <w:rPr>
                <w:rFonts w:eastAsia="ＭＳ 明朝" w:cs=""/>
                <w:b w:val="false"/>
                <w:kern w:val="0"/>
                <w:sz w:val="24"/>
                <w:szCs w:val="22"/>
                <w:lang w:val="zxx" w:eastAsia="en-US" w:bidi="ar-SA"/>
              </w:rPr>
              <w:t>M08/</w:t>
            </w:r>
            <w:r>
              <w:rPr>
                <w:rFonts w:eastAsia="ＭＳ 明朝" w:cs=""/>
                <w:b w:val="false"/>
                <w:kern w:val="0"/>
                <w:sz w:val="24"/>
                <w:szCs w:val="22"/>
                <w:lang w:eastAsia="en-US" w:bidi="ar-SA"/>
              </w:rPr>
              <w:t>​</w:t>
            </w:r>
            <w:r>
              <w:rPr>
                <w:rFonts w:eastAsia="ＭＳ 明朝" w:cs=""/>
                <w:b w:val="false"/>
                <w:kern w:val="0"/>
                <w:sz w:val="24"/>
                <w:szCs w:val="22"/>
                <w:lang w:val="zxx" w:eastAsia="en-US" w:bidi="ar-SA"/>
              </w:rPr>
              <w:t>M09/</w:t>
            </w:r>
            <w:r>
              <w:rPr>
                <w:rFonts w:eastAsia="ＭＳ 明朝" w:cs=""/>
                <w:b w:val="false"/>
                <w:kern w:val="0"/>
                <w:sz w:val="24"/>
                <w:szCs w:val="22"/>
                <w:lang w:eastAsia="en-US" w:bidi="ar-SA"/>
              </w:rPr>
              <w:t>​</w:t>
            </w:r>
            <w:r>
              <w:rPr>
                <w:rFonts w:eastAsia="ＭＳ 明朝" w:cs=""/>
                <w:b w:val="false"/>
                <w:kern w:val="0"/>
                <w:sz w:val="24"/>
                <w:szCs w:val="22"/>
                <w:lang w:val="zxx" w:eastAsia="en-US" w:bidi="ar-SA"/>
              </w:rPr>
              <w:t>M10</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15.29</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15.34</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25.1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25.3</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R20</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Обновление и восстановление</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Совместимый подлинный образ, права, допустимость отката, состояние загрузки</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Питание пропало при записи; подлинный образ для другой платы</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16.3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16.19</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16.23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16.26</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R21</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Неизвестная функция или версия</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Ядро, </w:t>
            </w:r>
            <w:r>
              <w:rPr>
                <w:rFonts w:eastAsia="ＭＳ 明朝" w:cs=""/>
                <w:b w:val="false"/>
                <w:kern w:val="0"/>
                <w:sz w:val="24"/>
                <w:szCs w:val="22"/>
                <w:lang w:val="zxx" w:eastAsia="en-US" w:bidi="ar-SA"/>
              </w:rPr>
              <w:t>capabilities</w:t>
            </w:r>
            <w:r>
              <w:rPr>
                <w:rFonts w:eastAsia="ＭＳ 明朝" w:cs=""/>
                <w:b w:val="false"/>
                <w:kern w:val="0"/>
                <w:sz w:val="24"/>
                <w:szCs w:val="22"/>
                <w:lang w:eastAsia="en-US" w:bidi="ar-SA"/>
              </w:rPr>
              <w:t>, расширения, точные отказы</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Прибор без синхронного запуска </w:t>
            </w:r>
            <w:r>
              <w:rPr>
                <w:rFonts w:eastAsia="ＭＳ 明朝" w:cs=""/>
                <w:b w:val="false"/>
                <w:kern w:val="0"/>
                <w:sz w:val="24"/>
                <w:szCs w:val="22"/>
                <w:lang w:val="zxx" w:eastAsia="en-US" w:bidi="ar-SA"/>
              </w:rPr>
              <w:t>НЕ ДОЛЖЕН</w:t>
            </w:r>
            <w:r>
              <w:rPr>
                <w:rFonts w:eastAsia="ＭＳ 明朝" w:cs=""/>
                <w:b w:val="false"/>
                <w:kern w:val="0"/>
                <w:sz w:val="24"/>
                <w:szCs w:val="22"/>
                <w:lang w:eastAsia="en-US" w:bidi="ar-SA"/>
              </w:rPr>
              <w:t xml:space="preserve"> вместо него запускаться немедленно</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 </w:t>
            </w:r>
            <w:r>
              <w:rPr>
                <w:rFonts w:eastAsia="ＭＳ 明朝" w:cs=""/>
                <w:b w:val="false"/>
                <w:kern w:val="0"/>
                <w:sz w:val="24"/>
                <w:szCs w:val="22"/>
                <w:lang w:val="zxx" w:eastAsia="en-US" w:bidi="ar-SA"/>
              </w:rPr>
              <w:t>20.10</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19.2</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19.6</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R22</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Разбор инцидента</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Участник, команда, сеанс, результат, качество времени; </w:t>
            </w:r>
            <w:r>
              <w:rPr>
                <w:rFonts w:eastAsia="ＭＳ 明朝" w:cs=""/>
                <w:b w:val="false"/>
                <w:kern w:val="0"/>
                <w:sz w:val="24"/>
                <w:szCs w:val="22"/>
                <w:lang w:val="zxx" w:eastAsia="en-US" w:bidi="ar-SA"/>
              </w:rPr>
              <w:t>resultRetentionMs</w:t>
            </w:r>
            <w:r>
              <w:rPr>
                <w:rFonts w:eastAsia="ＭＳ 明朝" w:cs=""/>
                <w:b w:val="false"/>
                <w:kern w:val="0"/>
                <w:sz w:val="24"/>
                <w:szCs w:val="22"/>
                <w:lang w:eastAsia="en-US" w:bidi="ar-SA"/>
              </w:rPr>
              <w:t xml:space="preserve"> в одной загрузке отдельно от постоянного журнала восстановления и архива АРМ. Емкость покрывает скользящее окно завершений и резерв принятого исполнения; занятая история не задерживает следующий этап в пределах заявленной нагрузки</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Release</w:t>
            </w:r>
            <w:r>
              <w:rPr>
                <w:rFonts w:eastAsia="ＭＳ 明朝" w:cs=""/>
                <w:b w:val="false"/>
                <w:kern w:val="0"/>
                <w:sz w:val="24"/>
                <w:szCs w:val="22"/>
                <w:lang w:eastAsia="en-US" w:bidi="ar-SA"/>
              </w:rPr>
              <w:t xml:space="preserve"> не сокращает срок результата; </w:t>
            </w:r>
            <w:r>
              <w:rPr>
                <w:rFonts w:eastAsia="ＭＳ 明朝" w:cs=""/>
                <w:b w:val="false"/>
                <w:kern w:val="0"/>
                <w:sz w:val="24"/>
                <w:szCs w:val="22"/>
                <w:lang w:val="zxx" w:eastAsia="en-US" w:bidi="ar-SA"/>
              </w:rPr>
              <w:t>reboot</w:t>
            </w:r>
            <w:r>
              <w:rPr>
                <w:rFonts w:eastAsia="ＭＳ 明朝" w:cs=""/>
                <w:b w:val="false"/>
                <w:kern w:val="0"/>
                <w:sz w:val="24"/>
                <w:szCs w:val="22"/>
                <w:lang w:eastAsia="en-US" w:bidi="ar-SA"/>
              </w:rPr>
              <w:t xml:space="preserve"> дает </w:t>
            </w:r>
            <w:r>
              <w:rPr>
                <w:rFonts w:eastAsia="ＭＳ 明朝" w:cs=""/>
                <w:b w:val="false"/>
                <w:kern w:val="0"/>
                <w:sz w:val="24"/>
                <w:szCs w:val="22"/>
                <w:lang w:val="zxx" w:eastAsia="en-US" w:bidi="ar-SA"/>
              </w:rPr>
              <w:t>staleBoot</w:t>
            </w:r>
            <w:r>
              <w:rPr>
                <w:rFonts w:eastAsia="ＭＳ 明朝" w:cs=""/>
                <w:b w:val="false"/>
                <w:kern w:val="0"/>
                <w:sz w:val="24"/>
                <w:szCs w:val="22"/>
                <w:lang w:eastAsia="en-US" w:bidi="ar-SA"/>
              </w:rPr>
              <w:t>, журнал сохраняет незакрытое воздействие; поздний запуск запрещен и после утраты подробного решения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8.23</w:t>
            </w:r>
            <w:r>
              <w:rPr>
                <w:rFonts w:eastAsia="ＭＳ 明朝" w:cs=""/>
                <w:b w:val="false"/>
                <w:kern w:val="0"/>
                <w:sz w:val="24"/>
                <w:szCs w:val="22"/>
                <w:lang w:eastAsia="en-US" w:bidi="ar-SA"/>
              </w:rPr>
              <w:t>–</w:t>
            </w:r>
            <w:r>
              <w:rPr>
                <w:rFonts w:eastAsia="ＭＳ 明朝" w:cs=""/>
                <w:b w:val="false"/>
                <w:kern w:val="0"/>
                <w:sz w:val="24"/>
                <w:szCs w:val="22"/>
                <w:lang w:val="zxx" w:eastAsia="en-US" w:bidi="ar-SA"/>
              </w:rPr>
              <w:t>8.27</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19.53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19.63</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R23</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Сторонний сервис и новый тип подключения</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Расширяемые адаптеры АРМ, общий контракт, идентичность, права, сопоставление событий и запусков</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Повтор </w:t>
            </w:r>
            <w:r>
              <w:rPr>
                <w:rFonts w:eastAsia="ＭＳ 明朝" w:cs=""/>
                <w:b w:val="false"/>
                <w:kern w:val="0"/>
                <w:sz w:val="24"/>
                <w:szCs w:val="22"/>
                <w:lang w:val="zxx" w:eastAsia="en-US" w:bidi="ar-SA"/>
              </w:rPr>
              <w:t>webhook</w:t>
            </w:r>
            <w:r>
              <w:rPr>
                <w:rFonts w:eastAsia="ＭＳ 明朝" w:cs=""/>
                <w:b w:val="false"/>
                <w:kern w:val="0"/>
                <w:sz w:val="24"/>
                <w:szCs w:val="22"/>
                <w:lang w:eastAsia="en-US" w:bidi="ar-SA"/>
              </w:rPr>
              <w:t>, перезапуск адаптера, отмена от другого сервиса, устаревшее сообщение после восстановления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17.1</w:t>
            </w:r>
            <w:r>
              <w:rPr>
                <w:rFonts w:eastAsia="ＭＳ 明朝" w:cs=""/>
                <w:b w:val="false"/>
                <w:kern w:val="0"/>
                <w:sz w:val="24"/>
                <w:szCs w:val="22"/>
                <w:lang w:eastAsia="en-US" w:bidi="ar-SA"/>
              </w:rPr>
              <w:t>–</w:t>
            </w:r>
            <w:r>
              <w:rPr>
                <w:rFonts w:eastAsia="ＭＳ 明朝" w:cs=""/>
                <w:b w:val="false"/>
                <w:kern w:val="0"/>
                <w:sz w:val="24"/>
                <w:szCs w:val="22"/>
                <w:lang w:val="zxx" w:eastAsia="en-US" w:bidi="ar-SA"/>
              </w:rPr>
              <w:t>17.3</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20.1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20.10</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R24</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Подтверждения узла, устройств и оператора</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Разные виды подтверждений, источник, объект и время; ручное подтверждение не заменяет телеметрию</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Узел принял запуск, часть устройств отказала, оператор подтвердил получение</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8.45</w:t>
            </w:r>
            <w:r>
              <w:rPr>
                <w:rFonts w:eastAsia="ＭＳ 明朝" w:cs=""/>
                <w:b w:val="false"/>
                <w:kern w:val="0"/>
                <w:sz w:val="24"/>
                <w:szCs w:val="22"/>
                <w:lang w:eastAsia="en-US" w:bidi="ar-SA"/>
              </w:rPr>
              <w:t>–</w:t>
            </w:r>
            <w:r>
              <w:rPr>
                <w:rFonts w:eastAsia="ＭＳ 明朝" w:cs=""/>
                <w:b w:val="false"/>
                <w:kern w:val="0"/>
                <w:sz w:val="24"/>
                <w:szCs w:val="22"/>
                <w:lang w:val="zxx" w:eastAsia="en-US" w:bidi="ar-SA"/>
              </w:rPr>
              <w:t>8.59</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8.1</w:t>
            </w:r>
            <w:r>
              <w:rPr>
                <w:rFonts w:eastAsia="ＭＳ 明朝" w:cs=""/>
                <w:b w:val="false"/>
                <w:kern w:val="0"/>
                <w:sz w:val="24"/>
                <w:szCs w:val="22"/>
                <w:lang w:eastAsia="en-US" w:bidi="ar-SA"/>
              </w:rPr>
              <w:t>–</w:t>
            </w:r>
            <w:r>
              <w:rPr>
                <w:rFonts w:eastAsia="ＭＳ 明朝" w:cs=""/>
                <w:b w:val="false"/>
                <w:kern w:val="0"/>
                <w:sz w:val="24"/>
                <w:szCs w:val="22"/>
                <w:lang w:val="zxx" w:eastAsia="en-US" w:bidi="ar-SA"/>
              </w:rPr>
              <w:t>8.59</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R25</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Подготовленный тракт и фактический прием речи</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Готовность тракта, первый пакет, выдача отсчетов и физическое наблюдение различаются; три способа речи и приемка </w:t>
            </w:r>
            <w:r>
              <w:rPr>
                <w:rFonts w:eastAsia="ＭＳ 明朝" w:cs=""/>
                <w:b w:val="false"/>
                <w:kern w:val="0"/>
                <w:sz w:val="24"/>
                <w:szCs w:val="22"/>
                <w:lang w:val="zxx" w:eastAsia="en-US" w:bidi="ar-SA"/>
              </w:rPr>
              <w:t>M01-</w:t>
            </w:r>
            <w:r>
              <w:rPr>
                <w:rFonts w:eastAsia="ＭＳ 明朝" w:cs=""/>
                <w:b w:val="false"/>
                <w:kern w:val="0"/>
                <w:sz w:val="24"/>
                <w:szCs w:val="22"/>
                <w:lang w:eastAsia="en-US" w:bidi="ar-SA"/>
              </w:rPr>
              <w:t>⁠</w:t>
            </w:r>
            <w:r>
              <w:rPr>
                <w:rFonts w:eastAsia="ＭＳ 明朝" w:cs=""/>
                <w:b w:val="false"/>
                <w:kern w:val="0"/>
                <w:sz w:val="24"/>
                <w:szCs w:val="22"/>
                <w:lang w:val="zxx" w:eastAsia="en-US" w:bidi="ar-SA"/>
              </w:rPr>
              <w:t>M10</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wire-</w:t>
            </w:r>
            <w:r>
              <w:rPr>
                <w:rFonts w:eastAsia="ＭＳ 明朝" w:cs=""/>
                <w:b w:val="false"/>
                <w:kern w:val="0"/>
                <w:sz w:val="24"/>
                <w:szCs w:val="22"/>
                <w:lang w:eastAsia="en-US" w:bidi="ar-SA"/>
              </w:rPr>
              <w:t xml:space="preserve">медиапрофиль </w:t>
            </w:r>
            <w:r>
              <w:rPr>
                <w:rFonts w:eastAsia="ＭＳ 明朝" w:cs=""/>
                <w:b w:val="false"/>
                <w:kern w:val="0"/>
                <w:sz w:val="24"/>
                <w:szCs w:val="22"/>
                <w:lang w:val="zxx" w:eastAsia="en-US" w:bidi="ar-SA"/>
              </w:rPr>
              <w:t>rtp-</w:t>
            </w:r>
            <w:r>
              <w:rPr>
                <w:rFonts w:eastAsia="ＭＳ 明朝" w:cs=""/>
                <w:b w:val="false"/>
                <w:kern w:val="0"/>
                <w:sz w:val="24"/>
                <w:szCs w:val="22"/>
                <w:lang w:eastAsia="en-US" w:bidi="ar-SA"/>
              </w:rPr>
              <w:t>⁠</w:t>
            </w:r>
            <w:r>
              <w:rPr>
                <w:rFonts w:eastAsia="ＭＳ 明朝" w:cs=""/>
                <w:b w:val="false"/>
                <w:kern w:val="0"/>
                <w:sz w:val="24"/>
                <w:szCs w:val="22"/>
                <w:lang w:val="zxx" w:eastAsia="en-US" w:bidi="ar-SA"/>
              </w:rPr>
              <w:t>alert/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5</w:t>
            </w:r>
            <w:r>
              <w:rPr>
                <w:rFonts w:eastAsia="ＭＳ 明朝" w:cs=""/>
                <w:b w:val="false"/>
                <w:kern w:val="0"/>
                <w:sz w:val="24"/>
                <w:szCs w:val="22"/>
                <w:lang w:eastAsia="en-US" w:bidi="ar-SA"/>
              </w:rPr>
              <w:t xml:space="preserve"> задает </w:t>
            </w:r>
            <w:r>
              <w:rPr>
                <w:rFonts w:eastAsia="ＭＳ 明朝" w:cs=""/>
                <w:b w:val="false"/>
                <w:kern w:val="0"/>
                <w:sz w:val="24"/>
                <w:szCs w:val="22"/>
                <w:lang w:val="zxx" w:eastAsia="en-US" w:bidi="ar-SA"/>
              </w:rPr>
              <w:t>END</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validSamples</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EOF</w:t>
            </w:r>
            <w:r>
              <w:rPr>
                <w:rFonts w:eastAsia="ＭＳ 明朝" w:cs=""/>
                <w:b w:val="false"/>
                <w:kern w:val="0"/>
                <w:sz w:val="24"/>
                <w:szCs w:val="22"/>
                <w:lang w:eastAsia="en-US" w:bidi="ar-SA"/>
              </w:rPr>
              <w:t xml:space="preserve"> и дрейф часов</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Готовый тракт без аудио не объявляет воспроизведение; потери середины/хвоста учитываются и дают </w:t>
            </w:r>
            <w:r>
              <w:rPr>
                <w:rFonts w:eastAsia="ＭＳ 明朝" w:cs=""/>
                <w:b w:val="false"/>
                <w:kern w:val="0"/>
                <w:sz w:val="24"/>
                <w:szCs w:val="22"/>
                <w:lang w:val="zxx" w:eastAsia="en-US" w:bidi="ar-SA"/>
              </w:rPr>
              <w:t>mediaPacketLoss</w:t>
            </w:r>
            <w:r>
              <w:rPr>
                <w:rFonts w:eastAsia="ＭＳ 明朝" w:cs=""/>
                <w:b w:val="false"/>
                <w:kern w:val="0"/>
                <w:sz w:val="24"/>
                <w:szCs w:val="22"/>
                <w:lang w:eastAsia="en-US" w:bidi="ar-SA"/>
              </w:rPr>
              <w:t xml:space="preserve">, но не обрывают поток. Полный проход известного </w:t>
            </w:r>
            <w:r>
              <w:rPr>
                <w:rFonts w:eastAsia="ＭＳ 明朝" w:cs=""/>
                <w:b w:val="false"/>
                <w:kern w:val="0"/>
                <w:sz w:val="24"/>
                <w:szCs w:val="22"/>
                <w:lang w:val="zxx" w:eastAsia="en-US" w:bidi="ar-SA"/>
              </w:rPr>
              <w:t>EOF</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off</w:t>
            </w:r>
            <w:r>
              <w:rPr>
                <w:rFonts w:eastAsia="ＭＳ 明朝" w:cs=""/>
                <w:b w:val="false"/>
                <w:kern w:val="0"/>
                <w:sz w:val="24"/>
                <w:szCs w:val="22"/>
                <w:lang w:eastAsia="en-US" w:bidi="ar-SA"/>
              </w:rPr>
              <w:t xml:space="preserve"> допускают </w:t>
            </w:r>
            <w:r>
              <w:rPr>
                <w:rFonts w:eastAsia="ＭＳ 明朝" w:cs=""/>
                <w:b w:val="false"/>
                <w:kern w:val="0"/>
                <w:sz w:val="24"/>
                <w:szCs w:val="22"/>
                <w:lang w:val="zxx" w:eastAsia="en-US" w:bidi="ar-SA"/>
              </w:rPr>
              <w:t>succeeded/</w:t>
            </w:r>
            <w:r>
              <w:rPr>
                <w:rFonts w:eastAsia="ＭＳ 明朝" w:cs=""/>
                <w:b w:val="false"/>
                <w:kern w:val="0"/>
                <w:sz w:val="24"/>
                <w:szCs w:val="22"/>
                <w:lang w:eastAsia="en-US" w:bidi="ar-SA"/>
              </w:rPr>
              <w:t>​</w:t>
            </w:r>
            <w:r>
              <w:rPr>
                <w:rFonts w:eastAsia="ＭＳ 明朝" w:cs=""/>
                <w:b w:val="false"/>
                <w:kern w:val="0"/>
                <w:sz w:val="24"/>
                <w:szCs w:val="22"/>
                <w:lang w:val="zxx" w:eastAsia="en-US" w:bidi="ar-SA"/>
              </w:rPr>
              <w:t>completed</w:t>
            </w:r>
            <w:r>
              <w:rPr>
                <w:rFonts w:eastAsia="ＭＳ 明朝" w:cs=""/>
                <w:b w:val="false"/>
                <w:kern w:val="0"/>
                <w:sz w:val="24"/>
                <w:szCs w:val="22"/>
                <w:lang w:eastAsia="en-US" w:bidi="ar-SA"/>
              </w:rPr>
              <w:t xml:space="preserve"> с предупреждением. Изменение очереди не запускает таймер отказа часов; </w:t>
            </w:r>
            <w:r>
              <w:rPr>
                <w:rFonts w:eastAsia="ＭＳ 明朝" w:cs=""/>
                <w:b w:val="false"/>
                <w:kern w:val="0"/>
                <w:sz w:val="24"/>
                <w:szCs w:val="22"/>
                <w:lang w:val="zxx" w:eastAsia="en-US" w:bidi="ar-SA"/>
              </w:rPr>
              <w:t>M02/</w:t>
            </w:r>
            <w:r>
              <w:rPr>
                <w:rFonts w:eastAsia="ＭＳ 明朝" w:cs=""/>
                <w:b w:val="false"/>
                <w:kern w:val="0"/>
                <w:sz w:val="24"/>
                <w:szCs w:val="22"/>
                <w:lang w:eastAsia="en-US" w:bidi="ar-SA"/>
              </w:rPr>
              <w:t>​</w:t>
            </w:r>
            <w:r>
              <w:rPr>
                <w:rFonts w:eastAsia="ＭＳ 明朝" w:cs=""/>
                <w:b w:val="false"/>
                <w:kern w:val="0"/>
                <w:sz w:val="24"/>
                <w:szCs w:val="22"/>
                <w:lang w:val="zxx" w:eastAsia="en-US" w:bidi="ar-SA"/>
              </w:rPr>
              <w:t>M03/</w:t>
            </w:r>
            <w:r>
              <w:rPr>
                <w:rFonts w:eastAsia="ＭＳ 明朝" w:cs=""/>
                <w:b w:val="false"/>
                <w:kern w:val="0"/>
                <w:sz w:val="24"/>
                <w:szCs w:val="22"/>
                <w:lang w:eastAsia="en-US" w:bidi="ar-SA"/>
              </w:rPr>
              <w:t>​</w:t>
            </w:r>
            <w:r>
              <w:rPr>
                <w:rFonts w:eastAsia="ＭＳ 明朝" w:cs=""/>
                <w:b w:val="false"/>
                <w:kern w:val="0"/>
                <w:sz w:val="24"/>
                <w:szCs w:val="22"/>
                <w:lang w:val="zxx" w:eastAsia="en-US" w:bidi="ar-SA"/>
              </w:rPr>
              <w:t>M04.</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15.10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15.22</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15.83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15.93</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R26</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Состав оборудования и датчиков</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Четыре </w:t>
            </w:r>
            <w:r>
              <w:rPr>
                <w:rFonts w:eastAsia="ＭＳ 明朝" w:cs=""/>
                <w:b w:val="false"/>
                <w:kern w:val="0"/>
                <w:sz w:val="24"/>
                <w:szCs w:val="22"/>
                <w:lang w:val="zxx" w:eastAsia="en-US" w:bidi="ar-SA"/>
              </w:rPr>
              <w:t>facet</w:t>
            </w:r>
            <w:r>
              <w:rPr>
                <w:rFonts w:eastAsia="ＭＳ 明朝" w:cs=""/>
                <w:b w:val="false"/>
                <w:kern w:val="0"/>
                <w:sz w:val="24"/>
                <w:szCs w:val="22"/>
                <w:lang w:eastAsia="en-US" w:bidi="ar-SA"/>
              </w:rPr>
              <w:t xml:space="preserve"> точки, строгие </w:t>
            </w:r>
            <w:r>
              <w:rPr>
                <w:rFonts w:eastAsia="ＭＳ 明朝" w:cs=""/>
                <w:b w:val="false"/>
                <w:kern w:val="0"/>
                <w:sz w:val="24"/>
                <w:szCs w:val="22"/>
                <w:lang w:val="zxx" w:eastAsia="en-US" w:bidi="ar-SA"/>
              </w:rPr>
              <w:t>presence/</w:t>
            </w:r>
            <w:r>
              <w:rPr>
                <w:rFonts w:eastAsia="ＭＳ 明朝" w:cs=""/>
                <w:b w:val="false"/>
                <w:kern w:val="0"/>
                <w:sz w:val="24"/>
                <w:szCs w:val="22"/>
                <w:lang w:eastAsia="en-US" w:bidi="ar-SA"/>
              </w:rPr>
              <w:t>​</w:t>
            </w:r>
            <w:r>
              <w:rPr>
                <w:rFonts w:eastAsia="ＭＳ 明朝" w:cs=""/>
                <w:b w:val="false"/>
                <w:kern w:val="0"/>
                <w:sz w:val="24"/>
                <w:szCs w:val="22"/>
                <w:lang w:val="zxx" w:eastAsia="en-US" w:bidi="ar-SA"/>
              </w:rPr>
              <w:t>support/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readMethod</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enum</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threshold</w:t>
            </w:r>
            <w:r>
              <w:rPr>
                <w:rFonts w:eastAsia="ＭＳ 明朝" w:cs=""/>
                <w:b w:val="false"/>
                <w:kern w:val="0"/>
                <w:sz w:val="24"/>
                <w:szCs w:val="22"/>
                <w:lang w:eastAsia="en-US" w:bidi="ar-SA"/>
              </w:rPr>
              <w:t xml:space="preserve"> с точными полями и связями</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Полный каталог без пропуска </w:t>
            </w:r>
            <w:r>
              <w:rPr>
                <w:rFonts w:eastAsia="ＭＳ 明朝" w:cs=""/>
                <w:b w:val="false"/>
                <w:kern w:val="0"/>
                <w:sz w:val="24"/>
                <w:szCs w:val="22"/>
                <w:lang w:val="zxx" w:eastAsia="en-US" w:bidi="ar-SA"/>
              </w:rPr>
              <w:t>facet</w:t>
            </w:r>
            <w:r>
              <w:rPr>
                <w:rFonts w:eastAsia="ＭＳ 明朝" w:cs=""/>
                <w:b w:val="false"/>
                <w:kern w:val="0"/>
                <w:sz w:val="24"/>
                <w:szCs w:val="22"/>
                <w:lang w:eastAsia="en-US" w:bidi="ar-SA"/>
              </w:rPr>
              <w:t xml:space="preserve">, повторов </w:t>
            </w:r>
            <w:r>
              <w:rPr>
                <w:rFonts w:eastAsia="ＭＳ 明朝" w:cs=""/>
                <w:b w:val="false"/>
                <w:kern w:val="0"/>
                <w:sz w:val="24"/>
                <w:szCs w:val="22"/>
                <w:lang w:val="zxx" w:eastAsia="en-US" w:bidi="ar-SA"/>
              </w:rPr>
              <w:t>enum</w:t>
            </w:r>
            <w:r>
              <w:rPr>
                <w:rFonts w:eastAsia="ＭＳ 明朝" w:cs=""/>
                <w:b w:val="false"/>
                <w:kern w:val="0"/>
                <w:sz w:val="24"/>
                <w:szCs w:val="22"/>
                <w:lang w:eastAsia="en-US" w:bidi="ar-SA"/>
              </w:rPr>
              <w:t xml:space="preserve"> и порогов на несуществующие точки</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11.3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11.6</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19.43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19.52</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R27</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Достоверность показаний</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Значение, источник, возраст и качество; полный выбранный набор </w:t>
            </w:r>
            <w:r>
              <w:rPr>
                <w:rFonts w:eastAsia="ＭＳ 明朝" w:cs=""/>
                <w:b w:val="false"/>
                <w:kern w:val="0"/>
                <w:sz w:val="24"/>
                <w:szCs w:val="22"/>
                <w:lang w:val="zxx" w:eastAsia="en-US" w:bidi="ar-SA"/>
              </w:rPr>
              <w:t>sensors.read</w:t>
            </w:r>
            <w:r>
              <w:rPr>
                <w:rFonts w:eastAsia="ＭＳ 明朝" w:cs=""/>
                <w:b w:val="false"/>
                <w:kern w:val="0"/>
                <w:sz w:val="24"/>
                <w:szCs w:val="22"/>
                <w:lang w:eastAsia="en-US" w:bidi="ar-SA"/>
              </w:rPr>
              <w:t>, недоступность отдельной записью</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Лишняя или потерянная точка и дубликат между страницами обнаруживаются; устаревшее значение не становится свежей нормой</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11.1</w:t>
            </w:r>
            <w:r>
              <w:rPr>
                <w:rFonts w:eastAsia="ＭＳ 明朝" w:cs=""/>
                <w:b w:val="false"/>
                <w:kern w:val="0"/>
                <w:sz w:val="24"/>
                <w:szCs w:val="22"/>
                <w:lang w:eastAsia="en-US" w:bidi="ar-SA"/>
              </w:rPr>
              <w:t>–</w:t>
            </w:r>
            <w:r>
              <w:rPr>
                <w:rFonts w:eastAsia="ＭＳ 明朝" w:cs=""/>
                <w:b w:val="false"/>
                <w:kern w:val="0"/>
                <w:sz w:val="24"/>
                <w:szCs w:val="22"/>
                <w:lang w:val="zxx" w:eastAsia="en-US" w:bidi="ar-SA"/>
              </w:rPr>
              <w:t>11.6</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19.64</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19.71</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R28</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Пассивный свежий опрос</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pollId</w:t>
            </w:r>
            <w:r>
              <w:rPr>
                <w:rFonts w:eastAsia="ＭＳ 明朝" w:cs=""/>
                <w:b w:val="false"/>
                <w:kern w:val="0"/>
                <w:sz w:val="24"/>
                <w:szCs w:val="22"/>
                <w:lang w:eastAsia="en-US" w:bidi="ar-SA"/>
              </w:rPr>
              <w:t xml:space="preserve">, предел времени, ожидаемые точки, отдельные результаты и </w:t>
            </w:r>
            <w:r>
              <w:rPr>
                <w:rFonts w:eastAsia="ＭＳ 明朝" w:cs=""/>
                <w:b w:val="false"/>
                <w:kern w:val="0"/>
                <w:sz w:val="24"/>
                <w:szCs w:val="22"/>
                <w:lang w:val="zxx" w:eastAsia="en-US" w:bidi="ar-SA"/>
              </w:rPr>
              <w:t>complete</w:t>
            </w:r>
            <w:r>
              <w:rPr>
                <w:rFonts w:eastAsia="ＭＳ 明朝" w:cs=""/>
                <w:b w:val="false"/>
                <w:kern w:val="0"/>
                <w:sz w:val="24"/>
                <w:szCs w:val="22"/>
                <w:lang w:eastAsia="en-US" w:bidi="ar-SA"/>
              </w:rPr>
              <w:t xml:space="preserve"> как признак покрытия</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Ответила половина источников; наблюдатель не удерживает связь владельца</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12.7</w:t>
            </w:r>
            <w:r>
              <w:rPr>
                <w:rFonts w:eastAsia="ＭＳ 明朝" w:cs=""/>
                <w:b w:val="false"/>
                <w:kern w:val="0"/>
                <w:sz w:val="24"/>
                <w:szCs w:val="22"/>
                <w:lang w:eastAsia="en-US" w:bidi="ar-SA"/>
              </w:rPr>
              <w:t>–</w:t>
            </w:r>
            <w:r>
              <w:rPr>
                <w:rFonts w:eastAsia="ＭＳ 明朝" w:cs=""/>
                <w:b w:val="false"/>
                <w:kern w:val="0"/>
                <w:sz w:val="24"/>
                <w:szCs w:val="22"/>
                <w:lang w:val="zxx" w:eastAsia="en-US" w:bidi="ar-SA"/>
              </w:rPr>
              <w:t>12.12</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19.64</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19.71</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R29</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Опросы без запуска и с запуском ОУ</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Два явных сценария; </w:t>
            </w:r>
            <w:r>
              <w:rPr>
                <w:rFonts w:eastAsia="ＭＳ 明朝" w:cs=""/>
                <w:b w:val="false"/>
                <w:kern w:val="0"/>
                <w:sz w:val="24"/>
                <w:szCs w:val="22"/>
                <w:lang w:val="zxx" w:eastAsia="en-US" w:bidi="ar-SA"/>
              </w:rPr>
              <w:t>activationPoll</w:t>
            </w:r>
            <w:r>
              <w:rPr>
                <w:rFonts w:eastAsia="ＭＳ 明朝" w:cs=""/>
                <w:b w:val="false"/>
                <w:kern w:val="0"/>
                <w:sz w:val="24"/>
                <w:szCs w:val="22"/>
                <w:lang w:eastAsia="en-US" w:bidi="ar-SA"/>
              </w:rPr>
              <w:t xml:space="preserve"> через общий сеанс, фазы, права, полнота и подтвержденное выключение; ресурс с </w:t>
            </w:r>
            <w:r>
              <w:rPr>
                <w:rFonts w:eastAsia="ＭＳ 明朝" w:cs=""/>
                <w:b w:val="false"/>
                <w:kern w:val="0"/>
                <w:sz w:val="24"/>
                <w:szCs w:val="22"/>
                <w:lang w:val="zxx" w:eastAsia="en-US" w:bidi="ar-SA"/>
              </w:rPr>
              <w:t>bindingGeneration</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checks</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observations</w:t>
            </w:r>
            <w:r>
              <w:rPr>
                <w:rFonts w:eastAsia="ＭＳ 明朝" w:cs=""/>
                <w:b w:val="false"/>
                <w:kern w:val="0"/>
                <w:sz w:val="24"/>
                <w:szCs w:val="22"/>
                <w:lang w:eastAsia="en-US" w:bidi="ar-SA"/>
              </w:rPr>
              <w:t xml:space="preserve"> со счетчиками. Для </w:t>
            </w:r>
            <w:r>
              <w:rPr>
                <w:rFonts w:eastAsia="ＭＳ 明朝" w:cs=""/>
                <w:b w:val="false"/>
                <w:kern w:val="0"/>
                <w:sz w:val="24"/>
                <w:szCs w:val="22"/>
                <w:lang w:val="zxx" w:eastAsia="en-US" w:bidi="ar-SA"/>
              </w:rPr>
              <w:t>mode=test</w:t>
            </w:r>
            <w:r>
              <w:rPr>
                <w:rFonts w:eastAsia="ＭＳ 明朝" w:cs=""/>
                <w:b w:val="false"/>
                <w:kern w:val="0"/>
                <w:sz w:val="24"/>
                <w:szCs w:val="22"/>
                <w:lang w:eastAsia="en-US" w:bidi="ar-SA"/>
              </w:rPr>
              <w:t xml:space="preserve"> обязателен полный каталог </w:t>
            </w:r>
            <w:r>
              <w:rPr>
                <w:rFonts w:eastAsia="ＭＳ 明朝" w:cs=""/>
                <w:b w:val="false"/>
                <w:kern w:val="0"/>
                <w:sz w:val="24"/>
                <w:szCs w:val="22"/>
                <w:lang w:val="zxx" w:eastAsia="en-US" w:bidi="ar-SA"/>
              </w:rPr>
              <w:t>tests.list</w:t>
            </w:r>
            <w:r>
              <w:rPr>
                <w:rFonts w:eastAsia="ＭＳ 明朝" w:cs=""/>
                <w:b w:val="false"/>
                <w:kern w:val="0"/>
                <w:sz w:val="24"/>
                <w:szCs w:val="22"/>
                <w:lang w:eastAsia="en-US" w:bidi="ar-SA"/>
              </w:rPr>
              <w:t xml:space="preserve"> по разделу </w:t>
            </w:r>
            <w:r>
              <w:rPr>
                <w:rFonts w:eastAsia="ＭＳ 明朝" w:cs=""/>
                <w:b w:val="false"/>
                <w:kern w:val="0"/>
                <w:sz w:val="24"/>
                <w:szCs w:val="22"/>
                <w:lang w:val="zxx" w:eastAsia="en-US" w:bidi="ar-SA"/>
              </w:rPr>
              <w:t>12</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ОУ включилось, измерения собраны, выключение неизвестно: общий успех запрещен; результат сопоставлен с </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accepted</w:t>
            </w:r>
            <w:r>
              <w:rPr>
                <w:rFonts w:eastAsia="ＭＳ 明朝" w:cs=""/>
                <w:b w:val="false"/>
                <w:kern w:val="0"/>
                <w:sz w:val="24"/>
                <w:szCs w:val="22"/>
                <w:lang w:eastAsia="en-US" w:bidi="ar-SA"/>
              </w:rPr>
              <w:t xml:space="preserve"> и фиксированным планом; пропуск записи запрещает успех</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12.7</w:t>
            </w:r>
            <w:r>
              <w:rPr>
                <w:rFonts w:eastAsia="ＭＳ 明朝" w:cs=""/>
                <w:b w:val="false"/>
                <w:kern w:val="0"/>
                <w:sz w:val="24"/>
                <w:szCs w:val="22"/>
                <w:lang w:eastAsia="en-US" w:bidi="ar-SA"/>
              </w:rPr>
              <w:t>–</w:t>
            </w:r>
            <w:r>
              <w:rPr>
                <w:rFonts w:eastAsia="ＭＳ 明朝" w:cs=""/>
                <w:b w:val="false"/>
                <w:kern w:val="0"/>
                <w:sz w:val="24"/>
                <w:szCs w:val="22"/>
                <w:lang w:val="zxx" w:eastAsia="en-US" w:bidi="ar-SA"/>
              </w:rPr>
              <w:t>12.12</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12.21</w:t>
            </w:r>
            <w:r>
              <w:rPr>
                <w:rFonts w:eastAsia="ＭＳ 明朝" w:cs=""/>
                <w:b w:val="false"/>
                <w:kern w:val="0"/>
                <w:sz w:val="24"/>
                <w:szCs w:val="22"/>
                <w:lang w:eastAsia="en-US" w:bidi="ar-SA"/>
              </w:rPr>
              <w:t>–</w:t>
            </w:r>
            <w:r>
              <w:rPr>
                <w:rFonts w:eastAsia="ＭＳ 明朝" w:cs=""/>
                <w:b w:val="false"/>
                <w:kern w:val="0"/>
                <w:sz w:val="24"/>
                <w:szCs w:val="22"/>
                <w:lang w:val="zxx" w:eastAsia="en-US" w:bidi="ar-SA"/>
              </w:rPr>
              <w:t>12.24</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R30</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Аварийные эпизоды</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conditionId/</w:t>
            </w:r>
            <w:r>
              <w:rPr>
                <w:rFonts w:eastAsia="ＭＳ 明朝" w:cs=""/>
                <w:b w:val="false"/>
                <w:kern w:val="0"/>
                <w:sz w:val="24"/>
                <w:szCs w:val="22"/>
                <w:lang w:eastAsia="en-US" w:bidi="ar-SA"/>
              </w:rPr>
              <w:t>​</w:t>
            </w:r>
            <w:r>
              <w:rPr>
                <w:rFonts w:eastAsia="ＭＳ 明朝" w:cs=""/>
                <w:b w:val="false"/>
                <w:kern w:val="0"/>
                <w:sz w:val="24"/>
                <w:szCs w:val="22"/>
                <w:lang w:val="zxx" w:eastAsia="en-US" w:bidi="ar-SA"/>
              </w:rPr>
              <w:t>alarmId</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active/</w:t>
            </w:r>
            <w:r>
              <w:rPr>
                <w:rFonts w:eastAsia="ＭＳ 明朝" w:cs=""/>
                <w:b w:val="false"/>
                <w:kern w:val="0"/>
                <w:sz w:val="24"/>
                <w:szCs w:val="22"/>
                <w:lang w:eastAsia="en-US" w:bidi="ar-SA"/>
              </w:rPr>
              <w:t>​</w:t>
            </w:r>
            <w:r>
              <w:rPr>
                <w:rFonts w:eastAsia="ＭＳ 明朝" w:cs=""/>
                <w:b w:val="false"/>
                <w:kern w:val="0"/>
                <w:sz w:val="24"/>
                <w:szCs w:val="22"/>
                <w:lang w:val="zxx" w:eastAsia="en-US" w:bidi="ar-SA"/>
              </w:rPr>
              <w:t>unknown</w:t>
            </w:r>
            <w:r>
              <w:rPr>
                <w:rFonts w:eastAsia="ＭＳ 明朝" w:cs=""/>
                <w:b w:val="false"/>
                <w:kern w:val="0"/>
                <w:sz w:val="24"/>
                <w:szCs w:val="22"/>
                <w:lang w:eastAsia="en-US" w:bidi="ar-SA"/>
              </w:rPr>
              <w:t xml:space="preserve"> в снимке, </w:t>
            </w:r>
            <w:r>
              <w:rPr>
                <w:rFonts w:eastAsia="ＭＳ 明朝" w:cs=""/>
                <w:b w:val="false"/>
                <w:kern w:val="0"/>
                <w:sz w:val="24"/>
                <w:szCs w:val="22"/>
                <w:lang w:val="zxx" w:eastAsia="en-US" w:bidi="ar-SA"/>
              </w:rPr>
              <w:t>raised/</w:t>
            </w:r>
            <w:r>
              <w:rPr>
                <w:rFonts w:eastAsia="ＭＳ 明朝" w:cs=""/>
                <w:b w:val="false"/>
                <w:kern w:val="0"/>
                <w:sz w:val="24"/>
                <w:szCs w:val="22"/>
                <w:lang w:eastAsia="en-US" w:bidi="ar-SA"/>
              </w:rPr>
              <w:t>​</w:t>
            </w:r>
            <w:r>
              <w:rPr>
                <w:rFonts w:eastAsia="ＭＳ 明朝" w:cs=""/>
                <w:b w:val="false"/>
                <w:kern w:val="0"/>
                <w:sz w:val="24"/>
                <w:szCs w:val="22"/>
                <w:lang w:val="zxx" w:eastAsia="en-US" w:bidi="ar-SA"/>
              </w:rPr>
              <w:t>cleared/</w:t>
            </w:r>
            <w:r>
              <w:rPr>
                <w:rFonts w:eastAsia="ＭＳ 明朝" w:cs=""/>
                <w:b w:val="false"/>
                <w:kern w:val="0"/>
                <w:sz w:val="24"/>
                <w:szCs w:val="22"/>
                <w:lang w:eastAsia="en-US" w:bidi="ar-SA"/>
              </w:rPr>
              <w:t>​</w:t>
            </w:r>
            <w:r>
              <w:rPr>
                <w:rFonts w:eastAsia="ＭＳ 明朝" w:cs=""/>
                <w:b w:val="false"/>
                <w:kern w:val="0"/>
                <w:sz w:val="24"/>
                <w:szCs w:val="22"/>
                <w:lang w:val="zxx" w:eastAsia="en-US" w:bidi="ar-SA"/>
              </w:rPr>
              <w:t>qualityChanged</w:t>
            </w:r>
            <w:r>
              <w:rPr>
                <w:rFonts w:eastAsia="ＭＳ 明朝" w:cs=""/>
                <w:b w:val="false"/>
                <w:kern w:val="0"/>
                <w:sz w:val="24"/>
                <w:szCs w:val="22"/>
                <w:lang w:eastAsia="en-US" w:bidi="ar-SA"/>
              </w:rPr>
              <w:t xml:space="preserve"> в журнале, </w:t>
            </w:r>
            <w:r>
              <w:rPr>
                <w:rFonts w:eastAsia="ＭＳ 明朝" w:cs=""/>
                <w:b w:val="false"/>
                <w:kern w:val="0"/>
                <w:sz w:val="24"/>
                <w:szCs w:val="22"/>
                <w:lang w:val="zxx" w:eastAsia="en-US" w:bidi="ar-SA"/>
              </w:rPr>
              <w:t>alarmCount</w:t>
            </w:r>
            <w:r>
              <w:rPr>
                <w:rFonts w:eastAsia="ＭＳ 明朝" w:cs=""/>
                <w:b w:val="false"/>
                <w:kern w:val="0"/>
                <w:sz w:val="24"/>
                <w:szCs w:val="22"/>
                <w:lang w:eastAsia="en-US" w:bidi="ar-SA"/>
              </w:rPr>
              <w:t xml:space="preserve"> и граница </w:t>
            </w:r>
            <w:r>
              <w:rPr>
                <w:rFonts w:eastAsia="ＭＳ 明朝" w:cs=""/>
                <w:b w:val="false"/>
                <w:kern w:val="0"/>
                <w:sz w:val="24"/>
                <w:szCs w:val="22"/>
                <w:lang w:val="zxx" w:eastAsia="en-US" w:bidi="ar-SA"/>
              </w:rPr>
              <w:t>eventSeq</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bool/</w:t>
            </w:r>
            <w:r>
              <w:rPr>
                <w:rFonts w:eastAsia="ＭＳ 明朝" w:cs=""/>
                <w:b w:val="false"/>
                <w:kern w:val="0"/>
                <w:sz w:val="24"/>
                <w:szCs w:val="22"/>
                <w:lang w:eastAsia="en-US" w:bidi="ar-SA"/>
              </w:rPr>
              <w:t>​</w:t>
            </w:r>
            <w:r>
              <w:rPr>
                <w:rFonts w:eastAsia="ＭＳ 明朝" w:cs=""/>
                <w:b w:val="false"/>
                <w:kern w:val="0"/>
                <w:sz w:val="24"/>
                <w:szCs w:val="22"/>
                <w:lang w:val="zxx" w:eastAsia="en-US" w:bidi="ar-SA"/>
              </w:rPr>
              <w:t>int64/</w:t>
            </w:r>
            <w:r>
              <w:rPr>
                <w:rFonts w:eastAsia="ＭＳ 明朝" w:cs=""/>
                <w:b w:val="false"/>
                <w:kern w:val="0"/>
                <w:sz w:val="24"/>
                <w:szCs w:val="22"/>
                <w:lang w:eastAsia="en-US" w:bidi="ar-SA"/>
              </w:rPr>
              <w:t>​</w:t>
            </w:r>
            <w:r>
              <w:rPr>
                <w:rFonts w:eastAsia="ＭＳ 明朝" w:cs=""/>
                <w:b w:val="false"/>
                <w:kern w:val="0"/>
                <w:sz w:val="24"/>
                <w:szCs w:val="22"/>
                <w:lang w:val="zxx" w:eastAsia="en-US" w:bidi="ar-SA"/>
              </w:rPr>
              <w:t>uint64/</w:t>
            </w:r>
            <w:r>
              <w:rPr>
                <w:rFonts w:eastAsia="ＭＳ 明朝" w:cs=""/>
                <w:b w:val="false"/>
                <w:kern w:val="0"/>
                <w:sz w:val="24"/>
                <w:szCs w:val="22"/>
                <w:lang w:eastAsia="en-US" w:bidi="ar-SA"/>
              </w:rPr>
              <w:t>​</w:t>
            </w:r>
            <w:r>
              <w:rPr>
                <w:rFonts w:eastAsia="ＭＳ 明朝" w:cs=""/>
                <w:b w:val="false"/>
                <w:kern w:val="0"/>
                <w:sz w:val="24"/>
                <w:szCs w:val="22"/>
                <w:lang w:val="zxx" w:eastAsia="en-US" w:bidi="ar-SA"/>
              </w:rPr>
              <w:t>enum</w:t>
            </w:r>
            <w:r>
              <w:rPr>
                <w:rFonts w:eastAsia="ＭＳ 明朝" w:cs=""/>
                <w:b w:val="false"/>
                <w:kern w:val="0"/>
                <w:sz w:val="24"/>
                <w:szCs w:val="22"/>
                <w:lang w:eastAsia="en-US" w:bidi="ar-SA"/>
              </w:rPr>
              <w:t xml:space="preserve"> проверяются по типу и согласованному каталогу</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Подключение при действующей аварии и </w:t>
            </w:r>
            <w:r>
              <w:rPr>
                <w:rFonts w:eastAsia="ＭＳ 明朝" w:cs=""/>
                <w:b w:val="false"/>
                <w:kern w:val="0"/>
                <w:sz w:val="24"/>
                <w:szCs w:val="22"/>
                <w:lang w:val="zxx" w:eastAsia="en-US" w:bidi="ar-SA"/>
              </w:rPr>
              <w:t>gap</w:t>
            </w:r>
            <w:r>
              <w:rPr>
                <w:rFonts w:eastAsia="ＭＳ 明朝" w:cs=""/>
                <w:b w:val="false"/>
                <w:kern w:val="0"/>
                <w:sz w:val="24"/>
                <w:szCs w:val="22"/>
                <w:lang w:eastAsia="en-US" w:bidi="ar-SA"/>
              </w:rPr>
              <w:t xml:space="preserve"> журнала восстанавливают полный активный набор без выдуманного нового фронта</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12.13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12.16</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19.39</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19.42</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R31</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Инженерная диагностика</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Слои контроллера, сети, ОУ, хранения и медиа; область счетчиков</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Перезапуск, насыщение счетчика, неизвестная </w:t>
            </w:r>
            <w:r>
              <w:rPr>
                <w:rFonts w:eastAsia="ＭＳ 明朝" w:cs=""/>
                <w:b w:val="false"/>
                <w:kern w:val="0"/>
                <w:sz w:val="24"/>
                <w:szCs w:val="22"/>
                <w:lang w:val="zxx" w:eastAsia="en-US" w:bidi="ar-SA"/>
              </w:rPr>
              <w:t>crash</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capsule</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13.27</w:t>
            </w:r>
            <w:r>
              <w:rPr>
                <w:rFonts w:eastAsia="ＭＳ 明朝" w:cs=""/>
                <w:b w:val="false"/>
                <w:kern w:val="0"/>
                <w:sz w:val="24"/>
                <w:szCs w:val="22"/>
                <w:lang w:eastAsia="en-US" w:bidi="ar-SA"/>
              </w:rPr>
              <w:t>–</w:t>
            </w:r>
            <w:r>
              <w:rPr>
                <w:rFonts w:eastAsia="ＭＳ 明朝" w:cs=""/>
                <w:b w:val="false"/>
                <w:kern w:val="0"/>
                <w:sz w:val="24"/>
                <w:szCs w:val="22"/>
                <w:lang w:val="zxx" w:eastAsia="en-US" w:bidi="ar-SA"/>
              </w:rPr>
              <w:t>13.28</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R32</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Автономный мониторинг и массовые опросы</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Периоды источников, фильтры, квоты и бюджет совместно с речью</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Шторм изменений и несколько наблюдателей не блокируют управление</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13.4</w:t>
            </w:r>
            <w:r>
              <w:rPr>
                <w:rFonts w:eastAsia="ＭＳ 明朝" w:cs=""/>
                <w:b w:val="false"/>
                <w:kern w:val="0"/>
                <w:sz w:val="24"/>
                <w:szCs w:val="22"/>
                <w:lang w:eastAsia="en-US" w:bidi="ar-SA"/>
              </w:rPr>
              <w:t>–</w:t>
            </w:r>
            <w:r>
              <w:rPr>
                <w:rFonts w:eastAsia="ＭＳ 明朝" w:cs=""/>
                <w:b w:val="false"/>
                <w:kern w:val="0"/>
                <w:sz w:val="24"/>
                <w:szCs w:val="22"/>
                <w:lang w:val="zxx" w:eastAsia="en-US" w:bidi="ar-SA"/>
              </w:rPr>
              <w:t>13.12</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25.1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25.3</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R33</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Согласованная телеметрия</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Нефильтруемый журнал; согласованный снимок с контрольными счетчиками, неизменными страницами и конечным восстановлением</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Пропуск аварии, смена ревизии, повтор </w:t>
            </w:r>
            <w:r>
              <w:rPr>
                <w:rFonts w:eastAsia="ＭＳ 明朝" w:cs=""/>
                <w:b w:val="false"/>
                <w:kern w:val="0"/>
                <w:sz w:val="24"/>
                <w:szCs w:val="22"/>
                <w:lang w:val="zxx" w:eastAsia="en-US" w:bidi="ar-SA"/>
              </w:rPr>
              <w:t>cursor</w:t>
            </w:r>
            <w:r>
              <w:rPr>
                <w:rFonts w:eastAsia="ＭＳ 明朝" w:cs=""/>
                <w:b w:val="false"/>
                <w:kern w:val="0"/>
                <w:sz w:val="24"/>
                <w:szCs w:val="22"/>
                <w:lang w:eastAsia="en-US" w:bidi="ar-SA"/>
              </w:rPr>
              <w:t xml:space="preserve"> или смешение страниц обнаруживаются; неполный снимок не очищает аварии</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19.28</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19.38</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13.4</w:t>
            </w:r>
            <w:r>
              <w:rPr>
                <w:rFonts w:eastAsia="ＭＳ 明朝" w:cs=""/>
                <w:b w:val="false"/>
                <w:kern w:val="0"/>
                <w:sz w:val="24"/>
                <w:szCs w:val="22"/>
                <w:lang w:eastAsia="en-US" w:bidi="ar-SA"/>
              </w:rPr>
              <w:t>–</w:t>
            </w:r>
            <w:r>
              <w:rPr>
                <w:rFonts w:eastAsia="ＭＳ 明朝" w:cs=""/>
                <w:b w:val="false"/>
                <w:kern w:val="0"/>
                <w:sz w:val="24"/>
                <w:szCs w:val="22"/>
                <w:lang w:val="zxx" w:eastAsia="en-US" w:bidi="ar-SA"/>
              </w:rPr>
              <w:t>13.12</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R34</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Готовность отдельных функций</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Раздельно командная доступность и готовность сирены/записи/речи с причинами</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УУ отвечает, усилитель неисправен, часть фидеров недоступна</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22.4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22.7</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R35</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Функциональные части УУ</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Сетевой контракт АРМ/конфигуратора и требования к исполнительному тракту; внутренний интерфейс и число плат выбирает изготовитель</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Новый производитель не требует переопределения базовой команды АРМ</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10.3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10.5</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4.1</w:t>
            </w:r>
            <w:r>
              <w:rPr>
                <w:rFonts w:eastAsia="ＭＳ 明朝" w:cs=""/>
                <w:b w:val="false"/>
                <w:kern w:val="0"/>
                <w:sz w:val="24"/>
                <w:szCs w:val="22"/>
                <w:lang w:eastAsia="en-US" w:bidi="ar-SA"/>
              </w:rPr>
              <w:t>–</w:t>
            </w:r>
            <w:r>
              <w:rPr>
                <w:rFonts w:eastAsia="ＭＳ 明朝" w:cs=""/>
                <w:b w:val="false"/>
                <w:kern w:val="0"/>
                <w:sz w:val="24"/>
                <w:szCs w:val="22"/>
                <w:lang w:val="zxx" w:eastAsia="en-US" w:bidi="ar-SA"/>
              </w:rPr>
              <w:t>4.12</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R36</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Независимые отказы сети и исполнительного тракта</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Раздельные состояния контроллера, взаимодействия с ОУ и самого ОУ в пределах объявленных наблюдений, без автоматического повторного </w:t>
            </w:r>
            <w:r>
              <w:rPr>
                <w:rFonts w:eastAsia="ＭＳ 明朝" w:cs=""/>
                <w:b w:val="false"/>
                <w:kern w:val="0"/>
                <w:sz w:val="24"/>
                <w:szCs w:val="22"/>
                <w:lang w:val="zxx" w:eastAsia="en-US" w:bidi="ar-SA"/>
              </w:rPr>
              <w:t>session.start</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УУ на связи, ОУ не отвечает; затем взаимодействие с ОУ восстанавливается</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10.3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10.5</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15.138</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15.140</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R37</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Привязка и смена профиля ОУ</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ouId</w:t>
            </w:r>
            <w:r>
              <w:rPr>
                <w:rFonts w:eastAsia="ＭＳ 明朝" w:cs=""/>
                <w:b w:val="false"/>
                <w:kern w:val="0"/>
                <w:sz w:val="24"/>
                <w:szCs w:val="22"/>
                <w:lang w:eastAsia="en-US" w:bidi="ar-SA"/>
              </w:rPr>
              <w:t xml:space="preserve">, драйвер, поколение привязки, каталог и реальные функции; известная АРМ и УУ редакция аппаратного профиля сигнала до </w:t>
            </w:r>
            <w:r>
              <w:rPr>
                <w:rFonts w:eastAsia="ＭＳ 明朝" w:cs=""/>
                <w:b w:val="false"/>
                <w:kern w:val="0"/>
                <w:sz w:val="24"/>
                <w:szCs w:val="22"/>
                <w:lang w:val="zxx" w:eastAsia="en-US" w:bidi="ar-SA"/>
              </w:rPr>
              <w:t>session.start</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Поздний ответ прежнего ОУ после перенастройки не подтверждает новое исполнение</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10.6</w:t>
            </w:r>
            <w:r>
              <w:rPr>
                <w:rFonts w:eastAsia="ＭＳ 明朝" w:cs=""/>
                <w:b w:val="false"/>
                <w:kern w:val="0"/>
                <w:sz w:val="24"/>
                <w:szCs w:val="22"/>
                <w:lang w:eastAsia="en-US" w:bidi="ar-SA"/>
              </w:rPr>
              <w:t>–</w:t>
            </w:r>
            <w:r>
              <w:rPr>
                <w:rFonts w:eastAsia="ＭＳ 明朝" w:cs=""/>
                <w:b w:val="false"/>
                <w:kern w:val="0"/>
                <w:sz w:val="24"/>
                <w:szCs w:val="22"/>
                <w:lang w:val="zxx" w:eastAsia="en-US" w:bidi="ar-SA"/>
              </w:rPr>
              <w:t>10.15</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24.1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24.18</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R38</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Собственные запросы УУ к пульту</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Двунаправленная корреляция, объявленные виды запросов, права и пределы ожидания</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Одновременно идут запрос АРМ и запрос УУ, ответы не смешиваются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7.1</w:t>
            </w:r>
            <w:r>
              <w:rPr>
                <w:rFonts w:eastAsia="ＭＳ 明朝" w:cs=""/>
                <w:b w:val="false"/>
                <w:kern w:val="0"/>
                <w:sz w:val="24"/>
                <w:szCs w:val="22"/>
                <w:lang w:eastAsia="en-US" w:bidi="ar-SA"/>
              </w:rPr>
              <w:t>–</w:t>
            </w:r>
            <w:r>
              <w:rPr>
                <w:rFonts w:eastAsia="ＭＳ 明朝" w:cs=""/>
                <w:b w:val="false"/>
                <w:kern w:val="0"/>
                <w:sz w:val="24"/>
                <w:szCs w:val="22"/>
                <w:lang w:val="zxx" w:eastAsia="en-US" w:bidi="ar-SA"/>
              </w:rPr>
              <w:t>7.35</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20.7</w:t>
            </w:r>
            <w:r>
              <w:rPr>
                <w:rFonts w:eastAsia="ＭＳ 明朝" w:cs=""/>
                <w:b w:val="false"/>
                <w:kern w:val="0"/>
                <w:sz w:val="24"/>
                <w:szCs w:val="22"/>
                <w:lang w:eastAsia="en-US" w:bidi="ar-SA"/>
              </w:rPr>
              <w:t>–</w:t>
            </w:r>
            <w:r>
              <w:rPr>
                <w:rFonts w:eastAsia="ＭＳ 明朝" w:cs=""/>
                <w:b w:val="false"/>
                <w:kern w:val="0"/>
                <w:sz w:val="24"/>
                <w:szCs w:val="22"/>
                <w:lang w:val="zxx" w:eastAsia="en-US" w:bidi="ar-SA"/>
              </w:rPr>
              <w:t>20.9</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R39</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Семейство совместимых профилей</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profileId/</w:t>
            </w:r>
            <w:r>
              <w:rPr>
                <w:rFonts w:eastAsia="ＭＳ 明朝" w:cs=""/>
                <w:b w:val="false"/>
                <w:kern w:val="0"/>
                <w:sz w:val="24"/>
                <w:szCs w:val="22"/>
                <w:lang w:eastAsia="en-US" w:bidi="ar-SA"/>
              </w:rPr>
              <w:t>версия, зависимости, согласование обязательных функций и лимитов, единая семантика результатов</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Нет совместимой версии: управление не начинается и защита не ослабляется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 </w:t>
            </w:r>
            <w:r>
              <w:rPr>
                <w:rFonts w:eastAsia="ＭＳ 明朝" w:cs=""/>
                <w:b w:val="false"/>
                <w:kern w:val="0"/>
                <w:sz w:val="24"/>
                <w:szCs w:val="22"/>
                <w:lang w:val="zxx" w:eastAsia="en-US" w:bidi="ar-SA"/>
              </w:rPr>
              <w:t>20.10</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R40</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Логическая цель и локальный адрес</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targetId</w:t>
            </w:r>
            <w:r>
              <w:rPr>
                <w:rFonts w:eastAsia="ＭＳ 明朝" w:cs=""/>
                <w:b w:val="false"/>
                <w:kern w:val="0"/>
                <w:sz w:val="24"/>
                <w:szCs w:val="22"/>
                <w:lang w:eastAsia="en-US" w:bidi="ar-SA"/>
              </w:rPr>
              <w:t xml:space="preserve"> отдельно от </w:t>
            </w:r>
            <w:r>
              <w:rPr>
                <w:rFonts w:eastAsia="ＭＳ 明朝" w:cs=""/>
                <w:b w:val="false"/>
                <w:kern w:val="0"/>
                <w:sz w:val="24"/>
                <w:szCs w:val="22"/>
                <w:lang w:val="zxx" w:eastAsia="en-US" w:bidi="ar-SA"/>
              </w:rPr>
              <w:t>deviceId</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locator</w:t>
            </w:r>
            <w:r>
              <w:rPr>
                <w:rFonts w:eastAsia="ＭＳ 明朝" w:cs=""/>
                <w:b w:val="false"/>
                <w:kern w:val="0"/>
                <w:sz w:val="24"/>
                <w:szCs w:val="22"/>
                <w:lang w:eastAsia="en-US" w:bidi="ar-SA"/>
              </w:rPr>
              <w:t>, область сети, реестр привязок и выявление конфликтов</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Два одинаковых частных </w:t>
            </w:r>
            <w:r>
              <w:rPr>
                <w:rFonts w:eastAsia="ＭＳ 明朝" w:cs=""/>
                <w:b w:val="false"/>
                <w:kern w:val="0"/>
                <w:sz w:val="24"/>
                <w:szCs w:val="22"/>
                <w:lang w:val="zxx" w:eastAsia="en-US" w:bidi="ar-SA"/>
              </w:rPr>
              <w:t>IP</w:t>
            </w:r>
            <w:r>
              <w:rPr>
                <w:rFonts w:eastAsia="ＭＳ 明朝" w:cs=""/>
                <w:b w:val="false"/>
                <w:kern w:val="0"/>
                <w:sz w:val="24"/>
                <w:szCs w:val="22"/>
                <w:lang w:eastAsia="en-US" w:bidi="ar-SA"/>
              </w:rPr>
              <w:t xml:space="preserve"> в разных муниципалитетах не смешивают команды и результаты</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21.1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21.15</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R41</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Контролируемый путь через АРМ</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Ответственный узел, ревизия маршрута, </w:t>
            </w:r>
            <w:r>
              <w:rPr>
                <w:rFonts w:eastAsia="ＭＳ 明朝" w:cs=""/>
                <w:b w:val="false"/>
                <w:kern w:val="0"/>
                <w:sz w:val="24"/>
                <w:szCs w:val="22"/>
                <w:lang w:val="zxx" w:eastAsia="en-US" w:bidi="ar-SA"/>
              </w:rPr>
              <w:t>hopLimit</w:t>
            </w:r>
            <w:r>
              <w:rPr>
                <w:rFonts w:eastAsia="ＭＳ 明朝" w:cs=""/>
                <w:b w:val="false"/>
                <w:kern w:val="0"/>
                <w:sz w:val="24"/>
                <w:szCs w:val="22"/>
                <w:lang w:eastAsia="en-US" w:bidi="ar-SA"/>
              </w:rPr>
              <w:t>, циклы и исходный срок приема</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Ретрансляция по циклу или после срока не создает поздний запуск</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21.4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21.15</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R42</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Предпусковая оценка конкретного плана</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readiness.get</w:t>
            </w:r>
            <w:r>
              <w:rPr>
                <w:rFonts w:eastAsia="ＭＳ 明朝" w:cs=""/>
                <w:b w:val="false"/>
                <w:kern w:val="0"/>
                <w:sz w:val="24"/>
                <w:szCs w:val="22"/>
                <w:lang w:eastAsia="en-US" w:bidi="ar-SA"/>
              </w:rPr>
              <w:t xml:space="preserve">, возраст и источник доказательств, </w:t>
            </w:r>
            <w:r>
              <w:rPr>
                <w:rFonts w:eastAsia="ＭＳ 明朝" w:cs=""/>
                <w:b w:val="false"/>
                <w:kern w:val="0"/>
                <w:sz w:val="24"/>
                <w:szCs w:val="22"/>
                <w:lang w:val="zxx" w:eastAsia="en-US" w:bidi="ar-SA"/>
              </w:rPr>
              <w:t>ready/</w:t>
            </w:r>
            <w:r>
              <w:rPr>
                <w:rFonts w:eastAsia="ＭＳ 明朝" w:cs=""/>
                <w:b w:val="false"/>
                <w:kern w:val="0"/>
                <w:sz w:val="24"/>
                <w:szCs w:val="22"/>
                <w:lang w:eastAsia="en-US" w:bidi="ar-SA"/>
              </w:rPr>
              <w:t>​</w:t>
            </w:r>
            <w:r>
              <w:rPr>
                <w:rFonts w:eastAsia="ＭＳ 明朝" w:cs=""/>
                <w:b w:val="false"/>
                <w:kern w:val="0"/>
                <w:sz w:val="24"/>
                <w:szCs w:val="22"/>
                <w:lang w:val="zxx" w:eastAsia="en-US" w:bidi="ar-SA"/>
              </w:rPr>
              <w:t>degraded/</w:t>
            </w:r>
            <w:r>
              <w:rPr>
                <w:rFonts w:eastAsia="ＭＳ 明朝" w:cs=""/>
                <w:b w:val="false"/>
                <w:kern w:val="0"/>
                <w:sz w:val="24"/>
                <w:szCs w:val="22"/>
                <w:lang w:eastAsia="en-US" w:bidi="ar-SA"/>
              </w:rPr>
              <w:t>​</w:t>
            </w:r>
            <w:r>
              <w:rPr>
                <w:rFonts w:eastAsia="ＭＳ 明朝" w:cs=""/>
                <w:b w:val="false"/>
                <w:kern w:val="0"/>
                <w:sz w:val="24"/>
                <w:szCs w:val="22"/>
                <w:lang w:val="zxx" w:eastAsia="en-US" w:bidi="ar-SA"/>
              </w:rPr>
              <w:t>blocked/</w:t>
            </w:r>
            <w:r>
              <w:rPr>
                <w:rFonts w:eastAsia="ＭＳ 明朝" w:cs=""/>
                <w:b w:val="false"/>
                <w:kern w:val="0"/>
                <w:sz w:val="24"/>
                <w:szCs w:val="22"/>
                <w:lang w:eastAsia="en-US" w:bidi="ar-SA"/>
              </w:rPr>
              <w:t>​</w:t>
            </w:r>
            <w:r>
              <w:rPr>
                <w:rFonts w:eastAsia="ＭＳ 明朝" w:cs=""/>
                <w:b w:val="false"/>
                <w:kern w:val="0"/>
                <w:sz w:val="24"/>
                <w:szCs w:val="22"/>
                <w:lang w:val="zxx" w:eastAsia="en-US" w:bidi="ar-SA"/>
              </w:rPr>
              <w:t>unknown</w:t>
            </w:r>
            <w:r>
              <w:rPr>
                <w:rFonts w:eastAsia="ＭＳ 明朝" w:cs=""/>
                <w:b w:val="false"/>
                <w:kern w:val="0"/>
                <w:sz w:val="24"/>
                <w:szCs w:val="22"/>
                <w:lang w:eastAsia="en-US" w:bidi="ar-SA"/>
              </w:rPr>
              <w:t xml:space="preserve">, быстрый повтор условий на </w:t>
            </w:r>
            <w:r>
              <w:rPr>
                <w:rFonts w:eastAsia="ＭＳ 明朝" w:cs=""/>
                <w:b w:val="false"/>
                <w:kern w:val="0"/>
                <w:sz w:val="24"/>
                <w:szCs w:val="22"/>
                <w:lang w:val="zxx" w:eastAsia="en-US" w:bidi="ar-SA"/>
              </w:rPr>
              <w:t>session.start</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После </w:t>
            </w:r>
            <w:r>
              <w:rPr>
                <w:rFonts w:eastAsia="ＭＳ 明朝" w:cs=""/>
                <w:b w:val="false"/>
                <w:kern w:val="0"/>
                <w:sz w:val="24"/>
                <w:szCs w:val="22"/>
                <w:lang w:val="zxx" w:eastAsia="en-US" w:bidi="ar-SA"/>
              </w:rPr>
              <w:t>ready</w:t>
            </w:r>
            <w:r>
              <w:rPr>
                <w:rFonts w:eastAsia="ＭＳ 明朝" w:cs=""/>
                <w:b w:val="false"/>
                <w:kern w:val="0"/>
                <w:sz w:val="24"/>
                <w:szCs w:val="22"/>
                <w:lang w:eastAsia="en-US" w:bidi="ar-SA"/>
              </w:rPr>
              <w:t xml:space="preserve"> изменились внутренний интерфейс, контент или привязка: старое заключение не разрешает запуск</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22.4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22.7</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R43</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Проверяемый манифест контента</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Локальный неизменный объект </w:t>
            </w:r>
            <w:r>
              <w:rPr>
                <w:rFonts w:eastAsia="ＭＳ 明朝" w:cs=""/>
                <w:b w:val="false"/>
                <w:kern w:val="0"/>
                <w:sz w:val="24"/>
                <w:szCs w:val="22"/>
                <w:lang w:val="zxx" w:eastAsia="en-US" w:bidi="ar-SA"/>
              </w:rPr>
              <w:t>contentId/</w:t>
            </w:r>
            <w:r>
              <w:rPr>
                <w:rFonts w:eastAsia="ＭＳ 明朝" w:cs=""/>
                <w:b w:val="false"/>
                <w:kern w:val="0"/>
                <w:sz w:val="24"/>
                <w:szCs w:val="22"/>
                <w:lang w:eastAsia="en-US" w:bidi="ar-SA"/>
              </w:rPr>
              <w:t>​</w:t>
            </w:r>
            <w:r>
              <w:rPr>
                <w:rFonts w:eastAsia="ＭＳ 明朝" w:cs=""/>
                <w:b w:val="false"/>
                <w:kern w:val="0"/>
                <w:sz w:val="24"/>
                <w:szCs w:val="22"/>
                <w:lang w:val="zxx" w:eastAsia="en-US" w:bidi="ar-SA"/>
              </w:rPr>
              <w:t>revision/</w:t>
            </w:r>
            <w:r>
              <w:rPr>
                <w:rFonts w:eastAsia="ＭＳ 明朝" w:cs=""/>
                <w:b w:val="false"/>
                <w:kern w:val="0"/>
                <w:sz w:val="24"/>
                <w:szCs w:val="22"/>
                <w:lang w:eastAsia="en-US" w:bidi="ar-SA"/>
              </w:rPr>
              <w:t>​</w:t>
            </w:r>
            <w:r>
              <w:rPr>
                <w:rFonts w:eastAsia="ＭＳ 明朝" w:cs=""/>
                <w:b w:val="false"/>
                <w:kern w:val="0"/>
                <w:sz w:val="24"/>
                <w:szCs w:val="22"/>
                <w:lang w:val="zxx" w:eastAsia="en-US" w:bidi="ar-SA"/>
              </w:rPr>
              <w:t>hash</w:t>
            </w:r>
            <w:r>
              <w:rPr>
                <w:rFonts w:eastAsia="ＭＳ 明朝" w:cs=""/>
                <w:b w:val="false"/>
                <w:kern w:val="0"/>
                <w:sz w:val="24"/>
                <w:szCs w:val="22"/>
                <w:lang w:eastAsia="en-US" w:bidi="ar-SA"/>
              </w:rPr>
              <w:t xml:space="preserve"> до </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 xml:space="preserve">; точные байты, </w:t>
            </w:r>
            <w:r>
              <w:rPr>
                <w:rFonts w:eastAsia="ＭＳ 明朝" w:cs=""/>
                <w:b w:val="false"/>
                <w:kern w:val="0"/>
                <w:sz w:val="24"/>
                <w:szCs w:val="22"/>
                <w:lang w:val="zxx" w:eastAsia="en-US" w:bidi="ar-SA"/>
              </w:rPr>
              <w:t>streebog256</w:t>
            </w:r>
            <w:r>
              <w:rPr>
                <w:rFonts w:eastAsia="ＭＳ 明朝" w:cs=""/>
                <w:b w:val="false"/>
                <w:kern w:val="0"/>
                <w:sz w:val="24"/>
                <w:szCs w:val="22"/>
                <w:lang w:eastAsia="en-US" w:bidi="ar-SA"/>
              </w:rPr>
              <w:t xml:space="preserve">, готовность и естественный конец; сетевое размещение использует полный контракт </w:t>
            </w:r>
            <w:r>
              <w:rPr>
                <w:rFonts w:eastAsia="ＭＳ 明朝" w:cs=""/>
                <w:b w:val="false"/>
                <w:kern w:val="0"/>
                <w:sz w:val="24"/>
                <w:szCs w:val="22"/>
                <w:lang w:val="zxx" w:eastAsia="en-US" w:bidi="ar-SA"/>
              </w:rPr>
              <w:t>bulk/</w:t>
            </w:r>
            <w:r>
              <w:rPr>
                <w:rFonts w:eastAsia="ＭＳ 明朝" w:cs=""/>
                <w:b w:val="false"/>
                <w:kern w:val="0"/>
                <w:sz w:val="24"/>
                <w:szCs w:val="22"/>
                <w:lang w:eastAsia="en-US" w:bidi="ar-SA"/>
              </w:rPr>
              <w:t>⁠</w:t>
            </w:r>
            <w:r>
              <w:rPr>
                <w:rFonts w:eastAsia="ＭＳ 明朝" w:cs=""/>
                <w:b w:val="false"/>
                <w:kern w:val="0"/>
                <w:sz w:val="24"/>
                <w:szCs w:val="22"/>
                <w:lang w:val="zxx" w:eastAsia="en-US" w:bidi="ar-SA"/>
              </w:rPr>
              <w:t>1.</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Обрыв размещения, неверный хеш, замена слота, неподтвержденный </w:t>
            </w:r>
            <w:r>
              <w:rPr>
                <w:rFonts w:eastAsia="ＭＳ 明朝" w:cs=""/>
                <w:b w:val="false"/>
                <w:kern w:val="0"/>
                <w:sz w:val="24"/>
                <w:szCs w:val="22"/>
                <w:lang w:val="zxx" w:eastAsia="en-US" w:bidi="ar-SA"/>
              </w:rPr>
              <w:t>EOF</w:t>
            </w:r>
            <w:r>
              <w:rPr>
                <w:rFonts w:eastAsia="ＭＳ 明朝" w:cs=""/>
                <w:b w:val="false"/>
                <w:kern w:val="0"/>
                <w:sz w:val="24"/>
                <w:szCs w:val="22"/>
                <w:lang w:eastAsia="en-US" w:bidi="ar-SA"/>
              </w:rPr>
              <w:t xml:space="preserve">; номер записи не равен </w:t>
            </w:r>
            <w:r>
              <w:rPr>
                <w:rFonts w:eastAsia="ＭＳ 明朝" w:cs=""/>
                <w:b w:val="false"/>
                <w:kern w:val="0"/>
                <w:sz w:val="24"/>
                <w:szCs w:val="22"/>
                <w:lang w:val="zxx" w:eastAsia="en-US" w:bidi="ar-SA"/>
              </w:rPr>
              <w:t>verified</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M01/</w:t>
            </w:r>
            <w:r>
              <w:rPr>
                <w:rFonts w:eastAsia="ＭＳ 明朝" w:cs=""/>
                <w:b w:val="false"/>
                <w:kern w:val="0"/>
                <w:sz w:val="24"/>
                <w:szCs w:val="22"/>
                <w:lang w:eastAsia="en-US" w:bidi="ar-SA"/>
              </w:rPr>
              <w:t>​</w:t>
            </w:r>
            <w:r>
              <w:rPr>
                <w:rFonts w:eastAsia="ＭＳ 明朝" w:cs=""/>
                <w:b w:val="false"/>
                <w:kern w:val="0"/>
                <w:sz w:val="24"/>
                <w:szCs w:val="22"/>
                <w:lang w:val="zxx" w:eastAsia="en-US" w:bidi="ar-SA"/>
              </w:rPr>
              <w:t>M04</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22.4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22.7</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15.5</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15.9</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R44</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Каскадное наблюдение</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Отдельные права чтения, сквозная цель, источник и возраст исходного показания</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Посредник повторяет старый кеш и не делает его свежим</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23.1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23.4</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21.4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21.15</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R45</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Сводка без утраты детализации</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Зафиксированный набор целей, взаимно исключающие статусы, ревизии, страницы первичных результатов</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Повтор, поздний ответ и два маршрута не увеличивают число успешно оповещенных целей</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23.1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23.4</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19.53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19.63</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R46</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Обнаружение и доверенная регистрация</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Discovery</w:t>
            </w:r>
            <w:r>
              <w:rPr>
                <w:rFonts w:eastAsia="ＭＳ 明朝" w:cs=""/>
                <w:b w:val="false"/>
                <w:kern w:val="0"/>
                <w:sz w:val="24"/>
                <w:szCs w:val="22"/>
                <w:lang w:eastAsia="en-US" w:bidi="ar-SA"/>
              </w:rPr>
              <w:t xml:space="preserve"> отдельно от допуска, квоты, проверка идентичности, наладка привязки ОУ</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Найденное устройство или чужое объявление не получает полномочий управления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24.1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24.18</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14.62</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14.71</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R47</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Переносимый пакет конфигурации</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Схема, ревизия, ссылки, манифесты, область полномочий, проверяемый импорт без секретов</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Импорт с отсутствующей записью, дубликатом цели или циклом отклоняется до применения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24.14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24.18</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R48</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Согласованный состав групп</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Уполномоченный автор, </w:t>
            </w:r>
            <w:r>
              <w:rPr>
                <w:rFonts w:eastAsia="ＭＳ 明朝" w:cs=""/>
                <w:b w:val="false"/>
                <w:kern w:val="0"/>
                <w:sz w:val="24"/>
                <w:szCs w:val="22"/>
                <w:lang w:val="zxx" w:eastAsia="en-US" w:bidi="ar-SA"/>
              </w:rPr>
              <w:t>groupRevision</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digest</w:t>
            </w:r>
            <w:r>
              <w:rPr>
                <w:rFonts w:eastAsia="ＭＳ 明朝" w:cs=""/>
                <w:b w:val="false"/>
                <w:kern w:val="0"/>
                <w:sz w:val="24"/>
                <w:szCs w:val="22"/>
                <w:lang w:eastAsia="en-US" w:bidi="ar-SA"/>
              </w:rPr>
              <w:t>, зафиксированное множество получателей</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Одноименная группа на другом АРМ имеет другой состав: молчаливая подмена запрещена</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24.14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24.18</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21.1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21.15</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R49</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Фактическое применение и замена оборудования</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configRevision/</w:t>
            </w:r>
            <w:r>
              <w:rPr>
                <w:rFonts w:eastAsia="ＭＳ 明朝" w:cs=""/>
                <w:b w:val="false"/>
                <w:kern w:val="0"/>
                <w:sz w:val="24"/>
                <w:szCs w:val="22"/>
                <w:lang w:eastAsia="en-US" w:bidi="ar-SA"/>
              </w:rPr>
              <w:t>​</w:t>
            </w:r>
            <w:r>
              <w:rPr>
                <w:rFonts w:eastAsia="ＭＳ 明朝" w:cs=""/>
                <w:b w:val="false"/>
                <w:kern w:val="0"/>
                <w:sz w:val="24"/>
                <w:szCs w:val="22"/>
                <w:lang w:val="zxx" w:eastAsia="en-US" w:bidi="ar-SA"/>
              </w:rPr>
              <w:t>appliedRevision/</w:t>
            </w:r>
            <w:r>
              <w:rPr>
                <w:rFonts w:eastAsia="ＭＳ 明朝" w:cs=""/>
                <w:b w:val="false"/>
                <w:kern w:val="0"/>
                <w:sz w:val="24"/>
                <w:szCs w:val="22"/>
                <w:lang w:eastAsia="en-US" w:bidi="ar-SA"/>
              </w:rPr>
              <w:t>​</w:t>
            </w:r>
            <w:r>
              <w:rPr>
                <w:rFonts w:eastAsia="ＭＳ 明朝" w:cs=""/>
                <w:b w:val="false"/>
                <w:kern w:val="0"/>
                <w:sz w:val="24"/>
                <w:szCs w:val="22"/>
                <w:lang w:val="zxx" w:eastAsia="en-US" w:bidi="ar-SA"/>
              </w:rPr>
              <w:t>onControlLoss</w:t>
            </w:r>
            <w:r>
              <w:rPr>
                <w:rFonts w:eastAsia="ＭＳ 明朝" w:cs=""/>
                <w:b w:val="false"/>
                <w:kern w:val="0"/>
                <w:sz w:val="24"/>
                <w:szCs w:val="22"/>
                <w:lang w:eastAsia="en-US" w:bidi="ar-SA"/>
              </w:rPr>
              <w:t xml:space="preserve"> в обязательном </w:t>
            </w:r>
            <w:r>
              <w:rPr>
                <w:rFonts w:eastAsia="ＭＳ 明朝" w:cs=""/>
                <w:b w:val="false"/>
                <w:kern w:val="0"/>
                <w:sz w:val="24"/>
                <w:szCs w:val="22"/>
                <w:lang w:val="zxx" w:eastAsia="en-US" w:bidi="ar-SA"/>
              </w:rPr>
              <w:t>device.state</w:t>
            </w:r>
            <w:r>
              <w:rPr>
                <w:rFonts w:eastAsia="ＭＳ 明朝" w:cs=""/>
                <w:b w:val="false"/>
                <w:kern w:val="0"/>
                <w:sz w:val="24"/>
                <w:szCs w:val="22"/>
                <w:lang w:eastAsia="en-US" w:bidi="ar-SA"/>
              </w:rPr>
              <w:t xml:space="preserve">, контроль применения перед </w:t>
            </w:r>
            <w:r>
              <w:rPr>
                <w:rFonts w:eastAsia="ＭＳ 明朝" w:cs=""/>
                <w:b w:val="false"/>
                <w:kern w:val="0"/>
                <w:sz w:val="24"/>
                <w:szCs w:val="22"/>
                <w:lang w:val="zxx" w:eastAsia="en-US" w:bidi="ar-SA"/>
              </w:rPr>
              <w:t>session.start</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Первый </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 xml:space="preserve"> без </w:t>
            </w:r>
            <w:r>
              <w:rPr>
                <w:rFonts w:eastAsia="ＭＳ 明朝" w:cs=""/>
                <w:b w:val="false"/>
                <w:kern w:val="0"/>
                <w:sz w:val="24"/>
                <w:szCs w:val="22"/>
                <w:lang w:val="zxx" w:eastAsia="en-US" w:bidi="ar-SA"/>
              </w:rPr>
              <w:t>config.get:</w:t>
            </w:r>
            <w:r>
              <w:rPr>
                <w:rFonts w:eastAsia="ＭＳ 明朝" w:cs=""/>
                <w:b w:val="false"/>
                <w:kern w:val="0"/>
                <w:sz w:val="24"/>
                <w:szCs w:val="22"/>
                <w:lang w:eastAsia="en-US" w:bidi="ar-SA"/>
              </w:rPr>
              <w:t xml:space="preserve"> ревизии прочитаны из ядра; непримененная конфигурация дает </w:t>
            </w:r>
            <w:r>
              <w:rPr>
                <w:rFonts w:eastAsia="ＭＳ 明朝" w:cs=""/>
                <w:b w:val="false"/>
                <w:kern w:val="0"/>
                <w:sz w:val="24"/>
                <w:szCs w:val="22"/>
                <w:lang w:val="zxx" w:eastAsia="en-US" w:bidi="ar-SA"/>
              </w:rPr>
              <w:t>unsafeState</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24.1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24.18</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6.1</w:t>
            </w:r>
            <w:r>
              <w:rPr>
                <w:rFonts w:eastAsia="ＭＳ 明朝" w:cs=""/>
                <w:b w:val="false"/>
                <w:kern w:val="0"/>
                <w:sz w:val="24"/>
                <w:szCs w:val="22"/>
                <w:lang w:eastAsia="en-US" w:bidi="ar-SA"/>
              </w:rPr>
              <w:t>–</w:t>
            </w:r>
            <w:r>
              <w:rPr>
                <w:rFonts w:eastAsia="ＭＳ 明朝" w:cs=""/>
                <w:b w:val="false"/>
                <w:kern w:val="0"/>
                <w:sz w:val="24"/>
                <w:szCs w:val="22"/>
                <w:lang w:val="zxx" w:eastAsia="en-US" w:bidi="ar-SA"/>
              </w:rPr>
              <w:t>6.13</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R50</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Измеряемый паспорт масштаба</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Паспорт нагрузки и сети, отдельный </w:t>
            </w:r>
            <w:r>
              <w:rPr>
                <w:rFonts w:eastAsia="ＭＳ 明朝" w:cs=""/>
                <w:b w:val="false"/>
                <w:kern w:val="0"/>
                <w:sz w:val="24"/>
                <w:szCs w:val="22"/>
                <w:lang w:val="zxx" w:eastAsia="en-US" w:bidi="ar-SA"/>
              </w:rPr>
              <w:t>heartbeat</w:t>
            </w:r>
            <w:r>
              <w:rPr>
                <w:rFonts w:eastAsia="ＭＳ 明朝" w:cs=""/>
                <w:b w:val="false"/>
                <w:kern w:val="0"/>
                <w:sz w:val="24"/>
                <w:szCs w:val="22"/>
                <w:lang w:eastAsia="en-US" w:bidi="ar-SA"/>
              </w:rPr>
              <w:t xml:space="preserve">, локальный прием отмены, начало </w:t>
            </w:r>
            <w:r>
              <w:rPr>
                <w:rFonts w:eastAsia="ＭＳ 明朝" w:cs=""/>
                <w:b w:val="false"/>
                <w:kern w:val="0"/>
                <w:sz w:val="24"/>
                <w:szCs w:val="22"/>
                <w:lang w:val="zxx" w:eastAsia="en-US" w:bidi="ar-SA"/>
              </w:rPr>
              <w:t>session.stop</w:t>
            </w:r>
            <w:r>
              <w:rPr>
                <w:rFonts w:eastAsia="ＭＳ 明朝" w:cs=""/>
                <w:b w:val="false"/>
                <w:kern w:val="0"/>
                <w:sz w:val="24"/>
                <w:szCs w:val="22"/>
                <w:lang w:eastAsia="en-US" w:bidi="ar-SA"/>
              </w:rPr>
              <w:t xml:space="preserve"> и подтверждение </w:t>
            </w:r>
            <w:r>
              <w:rPr>
                <w:rFonts w:eastAsia="ＭＳ 明朝" w:cs=""/>
                <w:b w:val="false"/>
                <w:kern w:val="0"/>
                <w:sz w:val="24"/>
                <w:szCs w:val="22"/>
                <w:lang w:val="zxx" w:eastAsia="en-US" w:bidi="ar-SA"/>
              </w:rPr>
              <w:t>off</w:t>
            </w:r>
            <w:r>
              <w:rPr>
                <w:rFonts w:eastAsia="ＭＳ 明朝" w:cs=""/>
                <w:b w:val="false"/>
                <w:kern w:val="0"/>
                <w:sz w:val="24"/>
                <w:szCs w:val="22"/>
                <w:lang w:eastAsia="en-US" w:bidi="ar-SA"/>
              </w:rPr>
              <w:t xml:space="preserve">; реестр </w:t>
            </w:r>
            <w:r>
              <w:rPr>
                <w:rFonts w:eastAsia="ＭＳ 明朝" w:cs=""/>
                <w:b w:val="false"/>
                <w:kern w:val="0"/>
                <w:sz w:val="24"/>
                <w:szCs w:val="22"/>
                <w:lang w:val="zxx" w:eastAsia="en-US" w:bidi="ar-SA"/>
              </w:rPr>
              <w:t>limit</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snapshotMaxPages/</w:t>
            </w:r>
            <w:r>
              <w:rPr>
                <w:rFonts w:eastAsia="ＭＳ 明朝" w:cs=""/>
                <w:b w:val="false"/>
                <w:kern w:val="0"/>
                <w:sz w:val="24"/>
                <w:szCs w:val="22"/>
                <w:lang w:eastAsia="en-US" w:bidi="ar-SA"/>
              </w:rPr>
              <w:t>​</w:t>
            </w:r>
            <w:r>
              <w:rPr>
                <w:rFonts w:eastAsia="ＭＳ 明朝" w:cs=""/>
                <w:b w:val="false"/>
                <w:kern w:val="0"/>
                <w:sz w:val="24"/>
                <w:szCs w:val="22"/>
                <w:lang w:val="zxx" w:eastAsia="en-US" w:bidi="ar-SA"/>
              </w:rPr>
              <w:t>snapshotReadMaxMs</w:t>
            </w:r>
            <w:r>
              <w:rPr>
                <w:rFonts w:eastAsia="ＭＳ 明朝" w:cs=""/>
                <w:b w:val="false"/>
                <w:kern w:val="0"/>
                <w:sz w:val="24"/>
                <w:szCs w:val="22"/>
                <w:lang w:eastAsia="en-US" w:bidi="ar-SA"/>
              </w:rPr>
              <w:t>, скорость журнала и квоты снимков</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TCP</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head-</w:t>
            </w:r>
            <w:r>
              <w:rPr>
                <w:rFonts w:eastAsia="ＭＳ 明朝" w:cs=""/>
                <w:b w:val="false"/>
                <w:kern w:val="0"/>
                <w:sz w:val="24"/>
                <w:szCs w:val="22"/>
                <w:lang w:eastAsia="en-US" w:bidi="ar-SA"/>
              </w:rPr>
              <w:t>⁠</w:t>
            </w:r>
            <w:r>
              <w:rPr>
                <w:rFonts w:eastAsia="ＭＳ 明朝" w:cs=""/>
                <w:b w:val="false"/>
                <w:kern w:val="0"/>
                <w:sz w:val="24"/>
                <w:szCs w:val="22"/>
                <w:lang w:val="zxx" w:eastAsia="en-US" w:bidi="ar-SA"/>
              </w:rPr>
              <w:t>of-</w:t>
            </w:r>
            <w:r>
              <w:rPr>
                <w:rFonts w:eastAsia="ＭＳ 明朝" w:cs=""/>
                <w:b w:val="false"/>
                <w:kern w:val="0"/>
                <w:sz w:val="24"/>
                <w:szCs w:val="22"/>
                <w:lang w:eastAsia="en-US" w:bidi="ar-SA"/>
              </w:rPr>
              <w:t>⁠</w:t>
            </w:r>
            <w:r>
              <w:rPr>
                <w:rFonts w:eastAsia="ＭＳ 明朝" w:cs=""/>
                <w:b w:val="false"/>
                <w:kern w:val="0"/>
                <w:sz w:val="24"/>
                <w:szCs w:val="22"/>
                <w:lang w:val="zxx" w:eastAsia="en-US" w:bidi="ar-SA"/>
              </w:rPr>
              <w:t>line</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blocking</w:t>
            </w:r>
            <w:r>
              <w:rPr>
                <w:rFonts w:eastAsia="ＭＳ 明朝" w:cs=""/>
                <w:b w:val="false"/>
                <w:kern w:val="0"/>
                <w:sz w:val="24"/>
                <w:szCs w:val="22"/>
                <w:lang w:eastAsia="en-US" w:bidi="ar-SA"/>
              </w:rPr>
              <w:t xml:space="preserve"> и полный отказ сети учитываются отдельно; </w:t>
            </w:r>
            <w:r>
              <w:rPr>
                <w:rFonts w:eastAsia="ＭＳ 明朝" w:cs=""/>
                <w:b w:val="false"/>
                <w:kern w:val="0"/>
                <w:sz w:val="24"/>
                <w:szCs w:val="22"/>
                <w:lang w:val="zxx" w:eastAsia="en-US" w:bidi="ar-SA"/>
              </w:rPr>
              <w:t>finish</w:t>
            </w:r>
            <w:r>
              <w:rPr>
                <w:rFonts w:eastAsia="ＭＳ 明朝" w:cs=""/>
                <w:b w:val="false"/>
                <w:kern w:val="0"/>
                <w:sz w:val="24"/>
                <w:szCs w:val="22"/>
                <w:lang w:eastAsia="en-US" w:bidi="ar-SA"/>
              </w:rPr>
              <w:t xml:space="preserve"> не выдается за остановку; полный снимок укладывается в </w:t>
            </w:r>
            <w:r>
              <w:rPr>
                <w:rFonts w:eastAsia="ＭＳ 明朝" w:cs=""/>
                <w:b w:val="false"/>
                <w:kern w:val="0"/>
                <w:sz w:val="24"/>
                <w:szCs w:val="22"/>
                <w:lang w:val="zxx" w:eastAsia="en-US" w:bidi="ar-SA"/>
              </w:rPr>
              <w:t>TTL</w:t>
            </w:r>
            <w:r>
              <w:rPr>
                <w:rFonts w:eastAsia="ＭＳ 明朝" w:cs=""/>
                <w:b w:val="false"/>
                <w:kern w:val="0"/>
                <w:sz w:val="24"/>
                <w:szCs w:val="22"/>
                <w:lang w:eastAsia="en-US" w:bidi="ar-SA"/>
              </w:rPr>
              <w:t xml:space="preserve"> с запасом, переход от теста к тревоге измерен также при отказе владельца</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25.1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25.3</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R51</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Этапы и проходы программы</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planRevision</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stepId</w:t>
            </w:r>
            <w:r>
              <w:rPr>
                <w:rFonts w:eastAsia="ＭＳ 明朝" w:cs=""/>
                <w:b w:val="false"/>
                <w:kern w:val="0"/>
                <w:sz w:val="24"/>
                <w:szCs w:val="22"/>
                <w:lang w:eastAsia="en-US" w:bidi="ar-SA"/>
              </w:rPr>
              <w:t>, проход, переходы, отмена таймеров, межэтапное владение; автономная программа отдельным профилем</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Поздний </w:t>
            </w:r>
            <w:r>
              <w:rPr>
                <w:rFonts w:eastAsia="ＭＳ 明朝" w:cs=""/>
                <w:b w:val="false"/>
                <w:kern w:val="0"/>
                <w:sz w:val="24"/>
                <w:szCs w:val="22"/>
                <w:lang w:val="zxx" w:eastAsia="en-US" w:bidi="ar-SA"/>
              </w:rPr>
              <w:t>session.stop</w:t>
            </w:r>
            <w:r>
              <w:rPr>
                <w:rFonts w:eastAsia="ＭＳ 明朝" w:cs=""/>
                <w:b w:val="false"/>
                <w:kern w:val="0"/>
                <w:sz w:val="24"/>
                <w:szCs w:val="22"/>
                <w:lang w:eastAsia="en-US" w:bidi="ar-SA"/>
              </w:rPr>
              <w:t xml:space="preserve"> сирены после подготовки речи; отмена в паузе перед повтором записи; </w:t>
            </w:r>
            <w:r>
              <w:rPr>
                <w:rFonts w:eastAsia="ＭＳ 明朝" w:cs=""/>
                <w:b w:val="false"/>
                <w:kern w:val="0"/>
                <w:sz w:val="24"/>
                <w:szCs w:val="22"/>
                <w:lang w:val="zxx" w:eastAsia="en-US" w:bidi="ar-SA"/>
              </w:rPr>
              <w:t>U01-</w:t>
            </w:r>
            <w:r>
              <w:rPr>
                <w:rFonts w:eastAsia="ＭＳ 明朝" w:cs=""/>
                <w:b w:val="false"/>
                <w:kern w:val="0"/>
                <w:sz w:val="24"/>
                <w:szCs w:val="22"/>
                <w:lang w:eastAsia="en-US" w:bidi="ar-SA"/>
              </w:rPr>
              <w:t>⁠</w:t>
            </w:r>
            <w:r>
              <w:rPr>
                <w:rFonts w:eastAsia="ＭＳ 明朝" w:cs=""/>
                <w:b w:val="false"/>
                <w:kern w:val="0"/>
                <w:sz w:val="24"/>
                <w:szCs w:val="22"/>
                <w:lang w:val="zxx" w:eastAsia="en-US" w:bidi="ar-SA"/>
              </w:rPr>
              <w:t>U02</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26.6</w:t>
            </w:r>
            <w:r>
              <w:rPr>
                <w:rFonts w:eastAsia="ＭＳ 明朝" w:cs=""/>
                <w:b w:val="false"/>
                <w:kern w:val="0"/>
                <w:sz w:val="24"/>
                <w:szCs w:val="22"/>
                <w:lang w:eastAsia="en-US" w:bidi="ar-SA"/>
              </w:rPr>
              <w:t>–</w:t>
            </w:r>
            <w:r>
              <w:rPr>
                <w:rFonts w:eastAsia="ＭＳ 明朝" w:cs=""/>
                <w:b w:val="false"/>
                <w:kern w:val="0"/>
                <w:sz w:val="24"/>
                <w:szCs w:val="22"/>
                <w:lang w:val="zxx" w:eastAsia="en-US" w:bidi="ar-SA"/>
              </w:rPr>
              <w:t>26.16</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R52</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Тангента и право передавать речь</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Разрешение источника отдельно от владельца; подготовка без захвата допустима заранее. Одно действующее намерение нажатия ожидает </w:t>
            </w:r>
            <w:r>
              <w:rPr>
                <w:rFonts w:eastAsia="ＭＳ 明朝" w:cs=""/>
                <w:b w:val="false"/>
                <w:kern w:val="0"/>
                <w:sz w:val="24"/>
                <w:szCs w:val="22"/>
                <w:lang w:val="zxx" w:eastAsia="en-US" w:bidi="ar-SA"/>
              </w:rPr>
              <w:t>prepared</w:t>
            </w:r>
            <w:r>
              <w:rPr>
                <w:rFonts w:eastAsia="ＭＳ 明朝" w:cs=""/>
                <w:b w:val="false"/>
                <w:kern w:val="0"/>
                <w:sz w:val="24"/>
                <w:szCs w:val="22"/>
                <w:lang w:eastAsia="en-US" w:bidi="ar-SA"/>
              </w:rPr>
              <w:t xml:space="preserve">, готовность медиаканала и согласованный </w:t>
            </w:r>
            <w:r>
              <w:rPr>
                <w:rFonts w:eastAsia="ＭＳ 明朝" w:cs=""/>
                <w:b w:val="false"/>
                <w:kern w:val="0"/>
                <w:sz w:val="24"/>
                <w:szCs w:val="22"/>
                <w:lang w:val="zxx" w:eastAsia="en-US" w:bidi="ar-SA"/>
              </w:rPr>
              <w:t>outputReady</w:t>
            </w:r>
            <w:r>
              <w:rPr>
                <w:rFonts w:eastAsia="ＭＳ 明朝" w:cs=""/>
                <w:b w:val="false"/>
                <w:kern w:val="0"/>
                <w:sz w:val="24"/>
                <w:szCs w:val="22"/>
                <w:lang w:eastAsia="en-US" w:bidi="ar-SA"/>
              </w:rPr>
              <w:t xml:space="preserve">; отмена исключает поздний </w:t>
            </w:r>
            <w:r>
              <w:rPr>
                <w:rFonts w:eastAsia="ＭＳ 明朝" w:cs=""/>
                <w:b w:val="false"/>
                <w:kern w:val="0"/>
                <w:sz w:val="24"/>
                <w:szCs w:val="22"/>
                <w:lang w:val="zxx" w:eastAsia="en-US" w:bidi="ar-SA"/>
              </w:rPr>
              <w:t>START.</w:t>
            </w:r>
            <w:r>
              <w:rPr>
                <w:rFonts w:eastAsia="ＭＳ 明朝" w:cs=""/>
                <w:b w:val="false"/>
                <w:kern w:val="0"/>
                <w:sz w:val="24"/>
                <w:szCs w:val="22"/>
                <w:lang w:eastAsia="en-US" w:bidi="ar-SA"/>
              </w:rPr>
              <w:t xml:space="preserve"> Новое поколение при новом нажатии; </w:t>
            </w:r>
            <w:r>
              <w:rPr>
                <w:rFonts w:eastAsia="ＭＳ 明朝" w:cs=""/>
                <w:b w:val="false"/>
                <w:kern w:val="0"/>
                <w:sz w:val="24"/>
                <w:szCs w:val="22"/>
                <w:lang w:val="zxx" w:eastAsia="en-US" w:bidi="ar-SA"/>
              </w:rPr>
              <w:t>wire-</w:t>
            </w:r>
            <w:r>
              <w:rPr>
                <w:rFonts w:eastAsia="ＭＳ 明朝" w:cs=""/>
                <w:b w:val="false"/>
                <w:kern w:val="0"/>
                <w:sz w:val="24"/>
                <w:szCs w:val="22"/>
                <w:lang w:eastAsia="en-US" w:bidi="ar-SA"/>
              </w:rPr>
              <w:t xml:space="preserve">схема </w:t>
            </w:r>
            <w:r>
              <w:rPr>
                <w:rFonts w:eastAsia="ＭＳ 明朝" w:cs=""/>
                <w:b w:val="false"/>
                <w:kern w:val="0"/>
                <w:sz w:val="24"/>
                <w:szCs w:val="22"/>
                <w:lang w:val="zxx" w:eastAsia="en-US" w:bidi="ar-SA"/>
              </w:rPr>
              <w:t>audio.prepare/</w:t>
            </w:r>
            <w:r>
              <w:rPr>
                <w:rFonts w:eastAsia="ＭＳ 明朝" w:cs=""/>
                <w:b w:val="false"/>
                <w:kern w:val="0"/>
                <w:sz w:val="24"/>
                <w:szCs w:val="22"/>
                <w:lang w:eastAsia="en-US" w:bidi="ar-SA"/>
              </w:rPr>
              <w:t>​</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audio.finish</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rtp-</w:t>
            </w:r>
            <w:r>
              <w:rPr>
                <w:rFonts w:eastAsia="ＭＳ 明朝" w:cs=""/>
                <w:b w:val="false"/>
                <w:kern w:val="0"/>
                <w:sz w:val="24"/>
                <w:szCs w:val="22"/>
                <w:lang w:eastAsia="en-US" w:bidi="ar-SA"/>
              </w:rPr>
              <w:t>⁠</w:t>
            </w:r>
            <w:r>
              <w:rPr>
                <w:rFonts w:eastAsia="ＭＳ 明朝" w:cs=""/>
                <w:b w:val="false"/>
                <w:kern w:val="0"/>
                <w:sz w:val="24"/>
                <w:szCs w:val="22"/>
                <w:lang w:val="zxx" w:eastAsia="en-US" w:bidi="ar-SA"/>
              </w:rPr>
              <w:t>alert/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5</w:t>
            </w:r>
            <w:r>
              <w:rPr>
                <w:rFonts w:eastAsia="ＭＳ 明朝" w:cs=""/>
                <w:b w:val="false"/>
                <w:kern w:val="0"/>
                <w:sz w:val="24"/>
                <w:szCs w:val="22"/>
                <w:lang w:eastAsia="en-US" w:bidi="ar-SA"/>
              </w:rPr>
              <w:t xml:space="preserve"> фиксирует жизненный цикл</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Поздняя выдача, два источника, потеря говорящего, аудио после отпускания; </w:t>
            </w:r>
            <w:r>
              <w:rPr>
                <w:rFonts w:eastAsia="ＭＳ 明朝" w:cs=""/>
                <w:b w:val="false"/>
                <w:kern w:val="0"/>
                <w:sz w:val="24"/>
                <w:szCs w:val="22"/>
                <w:lang w:val="zxx" w:eastAsia="en-US" w:bidi="ar-SA"/>
              </w:rPr>
              <w:t>U03</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M05/</w:t>
            </w:r>
            <w:r>
              <w:rPr>
                <w:rFonts w:eastAsia="ＭＳ 明朝" w:cs=""/>
                <w:b w:val="false"/>
                <w:kern w:val="0"/>
                <w:sz w:val="24"/>
                <w:szCs w:val="22"/>
                <w:lang w:eastAsia="en-US" w:bidi="ar-SA"/>
              </w:rPr>
              <w:t>​</w:t>
            </w:r>
            <w:r>
              <w:rPr>
                <w:rFonts w:eastAsia="ＭＳ 明朝" w:cs=""/>
                <w:b w:val="false"/>
                <w:kern w:val="0"/>
                <w:sz w:val="24"/>
                <w:szCs w:val="22"/>
                <w:lang w:val="zxx" w:eastAsia="en-US" w:bidi="ar-SA"/>
              </w:rPr>
              <w:t>M06/</w:t>
            </w:r>
            <w:r>
              <w:rPr>
                <w:rFonts w:eastAsia="ＭＳ 明朝" w:cs=""/>
                <w:b w:val="false"/>
                <w:kern w:val="0"/>
                <w:sz w:val="24"/>
                <w:szCs w:val="22"/>
                <w:lang w:eastAsia="en-US" w:bidi="ar-SA"/>
              </w:rPr>
              <w:t>​</w:t>
            </w:r>
            <w:r>
              <w:rPr>
                <w:rFonts w:eastAsia="ＭＳ 明朝" w:cs=""/>
                <w:b w:val="false"/>
                <w:kern w:val="0"/>
                <w:sz w:val="24"/>
                <w:szCs w:val="22"/>
                <w:lang w:val="zxx" w:eastAsia="en-US" w:bidi="ar-SA"/>
              </w:rPr>
              <w:t>M09</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microphone-</w:t>
            </w:r>
            <w:r>
              <w:rPr>
                <w:rFonts w:eastAsia="ＭＳ 明朝" w:cs=""/>
                <w:b w:val="false"/>
                <w:kern w:val="0"/>
                <w:sz w:val="24"/>
                <w:szCs w:val="22"/>
                <w:lang w:eastAsia="en-US" w:bidi="ar-SA"/>
              </w:rPr>
              <w:t>⁠</w:t>
            </w:r>
            <w:r>
              <w:rPr>
                <w:rFonts w:eastAsia="ＭＳ 明朝" w:cs=""/>
                <w:b w:val="false"/>
                <w:kern w:val="0"/>
                <w:sz w:val="24"/>
                <w:szCs w:val="22"/>
                <w:lang w:val="zxx" w:eastAsia="en-US" w:bidi="ar-SA"/>
              </w:rPr>
              <w:t>pending-</w:t>
            </w:r>
            <w:r>
              <w:rPr>
                <w:rFonts w:eastAsia="ＭＳ 明朝" w:cs=""/>
                <w:b w:val="false"/>
                <w:kern w:val="0"/>
                <w:sz w:val="24"/>
                <w:szCs w:val="22"/>
                <w:lang w:eastAsia="en-US" w:bidi="ar-SA"/>
              </w:rPr>
              <w:t>⁠</w:t>
            </w:r>
            <w:r>
              <w:rPr>
                <w:rFonts w:eastAsia="ＭＳ 明朝" w:cs=""/>
                <w:b w:val="false"/>
                <w:kern w:val="0"/>
                <w:sz w:val="24"/>
                <w:szCs w:val="22"/>
                <w:lang w:val="zxx" w:eastAsia="en-US" w:bidi="ar-SA"/>
              </w:rPr>
              <w:t>preparation</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15.1</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15.4</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15.125</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15.137</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R53</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Резервные пути к одному ОУ</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Единый физический ресурс и логическая цель, неизвестный результат первого пути, исключение двух исполнителей</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Ethernet-</w:t>
            </w:r>
            <w:r>
              <w:rPr>
                <w:rFonts w:eastAsia="ＭＳ 明朝" w:cs=""/>
                <w:b w:val="false"/>
                <w:kern w:val="0"/>
                <w:sz w:val="24"/>
                <w:szCs w:val="22"/>
                <w:lang w:eastAsia="en-US" w:bidi="ar-SA"/>
              </w:rPr>
              <w:t xml:space="preserve">запуск выполнен без ответа, попытка повторить через внешний радиошлюз; </w:t>
            </w:r>
            <w:r>
              <w:rPr>
                <w:rFonts w:eastAsia="ＭＳ 明朝" w:cs=""/>
                <w:b w:val="false"/>
                <w:kern w:val="0"/>
                <w:sz w:val="24"/>
                <w:szCs w:val="22"/>
                <w:lang w:val="zxx" w:eastAsia="en-US" w:bidi="ar-SA"/>
              </w:rPr>
              <w:t>U05</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21.4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21.15</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5.16</w:t>
            </w:r>
            <w:r>
              <w:rPr>
                <w:rFonts w:eastAsia="ＭＳ 明朝" w:cs=""/>
                <w:b w:val="false"/>
                <w:kern w:val="0"/>
                <w:sz w:val="24"/>
                <w:szCs w:val="22"/>
                <w:lang w:eastAsia="en-US" w:bidi="ar-SA"/>
              </w:rPr>
              <w:t>–</w:t>
            </w:r>
            <w:r>
              <w:rPr>
                <w:rFonts w:eastAsia="ＭＳ 明朝" w:cs=""/>
                <w:b w:val="false"/>
                <w:kern w:val="0"/>
                <w:sz w:val="24"/>
                <w:szCs w:val="22"/>
                <w:lang w:val="zxx" w:eastAsia="en-US" w:bidi="ar-SA"/>
              </w:rPr>
              <w:t>5.18</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R54</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Неопределенность нижнего протокола</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Политика повторов каждого воздействия на ОУ, достаточность состояния, поздние ответы и восстановление</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 xml:space="preserve"> исполнен, </w:t>
            </w:r>
            <w:r>
              <w:rPr>
                <w:rFonts w:eastAsia="ＭＳ 明朝" w:cs=""/>
                <w:b w:val="false"/>
                <w:kern w:val="0"/>
                <w:sz w:val="24"/>
                <w:szCs w:val="22"/>
                <w:lang w:val="zxx" w:eastAsia="en-US" w:bidi="ar-SA"/>
              </w:rPr>
              <w:t>ACK</w:t>
            </w:r>
            <w:r>
              <w:rPr>
                <w:rFonts w:eastAsia="ＭＳ 明朝" w:cs=""/>
                <w:b w:val="false"/>
                <w:kern w:val="0"/>
                <w:sz w:val="24"/>
                <w:szCs w:val="22"/>
                <w:lang w:eastAsia="en-US" w:bidi="ar-SA"/>
              </w:rPr>
              <w:t xml:space="preserve"> потерян; общий режим записи не подтверждает конкретный контент; </w:t>
            </w:r>
            <w:r>
              <w:rPr>
                <w:rFonts w:eastAsia="ＭＳ 明朝" w:cs=""/>
                <w:b w:val="false"/>
                <w:kern w:val="0"/>
                <w:sz w:val="24"/>
                <w:szCs w:val="22"/>
                <w:lang w:val="zxx" w:eastAsia="en-US" w:bidi="ar-SA"/>
              </w:rPr>
              <w:t>U04</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10.3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10.5</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8.14</w:t>
            </w:r>
            <w:r>
              <w:rPr>
                <w:rFonts w:eastAsia="ＭＳ 明朝" w:cs=""/>
                <w:b w:val="false"/>
                <w:kern w:val="0"/>
                <w:sz w:val="24"/>
                <w:szCs w:val="22"/>
                <w:lang w:eastAsia="en-US" w:bidi="ar-SA"/>
              </w:rPr>
              <w:t>–</w:t>
            </w:r>
            <w:r>
              <w:rPr>
                <w:rFonts w:eastAsia="ＭＳ 明朝" w:cs=""/>
                <w:b w:val="false"/>
                <w:kern w:val="0"/>
                <w:sz w:val="24"/>
                <w:szCs w:val="22"/>
                <w:lang w:val="zxx" w:eastAsia="en-US" w:bidi="ar-SA"/>
              </w:rPr>
              <w:t>8.22</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R55</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Срабатывание, снимок и повтор внешнего события</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Источник/эпизод, </w:t>
            </w:r>
            <w:r>
              <w:rPr>
                <w:rFonts w:eastAsia="ＭＳ 明朝" w:cs=""/>
                <w:b w:val="false"/>
                <w:kern w:val="0"/>
                <w:sz w:val="24"/>
                <w:szCs w:val="22"/>
                <w:lang w:val="zxx" w:eastAsia="en-US" w:bidi="ar-SA"/>
              </w:rPr>
              <w:t>ID</w:t>
            </w:r>
            <w:r>
              <w:rPr>
                <w:rFonts w:eastAsia="ＭＳ 明朝" w:cs=""/>
                <w:b w:val="false"/>
                <w:kern w:val="0"/>
                <w:sz w:val="24"/>
                <w:szCs w:val="22"/>
                <w:lang w:eastAsia="en-US" w:bidi="ar-SA"/>
              </w:rPr>
              <w:t xml:space="preserve"> и ревизия правила, фронт/уровень, дребезг, повторное взведение, возврат питания</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Replay</w:t>
            </w:r>
            <w:r>
              <w:rPr>
                <w:rFonts w:eastAsia="ＭＳ 明朝" w:cs=""/>
                <w:b w:val="false"/>
                <w:kern w:val="0"/>
                <w:sz w:val="24"/>
                <w:szCs w:val="22"/>
                <w:lang w:eastAsia="en-US" w:bidi="ar-SA"/>
              </w:rPr>
              <w:t xml:space="preserve"> и снимок не являются новым запуском; активный вход после питания требует правила; </w:t>
            </w:r>
            <w:r>
              <w:rPr>
                <w:rFonts w:eastAsia="ＭＳ 明朝" w:cs=""/>
                <w:b w:val="false"/>
                <w:kern w:val="0"/>
                <w:sz w:val="24"/>
                <w:szCs w:val="22"/>
                <w:lang w:val="zxx" w:eastAsia="en-US" w:bidi="ar-SA"/>
              </w:rPr>
              <w:t>U08-</w:t>
            </w:r>
            <w:r>
              <w:rPr>
                <w:rFonts w:eastAsia="ＭＳ 明朝" w:cs=""/>
                <w:b w:val="false"/>
                <w:kern w:val="0"/>
                <w:sz w:val="24"/>
                <w:szCs w:val="22"/>
                <w:lang w:eastAsia="en-US" w:bidi="ar-SA"/>
              </w:rPr>
              <w:t>⁠</w:t>
            </w:r>
            <w:r>
              <w:rPr>
                <w:rFonts w:eastAsia="ＭＳ 明朝" w:cs=""/>
                <w:b w:val="false"/>
                <w:kern w:val="0"/>
                <w:sz w:val="24"/>
                <w:szCs w:val="22"/>
                <w:lang w:val="zxx" w:eastAsia="en-US" w:bidi="ar-SA"/>
              </w:rPr>
              <w:t>U09</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27.10</w:t>
            </w:r>
            <w:r>
              <w:rPr>
                <w:rFonts w:eastAsia="ＭＳ 明朝" w:cs=""/>
                <w:b w:val="false"/>
                <w:kern w:val="0"/>
                <w:sz w:val="24"/>
                <w:szCs w:val="22"/>
                <w:lang w:eastAsia="en-US" w:bidi="ar-SA"/>
              </w:rPr>
              <w:t>–</w:t>
            </w:r>
            <w:r>
              <w:rPr>
                <w:rFonts w:eastAsia="ＭＳ 明朝" w:cs=""/>
                <w:b w:val="false"/>
                <w:kern w:val="0"/>
                <w:sz w:val="24"/>
                <w:szCs w:val="22"/>
                <w:lang w:val="zxx" w:eastAsia="en-US" w:bidi="ar-SA"/>
              </w:rPr>
              <w:t>27.12</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12.13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12.16</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R56</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Независимые реализации АРМ</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Логический узел отдельно от процесса и оператора; ядро, расширения, схемы, открытая приемка</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Разные АРМ одинаково трактуют состояния и отклоняют неизвестную обязательную функцию; </w:t>
            </w:r>
            <w:r>
              <w:rPr>
                <w:rFonts w:eastAsia="ＭＳ 明朝" w:cs=""/>
                <w:b w:val="false"/>
                <w:kern w:val="0"/>
                <w:sz w:val="24"/>
                <w:szCs w:val="22"/>
                <w:lang w:val="zxx" w:eastAsia="en-US" w:bidi="ar-SA"/>
              </w:rPr>
              <w:t>U11</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18.1</w:t>
            </w:r>
            <w:r>
              <w:rPr>
                <w:rFonts w:eastAsia="ＭＳ 明朝" w:cs=""/>
                <w:b w:val="false"/>
                <w:kern w:val="0"/>
                <w:sz w:val="24"/>
                <w:szCs w:val="22"/>
                <w:lang w:eastAsia="en-US" w:bidi="ar-SA"/>
              </w:rPr>
              <w:t>–</w:t>
            </w:r>
            <w:r>
              <w:rPr>
                <w:rFonts w:eastAsia="ＭＳ 明朝" w:cs=""/>
                <w:b w:val="false"/>
                <w:kern w:val="0"/>
                <w:sz w:val="24"/>
                <w:szCs w:val="22"/>
                <w:lang w:val="zxx" w:eastAsia="en-US" w:bidi="ar-SA"/>
              </w:rPr>
              <w:t>18.20</w:t>
            </w:r>
            <w:r>
              <w:rPr>
                <w:rFonts w:eastAsia="ＭＳ 明朝" w:cs=""/>
                <w:b w:val="false"/>
                <w:kern w:val="0"/>
                <w:sz w:val="24"/>
                <w:szCs w:val="22"/>
                <w:lang w:eastAsia="en-US" w:bidi="ar-SA"/>
              </w:rPr>
              <w:t xml:space="preserve">; п. </w:t>
            </w:r>
            <w:r>
              <w:rPr>
                <w:rFonts w:eastAsia="ＭＳ 明朝" w:cs=""/>
                <w:b w:val="false"/>
                <w:kern w:val="0"/>
                <w:sz w:val="24"/>
                <w:szCs w:val="22"/>
                <w:lang w:val="zxx" w:eastAsia="en-US" w:bidi="ar-SA"/>
              </w:rPr>
              <w:t>20.10</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R57</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Отказ привязки медиасоединения</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Непривязанный канал не изменяет действующий поток; один экземпляр соединения на </w:t>
            </w:r>
            <w:r>
              <w:rPr>
                <w:rFonts w:eastAsia="ＭＳ 明朝" w:cs=""/>
                <w:b w:val="false"/>
                <w:kern w:val="0"/>
                <w:sz w:val="24"/>
                <w:szCs w:val="22"/>
                <w:lang w:val="zxx" w:eastAsia="en-US" w:bidi="ar-SA"/>
              </w:rPr>
              <w:t>mediaId.</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Чужой </w:t>
            </w:r>
            <w:r>
              <w:rPr>
                <w:rFonts w:eastAsia="ＭＳ 明朝" w:cs=""/>
                <w:b w:val="false"/>
                <w:kern w:val="0"/>
                <w:sz w:val="24"/>
                <w:szCs w:val="22"/>
                <w:lang w:val="zxx" w:eastAsia="en-US" w:bidi="ar-SA"/>
              </w:rPr>
              <w:t>principalId</w:t>
            </w:r>
            <w:r>
              <w:rPr>
                <w:rFonts w:eastAsia="ＭＳ 明朝" w:cs=""/>
                <w:b w:val="false"/>
                <w:kern w:val="0"/>
                <w:sz w:val="24"/>
                <w:szCs w:val="22"/>
                <w:lang w:eastAsia="en-US" w:bidi="ar-SA"/>
              </w:rPr>
              <w:t xml:space="preserve"> с верным </w:t>
            </w:r>
            <w:r>
              <w:rPr>
                <w:rFonts w:eastAsia="ＭＳ 明朝" w:cs=""/>
                <w:b w:val="false"/>
                <w:kern w:val="0"/>
                <w:sz w:val="24"/>
                <w:szCs w:val="22"/>
                <w:lang w:val="zxx" w:eastAsia="en-US" w:bidi="ar-SA"/>
              </w:rPr>
              <w:t>mediaId</w:t>
            </w:r>
            <w:r>
              <w:rPr>
                <w:rFonts w:eastAsia="ＭＳ 明朝" w:cs=""/>
                <w:b w:val="false"/>
                <w:kern w:val="0"/>
                <w:sz w:val="24"/>
                <w:szCs w:val="22"/>
                <w:lang w:eastAsia="en-US" w:bidi="ar-SA"/>
              </w:rPr>
              <w:t xml:space="preserve">, повтор того же владельца и поздний </w:t>
            </w:r>
            <w:r>
              <w:rPr>
                <w:rFonts w:eastAsia="ＭＳ 明朝" w:cs=""/>
                <w:b w:val="false"/>
                <w:kern w:val="0"/>
                <w:sz w:val="24"/>
                <w:szCs w:val="22"/>
                <w:lang w:val="zxx" w:eastAsia="en-US" w:bidi="ar-SA"/>
              </w:rPr>
              <w:t>close</w:t>
            </w:r>
            <w:r>
              <w:rPr>
                <w:rFonts w:eastAsia="ＭＳ 明朝" w:cs=""/>
                <w:b w:val="false"/>
                <w:kern w:val="0"/>
                <w:sz w:val="24"/>
                <w:szCs w:val="22"/>
                <w:lang w:eastAsia="en-US" w:bidi="ar-SA"/>
              </w:rPr>
              <w:t xml:space="preserve"> старого канала.</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15.138</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15.140</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R58</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Учение перед реальной тревогой</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Техническая проверка ограничена </w:t>
            </w:r>
            <w:r>
              <w:rPr>
                <w:rFonts w:eastAsia="ＭＳ 明朝" w:cs=""/>
                <w:b w:val="false"/>
                <w:kern w:val="0"/>
                <w:sz w:val="24"/>
                <w:szCs w:val="22"/>
                <w:lang w:val="zxx" w:eastAsia="en-US" w:bidi="ar-SA"/>
              </w:rPr>
              <w:t>30000</w:t>
            </w:r>
            <w:r>
              <w:rPr>
                <w:rFonts w:eastAsia="ＭＳ 明朝" w:cs=""/>
                <w:b w:val="false"/>
                <w:kern w:val="0"/>
                <w:sz w:val="24"/>
                <w:szCs w:val="22"/>
                <w:lang w:eastAsia="en-US" w:bidi="ar-SA"/>
              </w:rPr>
              <w:t xml:space="preserve"> мс; длительное учение до </w:t>
            </w:r>
            <w:r>
              <w:rPr>
                <w:rFonts w:eastAsia="ＭＳ 明朝" w:cs=""/>
                <w:b w:val="false"/>
                <w:kern w:val="0"/>
                <w:sz w:val="24"/>
                <w:szCs w:val="22"/>
                <w:lang w:val="zxx" w:eastAsia="en-US" w:bidi="ar-SA"/>
              </w:rPr>
              <w:t>1080000</w:t>
            </w:r>
            <w:r>
              <w:rPr>
                <w:rFonts w:eastAsia="ＭＳ 明朝" w:cs=""/>
                <w:b w:val="false"/>
                <w:kern w:val="0"/>
                <w:sz w:val="24"/>
                <w:szCs w:val="22"/>
                <w:lang w:eastAsia="en-US" w:bidi="ar-SA"/>
              </w:rPr>
              <w:t xml:space="preserve"> требует независимого готового тракта тревоги.</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Проверяются обе границы, отсутствие независимого тракта, автоматическое освобождение и сохранение места </w:t>
            </w:r>
            <w:r>
              <w:rPr>
                <w:rFonts w:eastAsia="ＭＳ 明朝" w:cs=""/>
                <w:b w:val="false"/>
                <w:kern w:val="0"/>
                <w:sz w:val="24"/>
                <w:szCs w:val="22"/>
                <w:lang w:val="zxx" w:eastAsia="en-US" w:bidi="ar-SA"/>
              </w:rPr>
              <w:t>real.</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5.40</w:t>
            </w:r>
            <w:r>
              <w:rPr>
                <w:rFonts w:eastAsia="ＭＳ 明朝" w:cs=""/>
                <w:b w:val="false"/>
                <w:kern w:val="0"/>
                <w:sz w:val="24"/>
                <w:szCs w:val="22"/>
                <w:lang w:eastAsia="en-US" w:bidi="ar-SA"/>
              </w:rPr>
              <w:t>–</w:t>
            </w:r>
            <w:r>
              <w:rPr>
                <w:rFonts w:eastAsia="ＭＳ 明朝" w:cs=""/>
                <w:b w:val="false"/>
                <w:kern w:val="0"/>
                <w:sz w:val="24"/>
                <w:szCs w:val="22"/>
                <w:lang w:val="zxx" w:eastAsia="en-US" w:bidi="ar-SA"/>
              </w:rPr>
              <w:t>5.45</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R59</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Полный пакет локальных правил</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open-</w:t>
            </w:r>
            <w:r>
              <w:rPr>
                <w:rFonts w:eastAsia="ＭＳ 明朝" w:cs=""/>
                <w:b w:val="false"/>
                <w:kern w:val="0"/>
                <w:sz w:val="24"/>
                <w:szCs w:val="22"/>
                <w:lang w:eastAsia="en-US" w:bidi="ar-SA"/>
              </w:rPr>
              <w:t>⁠</w:t>
            </w:r>
            <w:r>
              <w:rPr>
                <w:rFonts w:eastAsia="ＭＳ 明朝" w:cs=""/>
                <w:b w:val="false"/>
                <w:kern w:val="0"/>
                <w:sz w:val="24"/>
                <w:szCs w:val="22"/>
                <w:lang w:val="zxx" w:eastAsia="en-US" w:bidi="ar-SA"/>
              </w:rPr>
              <w:t>alert-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config/</w:t>
            </w:r>
            <w:r>
              <w:rPr>
                <w:rFonts w:eastAsia="ＭＳ 明朝" w:cs=""/>
                <w:b w:val="false"/>
                <w:kern w:val="0"/>
                <w:sz w:val="24"/>
                <w:szCs w:val="22"/>
                <w:lang w:eastAsia="en-US" w:bidi="ar-SA"/>
              </w:rPr>
              <w:t>⁠</w:t>
            </w:r>
            <w:r>
              <w:rPr>
                <w:rFonts w:eastAsia="ＭＳ 明朝" w:cs=""/>
                <w:b w:val="false"/>
                <w:kern w:val="0"/>
                <w:sz w:val="24"/>
                <w:szCs w:val="22"/>
                <w:lang w:val="zxx" w:eastAsia="en-US" w:bidi="ar-SA"/>
              </w:rPr>
              <w:t>5</w:t>
            </w:r>
            <w:r>
              <w:rPr>
                <w:rFonts w:eastAsia="ＭＳ 明朝" w:cs=""/>
                <w:b w:val="false"/>
                <w:kern w:val="0"/>
                <w:sz w:val="24"/>
                <w:szCs w:val="22"/>
                <w:lang w:eastAsia="en-US" w:bidi="ar-SA"/>
              </w:rPr>
              <w:t xml:space="preserve"> содержит </w:t>
            </w:r>
            <w:r>
              <w:rPr>
                <w:rFonts w:eastAsia="ＭＳ 明朝" w:cs=""/>
                <w:b w:val="false"/>
                <w:kern w:val="0"/>
                <w:sz w:val="24"/>
                <w:szCs w:val="22"/>
                <w:lang w:val="zxx" w:eastAsia="en-US" w:bidi="ar-SA"/>
              </w:rPr>
              <w:t>controllers</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localRules</w:t>
            </w:r>
            <w:r>
              <w:rPr>
                <w:rFonts w:eastAsia="ＭＳ 明朝" w:cs=""/>
                <w:b w:val="false"/>
                <w:kern w:val="0"/>
                <w:sz w:val="24"/>
                <w:szCs w:val="22"/>
                <w:lang w:eastAsia="en-US" w:bidi="ar-SA"/>
              </w:rPr>
              <w:t xml:space="preserve">, ссылки, полярность и правила </w:t>
            </w:r>
            <w:r>
              <w:rPr>
                <w:rFonts w:eastAsia="ＭＳ 明朝" w:cs=""/>
                <w:b w:val="false"/>
                <w:kern w:val="0"/>
                <w:sz w:val="24"/>
                <w:szCs w:val="22"/>
                <w:lang w:val="zxx" w:eastAsia="en-US" w:bidi="ar-SA"/>
              </w:rPr>
              <w:t>edge/</w:t>
            </w:r>
            <w:r>
              <w:rPr>
                <w:rFonts w:eastAsia="ＭＳ 明朝" w:cs=""/>
                <w:b w:val="false"/>
                <w:kern w:val="0"/>
                <w:sz w:val="24"/>
                <w:szCs w:val="22"/>
                <w:lang w:eastAsia="en-US" w:bidi="ar-SA"/>
              </w:rPr>
              <w:t>​</w:t>
            </w:r>
            <w:r>
              <w:rPr>
                <w:rFonts w:eastAsia="ＭＳ 明朝" w:cs=""/>
                <w:b w:val="false"/>
                <w:kern w:val="0"/>
                <w:sz w:val="24"/>
                <w:szCs w:val="22"/>
                <w:lang w:val="zxx" w:eastAsia="en-US" w:bidi="ar-SA"/>
              </w:rPr>
              <w:t>level.</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Отсутствующая политика, чужой </w:t>
            </w:r>
            <w:r>
              <w:rPr>
                <w:rFonts w:eastAsia="ＭＳ 明朝" w:cs=""/>
                <w:b w:val="false"/>
                <w:kern w:val="0"/>
                <w:sz w:val="24"/>
                <w:szCs w:val="22"/>
                <w:lang w:val="zxx" w:eastAsia="en-US" w:bidi="ar-SA"/>
              </w:rPr>
              <w:t>deviceId</w:t>
            </w:r>
            <w:r>
              <w:rPr>
                <w:rFonts w:eastAsia="ＭＳ 明朝" w:cs=""/>
                <w:b w:val="false"/>
                <w:kern w:val="0"/>
                <w:sz w:val="24"/>
                <w:szCs w:val="22"/>
                <w:lang w:eastAsia="en-US" w:bidi="ar-SA"/>
              </w:rPr>
              <w:t>, неизвестная программа или повтор входа отклоняют пакет.</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24.14</w:t>
            </w:r>
            <w:r>
              <w:rPr>
                <w:rFonts w:eastAsia="ＭＳ 明朝" w:cs=""/>
                <w:b w:val="false"/>
                <w:kern w:val="0"/>
                <w:sz w:val="24"/>
                <w:szCs w:val="22"/>
                <w:lang w:eastAsia="en-US" w:bidi="ar-SA"/>
              </w:rPr>
              <w:t>–</w:t>
            </w:r>
            <w:r>
              <w:rPr>
                <w:rFonts w:eastAsia="ＭＳ 明朝" w:cs=""/>
                <w:b w:val="false"/>
                <w:kern w:val="0"/>
                <w:sz w:val="24"/>
                <w:szCs w:val="22"/>
                <w:lang w:val="zxx" w:eastAsia="en-US" w:bidi="ar-SA"/>
              </w:rPr>
              <w:t>24.18</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27.1</w:t>
            </w:r>
            <w:r>
              <w:rPr>
                <w:rFonts w:eastAsia="ＭＳ 明朝" w:cs=""/>
                <w:b w:val="false"/>
                <w:kern w:val="0"/>
                <w:sz w:val="24"/>
                <w:szCs w:val="22"/>
                <w:lang w:eastAsia="en-US" w:bidi="ar-SA"/>
              </w:rPr>
              <w:t>–</w:t>
            </w:r>
            <w:r>
              <w:rPr>
                <w:rFonts w:eastAsia="ＭＳ 明朝" w:cs=""/>
                <w:b w:val="false"/>
                <w:kern w:val="0"/>
                <w:sz w:val="24"/>
                <w:szCs w:val="22"/>
                <w:lang w:val="zxx" w:eastAsia="en-US" w:bidi="ar-SA"/>
              </w:rPr>
              <w:t>27.12</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R60</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Устойчивый вход после </w:t>
            </w:r>
            <w:r>
              <w:rPr>
                <w:rFonts w:eastAsia="ＭＳ 明朝" w:cs=""/>
                <w:b w:val="false"/>
                <w:kern w:val="0"/>
                <w:sz w:val="24"/>
                <w:szCs w:val="22"/>
                <w:lang w:val="zxx" w:eastAsia="en-US" w:bidi="ar-SA"/>
              </w:rPr>
              <w:t>reboot</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level</w:t>
            </w:r>
            <w:r>
              <w:rPr>
                <w:rFonts w:eastAsia="ＭＳ 明朝" w:cs=""/>
                <w:b w:val="false"/>
                <w:kern w:val="0"/>
                <w:sz w:val="24"/>
                <w:szCs w:val="22"/>
                <w:lang w:eastAsia="en-US" w:bidi="ar-SA"/>
              </w:rPr>
              <w:t xml:space="preserve"> оценивает новое физическое наблюдение после </w:t>
            </w:r>
            <w:r>
              <w:rPr>
                <w:rFonts w:eastAsia="ＭＳ 明朝" w:cs=""/>
                <w:b w:val="false"/>
                <w:kern w:val="0"/>
                <w:sz w:val="24"/>
                <w:szCs w:val="22"/>
                <w:lang w:val="zxx" w:eastAsia="en-US" w:bidi="ar-SA"/>
              </w:rPr>
              <w:t>ready</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edge</w:t>
            </w:r>
            <w:r>
              <w:rPr>
                <w:rFonts w:eastAsia="ＭＳ 明朝" w:cs=""/>
                <w:b w:val="false"/>
                <w:kern w:val="0"/>
                <w:sz w:val="24"/>
                <w:szCs w:val="22"/>
                <w:lang w:eastAsia="en-US" w:bidi="ar-SA"/>
              </w:rPr>
              <w:t xml:space="preserve"> ожидает повторного взведения.</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Активный уровень при загрузке, один запуск за эпизод, снятие ожидающего уровня, неизвестный вход.</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27.10</w:t>
            </w:r>
            <w:r>
              <w:rPr>
                <w:rFonts w:eastAsia="ＭＳ 明朝" w:cs=""/>
                <w:b w:val="false"/>
                <w:kern w:val="0"/>
                <w:sz w:val="24"/>
                <w:szCs w:val="22"/>
                <w:lang w:eastAsia="en-US" w:bidi="ar-SA"/>
              </w:rPr>
              <w:t>–</w:t>
            </w:r>
            <w:r>
              <w:rPr>
                <w:rFonts w:eastAsia="ＭＳ 明朝" w:cs=""/>
                <w:b w:val="false"/>
                <w:kern w:val="0"/>
                <w:sz w:val="24"/>
                <w:szCs w:val="22"/>
                <w:lang w:val="zxx" w:eastAsia="en-US" w:bidi="ar-SA"/>
              </w:rPr>
              <w:t>27.12</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R61</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Достоверность успешного результата</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succeeded</w:t>
            </w:r>
            <w:r>
              <w:rPr>
                <w:rFonts w:eastAsia="ＭＳ 明朝" w:cs=""/>
                <w:b w:val="false"/>
                <w:kern w:val="0"/>
                <w:sz w:val="24"/>
                <w:szCs w:val="22"/>
                <w:lang w:eastAsia="en-US" w:bidi="ar-SA"/>
              </w:rPr>
              <w:t xml:space="preserve"> требует </w:t>
            </w:r>
            <w:r>
              <w:rPr>
                <w:rFonts w:eastAsia="ＭＳ 明朝" w:cs=""/>
                <w:b w:val="false"/>
                <w:kern w:val="0"/>
                <w:sz w:val="24"/>
                <w:szCs w:val="22"/>
                <w:lang w:val="zxx" w:eastAsia="en-US" w:bidi="ar-SA"/>
              </w:rPr>
              <w:t>passed</w:t>
            </w:r>
            <w:r>
              <w:rPr>
                <w:rFonts w:eastAsia="ＭＳ 明朝" w:cs=""/>
                <w:b w:val="false"/>
                <w:kern w:val="0"/>
                <w:sz w:val="24"/>
                <w:szCs w:val="22"/>
                <w:lang w:eastAsia="en-US" w:bidi="ar-SA"/>
              </w:rPr>
              <w:t xml:space="preserve"> всех обязательных проверок и подтвержденного </w:t>
            </w:r>
            <w:r>
              <w:rPr>
                <w:rFonts w:eastAsia="ＭＳ 明朝" w:cs=""/>
                <w:b w:val="false"/>
                <w:kern w:val="0"/>
                <w:sz w:val="24"/>
                <w:szCs w:val="22"/>
                <w:lang w:val="zxx" w:eastAsia="en-US" w:bidi="ar-SA"/>
              </w:rPr>
              <w:t>off</w:t>
            </w:r>
            <w:r>
              <w:rPr>
                <w:rFonts w:eastAsia="ＭＳ 明朝" w:cs=""/>
                <w:b w:val="false"/>
                <w:kern w:val="0"/>
                <w:sz w:val="24"/>
                <w:szCs w:val="22"/>
                <w:lang w:eastAsia="en-US" w:bidi="ar-SA"/>
              </w:rPr>
              <w:t xml:space="preserve"> всех выбранных ресурсов.</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Полный по счетчикам снимок с </w:t>
            </w:r>
            <w:r>
              <w:rPr>
                <w:rFonts w:eastAsia="ＭＳ 明朝" w:cs=""/>
                <w:b w:val="false"/>
                <w:kern w:val="0"/>
                <w:sz w:val="24"/>
                <w:szCs w:val="22"/>
                <w:lang w:val="zxx" w:eastAsia="en-US" w:bidi="ar-SA"/>
              </w:rPr>
              <w:t>failed-</w:t>
            </w:r>
            <w:r>
              <w:rPr>
                <w:rFonts w:eastAsia="ＭＳ 明朝" w:cs=""/>
                <w:b w:val="false"/>
                <w:kern w:val="0"/>
                <w:sz w:val="24"/>
                <w:szCs w:val="22"/>
                <w:lang w:eastAsia="en-US" w:bidi="ar-SA"/>
              </w:rPr>
              <w:t xml:space="preserve">проверкой, </w:t>
            </w:r>
            <w:r>
              <w:rPr>
                <w:rFonts w:eastAsia="ＭＳ 明朝" w:cs=""/>
                <w:b w:val="false"/>
                <w:kern w:val="0"/>
                <w:sz w:val="24"/>
                <w:szCs w:val="22"/>
                <w:lang w:val="zxx" w:eastAsia="en-US" w:bidi="ar-SA"/>
              </w:rPr>
              <w:t>onObserved</w:t>
            </w:r>
            <w:r>
              <w:rPr>
                <w:rFonts w:eastAsia="ＭＳ 明朝" w:cs=""/>
                <w:b w:val="false"/>
                <w:kern w:val="0"/>
                <w:sz w:val="24"/>
                <w:szCs w:val="22"/>
                <w:lang w:eastAsia="en-US" w:bidi="ar-SA"/>
              </w:rPr>
              <w:t xml:space="preserve"> или чужой ссылкой отклоняется.</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19.125</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19.132</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19.53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19.63</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R62</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Оконная передача файлов</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bulk/</w:t>
            </w:r>
            <w:r>
              <w:rPr>
                <w:rFonts w:eastAsia="ＭＳ 明朝" w:cs=""/>
                <w:b w:val="false"/>
                <w:kern w:val="0"/>
                <w:sz w:val="24"/>
                <w:szCs w:val="22"/>
                <w:lang w:eastAsia="en-US" w:bidi="ar-SA"/>
              </w:rPr>
              <w:t>⁠</w:t>
            </w:r>
            <w:r>
              <w:rPr>
                <w:rFonts w:eastAsia="ＭＳ 明朝" w:cs=""/>
                <w:b w:val="false"/>
                <w:kern w:val="0"/>
                <w:sz w:val="24"/>
                <w:szCs w:val="22"/>
                <w:lang w:val="zxx" w:eastAsia="en-US" w:bidi="ar-SA"/>
              </w:rPr>
              <w:t>1:</w:t>
            </w:r>
            <w:r>
              <w:rPr>
                <w:rFonts w:eastAsia="ＭＳ 明朝" w:cs=""/>
                <w:b w:val="false"/>
                <w:kern w:val="0"/>
                <w:sz w:val="24"/>
                <w:szCs w:val="22"/>
                <w:lang w:eastAsia="en-US" w:bidi="ar-SA"/>
              </w:rPr>
              <w:t xml:space="preserve"> блок </w:t>
            </w:r>
            <w:r>
              <w:rPr>
                <w:rFonts w:eastAsia="ＭＳ 明朝" w:cs=""/>
                <w:b w:val="false"/>
                <w:kern w:val="0"/>
                <w:sz w:val="24"/>
                <w:szCs w:val="22"/>
                <w:lang w:val="zxx" w:eastAsia="en-US" w:bidi="ar-SA"/>
              </w:rPr>
              <w:t>4096..65536</w:t>
            </w:r>
            <w:r>
              <w:rPr>
                <w:rFonts w:eastAsia="ＭＳ 明朝" w:cs=""/>
                <w:b w:val="false"/>
                <w:kern w:val="0"/>
                <w:sz w:val="24"/>
                <w:szCs w:val="22"/>
                <w:lang w:eastAsia="en-US" w:bidi="ar-SA"/>
              </w:rPr>
              <w:t xml:space="preserve"> байт, окно </w:t>
            </w:r>
            <w:r>
              <w:rPr>
                <w:rFonts w:eastAsia="ＭＳ 明朝" w:cs=""/>
                <w:b w:val="false"/>
                <w:kern w:val="0"/>
                <w:sz w:val="24"/>
                <w:szCs w:val="22"/>
                <w:lang w:val="zxx" w:eastAsia="en-US" w:bidi="ar-SA"/>
              </w:rPr>
              <w:t>4..64</w:t>
            </w:r>
            <w:r>
              <w:rPr>
                <w:rFonts w:eastAsia="ＭＳ 明朝" w:cs=""/>
                <w:b w:val="false"/>
                <w:kern w:val="0"/>
                <w:sz w:val="24"/>
                <w:szCs w:val="22"/>
                <w:lang w:eastAsia="en-US" w:bidi="ar-SA"/>
              </w:rPr>
              <w:t xml:space="preserve">, явное согласование; </w:t>
            </w:r>
            <w:r>
              <w:rPr>
                <w:rFonts w:eastAsia="ＭＳ 明朝" w:cs=""/>
                <w:b w:val="false"/>
                <w:kern w:val="0"/>
                <w:sz w:val="24"/>
                <w:szCs w:val="22"/>
                <w:lang w:val="zxx" w:eastAsia="en-US" w:bidi="ar-SA"/>
              </w:rPr>
              <w:t>DATA/</w:t>
            </w:r>
            <w:r>
              <w:rPr>
                <w:rFonts w:eastAsia="ＭＳ 明朝" w:cs=""/>
                <w:b w:val="false"/>
                <w:kern w:val="0"/>
                <w:sz w:val="24"/>
                <w:szCs w:val="22"/>
                <w:lang w:eastAsia="en-US" w:bidi="ar-SA"/>
              </w:rPr>
              <w:t>​</w:t>
            </w:r>
            <w:r>
              <w:rPr>
                <w:rFonts w:eastAsia="ＭＳ 明朝" w:cs=""/>
                <w:b w:val="false"/>
                <w:kern w:val="0"/>
                <w:sz w:val="24"/>
                <w:szCs w:val="22"/>
                <w:lang w:val="zxx" w:eastAsia="en-US" w:bidi="ar-SA"/>
              </w:rPr>
              <w:t>ACK/</w:t>
            </w:r>
            <w:r>
              <w:rPr>
                <w:rFonts w:eastAsia="ＭＳ 明朝" w:cs=""/>
                <w:b w:val="false"/>
                <w:kern w:val="0"/>
                <w:sz w:val="24"/>
                <w:szCs w:val="22"/>
                <w:lang w:eastAsia="en-US" w:bidi="ar-SA"/>
              </w:rPr>
              <w:t>​</w:t>
            </w:r>
            <w:r>
              <w:rPr>
                <w:rFonts w:eastAsia="ＭＳ 明朝" w:cs=""/>
                <w:b w:val="false"/>
                <w:kern w:val="0"/>
                <w:sz w:val="24"/>
                <w:szCs w:val="22"/>
                <w:lang w:val="zxx" w:eastAsia="en-US" w:bidi="ar-SA"/>
              </w:rPr>
              <w:t>ERROR</w:t>
            </w:r>
            <w:r>
              <w:rPr>
                <w:rFonts w:eastAsia="ＭＳ 明朝" w:cs=""/>
                <w:b w:val="false"/>
                <w:kern w:val="0"/>
                <w:sz w:val="24"/>
                <w:szCs w:val="22"/>
                <w:lang w:eastAsia="en-US" w:bidi="ar-SA"/>
              </w:rPr>
              <w:t xml:space="preserve"> и границы кадра.</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Четыре блока без </w:t>
            </w:r>
            <w:r>
              <w:rPr>
                <w:rFonts w:eastAsia="ＭＳ 明朝" w:cs=""/>
                <w:b w:val="false"/>
                <w:kern w:val="0"/>
                <w:sz w:val="24"/>
                <w:szCs w:val="22"/>
                <w:lang w:val="zxx" w:eastAsia="en-US" w:bidi="ar-SA"/>
              </w:rPr>
              <w:t>ACK</w:t>
            </w:r>
            <w:r>
              <w:rPr>
                <w:rFonts w:eastAsia="ＭＳ 明朝" w:cs=""/>
                <w:b w:val="false"/>
                <w:kern w:val="0"/>
                <w:sz w:val="24"/>
                <w:szCs w:val="22"/>
                <w:lang w:eastAsia="en-US" w:bidi="ar-SA"/>
              </w:rPr>
              <w:t xml:space="preserve"> принимаются; выход за окно, пропуск, перекрытие, неверное направление/размер отклоняются.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16.30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16.40</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R63</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Устойчивый префикс загрузки</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ACK</w:t>
            </w:r>
            <w:r>
              <w:rPr>
                <w:rFonts w:eastAsia="ＭＳ 明朝" w:cs=""/>
                <w:b w:val="false"/>
                <w:kern w:val="0"/>
                <w:sz w:val="24"/>
                <w:szCs w:val="22"/>
                <w:lang w:eastAsia="en-US" w:bidi="ar-SA"/>
              </w:rPr>
              <w:t xml:space="preserve"> подтверждает сохраненные данные и журнал; незавершенный хвост не повреждает ранее подтвержденное.</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Потеря </w:t>
            </w:r>
            <w:r>
              <w:rPr>
                <w:rFonts w:eastAsia="ＭＳ 明朝" w:cs=""/>
                <w:b w:val="false"/>
                <w:kern w:val="0"/>
                <w:sz w:val="24"/>
                <w:szCs w:val="22"/>
                <w:lang w:val="zxx" w:eastAsia="en-US" w:bidi="ar-SA"/>
              </w:rPr>
              <w:t>ACK</w:t>
            </w:r>
            <w:r>
              <w:rPr>
                <w:rFonts w:eastAsia="ＭＳ 明朝" w:cs=""/>
                <w:b w:val="false"/>
                <w:kern w:val="0"/>
                <w:sz w:val="24"/>
                <w:szCs w:val="22"/>
                <w:lang w:eastAsia="en-US" w:bidi="ar-SA"/>
              </w:rPr>
              <w:t xml:space="preserve"> и питания; новый </w:t>
            </w:r>
            <w:r>
              <w:rPr>
                <w:rFonts w:eastAsia="ＭＳ 明朝" w:cs=""/>
                <w:b w:val="false"/>
                <w:kern w:val="0"/>
                <w:sz w:val="24"/>
                <w:szCs w:val="22"/>
                <w:lang w:val="zxx" w:eastAsia="en-US" w:bidi="ar-SA"/>
              </w:rPr>
              <w:t>hello</w:t>
            </w:r>
            <w:r>
              <w:rPr>
                <w:rFonts w:eastAsia="ＭＳ 明朝" w:cs=""/>
                <w:b w:val="false"/>
                <w:kern w:val="0"/>
                <w:sz w:val="24"/>
                <w:szCs w:val="22"/>
                <w:lang w:eastAsia="en-US" w:bidi="ar-SA"/>
              </w:rPr>
              <w:t xml:space="preserve"> возвращает устойчивый префикс; повреждение дает </w:t>
            </w:r>
            <w:r>
              <w:rPr>
                <w:rFonts w:eastAsia="ＭＳ 明朝" w:cs=""/>
                <w:b w:val="false"/>
                <w:kern w:val="0"/>
                <w:sz w:val="24"/>
                <w:szCs w:val="22"/>
                <w:lang w:val="zxx" w:eastAsia="en-US" w:bidi="ar-SA"/>
              </w:rPr>
              <w:t>storageFault.</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16.41</w:t>
            </w:r>
            <w:r>
              <w:rPr>
                <w:rFonts w:eastAsia="ＭＳ 明朝" w:cs=""/>
                <w:b w:val="false"/>
                <w:kern w:val="0"/>
                <w:sz w:val="24"/>
                <w:szCs w:val="22"/>
                <w:lang w:eastAsia="en-US" w:bidi="ar-SA"/>
              </w:rPr>
              <w:t>–</w:t>
            </w:r>
            <w:r>
              <w:rPr>
                <w:rFonts w:eastAsia="ＭＳ 明朝" w:cs=""/>
                <w:b w:val="false"/>
                <w:kern w:val="0"/>
                <w:sz w:val="24"/>
                <w:szCs w:val="22"/>
                <w:lang w:val="zxx" w:eastAsia="en-US" w:bidi="ar-SA"/>
              </w:rPr>
              <w:t>16.45</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R64</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Изоляция файлового канала</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Привязка к </w:t>
            </w:r>
            <w:r>
              <w:rPr>
                <w:rFonts w:eastAsia="ＭＳ 明朝" w:cs=""/>
                <w:b w:val="false"/>
                <w:kern w:val="0"/>
                <w:sz w:val="24"/>
                <w:szCs w:val="22"/>
                <w:lang w:val="zxx" w:eastAsia="en-US" w:bidi="ar-SA"/>
              </w:rPr>
              <w:t>principalId</w:t>
            </w:r>
            <w:r>
              <w:rPr>
                <w:rFonts w:eastAsia="ＭＳ 明朝" w:cs=""/>
                <w:b w:val="false"/>
                <w:kern w:val="0"/>
                <w:sz w:val="24"/>
                <w:szCs w:val="22"/>
                <w:lang w:eastAsia="en-US" w:bidi="ar-SA"/>
              </w:rPr>
              <w:t>, эпохе и экземплярам двух соединений; независимое обслуживание управления.</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Чужой/повторный </w:t>
            </w:r>
            <w:r>
              <w:rPr>
                <w:rFonts w:eastAsia="ＭＳ 明朝" w:cs=""/>
                <w:b w:val="false"/>
                <w:kern w:val="0"/>
                <w:sz w:val="24"/>
                <w:szCs w:val="22"/>
                <w:lang w:val="zxx" w:eastAsia="en-US" w:bidi="ar-SA"/>
              </w:rPr>
              <w:t>hello</w:t>
            </w:r>
            <w:r>
              <w:rPr>
                <w:rFonts w:eastAsia="ＭＳ 明朝" w:cs=""/>
                <w:b w:val="false"/>
                <w:kern w:val="0"/>
                <w:sz w:val="24"/>
                <w:szCs w:val="22"/>
                <w:lang w:eastAsia="en-US" w:bidi="ar-SA"/>
              </w:rPr>
              <w:t xml:space="preserve"> и поздний </w:t>
            </w:r>
            <w:r>
              <w:rPr>
                <w:rFonts w:eastAsia="ＭＳ 明朝" w:cs=""/>
                <w:b w:val="false"/>
                <w:kern w:val="0"/>
                <w:sz w:val="24"/>
                <w:szCs w:val="22"/>
                <w:lang w:val="zxx" w:eastAsia="en-US" w:bidi="ar-SA"/>
              </w:rPr>
              <w:t>callback</w:t>
            </w:r>
            <w:r>
              <w:rPr>
                <w:rFonts w:eastAsia="ＭＳ 明朝" w:cs=""/>
                <w:b w:val="false"/>
                <w:kern w:val="0"/>
                <w:sz w:val="24"/>
                <w:szCs w:val="22"/>
                <w:lang w:eastAsia="en-US" w:bidi="ar-SA"/>
              </w:rPr>
              <w:t xml:space="preserve"> не меняют передачу; </w:t>
            </w:r>
            <w:r>
              <w:rPr>
                <w:rFonts w:eastAsia="ＭＳ 明朝" w:cs=""/>
                <w:b w:val="false"/>
                <w:kern w:val="0"/>
                <w:sz w:val="24"/>
                <w:szCs w:val="22"/>
                <w:lang w:val="zxx" w:eastAsia="en-US" w:bidi="ar-SA"/>
              </w:rPr>
              <w:t>real</w:t>
            </w:r>
            <w:r>
              <w:rPr>
                <w:rFonts w:eastAsia="ＭＳ 明朝" w:cs=""/>
                <w:b w:val="false"/>
                <w:kern w:val="0"/>
                <w:sz w:val="24"/>
                <w:szCs w:val="22"/>
                <w:lang w:eastAsia="en-US" w:bidi="ar-SA"/>
              </w:rPr>
              <w:t xml:space="preserve"> отзывает сервис за </w:t>
            </w:r>
            <w:r>
              <w:rPr>
                <w:rFonts w:eastAsia="ＭＳ 明朝" w:cs=""/>
                <w:b w:val="false"/>
                <w:kern w:val="0"/>
                <w:sz w:val="24"/>
                <w:szCs w:val="22"/>
                <w:lang w:val="zxx" w:eastAsia="en-US" w:bidi="ar-SA"/>
              </w:rPr>
              <w:t>500</w:t>
            </w:r>
            <w:r>
              <w:rPr>
                <w:rFonts w:eastAsia="ＭＳ 明朝" w:cs=""/>
                <w:b w:val="false"/>
                <w:kern w:val="0"/>
                <w:sz w:val="24"/>
                <w:szCs w:val="22"/>
                <w:lang w:eastAsia="en-US" w:bidi="ar-SA"/>
              </w:rPr>
              <w:t xml:space="preserve"> мс.</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16.27</w:t>
            </w:r>
            <w:r>
              <w:rPr>
                <w:rFonts w:eastAsia="ＭＳ 明朝" w:cs=""/>
                <w:b w:val="false"/>
                <w:kern w:val="0"/>
                <w:sz w:val="24"/>
                <w:szCs w:val="22"/>
                <w:lang w:eastAsia="en-US" w:bidi="ar-SA"/>
              </w:rPr>
              <w:t>–</w:t>
            </w:r>
            <w:r>
              <w:rPr>
                <w:rFonts w:eastAsia="ＭＳ 明朝" w:cs=""/>
                <w:b w:val="false"/>
                <w:kern w:val="0"/>
                <w:sz w:val="24"/>
                <w:szCs w:val="22"/>
                <w:lang w:val="zxx" w:eastAsia="en-US" w:bidi="ar-SA"/>
              </w:rPr>
              <w:t>16.29</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R65</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Сроки окна и памяти</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Бюджет по числу окон, ограничение буферов и непрерываемого шага; </w:t>
            </w:r>
            <w:r>
              <w:rPr>
                <w:rFonts w:eastAsia="ＭＳ 明朝" w:cs=""/>
                <w:b w:val="false"/>
                <w:kern w:val="0"/>
                <w:sz w:val="24"/>
                <w:szCs w:val="22"/>
                <w:lang w:val="zxx" w:eastAsia="en-US" w:bidi="ar-SA"/>
              </w:rPr>
              <w:t>ACK</w:t>
            </w:r>
            <w:r>
              <w:rPr>
                <w:rFonts w:eastAsia="ＭＳ 明朝" w:cs=""/>
                <w:b w:val="false"/>
                <w:kern w:val="0"/>
                <w:sz w:val="24"/>
                <w:szCs w:val="22"/>
                <w:lang w:eastAsia="en-US" w:bidi="ar-SA"/>
              </w:rPr>
              <w:t xml:space="preserve"> не продлевает </w:t>
            </w:r>
            <w:r>
              <w:rPr>
                <w:rFonts w:eastAsia="ＭＳ 明朝" w:cs=""/>
                <w:b w:val="false"/>
                <w:kern w:val="0"/>
                <w:sz w:val="24"/>
                <w:szCs w:val="22"/>
                <w:lang w:val="zxx" w:eastAsia="en-US" w:bidi="ar-SA"/>
              </w:rPr>
              <w:t>lease.</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Неполный </w:t>
            </w:r>
            <w:r>
              <w:rPr>
                <w:rFonts w:eastAsia="ＭＳ 明朝" w:cs=""/>
                <w:b w:val="false"/>
                <w:kern w:val="0"/>
                <w:sz w:val="24"/>
                <w:szCs w:val="22"/>
                <w:lang w:val="zxx" w:eastAsia="en-US" w:bidi="ar-SA"/>
              </w:rPr>
              <w:t>DATA</w:t>
            </w:r>
            <w:r>
              <w:rPr>
                <w:rFonts w:eastAsia="ＭＳ 明朝" w:cs=""/>
                <w:b w:val="false"/>
                <w:kern w:val="0"/>
                <w:sz w:val="24"/>
                <w:szCs w:val="22"/>
                <w:lang w:eastAsia="en-US" w:bidi="ar-SA"/>
              </w:rPr>
              <w:t xml:space="preserve">, медленный </w:t>
            </w:r>
            <w:r>
              <w:rPr>
                <w:rFonts w:eastAsia="ＭＳ 明朝" w:cs=""/>
                <w:b w:val="false"/>
                <w:kern w:val="0"/>
                <w:sz w:val="24"/>
                <w:szCs w:val="22"/>
                <w:lang w:val="zxx" w:eastAsia="en-US" w:bidi="ar-SA"/>
              </w:rPr>
              <w:t>ACK</w:t>
            </w:r>
            <w:r>
              <w:rPr>
                <w:rFonts w:eastAsia="ＭＳ 明朝" w:cs=""/>
                <w:b w:val="false"/>
                <w:kern w:val="0"/>
                <w:sz w:val="24"/>
                <w:szCs w:val="22"/>
                <w:lang w:eastAsia="en-US" w:bidi="ar-SA"/>
              </w:rPr>
              <w:t>, частичные подтверждения и бессодержательные повторы не снимают срок старейшего блока.</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16.23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16.26</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R66</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Завершение и отмена файловой операции</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Полный </w:t>
            </w:r>
            <w:r>
              <w:rPr>
                <w:rFonts w:eastAsia="ＭＳ 明朝" w:cs=""/>
                <w:b w:val="false"/>
                <w:kern w:val="0"/>
                <w:sz w:val="24"/>
                <w:szCs w:val="22"/>
                <w:lang w:val="zxx" w:eastAsia="en-US" w:bidi="ar-SA"/>
              </w:rPr>
              <w:t>ACK</w:t>
            </w:r>
            <w:r>
              <w:rPr>
                <w:rFonts w:eastAsia="ＭＳ 明朝" w:cs=""/>
                <w:b w:val="false"/>
                <w:kern w:val="0"/>
                <w:sz w:val="24"/>
                <w:szCs w:val="22"/>
                <w:lang w:eastAsia="en-US" w:bidi="ar-SA"/>
              </w:rPr>
              <w:t xml:space="preserve"> не равен </w:t>
            </w:r>
            <w:r>
              <w:rPr>
                <w:rFonts w:eastAsia="ＭＳ 明朝" w:cs=""/>
                <w:b w:val="false"/>
                <w:kern w:val="0"/>
                <w:sz w:val="24"/>
                <w:szCs w:val="22"/>
                <w:lang w:val="zxx" w:eastAsia="en-US" w:bidi="ar-SA"/>
              </w:rPr>
              <w:t>staged/</w:t>
            </w:r>
            <w:r>
              <w:rPr>
                <w:rFonts w:eastAsia="ＭＳ 明朝" w:cs=""/>
                <w:b w:val="false"/>
                <w:kern w:val="0"/>
                <w:sz w:val="24"/>
                <w:szCs w:val="22"/>
                <w:lang w:eastAsia="en-US" w:bidi="ar-SA"/>
              </w:rPr>
              <w:t>​</w:t>
            </w:r>
            <w:r>
              <w:rPr>
                <w:rFonts w:eastAsia="ＭＳ 明朝" w:cs=""/>
                <w:b w:val="false"/>
                <w:kern w:val="0"/>
                <w:sz w:val="24"/>
                <w:szCs w:val="22"/>
                <w:lang w:val="zxx" w:eastAsia="en-US" w:bidi="ar-SA"/>
              </w:rPr>
              <w:t>verified/</w:t>
            </w:r>
            <w:r>
              <w:rPr>
                <w:rFonts w:eastAsia="ＭＳ 明朝" w:cs=""/>
                <w:b w:val="false"/>
                <w:kern w:val="0"/>
                <w:sz w:val="24"/>
                <w:szCs w:val="22"/>
                <w:lang w:eastAsia="en-US" w:bidi="ar-SA"/>
              </w:rPr>
              <w:t>​</w:t>
            </w:r>
            <w:r>
              <w:rPr>
                <w:rFonts w:eastAsia="ＭＳ 明朝" w:cs=""/>
                <w:b w:val="false"/>
                <w:kern w:val="0"/>
                <w:sz w:val="24"/>
                <w:szCs w:val="22"/>
                <w:lang w:val="zxx" w:eastAsia="en-US" w:bidi="ar-SA"/>
              </w:rPr>
              <w:t>committed.</w:t>
            </w:r>
            <w:r>
              <w:rPr>
                <w:rFonts w:eastAsia="ＭＳ 明朝" w:cs=""/>
                <w:b w:val="false"/>
                <w:kern w:val="0"/>
                <w:sz w:val="24"/>
                <w:szCs w:val="22"/>
                <w:lang w:eastAsia="en-US" w:bidi="ar-SA"/>
              </w:rPr>
              <w:t xml:space="preserve"> Проверка до </w:t>
            </w:r>
            <w:r>
              <w:rPr>
                <w:rFonts w:eastAsia="ＭＳ 明朝" w:cs=""/>
                <w:b w:val="false"/>
                <w:kern w:val="0"/>
                <w:sz w:val="24"/>
                <w:szCs w:val="22"/>
                <w:lang w:val="zxx" w:eastAsia="en-US" w:bidi="ar-SA"/>
              </w:rPr>
              <w:t>60000</w:t>
            </w:r>
            <w:r>
              <w:rPr>
                <w:rFonts w:eastAsia="ＭＳ 明朝" w:cs=""/>
                <w:b w:val="false"/>
                <w:kern w:val="0"/>
                <w:sz w:val="24"/>
                <w:szCs w:val="22"/>
                <w:lang w:eastAsia="en-US" w:bidi="ar-SA"/>
              </w:rPr>
              <w:t xml:space="preserve"> мс согласована с </w:t>
            </w:r>
            <w:r>
              <w:rPr>
                <w:rFonts w:eastAsia="ＭＳ 明朝" w:cs=""/>
                <w:b w:val="false"/>
                <w:kern w:val="0"/>
                <w:sz w:val="24"/>
                <w:szCs w:val="22"/>
                <w:lang w:val="zxx" w:eastAsia="en-US" w:bidi="ar-SA"/>
              </w:rPr>
              <w:t>idle</w:t>
            </w:r>
            <w:r>
              <w:rPr>
                <w:rFonts w:eastAsia="ＭＳ 明朝" w:cs=""/>
                <w:b w:val="false"/>
                <w:kern w:val="0"/>
                <w:sz w:val="24"/>
                <w:szCs w:val="22"/>
                <w:lang w:eastAsia="en-US" w:bidi="ar-SA"/>
              </w:rPr>
              <w:t xml:space="preserve">, независимым </w:t>
            </w:r>
            <w:r>
              <w:rPr>
                <w:rFonts w:eastAsia="ＭＳ 明朝" w:cs=""/>
                <w:b w:val="false"/>
                <w:kern w:val="0"/>
                <w:sz w:val="24"/>
                <w:szCs w:val="22"/>
                <w:lang w:val="zxx" w:eastAsia="en-US" w:bidi="ar-SA"/>
              </w:rPr>
              <w:t>lease</w:t>
            </w:r>
            <w:r>
              <w:rPr>
                <w:rFonts w:eastAsia="ＭＳ 明朝" w:cs=""/>
                <w:b w:val="false"/>
                <w:kern w:val="0"/>
                <w:sz w:val="24"/>
                <w:szCs w:val="22"/>
                <w:lang w:eastAsia="en-US" w:bidi="ar-SA"/>
              </w:rPr>
              <w:t xml:space="preserve"> и общими сроками; </w:t>
            </w:r>
            <w:r>
              <w:rPr>
                <w:rFonts w:eastAsia="ＭＳ 明朝" w:cs=""/>
                <w:b w:val="false"/>
                <w:kern w:val="0"/>
                <w:sz w:val="24"/>
                <w:szCs w:val="22"/>
                <w:lang w:val="zxx" w:eastAsia="en-US" w:bidi="ar-SA"/>
              </w:rPr>
              <w:t>cancel</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commit</w:t>
            </w:r>
            <w:r>
              <w:rPr>
                <w:rFonts w:eastAsia="ＭＳ 明朝" w:cs=""/>
                <w:b w:val="false"/>
                <w:kern w:val="0"/>
                <w:sz w:val="24"/>
                <w:szCs w:val="22"/>
                <w:lang w:eastAsia="en-US" w:bidi="ar-SA"/>
              </w:rPr>
              <w:t xml:space="preserve"> имеют определенные исходы.</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Проверка дольше </w:t>
            </w:r>
            <w:r>
              <w:rPr>
                <w:rFonts w:eastAsia="ＭＳ 明朝" w:cs=""/>
                <w:b w:val="false"/>
                <w:kern w:val="0"/>
                <w:sz w:val="24"/>
                <w:szCs w:val="22"/>
                <w:lang w:val="zxx" w:eastAsia="en-US" w:bidi="ar-SA"/>
              </w:rPr>
              <w:t>10000</w:t>
            </w:r>
            <w:r>
              <w:rPr>
                <w:rFonts w:eastAsia="ＭＳ 明朝" w:cs=""/>
                <w:b w:val="false"/>
                <w:kern w:val="0"/>
                <w:sz w:val="24"/>
                <w:szCs w:val="22"/>
                <w:lang w:eastAsia="en-US" w:bidi="ar-SA"/>
              </w:rPr>
              <w:t xml:space="preserve"> мс завершается при живом </w:t>
            </w:r>
            <w:r>
              <w:rPr>
                <w:rFonts w:eastAsia="ＭＳ 明朝" w:cs=""/>
                <w:b w:val="false"/>
                <w:kern w:val="0"/>
                <w:sz w:val="24"/>
                <w:szCs w:val="22"/>
                <w:lang w:val="zxx" w:eastAsia="en-US" w:bidi="ar-SA"/>
              </w:rPr>
              <w:t>lease</w:t>
            </w:r>
            <w:r>
              <w:rPr>
                <w:rFonts w:eastAsia="ＭＳ 明朝" w:cs=""/>
                <w:b w:val="false"/>
                <w:kern w:val="0"/>
                <w:sz w:val="24"/>
                <w:szCs w:val="22"/>
                <w:lang w:eastAsia="en-US" w:bidi="ar-SA"/>
              </w:rPr>
              <w:t xml:space="preserve">; срок проверки, потеря </w:t>
            </w:r>
            <w:r>
              <w:rPr>
                <w:rFonts w:eastAsia="ＭＳ 明朝" w:cs=""/>
                <w:b w:val="false"/>
                <w:kern w:val="0"/>
                <w:sz w:val="24"/>
                <w:szCs w:val="22"/>
                <w:lang w:val="zxx" w:eastAsia="en-US" w:bidi="ar-SA"/>
              </w:rPr>
              <w:t>lease</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real-</w:t>
            </w:r>
            <w:r>
              <w:rPr>
                <w:rFonts w:eastAsia="ＭＳ 明朝" w:cs=""/>
                <w:b w:val="false"/>
                <w:kern w:val="0"/>
                <w:sz w:val="24"/>
                <w:szCs w:val="22"/>
                <w:lang w:eastAsia="en-US" w:bidi="ar-SA"/>
              </w:rPr>
              <w:t>прерывание блокируют поздний результат; новая попытка не продлевает общие сроки.</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16.20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16.22</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16.46</w:t>
            </w:r>
            <w:r>
              <w:rPr>
                <w:rFonts w:eastAsia="ＭＳ 明朝" w:cs=""/>
                <w:b w:val="false"/>
                <w:kern w:val="0"/>
                <w:sz w:val="24"/>
                <w:szCs w:val="22"/>
                <w:lang w:eastAsia="en-US" w:bidi="ar-SA"/>
              </w:rPr>
              <w:t>–</w:t>
            </w:r>
            <w:r>
              <w:rPr>
                <w:rFonts w:eastAsia="ＭＳ 明朝" w:cs=""/>
                <w:b w:val="false"/>
                <w:kern w:val="0"/>
                <w:sz w:val="24"/>
                <w:szCs w:val="22"/>
                <w:lang w:val="zxx" w:eastAsia="en-US" w:bidi="ar-SA"/>
              </w:rPr>
              <w:t>16.57</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R67</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Подтверждение исполнения</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Принятие, начало работы, полнота и завершение передаются раздельно.</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accepted</w:t>
            </w:r>
            <w:r>
              <w:rPr>
                <w:rFonts w:eastAsia="ＭＳ 明朝" w:cs=""/>
                <w:b w:val="false"/>
                <w:kern w:val="0"/>
                <w:sz w:val="24"/>
                <w:szCs w:val="22"/>
                <w:lang w:eastAsia="en-US" w:bidi="ar-SA"/>
              </w:rPr>
              <w:t xml:space="preserve"> без воздействия; подтвержденная работа до </w:t>
            </w:r>
            <w:r>
              <w:rPr>
                <w:rFonts w:eastAsia="ＭＳ 明朝" w:cs=""/>
                <w:b w:val="false"/>
                <w:kern w:val="0"/>
                <w:sz w:val="24"/>
                <w:szCs w:val="22"/>
                <w:lang w:val="zxx" w:eastAsia="en-US" w:bidi="ar-SA"/>
              </w:rPr>
              <w:t>session.stop</w:t>
            </w:r>
            <w:r>
              <w:rPr>
                <w:rFonts w:eastAsia="ＭＳ 明朝" w:cs=""/>
                <w:b w:val="false"/>
                <w:kern w:val="0"/>
                <w:sz w:val="24"/>
                <w:szCs w:val="22"/>
                <w:lang w:eastAsia="en-US" w:bidi="ar-SA"/>
              </w:rPr>
              <w:t xml:space="preserve">; отмена до </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 частичный запуск четырех ресурсов.</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8.45</w:t>
            </w:r>
            <w:r>
              <w:rPr>
                <w:rFonts w:eastAsia="ＭＳ 明朝" w:cs=""/>
                <w:b w:val="false"/>
                <w:kern w:val="0"/>
                <w:sz w:val="24"/>
                <w:szCs w:val="22"/>
                <w:lang w:eastAsia="en-US" w:bidi="ar-SA"/>
              </w:rPr>
              <w:t>–</w:t>
            </w:r>
            <w:r>
              <w:rPr>
                <w:rFonts w:eastAsia="ＭＳ 明朝" w:cs=""/>
                <w:b w:val="false"/>
                <w:kern w:val="0"/>
                <w:sz w:val="24"/>
                <w:szCs w:val="22"/>
                <w:lang w:val="zxx" w:eastAsia="en-US" w:bidi="ar-SA"/>
              </w:rPr>
              <w:t>8.59</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R68</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Штатная остановка</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succeeded/</w:t>
            </w:r>
            <w:r>
              <w:rPr>
                <w:rFonts w:eastAsia="ＭＳ 明朝" w:cs=""/>
                <w:b w:val="false"/>
                <w:kern w:val="0"/>
                <w:sz w:val="24"/>
                <w:szCs w:val="22"/>
                <w:lang w:eastAsia="en-US" w:bidi="ar-SA"/>
              </w:rPr>
              <w:t>​</w:t>
            </w:r>
            <w:r>
              <w:rPr>
                <w:rFonts w:eastAsia="ＭＳ 明朝" w:cs=""/>
                <w:b w:val="false"/>
                <w:kern w:val="0"/>
                <w:sz w:val="24"/>
                <w:szCs w:val="22"/>
                <w:lang w:val="zxx" w:eastAsia="en-US" w:bidi="ar-SA"/>
              </w:rPr>
              <w:t>operatorStop</w:t>
            </w:r>
            <w:r>
              <w:rPr>
                <w:rFonts w:eastAsia="ＭＳ 明朝" w:cs=""/>
                <w:b w:val="false"/>
                <w:kern w:val="0"/>
                <w:sz w:val="24"/>
                <w:szCs w:val="22"/>
                <w:lang w:eastAsia="en-US" w:bidi="ar-SA"/>
              </w:rPr>
              <w:t xml:space="preserve"> только для подтвержденной работы </w:t>
            </w:r>
            <w:r>
              <w:rPr>
                <w:rFonts w:eastAsia="ＭＳ 明朝" w:cs=""/>
                <w:b w:val="false"/>
                <w:kern w:val="0"/>
                <w:sz w:val="24"/>
                <w:szCs w:val="22"/>
                <w:lang w:val="zxx" w:eastAsia="en-US" w:bidi="ar-SA"/>
              </w:rPr>
              <w:t>siren/</w:t>
            </w:r>
            <w:r>
              <w:rPr>
                <w:rFonts w:eastAsia="ＭＳ 明朝" w:cs=""/>
                <w:b w:val="false"/>
                <w:kern w:val="0"/>
                <w:sz w:val="24"/>
                <w:szCs w:val="22"/>
                <w:lang w:eastAsia="en-US" w:bidi="ar-SA"/>
              </w:rPr>
              <w:t>​</w:t>
            </w:r>
            <w:r>
              <w:rPr>
                <w:rFonts w:eastAsia="ＭＳ 明朝" w:cs=""/>
                <w:b w:val="false"/>
                <w:kern w:val="0"/>
                <w:sz w:val="24"/>
                <w:szCs w:val="22"/>
                <w:lang w:val="zxx" w:eastAsia="en-US" w:bidi="ar-SA"/>
              </w:rPr>
              <w:t>recording/</w:t>
            </w:r>
            <w:r>
              <w:rPr>
                <w:rFonts w:eastAsia="ＭＳ 明朝" w:cs=""/>
                <w:b w:val="false"/>
                <w:kern w:val="0"/>
                <w:sz w:val="24"/>
                <w:szCs w:val="22"/>
                <w:lang w:eastAsia="en-US" w:bidi="ar-SA"/>
              </w:rPr>
              <w:t>​</w:t>
            </w:r>
            <w:r>
              <w:rPr>
                <w:rFonts w:eastAsia="ＭＳ 明朝" w:cs=""/>
                <w:b w:val="false"/>
                <w:kern w:val="0"/>
                <w:sz w:val="24"/>
                <w:szCs w:val="22"/>
                <w:lang w:val="zxx" w:eastAsia="en-US" w:bidi="ar-SA"/>
              </w:rPr>
              <w:t>stream</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off</w:t>
            </w:r>
            <w:r>
              <w:rPr>
                <w:rFonts w:eastAsia="ＭＳ 明朝" w:cs=""/>
                <w:b w:val="false"/>
                <w:kern w:val="0"/>
                <w:sz w:val="24"/>
                <w:szCs w:val="22"/>
                <w:lang w:eastAsia="en-US" w:bidi="ar-SA"/>
              </w:rPr>
              <w:t xml:space="preserve"> в срок без отказа.</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Остановленная речь имеет </w:t>
            </w:r>
            <w:r>
              <w:rPr>
                <w:rFonts w:eastAsia="ＭＳ 明朝" w:cs=""/>
                <w:b w:val="false"/>
                <w:kern w:val="0"/>
                <w:sz w:val="24"/>
                <w:szCs w:val="22"/>
                <w:lang w:val="zxx" w:eastAsia="en-US" w:bidi="ar-SA"/>
              </w:rPr>
              <w:t>interrupted</w:t>
            </w:r>
            <w:r>
              <w:rPr>
                <w:rFonts w:eastAsia="ＭＳ 明朝" w:cs=""/>
                <w:b w:val="false"/>
                <w:kern w:val="0"/>
                <w:sz w:val="24"/>
                <w:szCs w:val="22"/>
                <w:lang w:eastAsia="en-US" w:bidi="ar-SA"/>
              </w:rPr>
              <w:t>; остановленная программа не получает успех всей программы.</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8.45</w:t>
            </w:r>
            <w:r>
              <w:rPr>
                <w:rFonts w:eastAsia="ＭＳ 明朝" w:cs=""/>
                <w:b w:val="false"/>
                <w:kern w:val="0"/>
                <w:sz w:val="24"/>
                <w:szCs w:val="22"/>
                <w:lang w:eastAsia="en-US" w:bidi="ar-SA"/>
              </w:rPr>
              <w:t>–</w:t>
            </w:r>
            <w:r>
              <w:rPr>
                <w:rFonts w:eastAsia="ＭＳ 明朝" w:cs=""/>
                <w:b w:val="false"/>
                <w:kern w:val="0"/>
                <w:sz w:val="24"/>
                <w:szCs w:val="22"/>
                <w:lang w:val="zxx" w:eastAsia="en-US" w:bidi="ar-SA"/>
              </w:rPr>
              <w:t>8.59</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R69</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Неисправность после запуска</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Историческое </w:t>
            </w:r>
            <w:r>
              <w:rPr>
                <w:rFonts w:eastAsia="ＭＳ 明朝" w:cs=""/>
                <w:b w:val="false"/>
                <w:kern w:val="0"/>
                <w:sz w:val="24"/>
                <w:szCs w:val="22"/>
                <w:lang w:val="zxx" w:eastAsia="en-US" w:bidi="ar-SA"/>
              </w:rPr>
              <w:t>confirmed</w:t>
            </w:r>
            <w:r>
              <w:rPr>
                <w:rFonts w:eastAsia="ＭＳ 明朝" w:cs=""/>
                <w:b w:val="false"/>
                <w:kern w:val="0"/>
                <w:sz w:val="24"/>
                <w:szCs w:val="22"/>
                <w:lang w:eastAsia="en-US" w:bidi="ar-SA"/>
              </w:rPr>
              <w:t xml:space="preserve"> сохраняется, </w:t>
            </w:r>
            <w:r>
              <w:rPr>
                <w:rFonts w:eastAsia="ＭＳ 明朝" w:cs=""/>
                <w:b w:val="false"/>
                <w:kern w:val="0"/>
                <w:sz w:val="24"/>
                <w:szCs w:val="22"/>
                <w:lang w:val="zxx" w:eastAsia="en-US" w:bidi="ar-SA"/>
              </w:rPr>
              <w:t>fault</w:t>
            </w:r>
            <w:r>
              <w:rPr>
                <w:rFonts w:eastAsia="ＭＳ 明朝" w:cs=""/>
                <w:b w:val="false"/>
                <w:kern w:val="0"/>
                <w:sz w:val="24"/>
                <w:szCs w:val="22"/>
                <w:lang w:eastAsia="en-US" w:bidi="ar-SA"/>
              </w:rPr>
              <w:t xml:space="preserve"> и аварийный итог не стираются.</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Потеря фазы после начала, </w:t>
            </w:r>
            <w:r>
              <w:rPr>
                <w:rFonts w:eastAsia="ＭＳ 明朝" w:cs=""/>
                <w:b w:val="false"/>
                <w:kern w:val="0"/>
                <w:sz w:val="24"/>
                <w:szCs w:val="22"/>
                <w:lang w:val="zxx" w:eastAsia="en-US" w:bidi="ar-SA"/>
              </w:rPr>
              <w:t>session.stop</w:t>
            </w:r>
            <w:r>
              <w:rPr>
                <w:rFonts w:eastAsia="ＭＳ 明朝" w:cs=""/>
                <w:b w:val="false"/>
                <w:kern w:val="0"/>
                <w:sz w:val="24"/>
                <w:szCs w:val="22"/>
                <w:lang w:eastAsia="en-US" w:bidi="ar-SA"/>
              </w:rPr>
              <w:t xml:space="preserve"> после отказа, последующее снятие, неизвестный </w:t>
            </w:r>
            <w:r>
              <w:rPr>
                <w:rFonts w:eastAsia="ＭＳ 明朝" w:cs=""/>
                <w:b w:val="false"/>
                <w:kern w:val="0"/>
                <w:sz w:val="24"/>
                <w:szCs w:val="22"/>
                <w:lang w:val="zxx" w:eastAsia="en-US" w:bidi="ar-SA"/>
              </w:rPr>
              <w:t>off</w:t>
            </w:r>
            <w:r>
              <w:rPr>
                <w:rFonts w:eastAsia="ＭＳ 明朝" w:cs=""/>
                <w:b w:val="false"/>
                <w:kern w:val="0"/>
                <w:sz w:val="24"/>
                <w:szCs w:val="22"/>
                <w:lang w:eastAsia="en-US" w:bidi="ar-SA"/>
              </w:rPr>
              <w:t xml:space="preserve"> и независимая авария чужой линии.</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13.29</w:t>
            </w:r>
            <w:r>
              <w:rPr>
                <w:rFonts w:eastAsia="ＭＳ 明朝" w:cs=""/>
                <w:b w:val="false"/>
                <w:kern w:val="0"/>
                <w:sz w:val="24"/>
                <w:szCs w:val="22"/>
                <w:lang w:eastAsia="en-US" w:bidi="ar-SA"/>
              </w:rPr>
              <w:t>–</w:t>
            </w:r>
            <w:r>
              <w:rPr>
                <w:rFonts w:eastAsia="ＭＳ 明朝" w:cs=""/>
                <w:b w:val="false"/>
                <w:kern w:val="0"/>
                <w:sz w:val="24"/>
                <w:szCs w:val="22"/>
                <w:lang w:val="zxx" w:eastAsia="en-US" w:bidi="ar-SA"/>
              </w:rPr>
              <w:t>13.42</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R70</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Полномочия и занятость</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forbidden</w:t>
            </w:r>
            <w:r>
              <w:rPr>
                <w:rFonts w:eastAsia="ＭＳ 明朝" w:cs=""/>
                <w:b w:val="false"/>
                <w:kern w:val="0"/>
                <w:sz w:val="24"/>
                <w:szCs w:val="22"/>
                <w:lang w:eastAsia="en-US" w:bidi="ar-SA"/>
              </w:rPr>
              <w:t xml:space="preserve"> предшествует проверке занятости; причины отказов машиночитаемы.</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Нет роли, запрет области, чужой </w:t>
            </w:r>
            <w:r>
              <w:rPr>
                <w:rFonts w:eastAsia="ＭＳ 明朝" w:cs=""/>
                <w:b w:val="false"/>
                <w:kern w:val="0"/>
                <w:sz w:val="24"/>
                <w:szCs w:val="22"/>
                <w:lang w:val="zxx" w:eastAsia="en-US" w:bidi="ar-SA"/>
              </w:rPr>
              <w:t>session.stop/</w:t>
            </w:r>
            <w:r>
              <w:rPr>
                <w:rFonts w:eastAsia="ＭＳ 明朝" w:cs=""/>
                <w:b w:val="false"/>
                <w:kern w:val="0"/>
                <w:sz w:val="24"/>
                <w:szCs w:val="22"/>
                <w:lang w:eastAsia="en-US" w:bidi="ar-SA"/>
              </w:rPr>
              <w:t>​</w:t>
            </w:r>
            <w:r>
              <w:rPr>
                <w:rFonts w:eastAsia="ＭＳ 明朝" w:cs=""/>
                <w:b w:val="false"/>
                <w:kern w:val="0"/>
                <w:sz w:val="24"/>
                <w:szCs w:val="22"/>
                <w:lang w:val="zxx" w:eastAsia="en-US" w:bidi="ar-SA"/>
              </w:rPr>
              <w:t>resume</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busy</w:t>
            </w:r>
            <w:r>
              <w:rPr>
                <w:rFonts w:eastAsia="ＭＳ 明朝" w:cs=""/>
                <w:b w:val="false"/>
                <w:kern w:val="0"/>
                <w:sz w:val="24"/>
                <w:szCs w:val="22"/>
                <w:lang w:eastAsia="en-US" w:bidi="ar-SA"/>
              </w:rPr>
              <w:t xml:space="preserve"> своего нового </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 xml:space="preserve">; точный повтор; неизменность таймеров и </w:t>
            </w:r>
            <w:r>
              <w:rPr>
                <w:rFonts w:eastAsia="ＭＳ 明朝" w:cs=""/>
                <w:b w:val="false"/>
                <w:kern w:val="0"/>
                <w:sz w:val="24"/>
                <w:szCs w:val="22"/>
                <w:lang w:val="zxx" w:eastAsia="en-US" w:bidi="ar-SA"/>
              </w:rPr>
              <w:t>highWater</w:t>
            </w:r>
            <w:r>
              <w:rPr>
                <w:rFonts w:eastAsia="ＭＳ 明朝" w:cs=""/>
                <w:b w:val="false"/>
                <w:kern w:val="0"/>
                <w:sz w:val="24"/>
                <w:szCs w:val="22"/>
                <w:lang w:eastAsia="en-US" w:bidi="ar-SA"/>
              </w:rPr>
              <w:t xml:space="preserve"> при </w:t>
            </w:r>
            <w:r>
              <w:rPr>
                <w:rFonts w:eastAsia="ＭＳ 明朝" w:cs=""/>
                <w:b w:val="false"/>
                <w:kern w:val="0"/>
                <w:sz w:val="24"/>
                <w:szCs w:val="22"/>
                <w:lang w:val="zxx" w:eastAsia="en-US" w:bidi="ar-SA"/>
              </w:rPr>
              <w:t>forbidden.</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9.14</w:t>
            </w:r>
            <w:r>
              <w:rPr>
                <w:rFonts w:eastAsia="ＭＳ 明朝" w:cs=""/>
                <w:b w:val="false"/>
                <w:kern w:val="0"/>
                <w:sz w:val="24"/>
                <w:szCs w:val="22"/>
                <w:lang w:eastAsia="en-US" w:bidi="ar-SA"/>
              </w:rPr>
              <w:t>–</w:t>
            </w:r>
            <w:r>
              <w:rPr>
                <w:rFonts w:eastAsia="ＭＳ 明朝" w:cs=""/>
                <w:b w:val="false"/>
                <w:kern w:val="0"/>
                <w:sz w:val="24"/>
                <w:szCs w:val="22"/>
                <w:lang w:val="zxx" w:eastAsia="en-US" w:bidi="ar-SA"/>
              </w:rPr>
              <w:t>9.30</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R71</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Предельные размеры</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Все команды и целые записи в максимально длинной допустимой сериализации укладываются в </w:t>
            </w:r>
            <w:r>
              <w:rPr>
                <w:rFonts w:eastAsia="ＭＳ 明朝" w:cs=""/>
                <w:b w:val="false"/>
                <w:kern w:val="0"/>
                <w:sz w:val="24"/>
                <w:szCs w:val="22"/>
                <w:lang w:val="zxx" w:eastAsia="en-US" w:bidi="ar-SA"/>
              </w:rPr>
              <w:t>1024</w:t>
            </w:r>
            <w:r>
              <w:rPr>
                <w:rFonts w:eastAsia="ＭＳ 明朝" w:cs=""/>
                <w:b w:val="false"/>
                <w:kern w:val="0"/>
                <w:sz w:val="24"/>
                <w:szCs w:val="22"/>
                <w:lang w:eastAsia="en-US" w:bidi="ar-SA"/>
              </w:rPr>
              <w:t xml:space="preserve"> байта.</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Все действия, режимы </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readiness</w:t>
            </w:r>
            <w:r>
              <w:rPr>
                <w:rFonts w:eastAsia="ＭＳ 明朝" w:cs=""/>
                <w:b w:val="false"/>
                <w:kern w:val="0"/>
                <w:sz w:val="24"/>
                <w:szCs w:val="22"/>
                <w:lang w:eastAsia="en-US" w:bidi="ar-SA"/>
              </w:rPr>
              <w:t xml:space="preserve">, четыре ресурса, восемь точек, </w:t>
            </w:r>
            <w:r>
              <w:rPr>
                <w:rFonts w:eastAsia="ＭＳ 明朝" w:cs=""/>
                <w:b w:val="false"/>
                <w:kern w:val="0"/>
                <w:sz w:val="24"/>
                <w:szCs w:val="22"/>
                <w:lang w:val="zxx" w:eastAsia="en-US" w:bidi="ar-SA"/>
              </w:rPr>
              <w:t>uint64</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UTF-</w:t>
            </w:r>
            <w:r>
              <w:rPr>
                <w:rFonts w:eastAsia="ＭＳ 明朝" w:cs=""/>
                <w:b w:val="false"/>
                <w:kern w:val="0"/>
                <w:sz w:val="24"/>
                <w:szCs w:val="22"/>
                <w:lang w:eastAsia="en-US" w:bidi="ar-SA"/>
              </w:rPr>
              <w:t>⁠</w:t>
            </w:r>
            <w:r>
              <w:rPr>
                <w:rFonts w:eastAsia="ＭＳ 明朝" w:cs=""/>
                <w:b w:val="false"/>
                <w:kern w:val="0"/>
                <w:sz w:val="24"/>
                <w:szCs w:val="22"/>
                <w:lang w:val="zxx" w:eastAsia="en-US" w:bidi="ar-SA"/>
              </w:rPr>
              <w:t>8</w:t>
            </w:r>
            <w:r>
              <w:rPr>
                <w:rFonts w:eastAsia="ＭＳ 明朝" w:cs=""/>
                <w:b w:val="false"/>
                <w:kern w:val="0"/>
                <w:sz w:val="24"/>
                <w:szCs w:val="22"/>
                <w:lang w:eastAsia="en-US" w:bidi="ar-SA"/>
              </w:rPr>
              <w:t xml:space="preserve"> и расширение </w:t>
            </w:r>
            <w:r>
              <w:rPr>
                <w:rFonts w:eastAsia="ＭＳ 明朝" w:cs=""/>
                <w:b w:val="false"/>
                <w:kern w:val="0"/>
                <w:sz w:val="24"/>
                <w:szCs w:val="22"/>
                <w:lang w:val="zxx" w:eastAsia="en-US" w:bidi="ar-SA"/>
              </w:rPr>
              <w:t>XML-</w:t>
            </w:r>
            <w:r>
              <w:rPr>
                <w:rFonts w:eastAsia="ＭＳ 明朝" w:cs=""/>
                <w:b w:val="false"/>
                <w:kern w:val="0"/>
                <w:sz w:val="24"/>
                <w:szCs w:val="22"/>
                <w:lang w:eastAsia="en-US" w:bidi="ar-SA"/>
              </w:rPr>
              <w:t xml:space="preserve">сущностей; </w:t>
            </w:r>
            <w:r>
              <w:rPr>
                <w:rFonts w:eastAsia="ＭＳ 明朝" w:cs=""/>
                <w:b w:val="false"/>
                <w:kern w:val="0"/>
                <w:sz w:val="24"/>
                <w:szCs w:val="22"/>
                <w:lang w:val="zxx" w:eastAsia="en-US" w:bidi="ar-SA"/>
              </w:rPr>
              <w:t>1025</w:t>
            </w:r>
            <w:r>
              <w:rPr>
                <w:rFonts w:eastAsia="ＭＳ 明朝" w:cs=""/>
                <w:b w:val="false"/>
                <w:kern w:val="0"/>
                <w:sz w:val="24"/>
                <w:szCs w:val="22"/>
                <w:lang w:eastAsia="en-US" w:bidi="ar-SA"/>
              </w:rPr>
              <w:t xml:space="preserve"> байт отклоняются.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7.24</w:t>
            </w:r>
            <w:r>
              <w:rPr>
                <w:rFonts w:eastAsia="ＭＳ 明朝" w:cs=""/>
                <w:b w:val="false"/>
                <w:kern w:val="0"/>
                <w:sz w:val="24"/>
                <w:szCs w:val="22"/>
                <w:lang w:eastAsia="en-US" w:bidi="ar-SA"/>
              </w:rPr>
              <w:t>–</w:t>
            </w:r>
            <w:r>
              <w:rPr>
                <w:rFonts w:eastAsia="ＭＳ 明朝" w:cs=""/>
                <w:b w:val="false"/>
                <w:kern w:val="0"/>
                <w:sz w:val="24"/>
                <w:szCs w:val="22"/>
                <w:lang w:val="zxx" w:eastAsia="en-US" w:bidi="ar-SA"/>
              </w:rPr>
              <w:t>7.31</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R72</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Сирена до команды остановки</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stopMode=command</w:t>
            </w:r>
            <w:r>
              <w:rPr>
                <w:rFonts w:eastAsia="ＭＳ 明朝" w:cs=""/>
                <w:b w:val="false"/>
                <w:kern w:val="0"/>
                <w:sz w:val="24"/>
                <w:szCs w:val="22"/>
                <w:lang w:eastAsia="en-US" w:bidi="ar-SA"/>
              </w:rPr>
              <w:t xml:space="preserve"> не использует </w:t>
            </w:r>
            <w:r>
              <w:rPr>
                <w:rFonts w:eastAsia="ＭＳ 明朝" w:cs=""/>
                <w:b w:val="false"/>
                <w:kern w:val="0"/>
                <w:sz w:val="24"/>
                <w:szCs w:val="22"/>
                <w:lang w:val="zxx" w:eastAsia="en-US" w:bidi="ar-SA"/>
              </w:rPr>
              <w:t>durationMs</w:t>
            </w:r>
            <w:r>
              <w:rPr>
                <w:rFonts w:eastAsia="ＭＳ 明朝" w:cs=""/>
                <w:b w:val="false"/>
                <w:kern w:val="0"/>
                <w:sz w:val="24"/>
                <w:szCs w:val="22"/>
                <w:lang w:eastAsia="en-US" w:bidi="ar-SA"/>
              </w:rPr>
              <w:t xml:space="preserve">; независимый </w:t>
            </w:r>
            <w:r>
              <w:rPr>
                <w:rFonts w:eastAsia="ＭＳ 明朝" w:cs=""/>
                <w:b w:val="false"/>
                <w:kern w:val="0"/>
                <w:sz w:val="24"/>
                <w:szCs w:val="22"/>
                <w:lang w:val="zxx" w:eastAsia="en-US" w:bidi="ar-SA"/>
              </w:rPr>
              <w:t>maxDurationMs</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stop</w:t>
            </w:r>
            <w:r>
              <w:rPr>
                <w:rFonts w:eastAsia="ＭＳ 明朝" w:cs=""/>
                <w:b w:val="false"/>
                <w:kern w:val="0"/>
                <w:sz w:val="24"/>
                <w:szCs w:val="22"/>
                <w:lang w:eastAsia="en-US" w:bidi="ar-SA"/>
              </w:rPr>
              <w:t xml:space="preserve"> при потере управления. Для речевого ОУ с </w:t>
            </w:r>
            <w:r>
              <w:rPr>
                <w:rFonts w:eastAsia="ＭＳ 明朝" w:cs=""/>
                <w:b w:val="false"/>
                <w:kern w:val="0"/>
                <w:sz w:val="24"/>
                <w:szCs w:val="22"/>
                <w:lang w:val="zxx" w:eastAsia="en-US" w:bidi="ar-SA"/>
              </w:rPr>
              <w:t>signalKind=builtIn</w:t>
            </w:r>
            <w:r>
              <w:rPr>
                <w:rFonts w:eastAsia="ＭＳ 明朝" w:cs=""/>
                <w:b w:val="false"/>
                <w:kern w:val="0"/>
                <w:sz w:val="24"/>
                <w:szCs w:val="22"/>
                <w:lang w:eastAsia="en-US" w:bidi="ar-SA"/>
              </w:rPr>
              <w:t xml:space="preserve"> подтвержденный конец собственного цикла завершает сирену успешно.</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Нормальный </w:t>
            </w:r>
            <w:r>
              <w:rPr>
                <w:rFonts w:eastAsia="ＭＳ 明朝" w:cs=""/>
                <w:b w:val="false"/>
                <w:kern w:val="0"/>
                <w:sz w:val="24"/>
                <w:szCs w:val="22"/>
                <w:lang w:val="zxx" w:eastAsia="en-US" w:bidi="ar-SA"/>
              </w:rPr>
              <w:t>session.stop</w:t>
            </w:r>
            <w:r>
              <w:rPr>
                <w:rFonts w:eastAsia="ＭＳ 明朝" w:cs=""/>
                <w:b w:val="false"/>
                <w:kern w:val="0"/>
                <w:sz w:val="24"/>
                <w:szCs w:val="22"/>
                <w:lang w:eastAsia="en-US" w:bidi="ar-SA"/>
              </w:rPr>
              <w:t xml:space="preserve">, предел вместо </w:t>
            </w:r>
            <w:r>
              <w:rPr>
                <w:rFonts w:eastAsia="ＭＳ 明朝" w:cs=""/>
                <w:b w:val="false"/>
                <w:kern w:val="0"/>
                <w:sz w:val="24"/>
                <w:szCs w:val="22"/>
                <w:lang w:val="zxx" w:eastAsia="en-US" w:bidi="ar-SA"/>
              </w:rPr>
              <w:t>session.stop</w:t>
            </w:r>
            <w:r>
              <w:rPr>
                <w:rFonts w:eastAsia="ＭＳ 明朝" w:cs=""/>
                <w:b w:val="false"/>
                <w:kern w:val="0"/>
                <w:sz w:val="24"/>
                <w:szCs w:val="22"/>
                <w:lang w:eastAsia="en-US" w:bidi="ar-SA"/>
              </w:rPr>
              <w:t xml:space="preserve">, потеря </w:t>
            </w:r>
            <w:r>
              <w:rPr>
                <w:rFonts w:eastAsia="ＭＳ 明朝" w:cs=""/>
                <w:b w:val="false"/>
                <w:kern w:val="0"/>
                <w:sz w:val="24"/>
                <w:szCs w:val="22"/>
                <w:lang w:val="zxx" w:eastAsia="en-US" w:bidi="ar-SA"/>
              </w:rPr>
              <w:t>lease</w:t>
            </w:r>
            <w:r>
              <w:rPr>
                <w:rFonts w:eastAsia="ＭＳ 明朝" w:cs=""/>
                <w:b w:val="false"/>
                <w:kern w:val="0"/>
                <w:sz w:val="24"/>
                <w:szCs w:val="22"/>
                <w:lang w:eastAsia="en-US" w:bidi="ar-SA"/>
              </w:rPr>
              <w:t xml:space="preserve">, запрет </w:t>
            </w:r>
            <w:r>
              <w:rPr>
                <w:rFonts w:eastAsia="ＭＳ 明朝" w:cs=""/>
                <w:b w:val="false"/>
                <w:kern w:val="0"/>
                <w:sz w:val="24"/>
                <w:szCs w:val="22"/>
                <w:lang w:val="zxx" w:eastAsia="en-US" w:bidi="ar-SA"/>
              </w:rPr>
              <w:t>command</w:t>
            </w:r>
            <w:r>
              <w:rPr>
                <w:rFonts w:eastAsia="ＭＳ 明朝" w:cs=""/>
                <w:b w:val="false"/>
                <w:kern w:val="0"/>
                <w:sz w:val="24"/>
                <w:szCs w:val="22"/>
                <w:lang w:eastAsia="en-US" w:bidi="ar-SA"/>
              </w:rPr>
              <w:t xml:space="preserve"> в автономной программе.</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19.20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19.27</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R73</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Окно номера</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cmdSeqWindow=4096</w:t>
            </w:r>
            <w:r>
              <w:rPr>
                <w:rFonts w:eastAsia="ＭＳ 明朝" w:cs=""/>
                <w:b w:val="false"/>
                <w:kern w:val="0"/>
                <w:sz w:val="24"/>
                <w:szCs w:val="22"/>
                <w:lang w:eastAsia="en-US" w:bidi="ar-SA"/>
              </w:rPr>
              <w:t>; отказ вне окна не расходует состояние.</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Границы </w:t>
            </w:r>
            <w:r>
              <w:rPr>
                <w:rFonts w:eastAsia="ＭＳ 明朝" w:cs=""/>
                <w:b w:val="false"/>
                <w:kern w:val="0"/>
                <w:sz w:val="24"/>
                <w:szCs w:val="22"/>
                <w:lang w:val="zxx" w:eastAsia="en-US" w:bidi="ar-SA"/>
              </w:rPr>
              <w:t>highWater+4096/+4097</w:t>
            </w:r>
            <w:r>
              <w:rPr>
                <w:rFonts w:eastAsia="ＭＳ 明朝" w:cs=""/>
                <w:b w:val="false"/>
                <w:kern w:val="0"/>
                <w:sz w:val="24"/>
                <w:szCs w:val="22"/>
                <w:lang w:eastAsia="en-US" w:bidi="ar-SA"/>
              </w:rPr>
              <w:t xml:space="preserve">, точный повтор, резерв </w:t>
            </w:r>
            <w:r>
              <w:rPr>
                <w:rFonts w:eastAsia="ＭＳ 明朝" w:cs=""/>
                <w:b w:val="false"/>
                <w:kern w:val="0"/>
                <w:sz w:val="24"/>
                <w:szCs w:val="22"/>
                <w:lang w:val="zxx" w:eastAsia="en-US" w:bidi="ar-SA"/>
              </w:rPr>
              <w:t>session.stop/</w:t>
            </w:r>
            <w:r>
              <w:rPr>
                <w:rFonts w:eastAsia="ＭＳ 明朝" w:cs=""/>
                <w:b w:val="false"/>
                <w:kern w:val="0"/>
                <w:sz w:val="24"/>
                <w:szCs w:val="22"/>
                <w:lang w:eastAsia="en-US" w:bidi="ar-SA"/>
              </w:rPr>
              <w:t>​</w:t>
            </w:r>
            <w:r>
              <w:rPr>
                <w:rFonts w:eastAsia="ＭＳ 明朝" w:cs=""/>
                <w:b w:val="false"/>
                <w:kern w:val="0"/>
                <w:sz w:val="24"/>
                <w:szCs w:val="22"/>
                <w:lang w:val="zxx" w:eastAsia="en-US" w:bidi="ar-SA"/>
              </w:rPr>
              <w:t>control.release</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uint64</w:t>
            </w:r>
            <w:r>
              <w:rPr>
                <w:rFonts w:eastAsia="ＭＳ 明朝" w:cs=""/>
                <w:b w:val="false"/>
                <w:kern w:val="0"/>
                <w:sz w:val="24"/>
                <w:szCs w:val="22"/>
                <w:lang w:eastAsia="en-US" w:bidi="ar-SA"/>
              </w:rPr>
              <w:t xml:space="preserve"> и новая эпоха.</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6.5</w:t>
            </w:r>
            <w:r>
              <w:rPr>
                <w:rFonts w:eastAsia="ＭＳ 明朝" w:cs=""/>
                <w:b w:val="false"/>
                <w:kern w:val="0"/>
                <w:sz w:val="24"/>
                <w:szCs w:val="22"/>
                <w:lang w:eastAsia="en-US" w:bidi="ar-SA"/>
              </w:rPr>
              <w:t>–</w:t>
            </w:r>
            <w:r>
              <w:rPr>
                <w:rFonts w:eastAsia="ＭＳ 明朝" w:cs=""/>
                <w:b w:val="false"/>
                <w:kern w:val="0"/>
                <w:sz w:val="24"/>
                <w:szCs w:val="22"/>
                <w:lang w:val="zxx" w:eastAsia="en-US" w:bidi="ar-SA"/>
              </w:rPr>
              <w:t>6.13</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R74</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Привязка и резерв</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Живая привязка не вытесняется </w:t>
            </w:r>
            <w:r>
              <w:rPr>
                <w:rFonts w:eastAsia="ＭＳ 明朝" w:cs=""/>
                <w:b w:val="false"/>
                <w:kern w:val="0"/>
                <w:sz w:val="24"/>
                <w:szCs w:val="22"/>
                <w:lang w:val="zxx" w:eastAsia="en-US" w:bidi="ar-SA"/>
              </w:rPr>
              <w:t>resume</w:t>
            </w:r>
            <w:r>
              <w:rPr>
                <w:rFonts w:eastAsia="ＭＳ 明朝" w:cs=""/>
                <w:b w:val="false"/>
                <w:kern w:val="0"/>
                <w:sz w:val="24"/>
                <w:szCs w:val="22"/>
                <w:lang w:eastAsia="en-US" w:bidi="ar-SA"/>
              </w:rPr>
              <w:t>; внешнее ограждение остается обязательным.</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Живой, отсоединенный и истекший канал; отказ сохраняет </w:t>
            </w:r>
            <w:r>
              <w:rPr>
                <w:rFonts w:eastAsia="ＭＳ 明朝" w:cs=""/>
                <w:b w:val="false"/>
                <w:kern w:val="0"/>
                <w:sz w:val="24"/>
                <w:szCs w:val="22"/>
                <w:lang w:val="zxx" w:eastAsia="en-US" w:bidi="ar-SA"/>
              </w:rPr>
              <w:t>attachSeq/</w:t>
            </w:r>
            <w:r>
              <w:rPr>
                <w:rFonts w:eastAsia="ＭＳ 明朝" w:cs=""/>
                <w:b w:val="false"/>
                <w:kern w:val="0"/>
                <w:sz w:val="24"/>
                <w:szCs w:val="22"/>
                <w:lang w:eastAsia="en-US" w:bidi="ar-SA"/>
              </w:rPr>
              <w:t>​</w:t>
            </w:r>
            <w:r>
              <w:rPr>
                <w:rFonts w:eastAsia="ＭＳ 明朝" w:cs=""/>
                <w:b w:val="false"/>
                <w:kern w:val="0"/>
                <w:sz w:val="24"/>
                <w:szCs w:val="22"/>
                <w:lang w:val="zxx" w:eastAsia="en-US" w:bidi="ar-SA"/>
              </w:rPr>
              <w:t>lease</w:t>
            </w:r>
            <w:r>
              <w:rPr>
                <w:rFonts w:eastAsia="ＭＳ 明朝" w:cs=""/>
                <w:b w:val="false"/>
                <w:kern w:val="0"/>
                <w:sz w:val="24"/>
                <w:szCs w:val="22"/>
                <w:lang w:eastAsia="en-US" w:bidi="ar-SA"/>
              </w:rPr>
              <w:t>; поздний обработчик; несколько УУ.</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5.16</w:t>
            </w:r>
            <w:r>
              <w:rPr>
                <w:rFonts w:eastAsia="ＭＳ 明朝" w:cs=""/>
                <w:b w:val="false"/>
                <w:kern w:val="0"/>
                <w:sz w:val="24"/>
                <w:szCs w:val="22"/>
                <w:lang w:eastAsia="en-US" w:bidi="ar-SA"/>
              </w:rPr>
              <w:t>–</w:t>
            </w:r>
            <w:r>
              <w:rPr>
                <w:rFonts w:eastAsia="ＭＳ 明朝" w:cs=""/>
                <w:b w:val="false"/>
                <w:kern w:val="0"/>
                <w:sz w:val="24"/>
                <w:szCs w:val="22"/>
                <w:lang w:val="zxx" w:eastAsia="en-US" w:bidi="ar-SA"/>
              </w:rPr>
              <w:t>5.18</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R75</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Сигнал</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signalProfile</w:t>
            </w:r>
            <w:r>
              <w:rPr>
                <w:rFonts w:eastAsia="ＭＳ 明朝" w:cs=""/>
                <w:b w:val="false"/>
                <w:kern w:val="0"/>
                <w:sz w:val="24"/>
                <w:szCs w:val="22"/>
                <w:lang w:eastAsia="en-US" w:bidi="ar-SA"/>
              </w:rPr>
              <w:t xml:space="preserve"> ссылается на </w:t>
            </w:r>
            <w:r>
              <w:rPr>
                <w:rFonts w:eastAsia="ＭＳ 明朝" w:cs=""/>
                <w:b w:val="false"/>
                <w:kern w:val="0"/>
                <w:sz w:val="24"/>
                <w:szCs w:val="22"/>
                <w:lang w:val="zxx" w:eastAsia="en-US" w:bidi="ar-SA"/>
              </w:rPr>
              <w:t>profiles</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signalSpec</w:t>
            </w:r>
            <w:r>
              <w:rPr>
                <w:rFonts w:eastAsia="ＭＳ 明朝" w:cs=""/>
                <w:b w:val="false"/>
                <w:kern w:val="0"/>
                <w:sz w:val="24"/>
                <w:szCs w:val="22"/>
                <w:lang w:eastAsia="en-US" w:bidi="ar-SA"/>
              </w:rPr>
              <w:t xml:space="preserve"> на полный реестр сигналов </w:t>
            </w:r>
            <w:r>
              <w:rPr>
                <w:rFonts w:eastAsia="ＭＳ 明朝" w:cs=""/>
                <w:b w:val="false"/>
                <w:kern w:val="0"/>
                <w:sz w:val="24"/>
                <w:szCs w:val="22"/>
                <w:lang w:val="zxx" w:eastAsia="en-US" w:bidi="ar-SA"/>
              </w:rPr>
              <w:t>config/</w:t>
            </w:r>
            <w:r>
              <w:rPr>
                <w:rFonts w:eastAsia="ＭＳ 明朝" w:cs=""/>
                <w:b w:val="false"/>
                <w:kern w:val="0"/>
                <w:sz w:val="24"/>
                <w:szCs w:val="22"/>
                <w:lang w:eastAsia="en-US" w:bidi="ar-SA"/>
              </w:rPr>
              <w:t>⁠</w:t>
            </w:r>
            <w:r>
              <w:rPr>
                <w:rFonts w:eastAsia="ＭＳ 明朝" w:cs=""/>
                <w:b w:val="false"/>
                <w:kern w:val="0"/>
                <w:sz w:val="24"/>
                <w:szCs w:val="22"/>
                <w:lang w:val="zxx" w:eastAsia="en-US" w:bidi="ar-SA"/>
              </w:rPr>
              <w:t>5.</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Отсутствие, другая ревизия, неверный тип/частота, несогласованный паспорт отклоняются.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10.16</w:t>
            </w:r>
            <w:r>
              <w:rPr>
                <w:rFonts w:eastAsia="ＭＳ 明朝" w:cs=""/>
                <w:b w:val="false"/>
                <w:kern w:val="0"/>
                <w:sz w:val="24"/>
                <w:szCs w:val="22"/>
                <w:lang w:eastAsia="en-US" w:bidi="ar-SA"/>
              </w:rPr>
              <w:t>–</w:t>
            </w:r>
            <w:r>
              <w:rPr>
                <w:rFonts w:eastAsia="ＭＳ 明朝" w:cs=""/>
                <w:b w:val="false"/>
                <w:kern w:val="0"/>
                <w:sz w:val="24"/>
                <w:szCs w:val="22"/>
                <w:lang w:val="zxx" w:eastAsia="en-US" w:bidi="ar-SA"/>
              </w:rPr>
              <w:t>10.22</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R76</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Медиапривязка</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Неверная </w:t>
            </w:r>
            <w:r>
              <w:rPr>
                <w:rFonts w:eastAsia="ＭＳ 明朝" w:cs=""/>
                <w:b w:val="false"/>
                <w:kern w:val="0"/>
                <w:sz w:val="24"/>
                <w:szCs w:val="22"/>
                <w:lang w:val="zxx" w:eastAsia="en-US" w:bidi="ar-SA"/>
              </w:rPr>
              <w:t>UDP-</w:t>
            </w:r>
            <w:r>
              <w:rPr>
                <w:rFonts w:eastAsia="ＭＳ 明朝" w:cs=""/>
                <w:b w:val="false"/>
                <w:kern w:val="0"/>
                <w:sz w:val="24"/>
                <w:szCs w:val="22"/>
                <w:lang w:eastAsia="en-US" w:bidi="ar-SA"/>
              </w:rPr>
              <w:t>привязка отбрасывается и не вытесняет поток.</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Успех, чужой </w:t>
            </w:r>
            <w:r>
              <w:rPr>
                <w:rFonts w:eastAsia="ＭＳ 明朝" w:cs=""/>
                <w:b w:val="false"/>
                <w:kern w:val="0"/>
                <w:sz w:val="24"/>
                <w:szCs w:val="22"/>
                <w:lang w:val="zxx" w:eastAsia="en-US" w:bidi="ar-SA"/>
              </w:rPr>
              <w:t>principalId</w:t>
            </w:r>
            <w:r>
              <w:rPr>
                <w:rFonts w:eastAsia="ＭＳ 明朝" w:cs=""/>
                <w:b w:val="false"/>
                <w:kern w:val="0"/>
                <w:sz w:val="24"/>
                <w:szCs w:val="22"/>
                <w:lang w:eastAsia="en-US" w:bidi="ar-SA"/>
              </w:rPr>
              <w:t>, занятая привязка, потерянный ответ, неверный профиль.</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15.138</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15.140</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R77</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Доверие</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Первичное доверие закрепляется независимо; выдача секрета, </w:t>
            </w:r>
            <w:r>
              <w:rPr>
                <w:rFonts w:eastAsia="ＭＳ 明朝" w:cs=""/>
                <w:b w:val="false"/>
                <w:kern w:val="0"/>
                <w:sz w:val="24"/>
                <w:szCs w:val="22"/>
                <w:lang w:val="zxx" w:eastAsia="en-US" w:bidi="ar-SA"/>
              </w:rPr>
              <w:t>staged</w:t>
            </w:r>
            <w:r>
              <w:rPr>
                <w:rFonts w:eastAsia="ＭＳ 明朝" w:cs=""/>
                <w:b w:val="false"/>
                <w:kern w:val="0"/>
                <w:sz w:val="24"/>
                <w:szCs w:val="22"/>
                <w:lang w:eastAsia="en-US" w:bidi="ar-SA"/>
              </w:rPr>
              <w:t xml:space="preserve">, пробный </w:t>
            </w:r>
            <w:r>
              <w:rPr>
                <w:rFonts w:eastAsia="ＭＳ 明朝" w:cs=""/>
                <w:b w:val="false"/>
                <w:kern w:val="0"/>
                <w:sz w:val="24"/>
                <w:szCs w:val="22"/>
                <w:lang w:val="zxx" w:eastAsia="en-US" w:bidi="ar-SA"/>
              </w:rPr>
              <w:t>TLS</w:t>
            </w:r>
            <w:r>
              <w:rPr>
                <w:rFonts w:eastAsia="ＭＳ 明朝" w:cs=""/>
                <w:b w:val="false"/>
                <w:kern w:val="0"/>
                <w:sz w:val="24"/>
                <w:szCs w:val="22"/>
                <w:lang w:eastAsia="en-US" w:bidi="ar-SA"/>
              </w:rPr>
              <w:t xml:space="preserve">, активация и рабочее подключение различаются; импорт </w:t>
            </w:r>
            <w:r>
              <w:rPr>
                <w:rFonts w:eastAsia="ＭＳ 明朝" w:cs=""/>
                <w:b w:val="false"/>
                <w:kern w:val="0"/>
                <w:sz w:val="24"/>
                <w:szCs w:val="22"/>
                <w:lang w:val="zxx" w:eastAsia="en-US" w:bidi="ar-SA"/>
              </w:rPr>
              <w:t>open-</w:t>
            </w:r>
            <w:r>
              <w:rPr>
                <w:rFonts w:eastAsia="ＭＳ 明朝" w:cs=""/>
                <w:b w:val="false"/>
                <w:kern w:val="0"/>
                <w:sz w:val="24"/>
                <w:szCs w:val="22"/>
                <w:lang w:eastAsia="en-US" w:bidi="ar-SA"/>
              </w:rPr>
              <w:t>⁠</w:t>
            </w:r>
            <w:r>
              <w:rPr>
                <w:rFonts w:eastAsia="ＭＳ 明朝" w:cs=""/>
                <w:b w:val="false"/>
                <w:kern w:val="0"/>
                <w:sz w:val="24"/>
                <w:szCs w:val="22"/>
                <w:lang w:val="zxx" w:eastAsia="en-US" w:bidi="ar-SA"/>
              </w:rPr>
              <w:t>alert-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trust/</w:t>
            </w:r>
            <w:r>
              <w:rPr>
                <w:rFonts w:eastAsia="ＭＳ 明朝" w:cs=""/>
                <w:b w:val="false"/>
                <w:kern w:val="0"/>
                <w:sz w:val="24"/>
                <w:szCs w:val="22"/>
                <w:lang w:eastAsia="en-US" w:bidi="ar-SA"/>
              </w:rPr>
              <w:t>⁠</w:t>
            </w:r>
            <w:r>
              <w:rPr>
                <w:rFonts w:eastAsia="ＭＳ 明朝" w:cs=""/>
                <w:b w:val="false"/>
                <w:kern w:val="0"/>
                <w:sz w:val="24"/>
                <w:szCs w:val="22"/>
                <w:lang w:val="zxx" w:eastAsia="en-US" w:bidi="ar-SA"/>
              </w:rPr>
              <w:t>2</w:t>
            </w:r>
            <w:r>
              <w:rPr>
                <w:rFonts w:eastAsia="ＭＳ 明朝" w:cs=""/>
                <w:b w:val="false"/>
                <w:kern w:val="0"/>
                <w:sz w:val="24"/>
                <w:szCs w:val="22"/>
                <w:lang w:eastAsia="en-US" w:bidi="ar-SA"/>
              </w:rPr>
              <w:t xml:space="preserve"> атомарен.</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Чистое устройство, неверная идентичность, секрет только на одной стороне, </w:t>
            </w:r>
            <w:r>
              <w:rPr>
                <w:rFonts w:eastAsia="ＭＳ 明朝" w:cs=""/>
                <w:b w:val="false"/>
                <w:kern w:val="0"/>
                <w:sz w:val="24"/>
                <w:szCs w:val="22"/>
                <w:lang w:val="zxx" w:eastAsia="en-US" w:bidi="ar-SA"/>
              </w:rPr>
              <w:t>staged</w:t>
            </w:r>
            <w:r>
              <w:rPr>
                <w:rFonts w:eastAsia="ＭＳ 明朝" w:cs=""/>
                <w:b w:val="false"/>
                <w:kern w:val="0"/>
                <w:sz w:val="24"/>
                <w:szCs w:val="22"/>
                <w:lang w:eastAsia="en-US" w:bidi="ar-SA"/>
              </w:rPr>
              <w:t xml:space="preserve"> без управления, потеря подтверждения активации, откат поколения и обрыв питания.</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14.40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14.49</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14.62</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14.71</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14.74</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14.76</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14.82</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14.88</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R78</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Подпись и издатель</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Кодирование подписи однозначно; отзыв перепроверяется до </w:t>
            </w:r>
            <w:r>
              <w:rPr>
                <w:rFonts w:eastAsia="ＭＳ 明朝" w:cs=""/>
                <w:b w:val="false"/>
                <w:kern w:val="0"/>
                <w:sz w:val="24"/>
                <w:szCs w:val="22"/>
                <w:lang w:val="zxx" w:eastAsia="en-US" w:bidi="ar-SA"/>
              </w:rPr>
              <w:t>commit.</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Проверочные значения двумя реализациями; перестановки </w:t>
            </w:r>
            <w:r>
              <w:rPr>
                <w:rFonts w:eastAsia="ＭＳ 明朝" w:cs=""/>
                <w:b w:val="false"/>
                <w:kern w:val="0"/>
                <w:sz w:val="24"/>
                <w:szCs w:val="22"/>
                <w:lang w:val="zxx" w:eastAsia="en-US" w:bidi="ar-SA"/>
              </w:rPr>
              <w:t>r/</w:t>
            </w:r>
            <w:r>
              <w:rPr>
                <w:rFonts w:eastAsia="ＭＳ 明朝" w:cs=""/>
                <w:b w:val="false"/>
                <w:kern w:val="0"/>
                <w:sz w:val="24"/>
                <w:szCs w:val="22"/>
                <w:lang w:eastAsia="en-US" w:bidi="ar-SA"/>
              </w:rPr>
              <w:t>​</w:t>
            </w:r>
            <w:r>
              <w:rPr>
                <w:rFonts w:eastAsia="ＭＳ 明朝" w:cs=""/>
                <w:b w:val="false"/>
                <w:kern w:val="0"/>
                <w:sz w:val="24"/>
                <w:szCs w:val="22"/>
                <w:lang w:val="zxx" w:eastAsia="en-US" w:bidi="ar-SA"/>
              </w:rPr>
              <w:t>s</w:t>
            </w:r>
            <w:r>
              <w:rPr>
                <w:rFonts w:eastAsia="ＭＳ 明朝" w:cs=""/>
                <w:b w:val="false"/>
                <w:kern w:val="0"/>
                <w:sz w:val="24"/>
                <w:szCs w:val="22"/>
                <w:lang w:eastAsia="en-US" w:bidi="ar-SA"/>
              </w:rPr>
              <w:t>, измененный манифест, отозванный издатель.</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14.12</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14.14</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14.40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14.49</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R79</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Единицы и сроки</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UTF-</w:t>
            </w:r>
            <w:r>
              <w:rPr>
                <w:rFonts w:eastAsia="ＭＳ 明朝" w:cs=""/>
                <w:b w:val="false"/>
                <w:kern w:val="0"/>
                <w:sz w:val="24"/>
                <w:szCs w:val="22"/>
                <w:lang w:eastAsia="en-US" w:bidi="ar-SA"/>
              </w:rPr>
              <w:t>⁠</w:t>
            </w:r>
            <w:r>
              <w:rPr>
                <w:rFonts w:eastAsia="ＭＳ 明朝" w:cs=""/>
                <w:b w:val="false"/>
                <w:kern w:val="0"/>
                <w:sz w:val="24"/>
                <w:szCs w:val="22"/>
                <w:lang w:val="zxx" w:eastAsia="en-US" w:bidi="ar-SA"/>
              </w:rPr>
              <w:t>8</w:t>
            </w:r>
            <w:r>
              <w:rPr>
                <w:rFonts w:eastAsia="ＭＳ 明朝" w:cs=""/>
                <w:b w:val="false"/>
                <w:kern w:val="0"/>
                <w:sz w:val="24"/>
                <w:szCs w:val="22"/>
                <w:lang w:eastAsia="en-US" w:bidi="ar-SA"/>
              </w:rPr>
              <w:t xml:space="preserve"> ограничен байтами; </w:t>
            </w:r>
            <w:r>
              <w:rPr>
                <w:rFonts w:eastAsia="ＭＳ 明朝" w:cs=""/>
                <w:b w:val="false"/>
                <w:kern w:val="0"/>
                <w:sz w:val="24"/>
                <w:szCs w:val="22"/>
                <w:lang w:val="zxx" w:eastAsia="en-US" w:bidi="ar-SA"/>
              </w:rPr>
              <w:t>session.stop</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backoff</w:t>
            </w:r>
            <w:r>
              <w:rPr>
                <w:rFonts w:eastAsia="ＭＳ 明朝" w:cs=""/>
                <w:b w:val="false"/>
                <w:kern w:val="0"/>
                <w:sz w:val="24"/>
                <w:szCs w:val="22"/>
                <w:lang w:eastAsia="en-US" w:bidi="ar-SA"/>
              </w:rPr>
              <w:t xml:space="preserve"> имеют конечные границы.</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128/</w:t>
            </w:r>
            <w:r>
              <w:rPr>
                <w:rFonts w:eastAsia="ＭＳ 明朝" w:cs=""/>
                <w:b w:val="false"/>
                <w:kern w:val="0"/>
                <w:sz w:val="24"/>
                <w:szCs w:val="22"/>
                <w:lang w:eastAsia="en-US" w:bidi="ar-SA"/>
              </w:rPr>
              <w:t>⁠</w:t>
            </w:r>
            <w:r>
              <w:rPr>
                <w:rFonts w:eastAsia="ＭＳ 明朝" w:cs=""/>
                <w:b w:val="false"/>
                <w:kern w:val="0"/>
                <w:sz w:val="24"/>
                <w:szCs w:val="22"/>
                <w:lang w:val="zxx" w:eastAsia="en-US" w:bidi="ar-SA"/>
              </w:rPr>
              <w:t>129</w:t>
            </w:r>
            <w:r>
              <w:rPr>
                <w:rFonts w:eastAsia="ＭＳ 明朝" w:cs=""/>
                <w:b w:val="false"/>
                <w:kern w:val="0"/>
                <w:sz w:val="24"/>
                <w:szCs w:val="22"/>
                <w:lang w:eastAsia="en-US" w:bidi="ar-SA"/>
              </w:rPr>
              <w:t xml:space="preserve"> байт, непарный суррогат, общий/технический </w:t>
            </w:r>
            <w:r>
              <w:rPr>
                <w:rFonts w:eastAsia="ＭＳ 明朝" w:cs=""/>
                <w:b w:val="false"/>
                <w:kern w:val="0"/>
                <w:sz w:val="24"/>
                <w:szCs w:val="22"/>
                <w:lang w:val="zxx" w:eastAsia="en-US" w:bidi="ar-SA"/>
              </w:rPr>
              <w:t>session.stop</w:t>
            </w:r>
            <w:r>
              <w:rPr>
                <w:rFonts w:eastAsia="ＭＳ 明朝" w:cs=""/>
                <w:b w:val="false"/>
                <w:kern w:val="0"/>
                <w:sz w:val="24"/>
                <w:szCs w:val="22"/>
                <w:lang w:eastAsia="en-US" w:bidi="ar-SA"/>
              </w:rPr>
              <w:t>, шторм переподключений и независимый слот отмены.</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7.11</w:t>
            </w:r>
            <w:r>
              <w:rPr>
                <w:rFonts w:eastAsia="ＭＳ 明朝" w:cs=""/>
                <w:b w:val="false"/>
                <w:kern w:val="0"/>
                <w:sz w:val="24"/>
                <w:szCs w:val="22"/>
                <w:lang w:eastAsia="en-US" w:bidi="ar-SA"/>
              </w:rPr>
              <w:t>–</w:t>
            </w:r>
            <w:r>
              <w:rPr>
                <w:rFonts w:eastAsia="ＭＳ 明朝" w:cs=""/>
                <w:b w:val="false"/>
                <w:kern w:val="0"/>
                <w:sz w:val="24"/>
                <w:szCs w:val="22"/>
                <w:lang w:val="zxx" w:eastAsia="en-US" w:bidi="ar-SA"/>
              </w:rPr>
              <w:t>7.23</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R80</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Согласованность комплекта</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Общие </w:t>
            </w:r>
            <w:r>
              <w:rPr>
                <w:rFonts w:eastAsia="ＭＳ 明朝" w:cs=""/>
                <w:b w:val="false"/>
                <w:kern w:val="0"/>
                <w:sz w:val="24"/>
                <w:szCs w:val="22"/>
                <w:lang w:val="zxx" w:eastAsia="en-US" w:bidi="ar-SA"/>
              </w:rPr>
              <w:t>XML</w:t>
            </w:r>
            <w:r>
              <w:rPr>
                <w:rFonts w:eastAsia="ＭＳ 明朝" w:cs=""/>
                <w:b w:val="false"/>
                <w:kern w:val="0"/>
                <w:sz w:val="24"/>
                <w:szCs w:val="22"/>
                <w:lang w:eastAsia="en-US" w:bidi="ar-SA"/>
              </w:rPr>
              <w:t>, закрытые причины и все артефакты согласованы с манифестом.</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exercise/</w:t>
            </w:r>
            <w:r>
              <w:rPr>
                <w:rFonts w:eastAsia="ＭＳ 明朝" w:cs=""/>
                <w:b w:val="false"/>
                <w:kern w:val="0"/>
                <w:sz w:val="24"/>
                <w:szCs w:val="22"/>
                <w:lang w:eastAsia="en-US" w:bidi="ar-SA"/>
              </w:rPr>
              <w:t>​</w:t>
            </w:r>
            <w:r>
              <w:rPr>
                <w:rFonts w:eastAsia="ＭＳ 明朝" w:cs=""/>
                <w:b w:val="false"/>
                <w:kern w:val="0"/>
                <w:sz w:val="24"/>
                <w:szCs w:val="22"/>
                <w:lang w:val="zxx" w:eastAsia="en-US" w:bidi="ar-SA"/>
              </w:rPr>
              <w:t>stop</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programAborted</w:t>
            </w:r>
            <w:r>
              <w:rPr>
                <w:rFonts w:eastAsia="ＭＳ 明朝" w:cs=""/>
                <w:b w:val="false"/>
                <w:kern w:val="0"/>
                <w:sz w:val="24"/>
                <w:szCs w:val="22"/>
                <w:lang w:eastAsia="en-US" w:bidi="ar-SA"/>
              </w:rPr>
              <w:t xml:space="preserve"> только </w:t>
            </w:r>
            <w:r>
              <w:rPr>
                <w:rFonts w:eastAsia="ＭＳ 明朝" w:cs=""/>
                <w:b w:val="false"/>
                <w:kern w:val="0"/>
                <w:sz w:val="24"/>
                <w:szCs w:val="22"/>
                <w:lang w:val="zxx" w:eastAsia="en-US" w:bidi="ar-SA"/>
              </w:rPr>
              <w:t>notStarted</w:t>
            </w:r>
            <w:r>
              <w:rPr>
                <w:rFonts w:eastAsia="ＭＳ 明朝" w:cs=""/>
                <w:b w:val="false"/>
                <w:kern w:val="0"/>
                <w:sz w:val="24"/>
                <w:szCs w:val="22"/>
                <w:lang w:eastAsia="en-US" w:bidi="ar-SA"/>
              </w:rPr>
              <w:t xml:space="preserve">, ссылки на текущие </w:t>
            </w:r>
            <w:r>
              <w:rPr>
                <w:rFonts w:eastAsia="ＭＳ 明朝" w:cs=""/>
                <w:b w:val="false"/>
                <w:kern w:val="0"/>
                <w:sz w:val="24"/>
                <w:szCs w:val="22"/>
                <w:lang w:val="zxx" w:eastAsia="en-US" w:bidi="ar-SA"/>
              </w:rPr>
              <w:t>digest/</w:t>
            </w:r>
            <w:r>
              <w:rPr>
                <w:rFonts w:eastAsia="ＭＳ 明朝" w:cs=""/>
                <w:b w:val="false"/>
                <w:kern w:val="0"/>
                <w:sz w:val="24"/>
                <w:szCs w:val="22"/>
                <w:lang w:eastAsia="en-US" w:bidi="ar-SA"/>
              </w:rPr>
              <w:t>​</w:t>
            </w:r>
            <w:r>
              <w:rPr>
                <w:rFonts w:eastAsia="ＭＳ 明朝" w:cs=""/>
                <w:b w:val="false"/>
                <w:kern w:val="0"/>
                <w:sz w:val="24"/>
                <w:szCs w:val="22"/>
                <w:lang w:val="zxx" w:eastAsia="en-US" w:bidi="ar-SA"/>
              </w:rPr>
              <w:t>signature-</w:t>
            </w:r>
            <w:r>
              <w:rPr>
                <w:rFonts w:eastAsia="ＭＳ 明朝" w:cs=""/>
                <w:b w:val="false"/>
                <w:kern w:val="0"/>
                <w:sz w:val="24"/>
                <w:szCs w:val="22"/>
                <w:lang w:eastAsia="en-US" w:bidi="ar-SA"/>
              </w:rPr>
              <w:t>векторы.</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18.1</w:t>
            </w:r>
            <w:r>
              <w:rPr>
                <w:rFonts w:eastAsia="ＭＳ 明朝" w:cs=""/>
                <w:b w:val="false"/>
                <w:kern w:val="0"/>
                <w:sz w:val="24"/>
                <w:szCs w:val="22"/>
                <w:lang w:eastAsia="en-US" w:bidi="ar-SA"/>
              </w:rPr>
              <w:t>–</w:t>
            </w:r>
            <w:r>
              <w:rPr>
                <w:rFonts w:eastAsia="ＭＳ 明朝" w:cs=""/>
                <w:b w:val="false"/>
                <w:kern w:val="0"/>
                <w:sz w:val="24"/>
                <w:szCs w:val="22"/>
                <w:lang w:val="zxx" w:eastAsia="en-US" w:bidi="ar-SA"/>
              </w:rPr>
              <w:t>18.20</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R81</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Открытый и защищенный обмен</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Режим </w:t>
            </w:r>
            <w:r>
              <w:rPr>
                <w:rFonts w:eastAsia="ＭＳ 明朝" w:cs=""/>
                <w:b w:val="false"/>
                <w:kern w:val="0"/>
                <w:sz w:val="24"/>
                <w:szCs w:val="22"/>
                <w:lang w:val="zxx" w:eastAsia="en-US" w:bidi="ar-SA"/>
              </w:rPr>
              <w:t>plain</w:t>
            </w:r>
            <w:r>
              <w:rPr>
                <w:rFonts w:eastAsia="ＭＳ 明朝" w:cs=""/>
                <w:b w:val="false"/>
                <w:kern w:val="0"/>
                <w:sz w:val="24"/>
                <w:szCs w:val="22"/>
                <w:lang w:eastAsia="en-US" w:bidi="ar-SA"/>
              </w:rPr>
              <w:t xml:space="preserve"> задается явно; </w:t>
            </w:r>
            <w:r>
              <w:rPr>
                <w:rFonts w:eastAsia="ＭＳ 明朝" w:cs=""/>
                <w:b w:val="false"/>
                <w:kern w:val="0"/>
                <w:sz w:val="24"/>
                <w:szCs w:val="22"/>
                <w:lang w:val="zxx" w:eastAsia="en-US" w:bidi="ar-SA"/>
              </w:rPr>
              <w:t>secureOnly</w:t>
            </w:r>
            <w:r>
              <w:rPr>
                <w:rFonts w:eastAsia="ＭＳ 明朝" w:cs=""/>
                <w:b w:val="false"/>
                <w:kern w:val="0"/>
                <w:sz w:val="24"/>
                <w:szCs w:val="22"/>
                <w:lang w:eastAsia="en-US" w:bidi="ar-SA"/>
              </w:rPr>
              <w:t xml:space="preserve"> запрещает открытое управление.</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Чистое УУ при </w:t>
            </w:r>
            <w:r>
              <w:rPr>
                <w:rFonts w:eastAsia="ＭＳ 明朝" w:cs=""/>
                <w:b w:val="false"/>
                <w:kern w:val="0"/>
                <w:sz w:val="24"/>
                <w:szCs w:val="22"/>
                <w:lang w:val="zxx" w:eastAsia="en-US" w:bidi="ar-SA"/>
              </w:rPr>
              <w:t>optional</w:t>
            </w:r>
            <w:r>
              <w:rPr>
                <w:rFonts w:eastAsia="ＭＳ 明朝" w:cs=""/>
                <w:b w:val="false"/>
                <w:kern w:val="0"/>
                <w:sz w:val="24"/>
                <w:szCs w:val="22"/>
                <w:lang w:eastAsia="en-US" w:bidi="ar-SA"/>
              </w:rPr>
              <w:t xml:space="preserve">; неверный </w:t>
            </w:r>
            <w:r>
              <w:rPr>
                <w:rFonts w:eastAsia="ＭＳ 明朝" w:cs=""/>
                <w:b w:val="false"/>
                <w:kern w:val="0"/>
                <w:sz w:val="24"/>
                <w:szCs w:val="22"/>
                <w:lang w:val="zxx" w:eastAsia="en-US" w:bidi="ar-SA"/>
              </w:rPr>
              <w:t>TLS</w:t>
            </w:r>
            <w:r>
              <w:rPr>
                <w:rFonts w:eastAsia="ＭＳ 明朝" w:cs=""/>
                <w:b w:val="false"/>
                <w:kern w:val="0"/>
                <w:sz w:val="24"/>
                <w:szCs w:val="22"/>
                <w:lang w:eastAsia="en-US" w:bidi="ar-SA"/>
              </w:rPr>
              <w:t xml:space="preserve"> не становится </w:t>
            </w:r>
            <w:r>
              <w:rPr>
                <w:rFonts w:eastAsia="ＭＳ 明朝" w:cs=""/>
                <w:b w:val="false"/>
                <w:kern w:val="0"/>
                <w:sz w:val="24"/>
                <w:szCs w:val="22"/>
                <w:lang w:val="zxx" w:eastAsia="en-US" w:bidi="ar-SA"/>
              </w:rPr>
              <w:t>plain</w:t>
            </w:r>
            <w:r>
              <w:rPr>
                <w:rFonts w:eastAsia="ＭＳ 明朝" w:cs=""/>
                <w:b w:val="false"/>
                <w:kern w:val="0"/>
                <w:sz w:val="24"/>
                <w:szCs w:val="22"/>
                <w:lang w:eastAsia="en-US" w:bidi="ar-SA"/>
              </w:rPr>
              <w:t xml:space="preserve">; открытый канал не наследует </w:t>
            </w:r>
            <w:r>
              <w:rPr>
                <w:rFonts w:eastAsia="ＭＳ 明朝" w:cs=""/>
                <w:b w:val="false"/>
                <w:kern w:val="0"/>
                <w:sz w:val="24"/>
                <w:szCs w:val="22"/>
                <w:lang w:val="zxx" w:eastAsia="en-US" w:bidi="ar-SA"/>
              </w:rPr>
              <w:t>TLS-</w:t>
            </w:r>
            <w:r>
              <w:rPr>
                <w:rFonts w:eastAsia="ＭＳ 明朝" w:cs=""/>
                <w:b w:val="false"/>
                <w:kern w:val="0"/>
                <w:sz w:val="24"/>
                <w:szCs w:val="22"/>
                <w:lang w:eastAsia="en-US" w:bidi="ar-SA"/>
              </w:rPr>
              <w:t>владение.</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14.55</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14.61</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R82</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Парное доверие без секретов в пакете</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Пакет доверия не содержит секретных ключей.</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Схема отвергает </w:t>
            </w:r>
            <w:r>
              <w:rPr>
                <w:rFonts w:eastAsia="ＭＳ 明朝" w:cs=""/>
                <w:b w:val="false"/>
                <w:kern w:val="0"/>
                <w:sz w:val="24"/>
                <w:szCs w:val="22"/>
                <w:lang w:val="zxx" w:eastAsia="en-US" w:bidi="ar-SA"/>
              </w:rPr>
              <w:t>pskHex</w:t>
            </w:r>
            <w:r>
              <w:rPr>
                <w:rFonts w:eastAsia="ＭＳ 明朝" w:cs=""/>
                <w:b w:val="false"/>
                <w:kern w:val="0"/>
                <w:sz w:val="24"/>
                <w:szCs w:val="22"/>
                <w:lang w:eastAsia="en-US" w:bidi="ar-SA"/>
              </w:rPr>
              <w:t xml:space="preserve">; изменение </w:t>
            </w:r>
            <w:r>
              <w:rPr>
                <w:rFonts w:eastAsia="ＭＳ 明朝" w:cs=""/>
                <w:b w:val="false"/>
                <w:kern w:val="0"/>
                <w:sz w:val="24"/>
                <w:szCs w:val="22"/>
                <w:lang w:val="zxx" w:eastAsia="en-US" w:bidi="ar-SA"/>
              </w:rPr>
              <w:t>deviceId/</w:t>
            </w:r>
            <w:r>
              <w:rPr>
                <w:rFonts w:eastAsia="ＭＳ 明朝" w:cs=""/>
                <w:b w:val="false"/>
                <w:kern w:val="0"/>
                <w:sz w:val="24"/>
                <w:szCs w:val="22"/>
                <w:lang w:eastAsia="en-US" w:bidi="ar-SA"/>
              </w:rPr>
              <w:t>​</w:t>
            </w:r>
            <w:r>
              <w:rPr>
                <w:rFonts w:eastAsia="ＭＳ 明朝" w:cs=""/>
                <w:b w:val="false"/>
                <w:kern w:val="0"/>
                <w:sz w:val="24"/>
                <w:szCs w:val="22"/>
                <w:lang w:val="zxx" w:eastAsia="en-US" w:bidi="ar-SA"/>
              </w:rPr>
              <w:t>principalId/</w:t>
            </w:r>
            <w:r>
              <w:rPr>
                <w:rFonts w:eastAsia="ＭＳ 明朝" w:cs=""/>
                <w:b w:val="false"/>
                <w:kern w:val="0"/>
                <w:sz w:val="24"/>
                <w:szCs w:val="22"/>
                <w:lang w:eastAsia="en-US" w:bidi="ar-SA"/>
              </w:rPr>
              <w:t>​</w:t>
            </w:r>
            <w:r>
              <w:rPr>
                <w:rFonts w:eastAsia="ＭＳ 明朝" w:cs=""/>
                <w:b w:val="false"/>
                <w:kern w:val="0"/>
                <w:sz w:val="24"/>
                <w:szCs w:val="22"/>
                <w:lang w:val="zxx" w:eastAsia="en-US" w:bidi="ar-SA"/>
              </w:rPr>
              <w:t>rootId</w:t>
            </w:r>
            <w:r>
              <w:rPr>
                <w:rFonts w:eastAsia="ＭＳ 明朝" w:cs=""/>
                <w:b w:val="false"/>
                <w:kern w:val="0"/>
                <w:sz w:val="24"/>
                <w:szCs w:val="22"/>
                <w:lang w:eastAsia="en-US" w:bidi="ar-SA"/>
              </w:rPr>
              <w:t xml:space="preserve"> меняет </w:t>
            </w:r>
            <w:r>
              <w:rPr>
                <w:rFonts w:eastAsia="ＭＳ 明朝" w:cs=""/>
                <w:b w:val="false"/>
                <w:kern w:val="0"/>
                <w:sz w:val="24"/>
                <w:szCs w:val="22"/>
                <w:lang w:val="zxx" w:eastAsia="en-US" w:bidi="ar-SA"/>
              </w:rPr>
              <w:t>PSK</w:t>
            </w:r>
            <w:r>
              <w:rPr>
                <w:rFonts w:eastAsia="ＭＳ 明朝" w:cs=""/>
                <w:b w:val="false"/>
                <w:kern w:val="0"/>
                <w:sz w:val="24"/>
                <w:szCs w:val="22"/>
                <w:lang w:eastAsia="en-US" w:bidi="ar-SA"/>
              </w:rPr>
              <w:t xml:space="preserve">; сверка </w:t>
            </w:r>
            <w:r>
              <w:rPr>
                <w:rFonts w:eastAsia="ＭＳ 明朝" w:cs=""/>
                <w:b w:val="false"/>
                <w:kern w:val="0"/>
                <w:sz w:val="24"/>
                <w:szCs w:val="22"/>
                <w:lang w:val="zxx" w:eastAsia="en-US" w:bidi="ar-SA"/>
              </w:rPr>
              <w:t>KDF</w:t>
            </w:r>
            <w:r>
              <w:rPr>
                <w:rFonts w:eastAsia="ＭＳ 明朝" w:cs=""/>
                <w:b w:val="false"/>
                <w:kern w:val="0"/>
                <w:sz w:val="24"/>
                <w:szCs w:val="22"/>
                <w:lang w:eastAsia="en-US" w:bidi="ar-SA"/>
              </w:rPr>
              <w:t xml:space="preserve"> с векторами.</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14.40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14.49</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14.72</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14.73</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R83</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Свежесть речевых пакетов</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rtp-</w:t>
            </w:r>
            <w:r>
              <w:rPr>
                <w:rFonts w:eastAsia="ＭＳ 明朝" w:cs=""/>
                <w:b w:val="false"/>
                <w:kern w:val="0"/>
                <w:sz w:val="24"/>
                <w:szCs w:val="22"/>
                <w:lang w:eastAsia="en-US" w:bidi="ar-SA"/>
              </w:rPr>
              <w:t>⁠</w:t>
            </w:r>
            <w:r>
              <w:rPr>
                <w:rFonts w:eastAsia="ＭＳ 明朝" w:cs=""/>
                <w:b w:val="false"/>
                <w:kern w:val="0"/>
                <w:sz w:val="24"/>
                <w:szCs w:val="22"/>
                <w:lang w:val="zxx" w:eastAsia="en-US" w:bidi="ar-SA"/>
              </w:rPr>
              <w:t>alert/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5</w:t>
            </w:r>
            <w:r>
              <w:rPr>
                <w:rFonts w:eastAsia="ＭＳ 明朝" w:cs=""/>
                <w:b w:val="false"/>
                <w:kern w:val="0"/>
                <w:sz w:val="24"/>
                <w:szCs w:val="22"/>
                <w:lang w:eastAsia="en-US" w:bidi="ar-SA"/>
              </w:rPr>
              <w:t xml:space="preserve"> ограничивает возраст каждого выдаваемого пакета.</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Задержки </w:t>
            </w:r>
            <w:r>
              <w:rPr>
                <w:rFonts w:eastAsia="ＭＳ 明朝" w:cs=""/>
                <w:b w:val="false"/>
                <w:kern w:val="0"/>
                <w:sz w:val="24"/>
                <w:szCs w:val="22"/>
                <w:lang w:val="zxx" w:eastAsia="en-US" w:bidi="ar-SA"/>
              </w:rPr>
              <w:t>TCP</w:t>
            </w:r>
            <w:r>
              <w:rPr>
                <w:rFonts w:eastAsia="ＭＳ 明朝" w:cs=""/>
                <w:b w:val="false"/>
                <w:kern w:val="0"/>
                <w:sz w:val="24"/>
                <w:szCs w:val="22"/>
                <w:lang w:eastAsia="en-US" w:bidi="ar-SA"/>
              </w:rPr>
              <w:t xml:space="preserve">, истечение часов, подмена метки, тишина и </w:t>
            </w:r>
            <w:r>
              <w:rPr>
                <w:rFonts w:eastAsia="ＭＳ 明朝" w:cs=""/>
                <w:b w:val="false"/>
                <w:kern w:val="0"/>
                <w:sz w:val="24"/>
                <w:szCs w:val="22"/>
                <w:lang w:val="zxx" w:eastAsia="en-US" w:bidi="ar-SA"/>
              </w:rPr>
              <w:t>session.stop</w:t>
            </w:r>
            <w:r>
              <w:rPr>
                <w:rFonts w:eastAsia="ＭＳ 明朝" w:cs=""/>
                <w:b w:val="false"/>
                <w:kern w:val="0"/>
                <w:sz w:val="24"/>
                <w:szCs w:val="22"/>
                <w:lang w:eastAsia="en-US" w:bidi="ar-SA"/>
              </w:rPr>
              <w:t xml:space="preserve">; отдельно для </w:t>
            </w:r>
            <w:r>
              <w:rPr>
                <w:rFonts w:eastAsia="ＭＳ 明朝" w:cs=""/>
                <w:b w:val="false"/>
                <w:kern w:val="0"/>
                <w:sz w:val="24"/>
                <w:szCs w:val="22"/>
                <w:lang w:val="zxx" w:eastAsia="en-US" w:bidi="ar-SA"/>
              </w:rPr>
              <w:t>tls</w:t>
            </w:r>
            <w:r>
              <w:rPr>
                <w:rFonts w:eastAsia="ＭＳ 明朝" w:cs=""/>
                <w:b w:val="false"/>
                <w:kern w:val="0"/>
                <w:sz w:val="24"/>
                <w:szCs w:val="22"/>
                <w:lang w:eastAsia="en-US" w:bidi="ar-SA"/>
              </w:rPr>
              <w:t xml:space="preserve"> и </w:t>
            </w:r>
            <w:r>
              <w:rPr>
                <w:rFonts w:eastAsia="ＭＳ 明朝" w:cs=""/>
                <w:b w:val="false"/>
                <w:kern w:val="0"/>
                <w:sz w:val="24"/>
                <w:szCs w:val="22"/>
                <w:lang w:val="zxx" w:eastAsia="en-US" w:bidi="ar-SA"/>
              </w:rPr>
              <w:t>plain.</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15.47</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15.68</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R84</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Допуск </w:t>
            </w:r>
            <w:r>
              <w:rPr>
                <w:rFonts w:eastAsia="ＭＳ 明朝" w:cs=""/>
                <w:b w:val="false"/>
                <w:kern w:val="0"/>
                <w:sz w:val="24"/>
                <w:szCs w:val="22"/>
                <w:lang w:val="zxx" w:eastAsia="en-US" w:bidi="ar-SA"/>
              </w:rPr>
              <w:t>handshake</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Неаутентифицированные </w:t>
            </w:r>
            <w:r>
              <w:rPr>
                <w:rFonts w:eastAsia="ＭＳ 明朝" w:cs=""/>
                <w:b w:val="false"/>
                <w:kern w:val="0"/>
                <w:sz w:val="24"/>
                <w:szCs w:val="22"/>
                <w:lang w:val="zxx" w:eastAsia="en-US" w:bidi="ar-SA"/>
              </w:rPr>
              <w:t>TCP-</w:t>
            </w:r>
            <w:r>
              <w:rPr>
                <w:rFonts w:eastAsia="ＭＳ 明朝" w:cs=""/>
                <w:b w:val="false"/>
                <w:kern w:val="0"/>
                <w:sz w:val="24"/>
                <w:szCs w:val="22"/>
                <w:lang w:eastAsia="en-US" w:bidi="ar-SA"/>
              </w:rPr>
              <w:t xml:space="preserve">сокеты не занимают контексты </w:t>
            </w:r>
            <w:r>
              <w:rPr>
                <w:rFonts w:eastAsia="ＭＳ 明朝" w:cs=""/>
                <w:b w:val="false"/>
                <w:kern w:val="0"/>
                <w:sz w:val="24"/>
                <w:szCs w:val="22"/>
                <w:lang w:val="zxx" w:eastAsia="en-US" w:bidi="ar-SA"/>
              </w:rPr>
              <w:t>PSK-</w:t>
            </w:r>
            <w:r>
              <w:rPr>
                <w:rFonts w:eastAsia="ＭＳ 明朝" w:cs=""/>
                <w:b w:val="false"/>
                <w:kern w:val="0"/>
                <w:sz w:val="24"/>
                <w:szCs w:val="22"/>
                <w:lang w:eastAsia="en-US" w:bidi="ar-SA"/>
              </w:rPr>
              <w:t>⁠</w:t>
            </w:r>
            <w:r>
              <w:rPr>
                <w:rFonts w:eastAsia="ＭＳ 明朝" w:cs=""/>
                <w:b w:val="false"/>
                <w:kern w:val="0"/>
                <w:sz w:val="24"/>
                <w:szCs w:val="22"/>
                <w:lang w:val="zxx" w:eastAsia="en-US" w:bidi="ar-SA"/>
              </w:rPr>
              <w:t>DHE.</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Два молчащих подключения, повтор </w:t>
            </w:r>
            <w:r>
              <w:rPr>
                <w:rFonts w:eastAsia="ＭＳ 明朝" w:cs=""/>
                <w:b w:val="false"/>
                <w:kern w:val="0"/>
                <w:sz w:val="24"/>
                <w:szCs w:val="22"/>
                <w:lang w:val="zxx" w:eastAsia="en-US" w:bidi="ar-SA"/>
              </w:rPr>
              <w:t>ClientHello</w:t>
            </w:r>
            <w:r>
              <w:rPr>
                <w:rFonts w:eastAsia="ＭＳ 明朝" w:cs=""/>
                <w:b w:val="false"/>
                <w:kern w:val="0"/>
                <w:sz w:val="24"/>
                <w:szCs w:val="22"/>
                <w:lang w:eastAsia="en-US" w:bidi="ar-SA"/>
              </w:rPr>
              <w:t xml:space="preserve"> и неверный </w:t>
            </w:r>
            <w:r>
              <w:rPr>
                <w:rFonts w:eastAsia="ＭＳ 明朝" w:cs=""/>
                <w:b w:val="false"/>
                <w:kern w:val="0"/>
                <w:sz w:val="24"/>
                <w:szCs w:val="22"/>
                <w:lang w:val="zxx" w:eastAsia="en-US" w:bidi="ar-SA"/>
              </w:rPr>
              <w:t>binder</w:t>
            </w:r>
            <w:r>
              <w:rPr>
                <w:rFonts w:eastAsia="ＭＳ 明朝" w:cs=""/>
                <w:b w:val="false"/>
                <w:kern w:val="0"/>
                <w:sz w:val="24"/>
                <w:szCs w:val="22"/>
                <w:lang w:eastAsia="en-US" w:bidi="ar-SA"/>
              </w:rPr>
              <w:t xml:space="preserve"> не занимают дорогой резерв владельца.</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14.50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14.54</w:t>
            </w:r>
          </w:p>
        </w:tc>
      </w:tr>
    </w:tbl>
    <w:p>
      <w:pPr>
        <w:pStyle w:val="Normal"/>
        <w:keepNext w:val="true"/>
        <w:ind w:hanging="0"/>
        <w:jc w:val="start"/>
        <w:rPr/>
      </w:pPr>
      <w:r>
        <w:br w:type="page"/>
      </w:r>
      <w:r>
        <w:rPr>
          <w:b w:val="false"/>
          <w:i/>
          <w:sz w:val="24"/>
        </w:rPr>
        <w:t xml:space="preserve">Продолжение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R85</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Слоты и кеш решений</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Чтения и </w:t>
            </w:r>
            <w:r>
              <w:rPr>
                <w:rFonts w:eastAsia="ＭＳ 明朝" w:cs=""/>
                <w:b w:val="false"/>
                <w:kern w:val="0"/>
                <w:sz w:val="24"/>
                <w:szCs w:val="22"/>
                <w:lang w:val="zxx" w:eastAsia="en-US" w:bidi="ar-SA"/>
              </w:rPr>
              <w:t>heartbeat</w:t>
            </w:r>
            <w:r>
              <w:rPr>
                <w:rFonts w:eastAsia="ＭＳ 明朝" w:cs=""/>
                <w:b w:val="false"/>
                <w:kern w:val="0"/>
                <w:sz w:val="24"/>
                <w:szCs w:val="22"/>
                <w:lang w:eastAsia="en-US" w:bidi="ar-SA"/>
              </w:rPr>
              <w:t xml:space="preserve"> не расходуют </w:t>
            </w:r>
            <w:r>
              <w:rPr>
                <w:rFonts w:eastAsia="ＭＳ 明朝" w:cs=""/>
                <w:b w:val="false"/>
                <w:kern w:val="0"/>
                <w:sz w:val="24"/>
                <w:szCs w:val="22"/>
                <w:lang w:val="zxx" w:eastAsia="en-US" w:bidi="ar-SA"/>
              </w:rPr>
              <w:t>cmdSeq</w:t>
            </w:r>
            <w:r>
              <w:rPr>
                <w:rFonts w:eastAsia="ＭＳ 明朝" w:cs=""/>
                <w:b w:val="false"/>
                <w:kern w:val="0"/>
                <w:sz w:val="24"/>
                <w:szCs w:val="22"/>
                <w:lang w:eastAsia="en-US" w:bidi="ar-SA"/>
              </w:rPr>
              <w:t>; резервные номера обходят обычное окно.</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Повторы </w:t>
            </w:r>
            <w:r>
              <w:rPr>
                <w:rFonts w:eastAsia="ＭＳ 明朝" w:cs=""/>
                <w:b w:val="false"/>
                <w:kern w:val="0"/>
                <w:sz w:val="24"/>
                <w:szCs w:val="22"/>
                <w:lang w:val="zxx" w:eastAsia="en-US" w:bidi="ar-SA"/>
              </w:rPr>
              <w:t>ping</w:t>
            </w:r>
            <w:r>
              <w:rPr>
                <w:rFonts w:eastAsia="ＭＳ 明朝" w:cs=""/>
                <w:b w:val="false"/>
                <w:kern w:val="0"/>
                <w:sz w:val="24"/>
                <w:szCs w:val="22"/>
                <w:lang w:eastAsia="en-US" w:bidi="ar-SA"/>
              </w:rPr>
              <w:t xml:space="preserve">, занятый слот, скачок выше окна и гонки </w:t>
            </w:r>
            <w:r>
              <w:rPr>
                <w:rFonts w:eastAsia="ＭＳ 明朝" w:cs=""/>
                <w:b w:val="false"/>
                <w:kern w:val="0"/>
                <w:sz w:val="24"/>
                <w:szCs w:val="22"/>
                <w:lang w:val="zxx" w:eastAsia="en-US" w:bidi="ar-SA"/>
              </w:rPr>
              <w:t>session.start/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session.cancel.</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9.31</w:t>
            </w:r>
            <w:r>
              <w:rPr>
                <w:rFonts w:eastAsia="ＭＳ 明朝" w:cs=""/>
                <w:b w:val="false"/>
                <w:kern w:val="0"/>
                <w:sz w:val="24"/>
                <w:szCs w:val="22"/>
                <w:lang w:eastAsia="en-US" w:bidi="ar-SA"/>
              </w:rPr>
              <w:t>–</w:t>
            </w:r>
            <w:r>
              <w:rPr>
                <w:rFonts w:eastAsia="ＭＳ 明朝" w:cs=""/>
                <w:b w:val="false"/>
                <w:kern w:val="0"/>
                <w:sz w:val="24"/>
                <w:szCs w:val="22"/>
                <w:lang w:val="zxx" w:eastAsia="en-US" w:bidi="ar-SA"/>
              </w:rPr>
              <w:t>9.36</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R86</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Повтор освобождения</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Новый канал того же участника возвращает сохраненное решение </w:t>
            </w:r>
            <w:r>
              <w:rPr>
                <w:rFonts w:eastAsia="ＭＳ 明朝" w:cs=""/>
                <w:b w:val="false"/>
                <w:kern w:val="0"/>
                <w:sz w:val="24"/>
                <w:szCs w:val="22"/>
                <w:lang w:val="zxx" w:eastAsia="en-US" w:bidi="ar-SA"/>
              </w:rPr>
              <w:t>control.release</w:t>
            </w:r>
            <w:r>
              <w:rPr>
                <w:rFonts w:eastAsia="ＭＳ 明朝" w:cs=""/>
                <w:b w:val="false"/>
                <w:kern w:val="0"/>
                <w:sz w:val="24"/>
                <w:szCs w:val="22"/>
                <w:lang w:eastAsia="en-US" w:bidi="ar-SA"/>
              </w:rPr>
              <w:t xml:space="preserve"> без владения.</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Принятый и непринятый </w:t>
            </w:r>
            <w:r>
              <w:rPr>
                <w:rFonts w:eastAsia="ＭＳ 明朝" w:cs=""/>
                <w:b w:val="false"/>
                <w:kern w:val="0"/>
                <w:sz w:val="24"/>
                <w:szCs w:val="22"/>
                <w:lang w:val="zxx" w:eastAsia="en-US" w:bidi="ar-SA"/>
              </w:rPr>
              <w:t>release</w:t>
            </w:r>
            <w:r>
              <w:rPr>
                <w:rFonts w:eastAsia="ＭＳ 明朝" w:cs=""/>
                <w:b w:val="false"/>
                <w:kern w:val="0"/>
                <w:sz w:val="24"/>
                <w:szCs w:val="22"/>
                <w:lang w:eastAsia="en-US" w:bidi="ar-SA"/>
              </w:rPr>
              <w:t xml:space="preserve">, новый канал, смена </w:t>
            </w:r>
            <w:r>
              <w:rPr>
                <w:rFonts w:eastAsia="ＭＳ 明朝" w:cs=""/>
                <w:b w:val="false"/>
                <w:kern w:val="0"/>
                <w:sz w:val="24"/>
                <w:szCs w:val="22"/>
                <w:lang w:val="zxx" w:eastAsia="en-US" w:bidi="ar-SA"/>
              </w:rPr>
              <w:t>principalId</w:t>
            </w:r>
            <w:r>
              <w:rPr>
                <w:rFonts w:eastAsia="ＭＳ 明朝" w:cs=""/>
                <w:b w:val="false"/>
                <w:kern w:val="0"/>
                <w:sz w:val="24"/>
                <w:szCs w:val="22"/>
                <w:lang w:eastAsia="en-US" w:bidi="ar-SA"/>
              </w:rPr>
              <w:t xml:space="preserve">, режима и </w:t>
            </w:r>
            <w:r>
              <w:rPr>
                <w:rFonts w:eastAsia="ＭＳ 明朝" w:cs=""/>
                <w:b w:val="false"/>
                <w:kern w:val="0"/>
                <w:sz w:val="24"/>
                <w:szCs w:val="22"/>
                <w:lang w:val="zxx" w:eastAsia="en-US" w:bidi="ar-SA"/>
              </w:rPr>
              <w:t>bootId.</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9.31</w:t>
            </w:r>
            <w:r>
              <w:rPr>
                <w:rFonts w:eastAsia="ＭＳ 明朝" w:cs=""/>
                <w:b w:val="false"/>
                <w:kern w:val="0"/>
                <w:sz w:val="24"/>
                <w:szCs w:val="22"/>
                <w:lang w:eastAsia="en-US" w:bidi="ar-SA"/>
              </w:rPr>
              <w:t>–</w:t>
            </w:r>
            <w:r>
              <w:rPr>
                <w:rFonts w:eastAsia="ＭＳ 明朝" w:cs=""/>
                <w:b w:val="false"/>
                <w:kern w:val="0"/>
                <w:sz w:val="24"/>
                <w:szCs w:val="22"/>
                <w:lang w:val="zxx" w:eastAsia="en-US" w:bidi="ar-SA"/>
              </w:rPr>
              <w:t>9.36</w:t>
            </w:r>
          </w:p>
        </w:tc>
      </w:tr>
      <w:tr>
        <w:trPr>
          <w:cantSplit w:val="true"/>
        </w:trPr>
        <w:tc>
          <w:tcPr>
            <w:tcW w:w="737"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R87</w:t>
            </w:r>
          </w:p>
        </w:tc>
        <w:tc>
          <w:tcPr>
            <w:tcW w:w="2551"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Канал от </w:t>
            </w:r>
            <w:r>
              <w:rPr>
                <w:rFonts w:eastAsia="ＭＳ 明朝" w:cs=""/>
                <w:b w:val="false"/>
                <w:kern w:val="0"/>
                <w:sz w:val="24"/>
                <w:szCs w:val="22"/>
                <w:lang w:val="zxx" w:eastAsia="en-US" w:bidi="ar-SA"/>
              </w:rPr>
              <w:t>64</w:t>
            </w:r>
            <w:r>
              <w:rPr>
                <w:rFonts w:eastAsia="ＭＳ 明朝" w:cs=""/>
                <w:b w:val="false"/>
                <w:kern w:val="0"/>
                <w:sz w:val="24"/>
                <w:szCs w:val="22"/>
                <w:lang w:eastAsia="en-US" w:bidi="ar-SA"/>
              </w:rPr>
              <w:t xml:space="preserve"> кбит/с</w:t>
            </w:r>
          </w:p>
        </w:tc>
        <w:tc>
          <w:tcPr>
            <w:tcW w:w="3912"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Сжатая речь, управление и накладные расходы укладываются в рассчитанную полосу.</w:t>
            </w:r>
          </w:p>
        </w:tc>
        <w:tc>
          <w:tcPr>
            <w:tcW w:w="436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GSM/</w:t>
            </w:r>
            <w:r>
              <w:rPr>
                <w:rFonts w:eastAsia="ＭＳ 明朝" w:cs=""/>
                <w:b w:val="false"/>
                <w:kern w:val="0"/>
                <w:sz w:val="24"/>
                <w:szCs w:val="22"/>
                <w:lang w:eastAsia="en-US" w:bidi="ar-SA"/>
              </w:rPr>
              <w:t>⁠</w:t>
            </w:r>
            <w:r>
              <w:rPr>
                <w:rFonts w:eastAsia="ＭＳ 明朝" w:cs=""/>
                <w:b w:val="false"/>
                <w:kern w:val="0"/>
                <w:sz w:val="24"/>
                <w:szCs w:val="22"/>
                <w:lang w:val="zxx" w:eastAsia="en-US" w:bidi="ar-SA"/>
              </w:rPr>
              <w:t>80</w:t>
            </w:r>
            <w:r>
              <w:rPr>
                <w:rFonts w:eastAsia="ＭＳ 明朝" w:cs=""/>
                <w:b w:val="false"/>
                <w:kern w:val="0"/>
                <w:sz w:val="24"/>
                <w:szCs w:val="22"/>
                <w:lang w:eastAsia="en-US" w:bidi="ar-SA"/>
              </w:rPr>
              <w:t xml:space="preserve">, задержки и потери, пауза фоновой передачи, верхний срок </w:t>
            </w:r>
            <w:r>
              <w:rPr>
                <w:rFonts w:eastAsia="ＭＳ 明朝" w:cs=""/>
                <w:b w:val="false"/>
                <w:kern w:val="0"/>
                <w:sz w:val="24"/>
                <w:szCs w:val="22"/>
                <w:lang w:val="zxx" w:eastAsia="en-US" w:bidi="ar-SA"/>
              </w:rPr>
              <w:t>session.stop.</w:t>
            </w:r>
          </w:p>
        </w:tc>
        <w:tc>
          <w:tcPr>
            <w:tcW w:w="3005"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7.32</w:t>
            </w:r>
            <w:r>
              <w:rPr>
                <w:rFonts w:eastAsia="ＭＳ 明朝" w:cs=""/>
                <w:b w:val="false"/>
                <w:kern w:val="0"/>
                <w:sz w:val="24"/>
                <w:szCs w:val="22"/>
                <w:lang w:eastAsia="en-US" w:bidi="ar-SA"/>
              </w:rPr>
              <w:t>–</w:t>
            </w:r>
            <w:r>
              <w:rPr>
                <w:rFonts w:eastAsia="ＭＳ 明朝" w:cs=""/>
                <w:b w:val="false"/>
                <w:kern w:val="0"/>
                <w:sz w:val="24"/>
                <w:szCs w:val="22"/>
                <w:lang w:val="zxx" w:eastAsia="en-US" w:bidi="ar-SA"/>
              </w:rPr>
              <w:t>7.35</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15.29</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15.34</w:t>
            </w:r>
          </w:p>
        </w:tc>
      </w:tr>
    </w:tbl>
    <w:p>
      <w:pPr>
        <w:pStyle w:val="Normal"/>
        <w:keepNext w:val="true"/>
        <w:ind w:hanging="0"/>
        <w:jc w:val="start"/>
        <w:rPr/>
      </w:pPr>
      <w:r>
        <w:br w:type="page"/>
      </w:r>
      <w:r>
        <w:rPr>
          <w:b w:val="false"/>
          <w:i/>
          <w:sz w:val="24"/>
        </w:rPr>
        <w:t xml:space="preserve">Окончание таблицы </w:t>
      </w:r>
      <w:r>
        <w:rPr>
          <w:b w:val="false"/>
          <w:i/>
          <w:sz w:val="24"/>
          <w:lang w:val="zxx"/>
        </w:rPr>
        <w:t>75</w:t>
      </w:r>
    </w:p>
    <w:tbl>
      <w:tblPr>
        <w:tblStyle w:val="TableGrid"/>
        <w:tblW w:w="1457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737"/>
        <w:gridCol w:w="2551"/>
        <w:gridCol w:w="3912"/>
        <w:gridCol w:w="4365"/>
        <w:gridCol w:w="3005"/>
      </w:tblGrid>
      <w:tr>
        <w:trPr>
          <w:cantSplit w:val="true"/>
        </w:trPr>
        <w:tc>
          <w:tcPr>
            <w:tcW w:w="737"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val="zxx" w:eastAsia="en-US" w:bidi="ar-SA"/>
              </w:rPr>
              <w:t>ID</w:t>
            </w:r>
          </w:p>
        </w:tc>
        <w:tc>
          <w:tcPr>
            <w:tcW w:w="255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Сценарий</w:t>
            </w:r>
          </w:p>
        </w:tc>
        <w:tc>
          <w:tcPr>
            <w:tcW w:w="3912"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Требование</w:t>
            </w:r>
          </w:p>
        </w:tc>
        <w:tc>
          <w:tcPr>
            <w:tcW w:w="436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Критерий</w:t>
            </w:r>
          </w:p>
        </w:tc>
        <w:tc>
          <w:tcPr>
            <w:tcW w:w="3005"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Нормативные пункты</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R88</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Групповая речь</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Подпись источника проверяется отдельно от общего ключа; </w:t>
            </w:r>
            <w:r>
              <w:rPr>
                <w:rFonts w:eastAsia="ＭＳ 明朝" w:cs=""/>
                <w:b w:val="false"/>
                <w:kern w:val="0"/>
                <w:sz w:val="24"/>
                <w:szCs w:val="22"/>
                <w:lang w:val="zxx" w:eastAsia="en-US" w:bidi="ar-SA"/>
              </w:rPr>
              <w:t>ACK</w:t>
            </w:r>
            <w:r>
              <w:rPr>
                <w:rFonts w:eastAsia="ＭＳ 明朝" w:cs=""/>
                <w:b w:val="false"/>
                <w:kern w:val="0"/>
                <w:sz w:val="24"/>
                <w:szCs w:val="22"/>
                <w:lang w:eastAsia="en-US" w:bidi="ar-SA"/>
              </w:rPr>
              <w:t xml:space="preserve"> на пакет запрещены.</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Подделка получателем, одна и две потери частей, повтор, </w:t>
            </w:r>
            <w:r>
              <w:rPr>
                <w:rFonts w:eastAsia="ＭＳ 明朝" w:cs=""/>
                <w:b w:val="false"/>
                <w:kern w:val="0"/>
                <w:sz w:val="24"/>
                <w:szCs w:val="22"/>
                <w:lang w:val="zxx" w:eastAsia="en-US" w:bidi="ar-SA"/>
              </w:rPr>
              <w:t>END</w:t>
            </w:r>
            <w:r>
              <w:rPr>
                <w:rFonts w:eastAsia="ＭＳ 明朝" w:cs=""/>
                <w:b w:val="false"/>
                <w:kern w:val="0"/>
                <w:sz w:val="24"/>
                <w:szCs w:val="22"/>
                <w:lang w:eastAsia="en-US" w:bidi="ar-SA"/>
              </w:rPr>
              <w:t>, отзыв и сбор результатов.</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15.29</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15.34</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15.10</w:t>
            </w:r>
            <w:r>
              <w:rPr>
                <w:rFonts w:eastAsia="ＭＳ 明朝" w:cs=""/>
                <w:b w:val="false"/>
                <w:kern w:val="0"/>
                <w:sz w:val="24"/>
                <w:szCs w:val="22"/>
                <w:lang w:eastAsia="en-US" w:bidi="ar-SA"/>
              </w:rPr>
              <w:t>–</w:t>
            </w:r>
            <w:r>
              <w:rPr>
                <w:rFonts w:eastAsia="ＭＳ 明朝" w:cs=""/>
                <w:b w:val="false"/>
                <w:kern w:val="0"/>
                <w:sz w:val="24"/>
                <w:szCs w:val="22"/>
                <w:lang w:val="zxx" w:eastAsia="en-US" w:bidi="ar-SA"/>
              </w:rPr>
              <w:t>15.22</w:t>
            </w:r>
          </w:p>
        </w:tc>
      </w:tr>
      <w:tr>
        <w:trPr>
          <w:cantSplit w:val="true"/>
        </w:trPr>
        <w:tc>
          <w:tcPr>
            <w:tcW w:w="737"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R89</w:t>
            </w:r>
          </w:p>
        </w:tc>
        <w:tc>
          <w:tcPr>
            <w:tcW w:w="2551"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Схема и примеры</w:t>
            </w:r>
          </w:p>
        </w:tc>
        <w:tc>
          <w:tcPr>
            <w:tcW w:w="3912"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XSD</w:t>
            </w:r>
            <w:r>
              <w:rPr>
                <w:rFonts w:eastAsia="ＭＳ 明朝" w:cs=""/>
                <w:b w:val="false"/>
                <w:kern w:val="0"/>
                <w:sz w:val="24"/>
                <w:szCs w:val="22"/>
                <w:lang w:eastAsia="en-US" w:bidi="ar-SA"/>
              </w:rPr>
              <w:t>, поля запросов, закрытые словари и все команды имеют проверяемое покрытие.</w:t>
            </w:r>
          </w:p>
        </w:tc>
        <w:tc>
          <w:tcPr>
            <w:tcW w:w="436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Неверный </w:t>
            </w:r>
            <w:r>
              <w:rPr>
                <w:rFonts w:eastAsia="ＭＳ 明朝" w:cs=""/>
                <w:b w:val="false"/>
                <w:kern w:val="0"/>
                <w:sz w:val="24"/>
                <w:szCs w:val="22"/>
                <w:lang w:val="zxx" w:eastAsia="en-US" w:bidi="ar-SA"/>
              </w:rPr>
              <w:t>status</w:t>
            </w:r>
            <w:r>
              <w:rPr>
                <w:rFonts w:eastAsia="ＭＳ 明朝" w:cs=""/>
                <w:b w:val="false"/>
                <w:kern w:val="0"/>
                <w:sz w:val="24"/>
                <w:szCs w:val="22"/>
                <w:lang w:eastAsia="en-US" w:bidi="ar-SA"/>
              </w:rPr>
              <w:t xml:space="preserve">, неизвестное поле, чужой </w:t>
            </w:r>
            <w:r>
              <w:rPr>
                <w:rFonts w:eastAsia="ＭＳ 明朝" w:cs=""/>
                <w:b w:val="false"/>
                <w:kern w:val="0"/>
                <w:sz w:val="24"/>
                <w:szCs w:val="22"/>
                <w:lang w:val="zxx" w:eastAsia="en-US" w:bidi="ar-SA"/>
              </w:rPr>
              <w:t>to</w:t>
            </w:r>
            <w:r>
              <w:rPr>
                <w:rFonts w:eastAsia="ＭＳ 明朝" w:cs=""/>
                <w:b w:val="false"/>
                <w:kern w:val="0"/>
                <w:sz w:val="24"/>
                <w:szCs w:val="22"/>
                <w:lang w:eastAsia="en-US" w:bidi="ar-SA"/>
              </w:rPr>
              <w:t>, обязательные начальные состояния и сквозные трассы.</w:t>
            </w:r>
          </w:p>
        </w:tc>
        <w:tc>
          <w:tcPr>
            <w:tcW w:w="3005"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19.84</w:t>
            </w:r>
            <w:r>
              <w:rPr>
                <w:rFonts w:eastAsia="ＭＳ 明朝" w:cs=""/>
                <w:b w:val="false"/>
                <w:kern w:val="0"/>
                <w:sz w:val="24"/>
                <w:szCs w:val="22"/>
                <w:lang w:eastAsia="en-US" w:bidi="ar-SA"/>
              </w:rPr>
              <w:t>–</w:t>
            </w:r>
            <w:r>
              <w:rPr>
                <w:rFonts w:eastAsia="ＭＳ 明朝" w:cs=""/>
                <w:b w:val="false"/>
                <w:kern w:val="0"/>
                <w:sz w:val="24"/>
                <w:szCs w:val="22"/>
                <w:lang w:val="zxx" w:eastAsia="en-US" w:bidi="ar-SA"/>
              </w:rPr>
              <w:t>19.124</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7.1</w:t>
            </w:r>
            <w:r>
              <w:rPr>
                <w:rFonts w:eastAsia="ＭＳ 明朝" w:cs=""/>
                <w:b w:val="false"/>
                <w:kern w:val="0"/>
                <w:sz w:val="24"/>
                <w:szCs w:val="22"/>
                <w:lang w:eastAsia="en-US" w:bidi="ar-SA"/>
              </w:rPr>
              <w:t>–</w:t>
            </w:r>
            <w:r>
              <w:rPr>
                <w:rFonts w:eastAsia="ＭＳ 明朝" w:cs=""/>
                <w:b w:val="false"/>
                <w:kern w:val="0"/>
                <w:sz w:val="24"/>
                <w:szCs w:val="22"/>
                <w:lang w:val="zxx" w:eastAsia="en-US" w:bidi="ar-SA"/>
              </w:rPr>
              <w:t>7.35</w:t>
            </w:r>
          </w:p>
        </w:tc>
      </w:tr>
      <w:tr>
        <w:trPr>
          <w:cantSplit w:val="true"/>
        </w:trPr>
        <w:tc>
          <w:tcPr>
            <w:tcW w:w="737"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R90</w:t>
            </w:r>
          </w:p>
        </w:tc>
        <w:tc>
          <w:tcPr>
            <w:tcW w:w="255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Инициативные уведомления УУ</w:t>
            </w:r>
          </w:p>
        </w:tc>
        <w:tc>
          <w:tcPr>
            <w:tcW w:w="3912"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При </w:t>
            </w:r>
            <w:r>
              <w:rPr>
                <w:rFonts w:eastAsia="ＭＳ 明朝" w:cs=""/>
                <w:b w:val="false"/>
                <w:kern w:val="0"/>
                <w:sz w:val="24"/>
                <w:szCs w:val="22"/>
                <w:lang w:val="zxx" w:eastAsia="en-US" w:bidi="ar-SA"/>
              </w:rPr>
              <w:t>eventsPush=1</w:t>
            </w:r>
            <w:r>
              <w:rPr>
                <w:rFonts w:eastAsia="ＭＳ 明朝" w:cs=""/>
                <w:b w:val="false"/>
                <w:kern w:val="0"/>
                <w:sz w:val="24"/>
                <w:szCs w:val="22"/>
                <w:lang w:eastAsia="en-US" w:bidi="ar-SA"/>
              </w:rPr>
              <w:t xml:space="preserve"> УУ передает </w:t>
            </w:r>
            <w:r>
              <w:rPr>
                <w:rFonts w:eastAsia="ＭＳ 明朝" w:cs=""/>
                <w:b w:val="false"/>
                <w:kern w:val="0"/>
                <w:sz w:val="24"/>
                <w:szCs w:val="22"/>
                <w:lang w:val="zxx" w:eastAsia="en-US" w:bidi="ar-SA"/>
              </w:rPr>
              <w:t>notification</w:t>
            </w:r>
            <w:r>
              <w:rPr>
                <w:rFonts w:eastAsia="ＭＳ 明朝" w:cs=""/>
                <w:b w:val="false"/>
                <w:kern w:val="0"/>
                <w:sz w:val="24"/>
                <w:szCs w:val="22"/>
                <w:lang w:eastAsia="en-US" w:bidi="ar-SA"/>
              </w:rPr>
              <w:t xml:space="preserve"> без запроса очередного события; согласование, подтверждение, повтор, </w:t>
            </w:r>
            <w:r>
              <w:rPr>
                <w:rFonts w:eastAsia="ＭＳ 明朝" w:cs=""/>
                <w:b w:val="false"/>
                <w:kern w:val="0"/>
                <w:sz w:val="24"/>
                <w:szCs w:val="22"/>
                <w:lang w:val="zxx" w:eastAsia="en-US" w:bidi="ar-SA"/>
              </w:rPr>
              <w:t>gap</w:t>
            </w:r>
            <w:r>
              <w:rPr>
                <w:rFonts w:eastAsia="ＭＳ 明朝" w:cs=""/>
                <w:b w:val="false"/>
                <w:kern w:val="0"/>
                <w:sz w:val="24"/>
                <w:szCs w:val="22"/>
                <w:lang w:eastAsia="en-US" w:bidi="ar-SA"/>
              </w:rPr>
              <w:t>, права и приоритет управления обязательны.</w:t>
            </w:r>
          </w:p>
        </w:tc>
        <w:tc>
          <w:tcPr>
            <w:tcW w:w="436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Сработка и возврат без </w:t>
            </w:r>
            <w:r>
              <w:rPr>
                <w:rFonts w:eastAsia="ＭＳ 明朝" w:cs=""/>
                <w:b w:val="false"/>
                <w:kern w:val="0"/>
                <w:sz w:val="24"/>
                <w:szCs w:val="22"/>
                <w:lang w:val="zxx" w:eastAsia="en-US" w:bidi="ar-SA"/>
              </w:rPr>
              <w:t>events.read</w:t>
            </w:r>
            <w:r>
              <w:rPr>
                <w:rFonts w:eastAsia="ＭＳ 明朝" w:cs=""/>
                <w:b w:val="false"/>
                <w:kern w:val="0"/>
                <w:sz w:val="24"/>
                <w:szCs w:val="22"/>
                <w:lang w:eastAsia="en-US" w:bidi="ar-SA"/>
              </w:rPr>
              <w:t xml:space="preserve">, потеря подтверждения, переподключение, переполнение журнала, старые клиенты и </w:t>
            </w:r>
            <w:r>
              <w:rPr>
                <w:rFonts w:eastAsia="ＭＳ 明朝" w:cs=""/>
                <w:b w:val="false"/>
                <w:kern w:val="0"/>
                <w:sz w:val="24"/>
                <w:szCs w:val="22"/>
                <w:lang w:val="zxx" w:eastAsia="en-US" w:bidi="ar-SA"/>
              </w:rPr>
              <w:t>START/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STOP</w:t>
            </w:r>
            <w:r>
              <w:rPr>
                <w:rFonts w:eastAsia="ＭＳ 明朝" w:cs=""/>
                <w:b w:val="false"/>
                <w:kern w:val="0"/>
                <w:sz w:val="24"/>
                <w:szCs w:val="22"/>
                <w:lang w:eastAsia="en-US" w:bidi="ar-SA"/>
              </w:rPr>
              <w:t xml:space="preserve"> под нагрузкой.</w:t>
            </w:r>
          </w:p>
        </w:tc>
        <w:tc>
          <w:tcPr>
            <w:tcW w:w="3005"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пп. </w:t>
            </w:r>
            <w:r>
              <w:rPr>
                <w:rFonts w:eastAsia="ＭＳ 明朝" w:cs=""/>
                <w:b w:val="false"/>
                <w:kern w:val="0"/>
                <w:sz w:val="24"/>
                <w:szCs w:val="22"/>
                <w:lang w:val="zxx" w:eastAsia="en-US" w:bidi="ar-SA"/>
              </w:rPr>
              <w:t>13.13</w:t>
            </w:r>
            <w:r>
              <w:rPr>
                <w:rFonts w:eastAsia="ＭＳ 明朝" w:cs=""/>
                <w:b w:val="false"/>
                <w:kern w:val="0"/>
                <w:sz w:val="24"/>
                <w:szCs w:val="22"/>
                <w:lang w:eastAsia="en-US" w:bidi="ar-SA"/>
              </w:rPr>
              <w:t>–</w:t>
            </w:r>
            <w:r>
              <w:rPr>
                <w:rFonts w:eastAsia="ＭＳ 明朝" w:cs=""/>
                <w:b w:val="false"/>
                <w:kern w:val="0"/>
                <w:sz w:val="24"/>
                <w:szCs w:val="22"/>
                <w:lang w:val="zxx" w:eastAsia="en-US" w:bidi="ar-SA"/>
              </w:rPr>
              <w:t>13.26</w:t>
            </w:r>
            <w:r>
              <w:rPr>
                <w:rFonts w:eastAsia="ＭＳ 明朝" w:cs=""/>
                <w:b w:val="false"/>
                <w:kern w:val="0"/>
                <w:sz w:val="24"/>
                <w:szCs w:val="22"/>
                <w:lang w:eastAsia="en-US" w:bidi="ar-SA"/>
              </w:rPr>
              <w:t xml:space="preserve">; пп. </w:t>
            </w:r>
            <w:r>
              <w:rPr>
                <w:rFonts w:eastAsia="ＭＳ 明朝" w:cs=""/>
                <w:b w:val="false"/>
                <w:kern w:val="0"/>
                <w:sz w:val="24"/>
                <w:szCs w:val="22"/>
                <w:lang w:val="zxx" w:eastAsia="en-US" w:bidi="ar-SA"/>
              </w:rPr>
              <w:t>18.19</w:t>
            </w:r>
            <w:r>
              <w:rPr>
                <w:rFonts w:eastAsia="ＭＳ 明朝" w:cs=""/>
                <w:b w:val="false"/>
                <w:kern w:val="0"/>
                <w:sz w:val="24"/>
                <w:szCs w:val="22"/>
                <w:lang w:eastAsia="en-US" w:bidi="ar-SA"/>
              </w:rPr>
              <w:t>–</w:t>
            </w:r>
            <w:r>
              <w:rPr>
                <w:rFonts w:eastAsia="ＭＳ 明朝" w:cs=""/>
                <w:b w:val="false"/>
                <w:kern w:val="0"/>
                <w:sz w:val="24"/>
                <w:szCs w:val="22"/>
                <w:lang w:val="zxx" w:eastAsia="en-US" w:bidi="ar-SA"/>
              </w:rPr>
              <w:t>18.20</w:t>
            </w:r>
          </w:p>
        </w:tc>
      </w:tr>
    </w:tbl>
    <w:p>
      <w:pPr>
        <w:sectPr>
          <w:headerReference w:type="default" r:id="rId10"/>
          <w:footerReference w:type="default" r:id="rId11"/>
          <w:type w:val="nextPage"/>
          <w:pgSz w:orient="landscape" w:w="16838" w:h="11906"/>
          <w:pgMar w:left="1134" w:right="1134" w:gutter="0" w:header="567" w:top="1134" w:footer="567" w:bottom="1134"/>
          <w:pgNumType w:fmt="decimal"/>
          <w:formProt w:val="false"/>
          <w:textDirection w:val="lrTb"/>
          <w:docGrid w:type="default" w:linePitch="360" w:charSpace="0"/>
        </w:sectPr>
      </w:pPr>
    </w:p>
    <w:p>
      <w:pPr>
        <w:pStyle w:val="1"/>
        <w:rPr/>
      </w:pPr>
      <w:bookmarkStart w:id="32" w:name="__RefHeading___Toc43313_1766585215"/>
      <w:bookmarkEnd w:id="32"/>
      <w:r>
        <w:rPr>
          <w:sz w:val="24"/>
        </w:rPr>
        <w:t>Приложение Д</w:t>
        <w:br/>
        <w:t>(справочное)</w:t>
        <w:br/>
        <w:t>Пояснения к требованиям</w:t>
      </w:r>
    </w:p>
    <w:p>
      <w:pPr>
        <w:pStyle w:val="Normal"/>
        <w:jc w:val="both"/>
        <w:rPr/>
      </w:pPr>
      <w:r>
        <w:rPr>
          <w:b w:val="false"/>
          <w:sz w:val="24"/>
        </w:rPr>
        <w:t>Справочные пояснения связывают правила протокола с устраняемой неоднозначностью. Они не вводят дополнительных полномочий или гарантий; нормативные условия, состояния и исключения определены в указанных разделах.</w:t>
      </w:r>
    </w:p>
    <w:p>
      <w:pPr>
        <w:pStyle w:val="2"/>
        <w:rPr/>
      </w:pPr>
      <w:r>
        <w:rPr>
          <w:sz w:val="24"/>
        </w:rPr>
        <w:t>Д.1 Кто вправе воздействовать на ОУ?</w:t>
      </w:r>
    </w:p>
    <w:p>
      <w:pPr>
        <w:pStyle w:val="Normal"/>
        <w:jc w:val="start"/>
        <w:rPr/>
      </w:pPr>
      <w:r>
        <w:rPr>
          <w:b w:val="false"/>
          <w:sz w:val="24"/>
        </w:rPr>
        <w:t xml:space="preserve">Аутентификация, права участника, владение и происхождение запуска проверяются раздельно. Положение в иерархии и знание </w:t>
      </w:r>
      <w:r>
        <w:rPr>
          <w:b w:val="false"/>
          <w:sz w:val="24"/>
          <w:lang w:val="zxx"/>
        </w:rPr>
        <w:t>sessionId</w:t>
      </w:r>
      <w:r>
        <w:rPr>
          <w:b w:val="false"/>
          <w:sz w:val="24"/>
        </w:rPr>
        <w:t xml:space="preserve"> не заменяют полномочий; отмена порученного запуска не дает права прерывать самостоятельное местное оповещение.</w:t>
      </w:r>
    </w:p>
    <w:p>
      <w:pPr>
        <w:pStyle w:val="Normal"/>
        <w:jc w:val="start"/>
        <w:rPr/>
      </w:pPr>
      <w:r>
        <w:rPr>
          <w:b w:val="false"/>
          <w:sz w:val="24"/>
        </w:rPr>
        <w:t>УУ проверяет непосредственный аутентифицированный АРМ. Проверка межузловой цепочки поручений выполняется на уровне АРМ.</w:t>
      </w:r>
    </w:p>
    <w:p>
      <w:pPr>
        <w:pStyle w:val="Normal"/>
        <w:jc w:val="start"/>
        <w:rPr/>
      </w:pPr>
      <w:r>
        <w:rPr>
          <w:b w:val="false"/>
          <w:sz w:val="24"/>
          <w:lang w:val="zxx"/>
        </w:rPr>
        <w:t>5</w:t>
      </w:r>
      <w:r>
        <w:rPr>
          <w:b w:val="false"/>
          <w:sz w:val="24"/>
        </w:rPr>
        <w:t xml:space="preserve"> Владение и право прерывания</w:t>
      </w:r>
    </w:p>
    <w:p>
      <w:pPr>
        <w:pStyle w:val="2"/>
        <w:rPr/>
      </w:pPr>
      <w:r>
        <w:rPr>
          <w:sz w:val="24"/>
        </w:rPr>
        <w:t>Д.2 К какому исполнению относится команда?</w:t>
      </w:r>
    </w:p>
    <w:p>
      <w:pPr>
        <w:pStyle w:val="Normal"/>
        <w:jc w:val="start"/>
        <w:rPr/>
      </w:pPr>
      <w:r>
        <w:rPr>
          <w:b w:val="false"/>
          <w:sz w:val="24"/>
        </w:rPr>
        <w:t xml:space="preserve">Контекст </w:t>
      </w:r>
      <w:r>
        <w:rPr>
          <w:b w:val="false"/>
          <w:sz w:val="24"/>
          <w:lang w:val="zxx"/>
        </w:rPr>
        <w:t>bootId/</w:t>
      </w:r>
      <w:r>
        <w:rPr>
          <w:b w:val="false"/>
          <w:sz w:val="24"/>
        </w:rPr>
        <w:t>​</w:t>
      </w:r>
      <w:r>
        <w:rPr>
          <w:b w:val="false"/>
          <w:sz w:val="24"/>
          <w:lang w:val="zxx"/>
        </w:rPr>
        <w:t>controlEpoch</w:t>
      </w:r>
      <w:r>
        <w:rPr>
          <w:b w:val="false"/>
          <w:sz w:val="24"/>
        </w:rPr>
        <w:t xml:space="preserve"> и номера команд отделяют исполнения и повторы. </w:t>
      </w:r>
      <w:r>
        <w:rPr>
          <w:b w:val="false"/>
          <w:sz w:val="24"/>
          <w:lang w:val="zxx"/>
        </w:rPr>
        <w:t>session.cancel</w:t>
      </w:r>
      <w:r>
        <w:rPr>
          <w:b w:val="false"/>
          <w:sz w:val="24"/>
        </w:rPr>
        <w:t xml:space="preserve"> адресует исходный </w:t>
      </w:r>
      <w:r>
        <w:rPr>
          <w:b w:val="false"/>
          <w:sz w:val="24"/>
          <w:lang w:val="zxx"/>
        </w:rPr>
        <w:t>session.start</w:t>
      </w:r>
      <w:r>
        <w:rPr>
          <w:b w:val="false"/>
          <w:sz w:val="24"/>
        </w:rPr>
        <w:t xml:space="preserve"> через </w:t>
      </w:r>
      <w:r>
        <w:rPr>
          <w:b w:val="false"/>
          <w:sz w:val="24"/>
          <w:lang w:val="zxx"/>
        </w:rPr>
        <w:t>startSeq</w:t>
      </w:r>
      <w:r>
        <w:rPr>
          <w:b w:val="false"/>
          <w:sz w:val="24"/>
        </w:rPr>
        <w:t xml:space="preserve">, в том числе когда ответ с </w:t>
      </w:r>
      <w:r>
        <w:rPr>
          <w:b w:val="false"/>
          <w:sz w:val="24"/>
          <w:lang w:val="zxx"/>
        </w:rPr>
        <w:t>sessionId</w:t>
      </w:r>
      <w:r>
        <w:rPr>
          <w:b w:val="false"/>
          <w:sz w:val="24"/>
        </w:rPr>
        <w:t xml:space="preserve"> потерян. Старая отмена не переносится на новый запуск.</w:t>
      </w:r>
    </w:p>
    <w:p>
      <w:pPr>
        <w:pStyle w:val="Normal"/>
        <w:jc w:val="start"/>
        <w:rPr/>
      </w:pPr>
      <w:r>
        <w:rPr>
          <w:b w:val="false"/>
          <w:sz w:val="24"/>
        </w:rPr>
        <w:t xml:space="preserve">Удаление подробного результата не разрешает повторное воздействие старым номером. </w:t>
      </w:r>
      <w:r>
        <w:rPr>
          <w:b w:val="false"/>
          <w:sz w:val="24"/>
          <w:lang w:val="zxx"/>
        </w:rPr>
        <w:t>resultExpired</w:t>
      </w:r>
      <w:r>
        <w:rPr>
          <w:b w:val="false"/>
          <w:sz w:val="24"/>
        </w:rPr>
        <w:t xml:space="preserve"> означает отсутствие доступной подробности, а не отсутствие исполнения.</w:t>
      </w:r>
    </w:p>
    <w:p>
      <w:pPr>
        <w:pStyle w:val="Normal"/>
        <w:jc w:val="start"/>
        <w:rPr/>
      </w:pPr>
      <w:r>
        <w:rPr>
          <w:b w:val="false"/>
          <w:sz w:val="24"/>
          <w:lang w:val="zxx"/>
        </w:rPr>
        <w:t>9</w:t>
      </w:r>
      <w:r>
        <w:rPr>
          <w:b w:val="false"/>
          <w:sz w:val="24"/>
        </w:rPr>
        <w:t xml:space="preserve"> Повторы, отмена и неизвестный исход</w:t>
      </w:r>
    </w:p>
    <w:p>
      <w:pPr>
        <w:pStyle w:val="2"/>
        <w:rPr/>
      </w:pPr>
      <w:r>
        <w:rPr>
          <w:sz w:val="24"/>
        </w:rPr>
        <w:t>Д.3 Что делать при неизвестном исходе?</w:t>
      </w:r>
    </w:p>
    <w:p>
      <w:pPr>
        <w:pStyle w:val="Normal"/>
        <w:jc w:val="start"/>
        <w:rPr/>
      </w:pPr>
      <w:r>
        <w:rPr>
          <w:b w:val="false"/>
          <w:sz w:val="24"/>
        </w:rPr>
        <w:t xml:space="preserve">Потерянный ответ допускает как неисполнение, так и уже начавшееся воздействие. Требуются сверка состояния и предусмотренное восстановление. Новый независимый </w:t>
      </w:r>
      <w:r>
        <w:rPr>
          <w:b w:val="false"/>
          <w:sz w:val="24"/>
          <w:lang w:val="zxx"/>
        </w:rPr>
        <w:t>session.start</w:t>
      </w:r>
      <w:r>
        <w:rPr>
          <w:b w:val="false"/>
          <w:sz w:val="24"/>
        </w:rPr>
        <w:t xml:space="preserve"> запрещен при занятости или неподтвержденном безопасном состоянии ресурса.</w:t>
      </w:r>
    </w:p>
    <w:p>
      <w:pPr>
        <w:pStyle w:val="Normal"/>
        <w:jc w:val="start"/>
        <w:rPr/>
      </w:pPr>
      <w:r>
        <w:rPr>
          <w:b w:val="false"/>
          <w:sz w:val="24"/>
        </w:rPr>
        <w:t xml:space="preserve">Отправка </w:t>
      </w:r>
      <w:r>
        <w:rPr>
          <w:b w:val="false"/>
          <w:sz w:val="24"/>
          <w:lang w:val="zxx"/>
        </w:rPr>
        <w:t>session.stop</w:t>
      </w:r>
      <w:r>
        <w:rPr>
          <w:b w:val="false"/>
          <w:sz w:val="24"/>
        </w:rPr>
        <w:t xml:space="preserve"> не доказывает </w:t>
      </w:r>
      <w:r>
        <w:rPr>
          <w:b w:val="false"/>
          <w:sz w:val="24"/>
          <w:lang w:val="zxx"/>
        </w:rPr>
        <w:t>off.</w:t>
      </w:r>
      <w:r>
        <w:rPr>
          <w:b w:val="false"/>
          <w:sz w:val="24"/>
        </w:rPr>
        <w:t xml:space="preserve"> До подтверждения выключения неопределенность физического состояния сохраняется.</w:t>
      </w:r>
    </w:p>
    <w:p>
      <w:pPr>
        <w:pStyle w:val="Normal"/>
        <w:jc w:val="start"/>
        <w:rPr/>
      </w:pPr>
      <w:r>
        <w:rPr>
          <w:b w:val="false"/>
          <w:sz w:val="24"/>
          <w:lang w:val="zxx"/>
        </w:rPr>
        <w:t>8</w:t>
      </w:r>
      <w:r>
        <w:rPr>
          <w:b w:val="false"/>
          <w:sz w:val="24"/>
        </w:rPr>
        <w:t xml:space="preserve"> Сеанс, физический результат и потеря связи</w:t>
      </w:r>
    </w:p>
    <w:p>
      <w:pPr>
        <w:pStyle w:val="2"/>
        <w:rPr/>
      </w:pPr>
      <w:r>
        <w:rPr>
          <w:sz w:val="24"/>
        </w:rPr>
        <w:t>Д.4 Что подтверждает ответ?</w:t>
      </w:r>
    </w:p>
    <w:p>
      <w:pPr>
        <w:pStyle w:val="Normal"/>
        <w:jc w:val="start"/>
        <w:rPr/>
      </w:pPr>
      <w:r>
        <w:rPr>
          <w:b w:val="false"/>
          <w:sz w:val="24"/>
        </w:rPr>
        <w:t>Прием команды, начало исполнения, выдача сигнала и физическое наблюдение имеют разные доказательства. Результат сообщается вместе с доступным уровнем наблюдения; успешная сетевая доставка не подменяет физический результат.</w:t>
      </w:r>
    </w:p>
    <w:p>
      <w:pPr>
        <w:pStyle w:val="Normal"/>
        <w:jc w:val="start"/>
        <w:rPr/>
      </w:pPr>
      <w:r>
        <w:rPr>
          <w:b w:val="false"/>
          <w:sz w:val="24"/>
        </w:rPr>
        <w:t>Связь с УУ не доказывает исправность ОУ. Сетевые квитанции и цифровая полнота аудио не подтверждают слышимость и понимание сообщения населением.</w:t>
      </w:r>
    </w:p>
    <w:p>
      <w:pPr>
        <w:pStyle w:val="Normal"/>
        <w:jc w:val="start"/>
        <w:rPr/>
      </w:pPr>
      <w:r>
        <w:rPr>
          <w:b w:val="false"/>
          <w:sz w:val="24"/>
          <w:lang w:val="zxx"/>
        </w:rPr>
        <w:t>15</w:t>
      </w:r>
      <w:r>
        <w:rPr>
          <w:b w:val="false"/>
          <w:sz w:val="24"/>
        </w:rPr>
        <w:t xml:space="preserve"> Речь, записи и время; подраздел «Приемочные испытания речи»</w:t>
      </w:r>
    </w:p>
    <w:p>
      <w:pPr>
        <w:pStyle w:val="2"/>
        <w:rPr/>
      </w:pPr>
      <w:r>
        <w:rPr>
          <w:sz w:val="24"/>
        </w:rPr>
        <w:t>Д.5 Почему подключение не дает новое владение?</w:t>
      </w:r>
    </w:p>
    <w:p>
      <w:pPr>
        <w:pStyle w:val="Normal"/>
        <w:jc w:val="start"/>
        <w:rPr/>
      </w:pPr>
      <w:r>
        <w:rPr>
          <w:b w:val="false"/>
          <w:sz w:val="24"/>
          <w:lang w:val="zxx"/>
        </w:rPr>
        <w:t>principalId</w:t>
      </w:r>
      <w:r>
        <w:rPr>
          <w:b w:val="false"/>
          <w:sz w:val="24"/>
        </w:rPr>
        <w:t xml:space="preserve">, </w:t>
      </w:r>
      <w:r>
        <w:rPr>
          <w:b w:val="false"/>
          <w:sz w:val="24"/>
          <w:lang w:val="zxx"/>
        </w:rPr>
        <w:t>instanceId</w:t>
      </w:r>
      <w:r>
        <w:rPr>
          <w:b w:val="false"/>
          <w:sz w:val="24"/>
        </w:rPr>
        <w:t xml:space="preserve">, </w:t>
      </w:r>
      <w:r>
        <w:rPr>
          <w:b w:val="false"/>
          <w:sz w:val="24"/>
          <w:lang w:val="zxx"/>
        </w:rPr>
        <w:t>controlEpoch</w:t>
      </w:r>
      <w:r>
        <w:rPr>
          <w:b w:val="false"/>
          <w:sz w:val="24"/>
        </w:rPr>
        <w:t xml:space="preserve">, </w:t>
      </w:r>
      <w:r>
        <w:rPr>
          <w:b w:val="false"/>
          <w:sz w:val="24"/>
          <w:lang w:val="zxx"/>
        </w:rPr>
        <w:t>attachSeq</w:t>
      </w:r>
      <w:r>
        <w:rPr>
          <w:b w:val="false"/>
          <w:sz w:val="24"/>
        </w:rPr>
        <w:t xml:space="preserve"> и </w:t>
      </w:r>
      <w:r>
        <w:rPr>
          <w:b w:val="false"/>
          <w:sz w:val="24"/>
          <w:lang w:val="zxx"/>
        </w:rPr>
        <w:t>bootId</w:t>
      </w:r>
      <w:r>
        <w:rPr>
          <w:b w:val="false"/>
          <w:sz w:val="24"/>
        </w:rPr>
        <w:t xml:space="preserve"> решают разные задачи. </w:t>
      </w:r>
      <w:r>
        <w:rPr>
          <w:b w:val="false"/>
          <w:sz w:val="24"/>
          <w:lang w:val="zxx"/>
        </w:rPr>
        <w:t>Resume</w:t>
      </w:r>
      <w:r>
        <w:rPr>
          <w:b w:val="false"/>
          <w:sz w:val="24"/>
        </w:rPr>
        <w:t xml:space="preserve"> восстанавливает тот же контекст; дублер </w:t>
      </w:r>
      <w:r>
        <w:rPr>
          <w:b w:val="false"/>
          <w:sz w:val="24"/>
          <w:lang w:val="zxx"/>
        </w:rPr>
        <w:t>ДОЛЖЕН</w:t>
      </w:r>
      <w:r>
        <w:rPr>
          <w:b w:val="false"/>
          <w:sz w:val="24"/>
        </w:rPr>
        <w:t xml:space="preserve"> предварительно исключить прежнего активного писателя.</w:t>
      </w:r>
    </w:p>
    <w:p>
      <w:pPr>
        <w:pStyle w:val="Normal"/>
        <w:jc w:val="start"/>
        <w:rPr/>
      </w:pPr>
      <w:r>
        <w:rPr>
          <w:b w:val="false"/>
          <w:sz w:val="24"/>
        </w:rPr>
        <w:t xml:space="preserve">Общий ключ и успешный </w:t>
      </w:r>
      <w:r>
        <w:rPr>
          <w:b w:val="false"/>
          <w:sz w:val="24"/>
          <w:lang w:val="zxx"/>
        </w:rPr>
        <w:t>handshake</w:t>
      </w:r>
      <w:r>
        <w:rPr>
          <w:b w:val="false"/>
          <w:sz w:val="24"/>
        </w:rPr>
        <w:t xml:space="preserve"> не доказывают, что другая копия АРМ больше не управляет устройством.</w:t>
      </w:r>
    </w:p>
    <w:p>
      <w:pPr>
        <w:pStyle w:val="Normal"/>
        <w:jc w:val="start"/>
        <w:rPr/>
      </w:pPr>
      <w:r>
        <w:rPr>
          <w:b w:val="false"/>
          <w:sz w:val="24"/>
          <w:lang w:val="zxx"/>
        </w:rPr>
        <w:t>5</w:t>
      </w:r>
      <w:r>
        <w:rPr>
          <w:b w:val="false"/>
          <w:sz w:val="24"/>
        </w:rPr>
        <w:t xml:space="preserve"> Владение и право прерывания; подраздел «Переподключение и дублер»</w:t>
      </w:r>
    </w:p>
    <w:p>
      <w:pPr>
        <w:pStyle w:val="2"/>
        <w:rPr/>
      </w:pPr>
      <w:r>
        <w:rPr>
          <w:sz w:val="24"/>
        </w:rPr>
        <w:t>Д.6 Что гарантирует защита от повторов?</w:t>
      </w:r>
    </w:p>
    <w:p>
      <w:pPr>
        <w:pStyle w:val="Normal"/>
        <w:jc w:val="start"/>
        <w:rPr/>
      </w:pPr>
      <w:r>
        <w:rPr>
          <w:b w:val="false"/>
          <w:sz w:val="24"/>
        </w:rPr>
        <w:t>Дедупликация сетевой команды предотвращает повторное решение управляющего ядра в заданном контексте. Для физического интерфейса отдельно учитываются идентификация команды, потерянный ответ и возможность наблюдать результат.</w:t>
      </w:r>
    </w:p>
    <w:p>
      <w:pPr>
        <w:pStyle w:val="Normal"/>
        <w:jc w:val="start"/>
        <w:rPr/>
      </w:pPr>
      <w:r>
        <w:rPr>
          <w:b w:val="false"/>
          <w:sz w:val="24"/>
        </w:rPr>
        <w:t xml:space="preserve">Старое ОУ без корреляции команд не получает гарантию однократного физического воздействия от одной лишь дедупликации </w:t>
      </w:r>
      <w:r>
        <w:rPr>
          <w:b w:val="false"/>
          <w:sz w:val="24"/>
          <w:lang w:val="zxx"/>
        </w:rPr>
        <w:t>Ethernet.</w:t>
      </w:r>
      <w:r>
        <w:rPr>
          <w:b w:val="false"/>
          <w:sz w:val="24"/>
        </w:rPr>
        <w:t xml:space="preserve"> Общий режим записи не доказывает выбранное содержимое.</w:t>
      </w:r>
    </w:p>
    <w:p>
      <w:pPr>
        <w:pStyle w:val="Normal"/>
        <w:jc w:val="start"/>
        <w:rPr/>
      </w:pPr>
      <w:r>
        <w:rPr>
          <w:b w:val="false"/>
          <w:sz w:val="24"/>
          <w:lang w:val="zxx"/>
        </w:rPr>
        <w:t>10</w:t>
      </w:r>
      <w:r>
        <w:rPr>
          <w:b w:val="false"/>
          <w:sz w:val="24"/>
        </w:rPr>
        <w:t xml:space="preserve"> Профили ОУ: ВАУ и Сирена</w:t>
      </w:r>
    </w:p>
    <w:p>
      <w:pPr>
        <w:pStyle w:val="2"/>
        <w:rPr/>
      </w:pPr>
      <w:r>
        <w:rPr>
          <w:sz w:val="24"/>
        </w:rPr>
        <w:t>Д.7 Почему значение сопровождается качеством?</w:t>
      </w:r>
    </w:p>
    <w:p>
      <w:pPr>
        <w:pStyle w:val="Normal"/>
        <w:jc w:val="start"/>
        <w:rPr/>
      </w:pPr>
      <w:r>
        <w:rPr>
          <w:b w:val="false"/>
          <w:sz w:val="24"/>
        </w:rPr>
        <w:t>Значение, качество, свежесть, источник и наличие точки различаются. Полнота снимка и непрерывность журнала проверяются отдельно; неполный снимок не очищает аварии.</w:t>
      </w:r>
    </w:p>
    <w:p>
      <w:pPr>
        <w:pStyle w:val="Normal"/>
        <w:jc w:val="start"/>
        <w:rPr/>
      </w:pPr>
      <w:r>
        <w:rPr>
          <w:b w:val="false"/>
          <w:sz w:val="24"/>
        </w:rPr>
        <w:t>Полный набор диагностических данных может описывать неисправное оборудование. Полнота передачи и исправность являются независимыми признаками.</w:t>
      </w:r>
    </w:p>
    <w:p>
      <w:pPr>
        <w:pStyle w:val="Normal"/>
        <w:jc w:val="start"/>
        <w:rPr/>
      </w:pPr>
      <w:r>
        <w:rPr>
          <w:b w:val="false"/>
          <w:sz w:val="24"/>
          <w:lang w:val="zxx"/>
        </w:rPr>
        <w:t>13</w:t>
      </w:r>
      <w:r>
        <w:rPr>
          <w:b w:val="false"/>
          <w:sz w:val="24"/>
        </w:rPr>
        <w:t xml:space="preserve"> Диагностика, события и снимки</w:t>
      </w:r>
    </w:p>
    <w:p>
      <w:pPr>
        <w:pStyle w:val="Normal"/>
        <w:rPr/>
      </w:pPr>
      <w:r>
        <w:rPr/>
      </w:r>
      <w:r>
        <w:br w:type="page"/>
      </w:r>
    </w:p>
    <w:p>
      <w:pPr>
        <w:pStyle w:val="1"/>
        <w:rPr/>
      </w:pPr>
      <w:bookmarkStart w:id="33" w:name="__RefHeading___Toc43315_1766585215"/>
      <w:bookmarkEnd w:id="33"/>
      <w:r>
        <w:rPr>
          <w:sz w:val="24"/>
        </w:rPr>
        <w:t>Приложение Е</w:t>
        <w:br/>
        <w:t>(справочное)</w:t>
        <w:br/>
        <w:t>Сведения об издании и правах использования</w:t>
      </w:r>
    </w:p>
    <w:p>
      <w:pPr>
        <w:pStyle w:val="Normal"/>
        <w:keepNext w:val="true"/>
        <w:jc w:val="start"/>
        <w:rPr/>
      </w:pPr>
      <w:r>
        <w:rPr>
          <w:b/>
          <w:sz w:val="24"/>
        </w:rPr>
        <w:t>Наименование</w:t>
      </w:r>
    </w:p>
    <w:p>
      <w:pPr>
        <w:pStyle w:val="Normal"/>
        <w:jc w:val="both"/>
        <w:rPr/>
      </w:pPr>
      <w:r>
        <w:rPr>
          <w:b w:val="false"/>
          <w:sz w:val="24"/>
        </w:rPr>
        <w:t>Открытый протокол систем оповещения. Техническая спецификация</w:t>
      </w:r>
    </w:p>
    <w:p>
      <w:pPr>
        <w:pStyle w:val="Normal"/>
        <w:keepNext w:val="true"/>
        <w:jc w:val="start"/>
        <w:rPr/>
      </w:pPr>
      <w:r>
        <w:rPr>
          <w:b/>
          <w:sz w:val="24"/>
        </w:rPr>
        <w:t>Организация-разработчик</w:t>
      </w:r>
    </w:p>
    <w:p>
      <w:pPr>
        <w:pStyle w:val="Normal"/>
        <w:jc w:val="both"/>
        <w:rPr/>
      </w:pPr>
      <w:r>
        <w:rPr>
          <w:b w:val="false"/>
          <w:sz w:val="24"/>
        </w:rPr>
        <w:t>ООО "СОТКОМ-ЮГ"</w:t>
      </w:r>
    </w:p>
    <w:p>
      <w:pPr>
        <w:pStyle w:val="Normal"/>
        <w:keepNext w:val="true"/>
        <w:jc w:val="start"/>
        <w:rPr/>
      </w:pPr>
      <w:r>
        <w:rPr>
          <w:b/>
          <w:sz w:val="24"/>
        </w:rPr>
        <w:t>Статус</w:t>
      </w:r>
    </w:p>
    <w:p>
      <w:pPr>
        <w:pStyle w:val="Normal"/>
        <w:jc w:val="both"/>
        <w:rPr/>
      </w:pPr>
      <w:r>
        <w:rPr>
          <w:b w:val="false"/>
          <w:sz w:val="24"/>
        </w:rPr>
        <w:t>Проект стандарта организации. Для публичного обсуждения</w:t>
      </w:r>
    </w:p>
    <w:p>
      <w:pPr>
        <w:pStyle w:val="Normal"/>
        <w:keepNext w:val="true"/>
        <w:jc w:val="start"/>
        <w:rPr/>
      </w:pPr>
      <w:r>
        <w:rPr>
          <w:b/>
          <w:sz w:val="24"/>
        </w:rPr>
        <w:t>Обозначение</w:t>
      </w:r>
    </w:p>
    <w:p>
      <w:pPr>
        <w:pStyle w:val="Normal"/>
        <w:jc w:val="both"/>
        <w:rPr/>
      </w:pPr>
      <w:r>
        <w:rPr>
          <w:b w:val="false"/>
          <w:sz w:val="24"/>
        </w:rPr>
        <w:t>Обозначение СТО не присвоено</w:t>
      </w:r>
    </w:p>
    <w:p>
      <w:pPr>
        <w:pStyle w:val="Normal"/>
        <w:keepNext w:val="true"/>
        <w:jc w:val="start"/>
        <w:rPr/>
      </w:pPr>
      <w:r>
        <w:rPr>
          <w:b/>
          <w:sz w:val="24"/>
        </w:rPr>
        <w:t>Утверждение</w:t>
      </w:r>
    </w:p>
    <w:p>
      <w:pPr>
        <w:pStyle w:val="Normal"/>
        <w:jc w:val="both"/>
        <w:rPr/>
      </w:pPr>
      <w:r>
        <w:rPr>
          <w:b w:val="false"/>
          <w:sz w:val="24"/>
        </w:rPr>
        <w:t>Не утвержден. Дата введения в действие не установлена</w:t>
      </w:r>
    </w:p>
    <w:p>
      <w:pPr>
        <w:pStyle w:val="Normal"/>
        <w:jc w:val="both"/>
        <w:rPr/>
      </w:pPr>
      <w:r>
        <w:rPr>
          <w:b w:val="false"/>
          <w:sz w:val="24"/>
        </w:rPr>
        <w:t>Настоящий документ подготовлен как проект СТО. Его размещение для обсуждения не является утверждением стандарта организации или национального стандарта. Файловая и онлайн-редакции используют общие технические требования, схемы и примеры; различаются их оформление и навигация.</w:t>
      </w:r>
    </w:p>
    <w:p>
      <w:pPr>
        <w:pStyle w:val="Normal"/>
        <w:jc w:val="both"/>
        <w:rPr/>
      </w:pPr>
      <w:r>
        <w:rPr>
          <w:b w:val="false"/>
          <w:sz w:val="24"/>
        </w:rPr>
        <w:t xml:space="preserve">Уточнение редакции </w:t>
      </w:r>
      <w:r>
        <w:rPr>
          <w:b w:val="false"/>
          <w:sz w:val="24"/>
          <w:lang w:val="zxx"/>
        </w:rPr>
        <w:t>0.21</w:t>
      </w:r>
      <w:r>
        <w:rPr>
          <w:b w:val="false"/>
          <w:sz w:val="24"/>
        </w:rPr>
        <w:t xml:space="preserve"> от </w:t>
      </w:r>
      <w:r>
        <w:rPr>
          <w:b w:val="false"/>
          <w:sz w:val="24"/>
          <w:lang w:val="zxx"/>
        </w:rPr>
        <w:t>22</w:t>
      </w:r>
      <w:r>
        <w:rPr>
          <w:b w:val="false"/>
          <w:sz w:val="24"/>
        </w:rPr>
        <w:t xml:space="preserve"> октября </w:t>
      </w:r>
      <w:r>
        <w:rPr>
          <w:b w:val="false"/>
          <w:sz w:val="24"/>
          <w:lang w:val="zxx"/>
        </w:rPr>
        <w:t>2026</w:t>
      </w:r>
      <w:r>
        <w:rPr>
          <w:b w:val="false"/>
          <w:sz w:val="24"/>
        </w:rPr>
        <w:t xml:space="preserve"> г. разграничивает счетчики пакетов и отсчетов, регулирование очереди, свежесть звука и аппаратные отказы. Установлены единые правила начала короткого потока с потерями, проверки позднего </w:t>
      </w:r>
      <w:r>
        <w:rPr>
          <w:b w:val="false"/>
          <w:sz w:val="24"/>
          <w:lang w:val="zxx"/>
        </w:rPr>
        <w:t>EOF</w:t>
      </w:r>
      <w:r>
        <w:rPr>
          <w:b w:val="false"/>
          <w:sz w:val="24"/>
        </w:rPr>
        <w:t xml:space="preserve">, ожидания подготовки микрофона и чтения результата остановки после истечения владения. Задержка от действия оператора до подтвержденного </w:t>
      </w:r>
      <w:r>
        <w:rPr>
          <w:b w:val="false"/>
          <w:sz w:val="24"/>
          <w:lang w:val="zxx"/>
        </w:rPr>
        <w:t>off</w:t>
      </w:r>
      <w:r>
        <w:rPr>
          <w:b w:val="false"/>
          <w:sz w:val="24"/>
        </w:rPr>
        <w:t xml:space="preserve"> измеряется с учетом восстановления связи. Добавлено явно согласуемое </w:t>
      </w:r>
      <w:r>
        <w:rPr>
          <w:b w:val="false"/>
          <w:sz w:val="24"/>
          <w:lang w:val="zxx"/>
        </w:rPr>
        <w:t>sourceSwitch</w:t>
      </w:r>
      <w:r>
        <w:rPr>
          <w:b w:val="false"/>
          <w:sz w:val="24"/>
        </w:rPr>
        <w:t xml:space="preserve"> для перехода между источниками без отбоя ОУ. </w:t>
      </w:r>
      <w:r>
        <w:rPr>
          <w:b w:val="false"/>
          <w:sz w:val="24"/>
          <w:lang w:val="zxx"/>
        </w:rPr>
        <w:t>XML</w:t>
      </w:r>
      <w:r>
        <w:rPr>
          <w:b w:val="false"/>
          <w:sz w:val="24"/>
        </w:rPr>
        <w:t xml:space="preserve"> расширен командами </w:t>
      </w:r>
      <w:r>
        <w:rPr>
          <w:b w:val="false"/>
          <w:sz w:val="24"/>
          <w:lang w:val="zxx"/>
        </w:rPr>
        <w:t>audio.pause/</w:t>
      </w:r>
      <w:r>
        <w:rPr>
          <w:b w:val="false"/>
          <w:sz w:val="24"/>
        </w:rPr>
        <w:t>​</w:t>
      </w:r>
      <w:r>
        <w:rPr>
          <w:b w:val="false"/>
          <w:sz w:val="24"/>
          <w:lang w:val="zxx"/>
        </w:rPr>
        <w:t>audio.start</w:t>
      </w:r>
      <w:r>
        <w:rPr>
          <w:b w:val="false"/>
          <w:sz w:val="24"/>
        </w:rPr>
        <w:t xml:space="preserve"> и параметрами </w:t>
      </w:r>
      <w:r>
        <w:rPr>
          <w:b w:val="false"/>
          <w:sz w:val="24"/>
          <w:lang w:val="zxx"/>
        </w:rPr>
        <w:t>holdOutput/</w:t>
      </w:r>
      <w:r>
        <w:rPr>
          <w:b w:val="false"/>
          <w:sz w:val="24"/>
        </w:rPr>
        <w:t>​</w:t>
      </w:r>
      <w:r>
        <w:rPr>
          <w:b w:val="false"/>
          <w:sz w:val="24"/>
          <w:lang w:val="zxx"/>
        </w:rPr>
        <w:t>sessionId</w:t>
      </w:r>
      <w:r>
        <w:rPr>
          <w:b w:val="false"/>
          <w:sz w:val="24"/>
        </w:rPr>
        <w:t xml:space="preserve">; без согласования действует прежний порядок. </w:t>
      </w:r>
      <w:r>
        <w:rPr>
          <w:b w:val="false"/>
          <w:sz w:val="24"/>
          <w:lang w:val="zxx"/>
        </w:rPr>
        <w:t>UDP</w:t>
      </w:r>
      <w:r>
        <w:rPr>
          <w:b w:val="false"/>
          <w:sz w:val="24"/>
        </w:rPr>
        <w:t xml:space="preserve"> и режимы </w:t>
      </w:r>
      <w:r>
        <w:rPr>
          <w:b w:val="false"/>
          <w:sz w:val="24"/>
          <w:lang w:val="zxx"/>
        </w:rPr>
        <w:t>8</w:t>
      </w:r>
      <w:r>
        <w:rPr>
          <w:b w:val="false"/>
          <w:sz w:val="24"/>
        </w:rPr>
        <w:t xml:space="preserve"> кГц сохранены.</w:t>
      </w:r>
    </w:p>
    <w:p>
      <w:pPr>
        <w:pStyle w:val="Normal"/>
        <w:keepNext w:val="true"/>
        <w:jc w:val="start"/>
        <w:rPr/>
      </w:pPr>
      <w:r>
        <w:rPr>
          <w:b/>
          <w:sz w:val="24"/>
        </w:rPr>
        <w:t xml:space="preserve">Федеральный закон от </w:t>
      </w:r>
      <w:r>
        <w:rPr>
          <w:b/>
          <w:sz w:val="24"/>
          <w:lang w:val="zxx"/>
        </w:rPr>
        <w:t>29.06.2015</w:t>
      </w:r>
      <w:r>
        <w:rPr>
          <w:b/>
          <w:sz w:val="24"/>
        </w:rPr>
        <w:t xml:space="preserve"> № </w:t>
      </w:r>
      <w:r>
        <w:rPr>
          <w:b/>
          <w:sz w:val="24"/>
          <w:lang w:val="zxx"/>
        </w:rPr>
        <w:t>162-</w:t>
      </w:r>
      <w:r>
        <w:rPr>
          <w:b/>
          <w:sz w:val="24"/>
        </w:rPr>
        <w:t xml:space="preserve">ФЗ, статья </w:t>
      </w:r>
      <w:r>
        <w:rPr>
          <w:b/>
          <w:sz w:val="24"/>
          <w:lang w:val="zxx"/>
        </w:rPr>
        <w:t>21</w:t>
      </w:r>
    </w:p>
    <w:p>
      <w:pPr>
        <w:pStyle w:val="Normal"/>
        <w:jc w:val="both"/>
        <w:rPr/>
      </w:pPr>
      <w:r>
        <w:rPr>
          <w:b w:val="false"/>
          <w:sz w:val="24"/>
        </w:rPr>
        <w:t>Правовая основа разработки, утверждения, изменения и применения СТО. Порядок устанавливает организация. Экспертиза техническим комитетом и регистрация в фонде стандартов не объявляются выполненными.</w:t>
      </w:r>
    </w:p>
    <w:p>
      <w:pPr>
        <w:pStyle w:val="Normal"/>
        <w:keepNext w:val="true"/>
        <w:jc w:val="start"/>
        <w:rPr/>
      </w:pPr>
      <w:r>
        <w:rPr>
          <w:b/>
          <w:sz w:val="24"/>
        </w:rPr>
        <w:t xml:space="preserve">ГОСТ Р </w:t>
      </w:r>
      <w:r>
        <w:rPr>
          <w:b/>
          <w:sz w:val="24"/>
          <w:lang w:val="zxx"/>
        </w:rPr>
        <w:t>1.4-</w:t>
      </w:r>
      <w:r>
        <w:rPr>
          <w:b/>
          <w:sz w:val="24"/>
        </w:rPr>
        <w:t>⁠</w:t>
      </w:r>
      <w:r>
        <w:rPr>
          <w:b/>
          <w:sz w:val="24"/>
          <w:lang w:val="zxx"/>
        </w:rPr>
        <w:t>2004.</w:t>
      </w:r>
      <w:r>
        <w:rPr>
          <w:b/>
          <w:sz w:val="24"/>
        </w:rPr>
        <w:t xml:space="preserve"> Стандартизация в Российской Федерации. Стандарты организаций. Общие положения</w:t>
      </w:r>
    </w:p>
    <w:p>
      <w:pPr>
        <w:pStyle w:val="Normal"/>
        <w:jc w:val="both"/>
        <w:rPr/>
      </w:pPr>
      <w:r>
        <w:rPr>
          <w:b w:val="false"/>
          <w:sz w:val="24"/>
        </w:rPr>
        <w:t>Основа организации разработки и применения стандарта организации.</w:t>
      </w:r>
    </w:p>
    <w:p>
      <w:pPr>
        <w:pStyle w:val="Normal"/>
        <w:keepNext w:val="true"/>
        <w:jc w:val="start"/>
        <w:rPr/>
      </w:pPr>
      <w:r>
        <w:rPr>
          <w:b/>
          <w:sz w:val="24"/>
        </w:rPr>
        <w:t xml:space="preserve">ГОСТ Р </w:t>
      </w:r>
      <w:r>
        <w:rPr>
          <w:b/>
          <w:sz w:val="24"/>
          <w:lang w:val="zxx"/>
        </w:rPr>
        <w:t>1.5-</w:t>
      </w:r>
      <w:r>
        <w:rPr>
          <w:b/>
          <w:sz w:val="24"/>
        </w:rPr>
        <w:t>⁠</w:t>
      </w:r>
      <w:r>
        <w:rPr>
          <w:b/>
          <w:sz w:val="24"/>
          <w:lang w:val="zxx"/>
        </w:rPr>
        <w:t>2012.</w:t>
      </w:r>
      <w:r>
        <w:rPr>
          <w:b/>
          <w:sz w:val="24"/>
        </w:rPr>
        <w:t xml:space="preserve"> Стандартизация в Российской Федерации. Стандарты национальные. Правила построения, изложения, оформления и обозначения</w:t>
      </w:r>
    </w:p>
    <w:p>
      <w:pPr>
        <w:pStyle w:val="Normal"/>
        <w:jc w:val="both"/>
        <w:rPr/>
      </w:pPr>
      <w:r>
        <w:rPr>
          <w:b w:val="false"/>
          <w:sz w:val="24"/>
        </w:rPr>
        <w:t>Для файловой версии проекта выбраны правила структуры, нумерации, изложения требований, таблиц, приложений и ссылок. Область самого ГОСТ - национальные и предварительные национальные стандарты; применение выбранных правил к СТО закрепляется при утверждении в организации.</w:t>
      </w:r>
    </w:p>
    <w:p>
      <w:pPr>
        <w:pStyle w:val="Normal"/>
        <w:jc w:val="both"/>
        <w:rPr/>
      </w:pPr>
      <w:r>
        <w:rPr>
          <w:b w:val="false"/>
          <w:sz w:val="24"/>
        </w:rPr>
        <w:t xml:space="preserve">Редакция документа, версия </w:t>
      </w:r>
      <w:r>
        <w:rPr>
          <w:b w:val="false"/>
          <w:sz w:val="24"/>
          <w:lang w:val="zxx"/>
        </w:rPr>
        <w:t>wire-</w:t>
      </w:r>
      <w:r>
        <w:rPr>
          <w:b w:val="false"/>
          <w:sz w:val="24"/>
        </w:rPr>
        <w:t>профиля и версия реализации учитываются раздельно. Номер документа и дата указываются в файле и онлайн-версии; комплект редакции связывает текст, схемы, словари, примеры и проверки контрольными суммами. Изменение технического требования отражается в журнале редакций. До утверждения сохраняется пометка проекта; обозначение СТО, приказ и дату введения присваивает организация.</w:t>
      </w:r>
    </w:p>
    <w:p>
      <w:pPr>
        <w:pStyle w:val="2"/>
        <w:rPr/>
      </w:pPr>
      <w:r>
        <w:rPr>
          <w:sz w:val="24"/>
        </w:rPr>
        <w:t>Открытая безвозмездная лицензия на материалы протокола, редакция 3</w:t>
      </w:r>
    </w:p>
    <w:p>
      <w:pPr>
        <w:pStyle w:val="Normal"/>
        <w:jc w:val="both"/>
        <w:rPr/>
      </w:pPr>
      <w:r>
        <w:rPr>
          <w:b w:val="false"/>
          <w:sz w:val="24"/>
          <w:lang w:val="zxx"/>
        </w:rPr>
        <w:t>1.</w:t>
      </w:r>
      <w:r>
        <w:rPr>
          <w:b w:val="false"/>
          <w:sz w:val="24"/>
        </w:rPr>
        <w:t xml:space="preserve"> Лицензиар — ООО «СОТКОМ-ЮГ». По статье </w:t>
      </w:r>
      <w:r>
        <w:rPr>
          <w:b w:val="false"/>
          <w:sz w:val="24"/>
          <w:lang w:val="zxx"/>
        </w:rPr>
        <w:t>1286.1</w:t>
      </w:r>
      <w:r>
        <w:rPr>
          <w:b w:val="false"/>
          <w:sz w:val="24"/>
        </w:rPr>
        <w:t xml:space="preserve"> Гражданского кодекса Российской Федерации лицензиар предоставляет любому лицу простую (неисключительную) безвозмездную лицензию на опубликованные им текст спецификации «Открытый протокол систем оповещения», схемы, словари, примеры, тестовые векторы и исходные тексты проверок, прямо сопровождаемые этой лицензией. Сторонние произведения, на которые даны ссылки, в предмет лицензии не входят.</w:t>
      </w:r>
    </w:p>
    <w:p>
      <w:pPr>
        <w:pStyle w:val="Normal"/>
        <w:jc w:val="both"/>
        <w:rPr/>
      </w:pPr>
      <w:r>
        <w:rPr>
          <w:b w:val="false"/>
          <w:sz w:val="24"/>
          <w:lang w:val="zxx"/>
        </w:rPr>
        <w:t>2.</w:t>
      </w:r>
      <w:r>
        <w:rPr>
          <w:b w:val="false"/>
          <w:sz w:val="24"/>
        </w:rPr>
        <w:t xml:space="preserve"> Разрешены воспроизведение полностью и частично на любых носителях, распространение экземпляров, доведение до всеобщего сведения, публичный показ, перевод, переработка, включение в состав других произведений и программ, использование исходных и переработанных материалов в коммерческой и некоммерческой деятельности. Разрешено создавать и распространять производные материалы и предоставлять права на них, включая включенные исходные материалы, в пределах перечисленных прав. Отдельное разрешение и выплата вознаграждения не требуются.</w:t>
      </w:r>
    </w:p>
    <w:p>
      <w:pPr>
        <w:pStyle w:val="Normal"/>
        <w:jc w:val="both"/>
        <w:rPr/>
      </w:pPr>
      <w:r>
        <w:rPr>
          <w:b w:val="false"/>
          <w:sz w:val="24"/>
          <w:lang w:val="zxx"/>
        </w:rPr>
        <w:t>3.</w:t>
      </w:r>
      <w:r>
        <w:rPr>
          <w:b w:val="false"/>
          <w:sz w:val="24"/>
        </w:rPr>
        <w:t xml:space="preserve"> Использование разрешено без территориальных ограничений. Срок — весь срок действия исключительного права на соответствующий материал. Совершение любого из перечисленных в пункте </w:t>
      </w:r>
      <w:r>
        <w:rPr>
          <w:b w:val="false"/>
          <w:sz w:val="24"/>
          <w:lang w:val="zxx"/>
        </w:rPr>
        <w:t>2</w:t>
      </w:r>
      <w:r>
        <w:rPr>
          <w:b w:val="false"/>
          <w:sz w:val="24"/>
        </w:rPr>
        <w:t xml:space="preserve"> действий после ознакомления с условиями является акцептом лицензии; письменная форма договора при этом считается соблюденной. Простое чтение документа не возлагает дополнительных обязанностей.</w:t>
      </w:r>
    </w:p>
    <w:p>
      <w:pPr>
        <w:pStyle w:val="Normal"/>
        <w:jc w:val="both"/>
        <w:rPr/>
      </w:pPr>
      <w:r>
        <w:rPr>
          <w:b w:val="false"/>
          <w:sz w:val="24"/>
          <w:lang w:val="zxx"/>
        </w:rPr>
        <w:t>4.</w:t>
      </w:r>
      <w:r>
        <w:rPr>
          <w:b w:val="false"/>
          <w:sz w:val="24"/>
        </w:rPr>
        <w:t xml:space="preserve"> Обязательное размещение фирменного наименования, логотипа, ссылки на лицензиара или рекламной подписи в сетевых сообщениях, программах, изделиях и их интерфейсах не устанавливается. При передаче копии лицензируемых материалов получателю предоставляются настоящие условия; допустимо включить их в сопроводительный файл. Измененная спецификация обозначается как измененная, чтобы ее нельзя было принять за исходную редакцию. Личные неимущественные права авторов, охраняемые законом, сохраняются; эта лицензия не является отказом от них.</w:t>
      </w:r>
    </w:p>
    <w:p>
      <w:pPr>
        <w:pStyle w:val="Normal"/>
        <w:jc w:val="both"/>
        <w:rPr/>
      </w:pPr>
      <w:r>
        <w:rPr>
          <w:b w:val="false"/>
          <w:sz w:val="24"/>
          <w:lang w:val="zxx"/>
        </w:rPr>
        <w:t>5.</w:t>
      </w:r>
      <w:r>
        <w:rPr>
          <w:b w:val="false"/>
          <w:sz w:val="24"/>
        </w:rPr>
        <w:t xml:space="preserve"> Независимая реализация описанного метода обмена не требует заключения договора с разработчиком спецификации, членства в организации или раскрытия исходного кода реализации. По пункту </w:t>
      </w:r>
      <w:r>
        <w:rPr>
          <w:b w:val="false"/>
          <w:sz w:val="24"/>
          <w:lang w:val="zxx"/>
        </w:rPr>
        <w:t>5</w:t>
      </w:r>
      <w:r>
        <w:rPr>
          <w:b w:val="false"/>
          <w:sz w:val="24"/>
        </w:rPr>
        <w:t xml:space="preserve"> статьи </w:t>
      </w:r>
      <w:r>
        <w:rPr>
          <w:b w:val="false"/>
          <w:sz w:val="24"/>
          <w:lang w:val="zxx"/>
        </w:rPr>
        <w:t>1259</w:t>
      </w:r>
      <w:r>
        <w:rPr>
          <w:b w:val="false"/>
          <w:sz w:val="24"/>
        </w:rPr>
        <w:t xml:space="preserve"> ГК РФ идеи, методы, процессы, системы, способы и технические решения сами по себе не охраняются авторским правом. Лицензия распространяется на охраняемую форму материалов и не устанавливает исключительного права на сам способ обмена.</w:t>
      </w:r>
    </w:p>
    <w:p>
      <w:pPr>
        <w:pStyle w:val="Normal"/>
        <w:jc w:val="both"/>
        <w:rPr/>
      </w:pPr>
      <w:r>
        <w:rPr>
          <w:b w:val="false"/>
          <w:sz w:val="24"/>
          <w:lang w:val="zxx"/>
        </w:rPr>
        <w:t>6.</w:t>
      </w:r>
      <w:r>
        <w:rPr>
          <w:b w:val="false"/>
          <w:sz w:val="24"/>
        </w:rPr>
        <w:t xml:space="preserve"> Лицензия не предоставляет права на товарные знаки третьих лиц и не означает сертификацию, поддержку или одобрение конкретного изделия. Лицензиар предоставляет права только в отношении принадлежащих ему материалов. Самостоятельная реализация может распространяться на выбранных ее правообладателем условиях.</w:t>
      </w:r>
    </w:p>
    <w:p>
      <w:pPr>
        <w:pStyle w:val="Normal"/>
        <w:jc w:val="both"/>
        <w:rPr/>
      </w:pPr>
      <w:r>
        <w:rPr>
          <w:b w:val="false"/>
          <w:sz w:val="24"/>
          <w:lang w:val="zxx"/>
        </w:rPr>
        <w:t>7.</w:t>
      </w:r>
      <w:r>
        <w:rPr>
          <w:b w:val="false"/>
          <w:sz w:val="24"/>
        </w:rPr>
        <w:t xml:space="preserve"> Материалы предоставляются в опубликованном состоянии. Совместимость и пригодность реализации проверяются испытаниями; бесплатное предоставление материалов само по себе не является обязательством сопровождения или гарантией работоспособности оборудования. Ограничения ответственности применяются только в пределах, допускаемых законодательством Российской Федерации. К лицензии применяется право Российской Федерации.</w:t>
      </w:r>
    </w:p>
    <w:p>
      <w:pPr>
        <w:pStyle w:val="Normal"/>
        <w:jc w:val="both"/>
        <w:rPr/>
      </w:pPr>
      <w:r>
        <w:rPr>
          <w:b w:val="false"/>
          <w:sz w:val="24"/>
          <w:lang w:val="zxx"/>
        </w:rPr>
        <w:t>8.</w:t>
      </w:r>
      <w:r>
        <w:rPr>
          <w:b w:val="false"/>
          <w:sz w:val="24"/>
        </w:rPr>
        <w:t xml:space="preserve"> При соблюдении настоящих условий предоставленные права сохраняются на весь установленный срок и не могут быть отозваны по усмотрению лицензиара. Снятие материалов с публикации, замена редакции, изменение условий для последующих публикаций или прекращение сопровождения не прекращают ранее предоставленные права. Прекращение либо ограничение договора допускается только по основаниям и в порядке, которые прямо установлены применимыми императивными нормами закона. Пункт </w:t>
      </w:r>
      <w:r>
        <w:rPr>
          <w:b w:val="false"/>
          <w:sz w:val="24"/>
          <w:lang w:val="zxx"/>
        </w:rPr>
        <w:t>4</w:t>
      </w:r>
      <w:r>
        <w:rPr>
          <w:b w:val="false"/>
          <w:sz w:val="24"/>
        </w:rPr>
        <w:t xml:space="preserve"> статьи </w:t>
      </w:r>
      <w:r>
        <w:rPr>
          <w:b w:val="false"/>
          <w:sz w:val="24"/>
          <w:lang w:val="zxx"/>
        </w:rPr>
        <w:t>1286.1</w:t>
      </w:r>
      <w:r>
        <w:rPr>
          <w:b w:val="false"/>
          <w:sz w:val="24"/>
        </w:rPr>
        <w:t xml:space="preserve"> ГК РФ относится к предоставлению прав за пределами открытой лицензии и не является общим правом произвольного отзыва у соблюдающего условия пользователя.</w:t>
      </w:r>
    </w:p>
    <w:p>
      <w:pPr>
        <w:pStyle w:val="Normal"/>
        <w:jc w:val="both"/>
        <w:rPr/>
      </w:pPr>
      <w:r>
        <w:rPr>
          <w:b w:val="false"/>
          <w:sz w:val="24"/>
          <w:lang w:val="zxx"/>
        </w:rPr>
        <w:t>9.</w:t>
      </w:r>
      <w:r>
        <w:rPr>
          <w:b w:val="false"/>
          <w:sz w:val="24"/>
        </w:rPr>
        <w:t xml:space="preserve"> В отношении принадлежащих ему патентных прав, без использования которых невозможно выполнить обязательные требования данной опубликованной редакции, лицензиар принимает безвозмездное обязательство предоставить любому реализатору простую неисключительную лицензию на изготовление, применение, предложение к продаже, продажу, ввоз и иное введение соответствующих изделий в оборот, а также использование соответствующего способа. Объем ограничен необходимыми требованиями этой редакции; территория и срок соответствуют территории и оставшемуся сроку действия конкретного патента. Лицензиар не предъявляет к добросовестному реализатору требования о платежах или прекращении такого использования на основании контролируемых им необходимых патентных прав и обязуется оформить требуемый письменный договор без лицензионных платежей и ограничения круга реализаторов. После установления конкретного патента указываются его номер, существенные пункты формулы и способы использования; стороны выполняют государственную регистрацию предоставления права в случаях статей </w:t>
      </w:r>
      <w:r>
        <w:rPr>
          <w:b w:val="false"/>
          <w:sz w:val="24"/>
          <w:lang w:val="zxx"/>
        </w:rPr>
        <w:t>1232</w:t>
      </w:r>
      <w:r>
        <w:rPr>
          <w:b w:val="false"/>
          <w:sz w:val="24"/>
        </w:rPr>
        <w:t xml:space="preserve"> и </w:t>
      </w:r>
      <w:r>
        <w:rPr>
          <w:b w:val="false"/>
          <w:sz w:val="24"/>
          <w:lang w:val="zxx"/>
        </w:rPr>
        <w:t>1369</w:t>
      </w:r>
      <w:r>
        <w:rPr>
          <w:b w:val="false"/>
          <w:sz w:val="24"/>
        </w:rPr>
        <w:t xml:space="preserve"> ГК РФ. Настоящий пункт не подменяет требуемую регистрацию уже состоявшимся предоставлением права и не распоряжается патентами третьих лиц.</w:t>
      </w:r>
    </w:p>
    <w:p>
      <w:pPr>
        <w:pStyle w:val="Normal"/>
        <w:jc w:val="both"/>
        <w:rPr/>
      </w:pPr>
      <w:r>
        <w:rPr>
          <w:b w:val="false"/>
          <w:sz w:val="24"/>
          <w:lang w:val="zxx"/>
        </w:rPr>
        <w:t>10.</w:t>
      </w:r>
      <w:r>
        <w:rPr>
          <w:b w:val="false"/>
          <w:sz w:val="24"/>
        </w:rPr>
        <w:t xml:space="preserve"> Название протокола допускается использовать для достоверного указания поддерживаемой редакции и профиля. Измененный несовместимый вариант обозначается отдельно и не выдается за эту редакцию. Упоминание совместимости не означает одобрения или сертификации лицензиаром. Этот документ не удостоверяет регистрацию названия в качестве товарного знака и не устанавливает исключительного права на описательное словосочетание.</w:t>
      </w:r>
    </w:p>
    <w:p>
      <w:pPr>
        <w:pStyle w:val="Normal"/>
        <w:jc w:val="both"/>
        <w:rPr/>
      </w:pPr>
      <w:r>
        <w:rPr>
          <w:b w:val="false"/>
          <w:sz w:val="24"/>
        </w:rPr>
        <w:t xml:space="preserve">Правовая основа условий использования: ГК РФ, часть четвертая, статьи </w:t>
      </w:r>
      <w:r>
        <w:rPr>
          <w:b w:val="false"/>
          <w:sz w:val="24"/>
          <w:lang w:val="zxx"/>
        </w:rPr>
        <w:t>1232</w:t>
      </w:r>
      <w:r>
        <w:rPr>
          <w:b w:val="false"/>
          <w:sz w:val="24"/>
        </w:rPr>
        <w:t xml:space="preserve">, </w:t>
      </w:r>
      <w:r>
        <w:rPr>
          <w:b w:val="false"/>
          <w:sz w:val="24"/>
          <w:lang w:val="zxx"/>
        </w:rPr>
        <w:t>1235</w:t>
      </w:r>
      <w:r>
        <w:rPr>
          <w:b w:val="false"/>
          <w:sz w:val="24"/>
        </w:rPr>
        <w:t xml:space="preserve">, </w:t>
      </w:r>
      <w:r>
        <w:rPr>
          <w:b w:val="false"/>
          <w:sz w:val="24"/>
          <w:lang w:val="zxx"/>
        </w:rPr>
        <w:t>1236</w:t>
      </w:r>
      <w:r>
        <w:rPr>
          <w:b w:val="false"/>
          <w:sz w:val="24"/>
        </w:rPr>
        <w:t xml:space="preserve">, </w:t>
      </w:r>
      <w:r>
        <w:rPr>
          <w:b w:val="false"/>
          <w:sz w:val="24"/>
          <w:lang w:val="zxx"/>
        </w:rPr>
        <w:t>1259</w:t>
      </w:r>
      <w:r>
        <w:rPr>
          <w:b w:val="false"/>
          <w:sz w:val="24"/>
        </w:rPr>
        <w:t xml:space="preserve">, </w:t>
      </w:r>
      <w:r>
        <w:rPr>
          <w:b w:val="false"/>
          <w:sz w:val="24"/>
          <w:lang w:val="zxx"/>
        </w:rPr>
        <w:t>1265</w:t>
      </w:r>
      <w:r>
        <w:rPr>
          <w:b w:val="false"/>
          <w:sz w:val="24"/>
        </w:rPr>
        <w:t xml:space="preserve">, </w:t>
      </w:r>
      <w:r>
        <w:rPr>
          <w:b w:val="false"/>
          <w:sz w:val="24"/>
          <w:lang w:val="zxx"/>
        </w:rPr>
        <w:t>1286.1</w:t>
      </w:r>
      <w:r>
        <w:rPr>
          <w:b w:val="false"/>
          <w:sz w:val="24"/>
        </w:rPr>
        <w:t xml:space="preserve">, </w:t>
      </w:r>
      <w:r>
        <w:rPr>
          <w:b w:val="false"/>
          <w:sz w:val="24"/>
          <w:lang w:val="zxx"/>
        </w:rPr>
        <w:t>1367</w:t>
      </w:r>
      <w:r>
        <w:rPr>
          <w:b w:val="false"/>
          <w:sz w:val="24"/>
        </w:rPr>
        <w:t xml:space="preserve"> и </w:t>
      </w:r>
      <w:r>
        <w:rPr>
          <w:b w:val="false"/>
          <w:sz w:val="24"/>
          <w:lang w:val="zxx"/>
        </w:rPr>
        <w:t>1369.</w:t>
      </w:r>
      <w:r>
        <w:rPr>
          <w:b w:val="false"/>
          <w:sz w:val="24"/>
        </w:rPr>
        <w:t xml:space="preserve"> Полный русский текст лицензии приведен здесь и в файле </w:t>
      </w:r>
      <w:r>
        <w:rPr>
          <w:b w:val="false"/>
          <w:sz w:val="24"/>
          <w:lang w:val="zxx"/>
        </w:rPr>
        <w:t>license-</w:t>
      </w:r>
      <w:r>
        <w:rPr>
          <w:b w:val="false"/>
          <w:sz w:val="24"/>
        </w:rPr>
        <w:t>⁠</w:t>
      </w:r>
      <w:r>
        <w:rPr>
          <w:b w:val="false"/>
          <w:sz w:val="24"/>
          <w:lang w:val="zxx"/>
        </w:rPr>
        <w:t>0.21-</w:t>
      </w:r>
      <w:r>
        <w:rPr>
          <w:b w:val="false"/>
          <w:sz w:val="24"/>
        </w:rPr>
        <w:t>⁠</w:t>
      </w:r>
      <w:r>
        <w:rPr>
          <w:b w:val="false"/>
          <w:sz w:val="24"/>
          <w:lang w:val="zxx"/>
        </w:rPr>
        <w:t>ru.txt</w:t>
      </w:r>
      <w:r>
        <w:rPr>
          <w:b w:val="false"/>
          <w:sz w:val="24"/>
        </w:rPr>
        <w:t>; обращение к иностранному тексту лицензии не требуется.</w:t>
      </w:r>
    </w:p>
    <w:p>
      <w:pPr>
        <w:pStyle w:val="Normal"/>
        <w:keepNext w:val="true"/>
        <w:ind w:hanging="0"/>
        <w:jc w:val="start"/>
        <w:rPr/>
      </w:pPr>
      <w:r>
        <w:rPr>
          <w:b w:val="false"/>
          <w:sz w:val="24"/>
        </w:rPr>
        <w:t xml:space="preserve">Таблица </w:t>
      </w:r>
      <w:r>
        <w:rPr>
          <w:b w:val="false"/>
          <w:sz w:val="24"/>
          <w:lang w:val="zxx"/>
        </w:rPr>
        <w:t>76</w:t>
      </w:r>
      <w:r>
        <w:rPr>
          <w:b w:val="false"/>
          <w:sz w:val="24"/>
        </w:rPr>
        <w:t xml:space="preserve"> - Правовая основа лицензии</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526"/>
        <w:gridCol w:w="5111"/>
      </w:tblGrid>
      <w:tr>
        <w:trPr>
          <w:cantSplit w:val="true"/>
        </w:trPr>
        <w:tc>
          <w:tcPr>
            <w:tcW w:w="452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Правовой источник</w:t>
            </w:r>
          </w:p>
        </w:tc>
        <w:tc>
          <w:tcPr>
            <w:tcW w:w="5111"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Применение</w:t>
            </w:r>
          </w:p>
        </w:tc>
      </w:tr>
      <w:tr>
        <w:trPr>
          <w:cantSplit w:val="true"/>
        </w:trPr>
        <w:tc>
          <w:tcPr>
            <w:tcW w:w="452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ГК РФ, часть четвертая — Роспатент</w:t>
            </w:r>
          </w:p>
        </w:tc>
        <w:tc>
          <w:tcPr>
            <w:tcW w:w="5111"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Пределы авторского права и открытая лицензия.</w:t>
            </w:r>
          </w:p>
        </w:tc>
      </w:tr>
    </w:tbl>
    <w:p>
      <w:pPr>
        <w:pStyle w:val="Normal"/>
        <w:spacing w:before="0" w:after="0"/>
        <w:rPr/>
      </w:pPr>
      <w:r>
        <w:rPr/>
      </w:r>
    </w:p>
    <w:p>
      <w:pPr>
        <w:pStyle w:val="Normal"/>
        <w:jc w:val="both"/>
        <w:rPr/>
      </w:pPr>
      <w:r>
        <w:rPr>
          <w:b w:val="false"/>
          <w:sz w:val="24"/>
        </w:rPr>
        <w:t xml:space="preserve">Нормативный комплект фиксируется файлами </w:t>
      </w:r>
      <w:r>
        <w:rPr>
          <w:b w:val="false"/>
          <w:sz w:val="24"/>
          <w:lang w:val="zxx"/>
        </w:rPr>
        <w:t>specification</w:t>
      </w:r>
      <w:r>
        <w:rPr>
          <w:b w:val="false"/>
          <w:sz w:val="24"/>
        </w:rPr>
        <w:t xml:space="preserve">, </w:t>
      </w:r>
      <w:r>
        <w:rPr>
          <w:b w:val="false"/>
          <w:sz w:val="24"/>
          <w:lang w:val="zxx"/>
        </w:rPr>
        <w:t>vocabulary</w:t>
      </w:r>
      <w:r>
        <w:rPr>
          <w:b w:val="false"/>
          <w:sz w:val="24"/>
        </w:rPr>
        <w:t xml:space="preserve">, </w:t>
      </w:r>
      <w:r>
        <w:rPr>
          <w:b w:val="false"/>
          <w:sz w:val="24"/>
          <w:lang w:val="zxx"/>
        </w:rPr>
        <w:t>schemas</w:t>
      </w:r>
      <w:r>
        <w:rPr>
          <w:b w:val="false"/>
          <w:sz w:val="24"/>
        </w:rPr>
        <w:t xml:space="preserve"> и </w:t>
      </w:r>
      <w:r>
        <w:rPr>
          <w:b w:val="false"/>
          <w:sz w:val="24"/>
          <w:lang w:val="zxx"/>
        </w:rPr>
        <w:t>vectors</w:t>
      </w:r>
      <w:r>
        <w:rPr>
          <w:b w:val="false"/>
          <w:sz w:val="24"/>
        </w:rPr>
        <w:t xml:space="preserve">, связанными контрольными суммами манифеста публикации. </w:t>
      </w:r>
      <w:r>
        <w:rPr>
          <w:b w:val="false"/>
          <w:sz w:val="24"/>
          <w:lang w:val="zxx"/>
        </w:rPr>
        <w:t>JS</w:t>
      </w:r>
      <w:r>
        <w:rPr>
          <w:b w:val="false"/>
          <w:sz w:val="24"/>
        </w:rPr>
        <w:t xml:space="preserve"> служит редактируемым источником, но реализация не обязана выполнять </w:t>
      </w:r>
      <w:r>
        <w:rPr>
          <w:b w:val="false"/>
          <w:sz w:val="24"/>
          <w:lang w:val="zxx"/>
        </w:rPr>
        <w:t>JavaScript.</w:t>
      </w:r>
      <w:r>
        <w:rPr>
          <w:b w:val="false"/>
          <w:sz w:val="24"/>
        </w:rPr>
        <w:t xml:space="preserve"> Форматирование чисел детерминировано и не использует </w:t>
      </w:r>
      <w:r>
        <w:rPr>
          <w:b w:val="false"/>
          <w:sz w:val="24"/>
          <w:lang w:val="zxx"/>
        </w:rPr>
        <w:t>Intl/</w:t>
      </w:r>
      <w:r>
        <w:rPr>
          <w:b w:val="false"/>
          <w:sz w:val="24"/>
        </w:rPr>
        <w:t xml:space="preserve">локаль системы; генерация </w:t>
      </w:r>
      <w:r>
        <w:rPr>
          <w:b w:val="false"/>
          <w:sz w:val="24"/>
          <w:lang w:val="zxx"/>
        </w:rPr>
        <w:t>JSON</w:t>
      </w:r>
      <w:r>
        <w:rPr>
          <w:b w:val="false"/>
          <w:sz w:val="24"/>
        </w:rPr>
        <w:t xml:space="preserve"> сравнивается при разных </w:t>
      </w:r>
      <w:r>
        <w:rPr>
          <w:b w:val="false"/>
          <w:sz w:val="24"/>
          <w:lang w:val="zxx"/>
        </w:rPr>
        <w:t>LC_ALL</w:t>
      </w:r>
      <w:r>
        <w:rPr>
          <w:b w:val="false"/>
          <w:sz w:val="24"/>
        </w:rPr>
        <w:t xml:space="preserve"> и </w:t>
      </w:r>
      <w:r>
        <w:rPr>
          <w:b w:val="false"/>
          <w:sz w:val="24"/>
          <w:lang w:val="zxx"/>
        </w:rPr>
        <w:t>TZ.</w:t>
      </w:r>
      <w:r>
        <w:rPr>
          <w:b w:val="false"/>
          <w:sz w:val="24"/>
        </w:rPr>
        <w:t xml:space="preserve"> Побайтовая воспроизводимость </w:t>
      </w:r>
      <w:r>
        <w:rPr>
          <w:b w:val="false"/>
          <w:sz w:val="24"/>
          <w:lang w:val="zxx"/>
        </w:rPr>
        <w:t>PDF</w:t>
      </w:r>
      <w:r>
        <w:rPr>
          <w:b w:val="false"/>
          <w:sz w:val="24"/>
        </w:rPr>
        <w:t xml:space="preserve"> не заявляется: опубликованный бинарный файл имеет собственную контрольную сумму, а полнота текста сверяется с общим источником.</w:t>
      </w:r>
    </w:p>
    <w:p>
      <w:pPr>
        <w:pStyle w:val="2"/>
        <w:rPr/>
      </w:pPr>
      <w:r>
        <w:rPr>
          <w:sz w:val="24"/>
        </w:rPr>
        <w:t>Учет патентных ограничений</w:t>
      </w:r>
    </w:p>
    <w:p>
      <w:pPr>
        <w:pStyle w:val="Normal"/>
        <w:jc w:val="both"/>
        <w:rPr/>
      </w:pPr>
      <w:r>
        <w:rPr>
          <w:b w:val="false"/>
          <w:sz w:val="24"/>
        </w:rPr>
        <w:t xml:space="preserve">Авторские права на материалы и патентные права регулируются отдельно. Пункт </w:t>
      </w:r>
      <w:r>
        <w:rPr>
          <w:b w:val="false"/>
          <w:sz w:val="24"/>
          <w:lang w:val="zxx"/>
        </w:rPr>
        <w:t>9</w:t>
      </w:r>
      <w:r>
        <w:rPr>
          <w:b w:val="false"/>
          <w:sz w:val="24"/>
        </w:rPr>
        <w:t xml:space="preserve"> условий использования устанавливает собственное обязательство лицензиара по необходимым контролируемым им патентным правам, отказу от притязаний и оформлению безвозмездной лицензии с требуемой регистрацией; он не объявляет регистрационные действия уже выполненными. Редактор ведет открытый реестр известных заявленных ограничений: номер патента или заявки, правообладатель, затрагиваемые пункты, территория, срок и источник сведений. Предложение изменения содержит раскрытие известных автору существенных ограничений либо указание, что такие сведения ему не известны. Отсутствие записи не доказывает отсутствие прав третьих лиц.</w:t>
      </w:r>
    </w:p>
    <w:p>
      <w:pPr>
        <w:pStyle w:val="Normal"/>
        <w:jc w:val="both"/>
        <w:rPr/>
      </w:pPr>
      <w:r>
        <w:rPr>
          <w:b w:val="false"/>
          <w:sz w:val="24"/>
        </w:rPr>
        <w:t>Для включения решения, использование которого требует патентных прав участника, правообладатель представляет отдельное письменное обязательство предоставить любому реализатору необходимые права без лицензионных платежей и на одинаковых условиях. Публикуются перечень контролируемых прав, разрешенные действия, территория, срок, порядок заключения договора и предусмотренной законом регистрации. Такое обязательство действует только от имени подписавшего его правообладателя; участие в обсуждении не означает распоряжения чужими правами.</w:t>
      </w:r>
    </w:p>
    <w:p>
      <w:pPr>
        <w:pStyle w:val="Normal"/>
        <w:jc w:val="both"/>
        <w:rPr/>
      </w:pPr>
      <w:r>
        <w:rPr>
          <w:b w:val="false"/>
          <w:sz w:val="24"/>
        </w:rPr>
        <w:t>При известном существенном ограничении без указанных условий решение не включается в обязательный профиль: выбирается независимый вариант либо расширение не получает статус совместимого. Сообщение о новом ограничении регистрируется с анализом влияния, условиями правообладателя и решением по редакции. Публичные контакты для предложений используются и для раскрытия ограничений. Обещание отсутствия чужих патентов не дается.</w:t>
      </w:r>
    </w:p>
    <w:p>
      <w:pPr>
        <w:pStyle w:val="2"/>
        <w:rPr/>
      </w:pPr>
      <w:r>
        <w:rPr>
          <w:sz w:val="24"/>
        </w:rPr>
        <w:t>Открытость и порядок развития</w:t>
      </w:r>
    </w:p>
    <w:p>
      <w:pPr>
        <w:pStyle w:val="Normal"/>
        <w:jc w:val="both"/>
        <w:rPr/>
      </w:pPr>
      <w:r>
        <w:rPr>
          <w:b w:val="false"/>
          <w:sz w:val="24"/>
        </w:rPr>
        <w:t>Открытый протокол систем оповещения — открытая спецификация протокола для систем оповещения. Текущий криптографический профиль предназначен для российского рынка. Открытость означает общедоступность документа, свободную независимую реализацию, переработку и отсутствие обязательной маркировки изготовителем спецификации. Выбор российских алгоритмов сам по себе не подтверждает выполнение требований регуляторов или сертификацию СКЗИ.</w:t>
      </w:r>
    </w:p>
    <w:p>
      <w:pPr>
        <w:pStyle w:val="Normal"/>
        <w:jc w:val="both"/>
        <w:rPr/>
      </w:pPr>
      <w:r>
        <w:rPr>
          <w:b w:val="false"/>
          <w:sz w:val="24"/>
        </w:rPr>
        <w:t xml:space="preserve">Предложения от любого участника принимаются через опубликованные контакты сайта </w:t>
      </w:r>
      <w:r>
        <w:rPr>
          <w:b w:val="false"/>
          <w:sz w:val="24"/>
          <w:lang w:val="zxx"/>
        </w:rPr>
        <w:t>gksotcom.ru</w:t>
      </w:r>
      <w:r>
        <w:rPr>
          <w:b w:val="false"/>
          <w:sz w:val="24"/>
        </w:rPr>
        <w:t xml:space="preserve"> с темой «Открытый протокол систем оповещения: изменение». Предложение указывает редакцию, пункт, проблему, предлагаемый текст, влияние на совместимость и воспроизводимый пример. Редактор присваивает номер </w:t>
      </w:r>
      <w:r>
        <w:rPr>
          <w:b w:val="false"/>
          <w:sz w:val="24"/>
          <w:lang w:val="zxx"/>
        </w:rPr>
        <w:t>OA-</w:t>
      </w:r>
      <w:r>
        <w:rPr>
          <w:b w:val="false"/>
          <w:sz w:val="24"/>
        </w:rPr>
        <w:t>год-порядковый номер и публикует предложение, решение и обоснование в журнале изменений; контактные данные и секреты без согласия автора не публикуются. Отклонение требует технического или правового основания. Членство, закупка оборудования и договор о неразглашении для участия не требуются.</w:t>
      </w:r>
    </w:p>
    <w:p>
      <w:pPr>
        <w:pStyle w:val="Normal"/>
        <w:jc w:val="both"/>
        <w:rPr/>
      </w:pPr>
      <w:r>
        <w:rPr>
          <w:b w:val="false"/>
          <w:sz w:val="24"/>
        </w:rPr>
        <w:t xml:space="preserve">Изменение нормативного контракта публикуется как предложение не менее чем на </w:t>
      </w:r>
      <w:r>
        <w:rPr>
          <w:b w:val="false"/>
          <w:sz w:val="24"/>
          <w:lang w:val="zxx"/>
        </w:rPr>
        <w:t>30</w:t>
      </w:r>
      <w:r>
        <w:rPr>
          <w:b w:val="false"/>
          <w:sz w:val="24"/>
        </w:rPr>
        <w:t xml:space="preserve"> календарных дней до следующего стабильного выпуска. Исправление опасной ошибки может выпускаться немедленно с описанием несовместимости. Редактор отвечает за выпуск и не объявляет свое решение голосованием независимого органа. Независимая ветвь разрешена лицензией; несовместимая ветвь получает собственный идентификатор профиля и не выдается за исходную редакцию.</w:t>
      </w:r>
    </w:p>
    <w:p>
      <w:pPr>
        <w:pStyle w:val="Normal"/>
        <w:jc w:val="both"/>
        <w:rPr/>
      </w:pPr>
      <w:r>
        <w:rPr>
          <w:b w:val="false"/>
          <w:sz w:val="24"/>
        </w:rPr>
        <w:t xml:space="preserve">Редакция </w:t>
      </w:r>
      <w:r>
        <w:rPr>
          <w:b w:val="false"/>
          <w:sz w:val="24"/>
          <w:lang w:val="zxx"/>
        </w:rPr>
        <w:t>0.21</w:t>
      </w:r>
      <w:r>
        <w:rPr>
          <w:b w:val="false"/>
          <w:sz w:val="24"/>
        </w:rPr>
        <w:t xml:space="preserve"> устанавливает профиль </w:t>
      </w:r>
      <w:r>
        <w:rPr>
          <w:b w:val="false"/>
          <w:sz w:val="24"/>
          <w:lang w:val="zxx"/>
        </w:rPr>
        <w:t>open-</w:t>
      </w:r>
      <w:r>
        <w:rPr>
          <w:b w:val="false"/>
          <w:sz w:val="24"/>
        </w:rPr>
        <w:t>⁠</w:t>
      </w:r>
      <w:r>
        <w:rPr>
          <w:b w:val="false"/>
          <w:sz w:val="24"/>
          <w:lang w:val="zxx"/>
        </w:rPr>
        <w:t>alert-</w:t>
      </w:r>
      <w:r>
        <w:rPr>
          <w:b w:val="false"/>
          <w:sz w:val="24"/>
        </w:rPr>
        <w:t>⁠</w:t>
      </w:r>
      <w:r>
        <w:rPr>
          <w:b w:val="false"/>
          <w:sz w:val="24"/>
          <w:lang w:val="zxx"/>
        </w:rPr>
        <w:t>draft/</w:t>
      </w:r>
      <w:r>
        <w:rPr>
          <w:b w:val="false"/>
          <w:sz w:val="24"/>
        </w:rPr>
        <w:t>⁠</w:t>
      </w:r>
      <w:r>
        <w:rPr>
          <w:b w:val="false"/>
          <w:sz w:val="24"/>
          <w:lang w:val="zxx"/>
        </w:rPr>
        <w:t>0.21</w:t>
      </w:r>
      <w:r>
        <w:rPr>
          <w:b w:val="false"/>
          <w:sz w:val="24"/>
        </w:rPr>
        <w:t xml:space="preserve">, речевой профиль </w:t>
      </w:r>
      <w:r>
        <w:rPr>
          <w:b w:val="false"/>
          <w:sz w:val="24"/>
          <w:lang w:val="zxx"/>
        </w:rPr>
        <w:t>rtp-</w:t>
      </w:r>
      <w:r>
        <w:rPr>
          <w:b w:val="false"/>
          <w:sz w:val="24"/>
        </w:rPr>
        <w:t>⁠</w:t>
      </w:r>
      <w:r>
        <w:rPr>
          <w:b w:val="false"/>
          <w:sz w:val="24"/>
          <w:lang w:val="zxx"/>
        </w:rPr>
        <w:t>alert/</w:t>
      </w:r>
      <w:r>
        <w:rPr>
          <w:b w:val="false"/>
          <w:sz w:val="24"/>
        </w:rPr>
        <w:t>⁠</w:t>
      </w:r>
      <w:r>
        <w:rPr>
          <w:b w:val="false"/>
          <w:sz w:val="24"/>
          <w:lang w:val="zxx"/>
        </w:rPr>
        <w:t>5</w:t>
      </w:r>
      <w:r>
        <w:rPr>
          <w:b w:val="false"/>
          <w:sz w:val="24"/>
        </w:rPr>
        <w:t xml:space="preserve"> и пакет доверия </w:t>
      </w:r>
      <w:r>
        <w:rPr>
          <w:b w:val="false"/>
          <w:sz w:val="24"/>
          <w:lang w:val="zxx"/>
        </w:rPr>
        <w:t>open-</w:t>
      </w:r>
      <w:r>
        <w:rPr>
          <w:b w:val="false"/>
          <w:sz w:val="24"/>
        </w:rPr>
        <w:t>⁠</w:t>
      </w:r>
      <w:r>
        <w:rPr>
          <w:b w:val="false"/>
          <w:sz w:val="24"/>
          <w:lang w:val="zxx"/>
        </w:rPr>
        <w:t>alert-</w:t>
      </w:r>
      <w:r>
        <w:rPr>
          <w:b w:val="false"/>
          <w:sz w:val="24"/>
        </w:rPr>
        <w:t>⁠</w:t>
      </w:r>
      <w:r>
        <w:rPr>
          <w:b w:val="false"/>
          <w:sz w:val="24"/>
          <w:lang w:val="zxx"/>
        </w:rPr>
        <w:t>trust/</w:t>
      </w:r>
      <w:r>
        <w:rPr>
          <w:b w:val="false"/>
          <w:sz w:val="24"/>
        </w:rPr>
        <w:t>⁠</w:t>
      </w:r>
      <w:r>
        <w:rPr>
          <w:b w:val="false"/>
          <w:sz w:val="24"/>
          <w:lang w:val="zxx"/>
        </w:rPr>
        <w:t>2.</w:t>
      </w:r>
      <w:r>
        <w:rPr>
          <w:b w:val="false"/>
          <w:sz w:val="24"/>
        </w:rPr>
        <w:t xml:space="preserve"> Комплект идентифицируется редакцией и </w:t>
      </w:r>
      <w:r>
        <w:rPr>
          <w:b w:val="false"/>
          <w:sz w:val="24"/>
          <w:lang w:val="zxx"/>
        </w:rPr>
        <w:t>SHA-</w:t>
      </w:r>
      <w:r>
        <w:rPr>
          <w:b w:val="false"/>
          <w:sz w:val="24"/>
        </w:rPr>
        <w:t>⁠</w:t>
      </w:r>
      <w:r>
        <w:rPr>
          <w:b w:val="false"/>
          <w:sz w:val="24"/>
          <w:lang w:val="zxx"/>
        </w:rPr>
        <w:t>256</w:t>
      </w:r>
      <w:r>
        <w:rPr>
          <w:b w:val="false"/>
          <w:sz w:val="24"/>
        </w:rPr>
        <w:t xml:space="preserve"> манифеста </w:t>
      </w:r>
      <w:r>
        <w:rPr>
          <w:b w:val="false"/>
          <w:sz w:val="24"/>
          <w:lang w:val="zxx"/>
        </w:rPr>
        <w:t>publication-</w:t>
      </w:r>
      <w:r>
        <w:rPr>
          <w:b w:val="false"/>
          <w:sz w:val="24"/>
        </w:rPr>
        <w:t>⁠</w:t>
      </w:r>
      <w:r>
        <w:rPr>
          <w:b w:val="false"/>
          <w:sz w:val="24"/>
          <w:lang w:val="zxx"/>
        </w:rPr>
        <w:t>0.21.json.</w:t>
      </w:r>
      <w:r>
        <w:rPr>
          <w:b w:val="false"/>
          <w:sz w:val="24"/>
        </w:rPr>
        <w:t xml:space="preserve"> Несовместимое изменение формата или семантики требует нового идентификатора </w:t>
      </w:r>
      <w:r>
        <w:rPr>
          <w:b w:val="false"/>
          <w:sz w:val="24"/>
          <w:lang w:val="zxx"/>
        </w:rPr>
        <w:t>wire-</w:t>
      </w:r>
      <w:r>
        <w:rPr>
          <w:b w:val="false"/>
          <w:sz w:val="24"/>
        </w:rPr>
        <w:t>профиля; исправление оформления его не меняет. При проверке соответствия указывается манифест использованного комплекта.</w:t>
      </w:r>
    </w:p>
    <w:p>
      <w:pPr>
        <w:sectPr>
          <w:headerReference w:type="default" r:id="rId12"/>
          <w:footerReference w:type="default" r:id="rId13"/>
          <w:type w:val="nextPage"/>
          <w:pgSz w:w="11906" w:h="16838"/>
          <w:pgMar w:left="1134" w:right="1134" w:gutter="0" w:header="567" w:top="1134" w:footer="567" w:bottom="1134"/>
          <w:pgNumType w:fmt="decimal"/>
          <w:formProt w:val="false"/>
          <w:textDirection w:val="lrTb"/>
          <w:docGrid w:type="default" w:linePitch="360" w:charSpace="0"/>
        </w:sectPr>
        <w:pStyle w:val="Normal"/>
        <w:jc w:val="start"/>
        <w:rPr/>
      </w:pPr>
      <w:r>
        <w:rPr>
          <w:b w:val="false"/>
          <w:sz w:val="24"/>
        </w:rPr>
        <w:t xml:space="preserve">Выбранные правила файлового оформления: ГОСТ Р </w:t>
      </w:r>
      <w:r>
        <w:rPr>
          <w:b w:val="false"/>
          <w:sz w:val="24"/>
          <w:lang w:val="zxx"/>
        </w:rPr>
        <w:t>1.5-</w:t>
      </w:r>
      <w:r>
        <w:rPr>
          <w:b w:val="false"/>
          <w:sz w:val="24"/>
        </w:rPr>
        <w:t>⁠</w:t>
      </w:r>
      <w:r>
        <w:rPr>
          <w:b w:val="false"/>
          <w:sz w:val="24"/>
          <w:lang w:val="zxx"/>
        </w:rPr>
        <w:t>2012</w:t>
      </w:r>
      <w:r>
        <w:rPr>
          <w:b w:val="false"/>
          <w:sz w:val="24"/>
        </w:rPr>
        <w:t xml:space="preserve">, пункты </w:t>
      </w:r>
      <w:r>
        <w:rPr>
          <w:b w:val="false"/>
          <w:sz w:val="24"/>
          <w:lang w:val="zxx"/>
        </w:rPr>
        <w:t>5.2-</w:t>
      </w:r>
      <w:r>
        <w:rPr>
          <w:b w:val="false"/>
          <w:sz w:val="24"/>
        </w:rPr>
        <w:t>⁠</w:t>
      </w:r>
      <w:r>
        <w:rPr>
          <w:b w:val="false"/>
          <w:sz w:val="24"/>
          <w:lang w:val="zxx"/>
        </w:rPr>
        <w:t>5.4</w:t>
      </w:r>
      <w:r>
        <w:rPr>
          <w:b w:val="false"/>
          <w:sz w:val="24"/>
        </w:rPr>
        <w:t xml:space="preserve">, </w:t>
      </w:r>
      <w:r>
        <w:rPr>
          <w:b w:val="false"/>
          <w:sz w:val="24"/>
          <w:lang w:val="zxx"/>
        </w:rPr>
        <w:t>5.6.3</w:t>
      </w:r>
      <w:r>
        <w:rPr>
          <w:b w:val="false"/>
          <w:sz w:val="24"/>
        </w:rPr>
        <w:t xml:space="preserve"> и </w:t>
      </w:r>
      <w:r>
        <w:rPr>
          <w:b w:val="false"/>
          <w:sz w:val="24"/>
          <w:lang w:val="zxx"/>
        </w:rPr>
        <w:t>5.9.</w:t>
      </w:r>
      <w:r>
        <w:rPr>
          <w:b w:val="false"/>
          <w:sz w:val="24"/>
        </w:rPr>
        <w:t xml:space="preserve"> Основной текст </w:t>
      </w:r>
      <w:r>
        <w:rPr>
          <w:b w:val="false"/>
          <w:sz w:val="24"/>
          <w:lang w:val="zxx"/>
        </w:rPr>
        <w:t>Arial</w:t>
      </w:r>
      <w:r>
        <w:rPr>
          <w:b w:val="false"/>
          <w:sz w:val="24"/>
        </w:rPr>
        <w:t xml:space="preserve"> </w:t>
      </w:r>
      <w:r>
        <w:rPr>
          <w:b w:val="false"/>
          <w:sz w:val="24"/>
          <w:lang w:val="zxx"/>
        </w:rPr>
        <w:t>14</w:t>
      </w:r>
      <w:r>
        <w:rPr>
          <w:b w:val="false"/>
          <w:sz w:val="24"/>
        </w:rPr>
        <w:t xml:space="preserve"> пт, приложения и примечания </w:t>
      </w:r>
      <w:r>
        <w:rPr>
          <w:b w:val="false"/>
          <w:sz w:val="24"/>
          <w:lang w:val="zxx"/>
        </w:rPr>
        <w:t>12</w:t>
      </w:r>
      <w:r>
        <w:rPr>
          <w:b w:val="false"/>
          <w:sz w:val="24"/>
        </w:rPr>
        <w:t xml:space="preserve"> пт; поля </w:t>
      </w:r>
      <w:r>
        <w:rPr>
          <w:b w:val="false"/>
          <w:sz w:val="24"/>
          <w:lang w:val="zxx"/>
        </w:rPr>
        <w:t>20</w:t>
      </w:r>
      <w:r>
        <w:rPr>
          <w:b w:val="false"/>
          <w:sz w:val="24"/>
        </w:rPr>
        <w:t xml:space="preserve"> мм; межстрочный интервал </w:t>
      </w:r>
      <w:r>
        <w:rPr>
          <w:b w:val="false"/>
          <w:sz w:val="24"/>
          <w:lang w:val="zxx"/>
        </w:rPr>
        <w:t>1</w:t>
      </w:r>
      <w:r>
        <w:rPr>
          <w:b w:val="false"/>
          <w:sz w:val="24"/>
        </w:rPr>
        <w:t>,</w:t>
      </w:r>
      <w:r>
        <w:rPr>
          <w:b w:val="false"/>
          <w:sz w:val="24"/>
          <w:lang w:val="zxx"/>
        </w:rPr>
        <w:t>5.</w:t>
      </w:r>
      <w:r>
        <w:rPr>
          <w:b w:val="false"/>
          <w:sz w:val="24"/>
        </w:rPr>
        <w:t xml:space="preserve"> В обычных русских словах применяются переносы; в заголовках, идентификаторах, числах и значениях </w:t>
      </w:r>
      <w:r>
        <w:rPr>
          <w:b w:val="false"/>
          <w:sz w:val="24"/>
          <w:lang w:val="zxx"/>
        </w:rPr>
        <w:t>XML</w:t>
      </w:r>
      <w:r>
        <w:rPr>
          <w:b w:val="false"/>
          <w:sz w:val="24"/>
        </w:rPr>
        <w:t xml:space="preserve"> переносы запрещены. Код </w:t>
      </w:r>
      <w:r>
        <w:rPr>
          <w:b w:val="false"/>
          <w:sz w:val="24"/>
          <w:lang w:val="zxx"/>
        </w:rPr>
        <w:t>XML</w:t>
      </w:r>
      <w:r>
        <w:rPr>
          <w:b w:val="false"/>
          <w:sz w:val="24"/>
        </w:rPr>
        <w:t xml:space="preserve"> использует отдельный стиль </w:t>
      </w:r>
      <w:r>
        <w:rPr>
          <w:b w:val="false"/>
          <w:sz w:val="24"/>
          <w:lang w:val="zxx"/>
        </w:rPr>
        <w:t>Arial</w:t>
      </w:r>
      <w:r>
        <w:rPr>
          <w:b w:val="false"/>
          <w:sz w:val="24"/>
        </w:rPr>
        <w:t xml:space="preserve"> </w:t>
      </w:r>
      <w:r>
        <w:rPr>
          <w:b w:val="false"/>
          <w:sz w:val="24"/>
          <w:lang w:val="zxx"/>
        </w:rPr>
        <w:t>12</w:t>
      </w:r>
      <w:r>
        <w:rPr>
          <w:b w:val="false"/>
          <w:sz w:val="24"/>
        </w:rPr>
        <w:t xml:space="preserve"> пт с отступами вложенности. Единственный пример с неразрывной </w:t>
      </w:r>
      <w:r>
        <w:rPr>
          <w:b w:val="false"/>
          <w:sz w:val="24"/>
          <w:lang w:val="zxx"/>
        </w:rPr>
        <w:t>128-</w:t>
      </w:r>
      <w:r>
        <w:rPr>
          <w:b w:val="false"/>
          <w:sz w:val="24"/>
        </w:rPr>
        <w:t>значной подписью размещен на отдельном альбомном листе А</w:t>
      </w:r>
      <w:r>
        <w:rPr>
          <w:b w:val="false"/>
          <w:sz w:val="24"/>
          <w:lang w:val="zxx"/>
        </w:rPr>
        <w:t>3</w:t>
      </w:r>
      <w:r>
        <w:rPr>
          <w:b w:val="false"/>
          <w:sz w:val="24"/>
        </w:rPr>
        <w:t xml:space="preserve"> по выбранному допуску ГОСТ </w:t>
      </w:r>
      <w:r>
        <w:rPr>
          <w:b w:val="false"/>
          <w:sz w:val="24"/>
          <w:lang w:val="zxx"/>
        </w:rPr>
        <w:t>1.5-</w:t>
      </w:r>
      <w:r>
        <w:rPr>
          <w:b w:val="false"/>
          <w:sz w:val="24"/>
        </w:rPr>
        <w:t>⁠</w:t>
      </w:r>
      <w:r>
        <w:rPr>
          <w:b w:val="false"/>
          <w:sz w:val="24"/>
          <w:lang w:val="zxx"/>
        </w:rPr>
        <w:t>2001</w:t>
      </w:r>
      <w:r>
        <w:rPr>
          <w:b w:val="false"/>
          <w:sz w:val="24"/>
        </w:rPr>
        <w:t xml:space="preserve">, пункт </w:t>
      </w:r>
      <w:r>
        <w:rPr>
          <w:b w:val="false"/>
          <w:sz w:val="24"/>
          <w:lang w:val="zxx"/>
        </w:rPr>
        <w:t>6.3.1</w:t>
      </w:r>
      <w:r>
        <w:rPr>
          <w:b w:val="false"/>
          <w:sz w:val="24"/>
        </w:rPr>
        <w:t>; остальные страницы имеют формат А</w:t>
      </w:r>
      <w:r>
        <w:rPr>
          <w:b w:val="false"/>
          <w:sz w:val="24"/>
          <w:lang w:val="zxx"/>
        </w:rPr>
        <w:t>4.</w:t>
      </w:r>
      <w:r>
        <w:rPr>
          <w:b w:val="false"/>
          <w:sz w:val="24"/>
        </w:rPr>
        <w:t xml:space="preserve"> Значение подписи не сокращается и не разбивается. Обозначения национального стандарта и реквизиты государственного утверждения не используются.</w:t>
      </w:r>
    </w:p>
    <w:p>
      <w:pPr>
        <w:pStyle w:val="1"/>
        <w:rPr/>
      </w:pPr>
      <w:bookmarkStart w:id="34" w:name="__RefHeading___Toc43317_1766585215"/>
      <w:bookmarkEnd w:id="34"/>
      <w:r>
        <w:rPr>
          <w:sz w:val="24"/>
        </w:rPr>
        <w:t>Приложение Ж</w:t>
        <w:br/>
        <w:t>(обязательное при поддержке групповой передачи)</w:t>
        <w:br/>
        <w:t>Групповая передача речи</w:t>
      </w:r>
    </w:p>
    <w:p>
      <w:pPr>
        <w:pStyle w:val="Normal"/>
        <w:jc w:val="both"/>
        <w:rPr/>
      </w:pPr>
      <w:r>
        <w:rPr>
          <w:b w:val="false"/>
          <w:sz w:val="24"/>
        </w:rPr>
        <w:t xml:space="preserve">Настоящее приложение устанавливает полный контракт дополнительной групповой передачи речи. Базовая одноадресная связь сохраняется; объявленная поддержка </w:t>
      </w:r>
      <w:r>
        <w:rPr>
          <w:b w:val="false"/>
          <w:sz w:val="24"/>
          <w:lang w:val="zxx"/>
        </w:rPr>
        <w:t>group-</w:t>
      </w:r>
      <w:r>
        <w:rPr>
          <w:b w:val="false"/>
          <w:sz w:val="24"/>
        </w:rPr>
        <w:t>⁠</w:t>
      </w:r>
      <w:r>
        <w:rPr>
          <w:b w:val="false"/>
          <w:sz w:val="24"/>
          <w:lang w:val="zxx"/>
        </w:rPr>
        <w:t>audio/</w:t>
      </w:r>
      <w:r>
        <w:rPr>
          <w:b w:val="false"/>
          <w:sz w:val="24"/>
        </w:rPr>
        <w:t>⁠</w:t>
      </w:r>
      <w:r>
        <w:rPr>
          <w:b w:val="false"/>
          <w:sz w:val="24"/>
          <w:lang w:val="zxx"/>
        </w:rPr>
        <w:t>2</w:t>
      </w:r>
      <w:r>
        <w:rPr>
          <w:b w:val="false"/>
          <w:sz w:val="24"/>
        </w:rPr>
        <w:t xml:space="preserve"> либо </w:t>
      </w:r>
      <w:r>
        <w:rPr>
          <w:b w:val="false"/>
          <w:sz w:val="24"/>
          <w:lang w:val="zxx"/>
        </w:rPr>
        <w:t>group-</w:t>
      </w:r>
      <w:r>
        <w:rPr>
          <w:b w:val="false"/>
          <w:sz w:val="24"/>
        </w:rPr>
        <w:t>⁠</w:t>
      </w:r>
      <w:r>
        <w:rPr>
          <w:b w:val="false"/>
          <w:sz w:val="24"/>
          <w:lang w:val="zxx"/>
        </w:rPr>
        <w:t>audio-</w:t>
      </w:r>
      <w:r>
        <w:rPr>
          <w:b w:val="false"/>
          <w:sz w:val="24"/>
        </w:rPr>
        <w:t>⁠</w:t>
      </w:r>
      <w:r>
        <w:rPr>
          <w:b w:val="false"/>
          <w:sz w:val="24"/>
          <w:lang w:val="zxx"/>
        </w:rPr>
        <w:t>open/</w:t>
      </w:r>
      <w:r>
        <w:rPr>
          <w:b w:val="false"/>
          <w:sz w:val="24"/>
        </w:rPr>
        <w:t>⁠</w:t>
      </w:r>
      <w:r>
        <w:rPr>
          <w:b w:val="false"/>
          <w:sz w:val="24"/>
          <w:lang w:val="zxx"/>
        </w:rPr>
        <w:t>1</w:t>
      </w:r>
      <w:r>
        <w:rPr>
          <w:b w:val="false"/>
          <w:sz w:val="24"/>
        </w:rPr>
        <w:t xml:space="preserve"> требует соблюдения всех относящихся к выбранному профилю положений приложения.</w:t>
      </w:r>
    </w:p>
    <w:p>
      <w:pPr>
        <w:pStyle w:val="2"/>
        <w:rPr/>
      </w:pPr>
      <w:r>
        <w:rPr>
          <w:sz w:val="24"/>
        </w:rPr>
        <w:t>Ж.1 Назначение и совместимость</w:t>
      </w:r>
    </w:p>
    <w:p>
      <w:pPr>
        <w:pStyle w:val="Normal"/>
        <w:jc w:val="both"/>
        <w:rPr/>
      </w:pPr>
      <w:r>
        <w:rPr>
          <w:b w:val="false"/>
          <w:sz w:val="24"/>
        </w:rPr>
        <w:t>Ж.</w:t>
      </w:r>
      <w:r>
        <w:rPr>
          <w:b w:val="false"/>
          <w:sz w:val="24"/>
          <w:lang w:val="zxx"/>
        </w:rPr>
        <w:t>1.1</w:t>
      </w:r>
      <w:r>
        <w:rPr>
          <w:b w:val="false"/>
          <w:sz w:val="24"/>
        </w:rPr>
        <w:t xml:space="preserve"> Групповая передача дополняет базовую одноадресную связь с каждым УУ. Она предназначена для одной речи, одновременно адресованной многим получателям, когда сеть поддерживает маршрутизацию групп </w:t>
      </w:r>
      <w:r>
        <w:rPr>
          <w:b w:val="false"/>
          <w:sz w:val="24"/>
          <w:lang w:val="zxx"/>
        </w:rPr>
        <w:t>IPv4.</w:t>
      </w:r>
      <w:r>
        <w:rPr>
          <w:b w:val="false"/>
          <w:sz w:val="24"/>
        </w:rPr>
        <w:t xml:space="preserve"> Групповой пакет не выдает владение, не запускает ОУ и не заменяет индивидуальные результаты. Обязательная совместимость основного протокола не требует поддержки этого расширения.</w:t>
      </w:r>
    </w:p>
    <w:p>
      <w:pPr>
        <w:pStyle w:val="Normal"/>
        <w:jc w:val="both"/>
        <w:rPr/>
      </w:pPr>
      <w:r>
        <w:rPr>
          <w:b w:val="false"/>
          <w:sz w:val="24"/>
        </w:rPr>
        <w:t>Ж.</w:t>
      </w:r>
      <w:r>
        <w:rPr>
          <w:b w:val="false"/>
          <w:sz w:val="24"/>
          <w:lang w:val="zxx"/>
        </w:rPr>
        <w:t>1.2</w:t>
      </w:r>
      <w:r>
        <w:rPr>
          <w:b w:val="false"/>
          <w:sz w:val="24"/>
        </w:rPr>
        <w:t xml:space="preserve"> </w:t>
      </w:r>
      <w:r>
        <w:rPr>
          <w:b w:val="false"/>
          <w:sz w:val="24"/>
          <w:lang w:val="zxx"/>
        </w:rPr>
        <w:t>group-</w:t>
      </w:r>
      <w:r>
        <w:rPr>
          <w:b w:val="false"/>
          <w:sz w:val="24"/>
        </w:rPr>
        <w:t>⁠</w:t>
      </w:r>
      <w:r>
        <w:rPr>
          <w:b w:val="false"/>
          <w:sz w:val="24"/>
          <w:lang w:val="zxx"/>
        </w:rPr>
        <w:t>audio/</w:t>
      </w:r>
      <w:r>
        <w:rPr>
          <w:b w:val="false"/>
          <w:sz w:val="24"/>
        </w:rPr>
        <w:t>⁠</w:t>
      </w:r>
      <w:r>
        <w:rPr>
          <w:b w:val="false"/>
          <w:sz w:val="24"/>
          <w:lang w:val="zxx"/>
        </w:rPr>
        <w:t>2</w:t>
      </w:r>
      <w:r>
        <w:rPr>
          <w:b w:val="false"/>
          <w:sz w:val="24"/>
        </w:rPr>
        <w:t xml:space="preserve"> передает открытый звук по </w:t>
      </w:r>
      <w:r>
        <w:rPr>
          <w:b w:val="false"/>
          <w:sz w:val="24"/>
          <w:lang w:val="zxx"/>
        </w:rPr>
        <w:t>UDP</w:t>
      </w:r>
      <w:r>
        <w:rPr>
          <w:b w:val="false"/>
          <w:sz w:val="24"/>
        </w:rPr>
        <w:t>, проверяет метку Кузнечик-</w:t>
      </w:r>
      <w:r>
        <w:rPr>
          <w:b w:val="false"/>
          <w:sz w:val="24"/>
          <w:lang w:val="zxx"/>
        </w:rPr>
        <w:t>MGM</w:t>
      </w:r>
      <w:r>
        <w:rPr>
          <w:b w:val="false"/>
          <w:sz w:val="24"/>
        </w:rPr>
        <w:t xml:space="preserve"> без шифрования и подпись источника ГОСТ Р </w:t>
      </w:r>
      <w:r>
        <w:rPr>
          <w:b w:val="false"/>
          <w:sz w:val="24"/>
          <w:lang w:val="zxx"/>
        </w:rPr>
        <w:t>34.10-</w:t>
      </w:r>
      <w:r>
        <w:rPr>
          <w:b w:val="false"/>
          <w:sz w:val="24"/>
        </w:rPr>
        <w:t>⁠</w:t>
      </w:r>
      <w:r>
        <w:rPr>
          <w:b w:val="false"/>
          <w:sz w:val="24"/>
          <w:lang w:val="zxx"/>
        </w:rPr>
        <w:t>2012/</w:t>
      </w:r>
      <w:r>
        <w:rPr>
          <w:b w:val="false"/>
          <w:sz w:val="24"/>
        </w:rPr>
        <w:t>​</w:t>
      </w:r>
      <w:r>
        <w:rPr>
          <w:b w:val="false"/>
          <w:sz w:val="24"/>
          <w:lang w:val="zxx"/>
        </w:rPr>
        <w:t>GC256A</w:t>
      </w:r>
      <w:r>
        <w:rPr>
          <w:b w:val="false"/>
          <w:sz w:val="24"/>
        </w:rPr>
        <w:t xml:space="preserve"> со Стрибог-</w:t>
      </w:r>
      <w:r>
        <w:rPr>
          <w:b w:val="false"/>
          <w:sz w:val="24"/>
          <w:lang w:val="zxx"/>
        </w:rPr>
        <w:t>256.</w:t>
      </w:r>
      <w:r>
        <w:rPr>
          <w:b w:val="false"/>
          <w:sz w:val="24"/>
        </w:rPr>
        <w:t xml:space="preserve"> Подпись доказывает источник даже перед получателем, знающим ключ потока. Команды подготовки и запуска защищены </w:t>
      </w:r>
      <w:r>
        <w:rPr>
          <w:b w:val="false"/>
          <w:sz w:val="24"/>
          <w:lang w:val="zxx"/>
        </w:rPr>
        <w:t>TLS.</w:t>
      </w:r>
      <w:r>
        <w:rPr>
          <w:b w:val="false"/>
          <w:sz w:val="24"/>
        </w:rPr>
        <w:t xml:space="preserve"> </w:t>
      </w:r>
      <w:r>
        <w:rPr>
          <w:b w:val="false"/>
          <w:sz w:val="24"/>
          <w:lang w:val="zxx"/>
        </w:rPr>
        <w:t>group-</w:t>
      </w:r>
      <w:r>
        <w:rPr>
          <w:b w:val="false"/>
          <w:sz w:val="24"/>
        </w:rPr>
        <w:t>⁠</w:t>
      </w:r>
      <w:r>
        <w:rPr>
          <w:b w:val="false"/>
          <w:sz w:val="24"/>
          <w:lang w:val="zxx"/>
        </w:rPr>
        <w:t>audio-</w:t>
      </w:r>
      <w:r>
        <w:rPr>
          <w:b w:val="false"/>
          <w:sz w:val="24"/>
        </w:rPr>
        <w:t>⁠</w:t>
      </w:r>
      <w:r>
        <w:rPr>
          <w:b w:val="false"/>
          <w:sz w:val="24"/>
          <w:lang w:val="zxx"/>
        </w:rPr>
        <w:t>open/</w:t>
      </w:r>
      <w:r>
        <w:rPr>
          <w:b w:val="false"/>
          <w:sz w:val="24"/>
        </w:rPr>
        <w:t>⁠</w:t>
      </w:r>
      <w:r>
        <w:rPr>
          <w:b w:val="false"/>
          <w:sz w:val="24"/>
          <w:lang w:val="zxx"/>
        </w:rPr>
        <w:t>1</w:t>
      </w:r>
      <w:r>
        <w:rPr>
          <w:b w:val="false"/>
          <w:sz w:val="24"/>
        </w:rPr>
        <w:t xml:space="preserve"> передает звук без метки и подписи только при явном </w:t>
      </w:r>
      <w:r>
        <w:rPr>
          <w:b w:val="false"/>
          <w:sz w:val="24"/>
          <w:lang w:val="zxx"/>
        </w:rPr>
        <w:t>plain</w:t>
      </w:r>
      <w:r>
        <w:rPr>
          <w:b w:val="false"/>
          <w:sz w:val="24"/>
        </w:rPr>
        <w:t xml:space="preserve"> и </w:t>
      </w:r>
      <w:r>
        <w:rPr>
          <w:b w:val="false"/>
          <w:sz w:val="24"/>
          <w:lang w:val="zxx"/>
        </w:rPr>
        <w:t>optional.</w:t>
      </w:r>
      <w:r>
        <w:rPr>
          <w:b w:val="false"/>
          <w:sz w:val="24"/>
        </w:rPr>
        <w:t xml:space="preserve"> Скрытое переключение запрещено.</w:t>
      </w:r>
    </w:p>
    <w:p>
      <w:pPr>
        <w:pStyle w:val="Normal"/>
        <w:jc w:val="both"/>
        <w:rPr/>
      </w:pPr>
      <w:r>
        <w:rPr>
          <w:b w:val="false"/>
          <w:sz w:val="24"/>
        </w:rPr>
        <w:t>Ж.</w:t>
      </w:r>
      <w:r>
        <w:rPr>
          <w:b w:val="false"/>
          <w:sz w:val="24"/>
          <w:lang w:val="zxx"/>
        </w:rPr>
        <w:t>1.3</w:t>
      </w:r>
      <w:r>
        <w:rPr>
          <w:b w:val="false"/>
          <w:sz w:val="24"/>
        </w:rPr>
        <w:t xml:space="preserve"> Маршрутизаторы и узлы распределения могут копировать исходные датаграммы без их изменения. Перекодирование или новое подписание создает другой источник и новый поток с отдельным разрешением. Для защищенного варианта подпись исходного разрешенного источника проверяет каждый УУ до декодирования. Доверие промежуточному узлу не заменяет эту проверку.</w:t>
      </w:r>
    </w:p>
    <w:p>
      <w:pPr>
        <w:pStyle w:val="2"/>
        <w:rPr/>
      </w:pPr>
      <w:r>
        <w:rPr>
          <w:sz w:val="24"/>
        </w:rPr>
        <w:t>Ж.2 Конфигурация и подготовка</w:t>
      </w:r>
    </w:p>
    <w:p>
      <w:pPr>
        <w:pStyle w:val="Normal"/>
        <w:jc w:val="start"/>
        <w:rPr/>
      </w:pPr>
      <w:r>
        <w:rPr>
          <w:b w:val="false"/>
          <w:sz w:val="24"/>
        </w:rPr>
        <w:t>Ж.</w:t>
      </w:r>
      <w:r>
        <w:rPr>
          <w:b w:val="false"/>
          <w:sz w:val="24"/>
          <w:lang w:val="zxx"/>
        </w:rPr>
        <w:t>2.1</w:t>
      </w:r>
      <w:r>
        <w:rPr>
          <w:b w:val="false"/>
          <w:sz w:val="24"/>
        </w:rPr>
        <w:t xml:space="preserve"> Неизменный объект </w:t>
      </w:r>
      <w:r>
        <w:rPr>
          <w:b w:val="false"/>
          <w:sz w:val="24"/>
          <w:lang w:val="zxx"/>
        </w:rPr>
        <w:t>mediaGroups</w:t>
      </w:r>
      <w:r>
        <w:rPr>
          <w:b w:val="false"/>
          <w:sz w:val="24"/>
        </w:rPr>
        <w:t xml:space="preserve"> пакета конфигурации задает </w:t>
      </w:r>
      <w:r>
        <w:rPr>
          <w:b w:val="false"/>
          <w:sz w:val="24"/>
          <w:lang w:val="zxx"/>
        </w:rPr>
        <w:t>id</w:t>
      </w:r>
      <w:r>
        <w:rPr>
          <w:b w:val="false"/>
          <w:sz w:val="24"/>
        </w:rPr>
        <w:t xml:space="preserve">, </w:t>
      </w:r>
      <w:r>
        <w:rPr>
          <w:b w:val="false"/>
          <w:sz w:val="24"/>
          <w:lang w:val="zxx"/>
        </w:rPr>
        <w:t>revision</w:t>
      </w:r>
      <w:r>
        <w:rPr>
          <w:b w:val="false"/>
          <w:sz w:val="24"/>
        </w:rPr>
        <w:t xml:space="preserve">, </w:t>
      </w:r>
      <w:r>
        <w:rPr>
          <w:b w:val="false"/>
          <w:sz w:val="24"/>
          <w:lang w:val="zxx"/>
        </w:rPr>
        <w:t>deviceId</w:t>
      </w:r>
      <w:r>
        <w:rPr>
          <w:b w:val="false"/>
          <w:sz w:val="24"/>
        </w:rPr>
        <w:t xml:space="preserve">, </w:t>
      </w:r>
      <w:r>
        <w:rPr>
          <w:b w:val="false"/>
          <w:sz w:val="24"/>
          <w:lang w:val="zxx"/>
        </w:rPr>
        <w:t>sourcePrincipalId</w:t>
      </w:r>
      <w:r>
        <w:rPr>
          <w:b w:val="false"/>
          <w:sz w:val="24"/>
        </w:rPr>
        <w:t xml:space="preserve">, </w:t>
      </w:r>
      <w:r>
        <w:rPr>
          <w:b w:val="false"/>
          <w:sz w:val="24"/>
          <w:lang w:val="zxx"/>
        </w:rPr>
        <w:t>security=tls|</w:t>
      </w:r>
      <w:r>
        <w:rPr>
          <w:b w:val="false"/>
          <w:sz w:val="24"/>
        </w:rPr>
        <w:t>​</w:t>
      </w:r>
      <w:r>
        <w:rPr>
          <w:b w:val="false"/>
          <w:sz w:val="24"/>
          <w:lang w:val="zxx"/>
        </w:rPr>
        <w:t>plain</w:t>
      </w:r>
      <w:r>
        <w:rPr>
          <w:b w:val="false"/>
          <w:sz w:val="24"/>
        </w:rPr>
        <w:t xml:space="preserve">, </w:t>
      </w:r>
      <w:r>
        <w:rPr>
          <w:b w:val="false"/>
          <w:sz w:val="24"/>
          <w:lang w:val="zxx"/>
        </w:rPr>
        <w:t>sourceAddress</w:t>
      </w:r>
      <w:r>
        <w:rPr>
          <w:b w:val="false"/>
          <w:sz w:val="24"/>
        </w:rPr>
        <w:t xml:space="preserve">, </w:t>
      </w:r>
      <w:r>
        <w:rPr>
          <w:b w:val="false"/>
          <w:sz w:val="24"/>
          <w:lang w:val="zxx"/>
        </w:rPr>
        <w:t>sourcePort</w:t>
      </w:r>
      <w:r>
        <w:rPr>
          <w:b w:val="false"/>
          <w:sz w:val="24"/>
        </w:rPr>
        <w:t xml:space="preserve">, </w:t>
      </w:r>
      <w:r>
        <w:rPr>
          <w:b w:val="false"/>
          <w:sz w:val="24"/>
          <w:lang w:val="zxx"/>
        </w:rPr>
        <w:t>groupAddress</w:t>
      </w:r>
      <w:r>
        <w:rPr>
          <w:b w:val="false"/>
          <w:sz w:val="24"/>
        </w:rPr>
        <w:t xml:space="preserve">, </w:t>
      </w:r>
      <w:r>
        <w:rPr>
          <w:b w:val="false"/>
          <w:sz w:val="24"/>
          <w:lang w:val="zxx"/>
        </w:rPr>
        <w:t>destinationPort</w:t>
      </w:r>
      <w:r>
        <w:rPr>
          <w:b w:val="false"/>
          <w:sz w:val="24"/>
        </w:rPr>
        <w:t xml:space="preserve">, </w:t>
      </w:r>
      <w:r>
        <w:rPr>
          <w:b w:val="false"/>
          <w:sz w:val="24"/>
          <w:lang w:val="zxx"/>
        </w:rPr>
        <w:t>ttl</w:t>
      </w:r>
      <w:r>
        <w:rPr>
          <w:b w:val="false"/>
          <w:sz w:val="24"/>
        </w:rPr>
        <w:t xml:space="preserve"> и </w:t>
      </w:r>
      <w:r>
        <w:rPr>
          <w:b w:val="false"/>
          <w:sz w:val="24"/>
          <w:lang w:val="zxx"/>
        </w:rPr>
        <w:t>resources.</w:t>
      </w:r>
      <w:r>
        <w:rPr>
          <w:b w:val="false"/>
          <w:sz w:val="24"/>
        </w:rPr>
        <w:t xml:space="preserve"> Только при </w:t>
      </w:r>
      <w:r>
        <w:rPr>
          <w:b w:val="false"/>
          <w:sz w:val="24"/>
          <w:lang w:val="zxx"/>
        </w:rPr>
        <w:t>security=tls</w:t>
      </w:r>
      <w:r>
        <w:rPr>
          <w:b w:val="false"/>
          <w:sz w:val="24"/>
        </w:rPr>
        <w:t xml:space="preserve"> обязательны </w:t>
      </w:r>
      <w:r>
        <w:rPr>
          <w:b w:val="false"/>
          <w:sz w:val="24"/>
          <w:lang w:val="zxx"/>
        </w:rPr>
        <w:t>sourceKeyId</w:t>
      </w:r>
      <w:r>
        <w:rPr>
          <w:b w:val="false"/>
          <w:sz w:val="24"/>
        </w:rPr>
        <w:t xml:space="preserve">, </w:t>
      </w:r>
      <w:r>
        <w:rPr>
          <w:b w:val="false"/>
          <w:sz w:val="24"/>
          <w:lang w:val="zxx"/>
        </w:rPr>
        <w:t>publicX</w:t>
      </w:r>
      <w:r>
        <w:rPr>
          <w:b w:val="false"/>
          <w:sz w:val="24"/>
        </w:rPr>
        <w:t xml:space="preserve">, </w:t>
      </w:r>
      <w:r>
        <w:rPr>
          <w:b w:val="false"/>
          <w:sz w:val="24"/>
          <w:lang w:val="zxx"/>
        </w:rPr>
        <w:t>publicY</w:t>
      </w:r>
      <w:r>
        <w:rPr>
          <w:b w:val="false"/>
          <w:sz w:val="24"/>
        </w:rPr>
        <w:t xml:space="preserve">; при </w:t>
      </w:r>
      <w:r>
        <w:rPr>
          <w:b w:val="false"/>
          <w:sz w:val="24"/>
          <w:lang w:val="zxx"/>
        </w:rPr>
        <w:t>plain</w:t>
      </w:r>
      <w:r>
        <w:rPr>
          <w:b w:val="false"/>
          <w:sz w:val="24"/>
        </w:rPr>
        <w:t xml:space="preserve"> эти поля запрещены. </w:t>
      </w:r>
      <w:r>
        <w:rPr>
          <w:b w:val="false"/>
          <w:sz w:val="24"/>
          <w:lang w:val="zxx"/>
        </w:rPr>
        <w:t>id/</w:t>
      </w:r>
      <w:r>
        <w:rPr>
          <w:b w:val="false"/>
          <w:sz w:val="24"/>
        </w:rPr>
        <w:t>​</w:t>
      </w:r>
      <w:r>
        <w:rPr>
          <w:b w:val="false"/>
          <w:sz w:val="24"/>
          <w:lang w:val="zxx"/>
        </w:rPr>
        <w:t>sourceKeyId</w:t>
      </w:r>
      <w:r>
        <w:rPr>
          <w:b w:val="false"/>
          <w:sz w:val="24"/>
        </w:rPr>
        <w:t xml:space="preserve"> — </w:t>
      </w:r>
      <w:r>
        <w:rPr>
          <w:b w:val="false"/>
          <w:sz w:val="24"/>
          <w:lang w:val="zxx"/>
        </w:rPr>
        <w:t>token</w:t>
      </w:r>
      <w:r>
        <w:rPr>
          <w:b w:val="false"/>
          <w:sz w:val="24"/>
        </w:rPr>
        <w:t xml:space="preserve"> до </w:t>
      </w:r>
      <w:r>
        <w:rPr>
          <w:b w:val="false"/>
          <w:sz w:val="24"/>
          <w:lang w:val="zxx"/>
        </w:rPr>
        <w:t>32</w:t>
      </w:r>
      <w:r>
        <w:rPr>
          <w:b w:val="false"/>
          <w:sz w:val="24"/>
        </w:rPr>
        <w:t xml:space="preserve"> байт; </w:t>
      </w:r>
      <w:r>
        <w:rPr>
          <w:b w:val="false"/>
          <w:sz w:val="24"/>
          <w:lang w:val="zxx"/>
        </w:rPr>
        <w:t>revision</w:t>
      </w:r>
      <w:r>
        <w:rPr>
          <w:b w:val="false"/>
          <w:sz w:val="24"/>
        </w:rPr>
        <w:t xml:space="preserve"> — </w:t>
      </w:r>
      <w:r>
        <w:rPr>
          <w:b w:val="false"/>
          <w:sz w:val="24"/>
          <w:lang w:val="zxx"/>
        </w:rPr>
        <w:t>uint64</w:t>
      </w:r>
      <w:r>
        <w:rPr>
          <w:b w:val="false"/>
          <w:sz w:val="24"/>
        </w:rPr>
        <w:t xml:space="preserve"> больше нуля; идентичности — </w:t>
      </w:r>
      <w:r>
        <w:rPr>
          <w:b w:val="false"/>
          <w:sz w:val="24"/>
          <w:lang w:val="zxx"/>
        </w:rPr>
        <w:t>32</w:t>
      </w:r>
      <w:r>
        <w:rPr>
          <w:b w:val="false"/>
          <w:sz w:val="24"/>
        </w:rPr>
        <w:t xml:space="preserve"> строчных </w:t>
      </w:r>
      <w:r>
        <w:rPr>
          <w:b w:val="false"/>
          <w:sz w:val="24"/>
          <w:lang w:val="zxx"/>
        </w:rPr>
        <w:t>hex</w:t>
      </w:r>
      <w:r>
        <w:rPr>
          <w:b w:val="false"/>
          <w:sz w:val="24"/>
        </w:rPr>
        <w:t xml:space="preserve">; </w:t>
      </w:r>
      <w:r>
        <w:rPr>
          <w:b w:val="false"/>
          <w:sz w:val="24"/>
          <w:lang w:val="zxx"/>
        </w:rPr>
        <w:t>publicX/</w:t>
      </w:r>
      <w:r>
        <w:rPr>
          <w:b w:val="false"/>
          <w:sz w:val="24"/>
        </w:rPr>
        <w:t>​</w:t>
      </w:r>
      <w:r>
        <w:rPr>
          <w:b w:val="false"/>
          <w:sz w:val="24"/>
          <w:lang w:val="zxx"/>
        </w:rPr>
        <w:t>publicY</w:t>
      </w:r>
      <w:r>
        <w:rPr>
          <w:b w:val="false"/>
          <w:sz w:val="24"/>
        </w:rPr>
        <w:t xml:space="preserve"> — </w:t>
      </w:r>
      <w:r>
        <w:rPr>
          <w:b w:val="false"/>
          <w:sz w:val="24"/>
          <w:lang w:val="zxx"/>
        </w:rPr>
        <w:t>64</w:t>
      </w:r>
      <w:r>
        <w:rPr>
          <w:b w:val="false"/>
          <w:sz w:val="24"/>
        </w:rPr>
        <w:t xml:space="preserve"> строчных </w:t>
      </w:r>
      <w:r>
        <w:rPr>
          <w:b w:val="false"/>
          <w:sz w:val="24"/>
          <w:lang w:val="zxx"/>
        </w:rPr>
        <w:t>hex</w:t>
      </w:r>
      <w:r>
        <w:rPr>
          <w:b w:val="false"/>
          <w:sz w:val="24"/>
        </w:rPr>
        <w:t xml:space="preserve"> целочисленных координат </w:t>
      </w:r>
      <w:r>
        <w:rPr>
          <w:b w:val="false"/>
          <w:sz w:val="24"/>
          <w:lang w:val="zxx"/>
        </w:rPr>
        <w:t>GC256A</w:t>
      </w:r>
      <w:r>
        <w:rPr>
          <w:b w:val="false"/>
          <w:sz w:val="24"/>
        </w:rPr>
        <w:t xml:space="preserve"> в порядке </w:t>
      </w:r>
      <w:r>
        <w:rPr>
          <w:b w:val="false"/>
          <w:sz w:val="24"/>
          <w:lang w:val="zxx"/>
        </w:rPr>
        <w:t>big-</w:t>
      </w:r>
      <w:r>
        <w:rPr>
          <w:b w:val="false"/>
          <w:sz w:val="24"/>
        </w:rPr>
        <w:t>⁠</w:t>
      </w:r>
      <w:r>
        <w:rPr>
          <w:b w:val="false"/>
          <w:sz w:val="24"/>
          <w:lang w:val="zxx"/>
        </w:rPr>
        <w:t>endian</w:t>
      </w:r>
      <w:r>
        <w:rPr>
          <w:b w:val="false"/>
          <w:sz w:val="24"/>
        </w:rPr>
        <w:t xml:space="preserve">, проверяемые на принадлежность кривой и подгруппе. </w:t>
      </w:r>
      <w:r>
        <w:rPr>
          <w:b w:val="false"/>
          <w:sz w:val="24"/>
          <w:lang w:val="zxx"/>
        </w:rPr>
        <w:t>resources</w:t>
      </w:r>
      <w:r>
        <w:rPr>
          <w:b w:val="false"/>
          <w:sz w:val="24"/>
        </w:rPr>
        <w:t xml:space="preserve"> содержит </w:t>
      </w:r>
      <w:r>
        <w:rPr>
          <w:b w:val="false"/>
          <w:sz w:val="24"/>
          <w:lang w:val="zxx"/>
        </w:rPr>
        <w:t>1..4</w:t>
      </w:r>
      <w:r>
        <w:rPr>
          <w:b w:val="false"/>
          <w:sz w:val="24"/>
        </w:rPr>
        <w:t xml:space="preserve"> различных </w:t>
      </w:r>
      <w:r>
        <w:rPr>
          <w:b w:val="false"/>
          <w:sz w:val="24"/>
          <w:lang w:val="zxx"/>
        </w:rPr>
        <w:t>resourceId/</w:t>
      </w:r>
      <w:r>
        <w:rPr>
          <w:b w:val="false"/>
          <w:sz w:val="24"/>
        </w:rPr>
        <w:t>​</w:t>
      </w:r>
      <w:r>
        <w:rPr>
          <w:b w:val="false"/>
          <w:sz w:val="24"/>
          <w:lang w:val="zxx"/>
        </w:rPr>
        <w:t>bindingGeneration</w:t>
      </w:r>
      <w:r>
        <w:rPr>
          <w:b w:val="false"/>
          <w:sz w:val="24"/>
        </w:rPr>
        <w:t xml:space="preserve"> данного </w:t>
      </w:r>
      <w:r>
        <w:rPr>
          <w:b w:val="false"/>
          <w:sz w:val="24"/>
          <w:lang w:val="zxx"/>
        </w:rPr>
        <w:t>deviceId</w:t>
      </w:r>
      <w:r>
        <w:rPr>
          <w:b w:val="false"/>
          <w:sz w:val="24"/>
        </w:rPr>
        <w:t xml:space="preserve">; физическая привязка проверяется до </w:t>
      </w:r>
      <w:r>
        <w:rPr>
          <w:b w:val="false"/>
          <w:sz w:val="24"/>
          <w:lang w:val="zxx"/>
        </w:rPr>
        <w:t>commit.</w:t>
      </w:r>
      <w:r>
        <w:rPr>
          <w:b w:val="false"/>
          <w:sz w:val="24"/>
        </w:rPr>
        <w:t xml:space="preserve"> Открытые ключи не являются секретами. Изменение защищенного шаблона, источника и его ключа требует дополнительно права </w:t>
      </w:r>
      <w:r>
        <w:rPr>
          <w:b w:val="false"/>
          <w:sz w:val="24"/>
          <w:lang w:val="zxx"/>
        </w:rPr>
        <w:t>trustAdmin</w:t>
      </w:r>
      <w:r>
        <w:rPr>
          <w:b w:val="false"/>
          <w:sz w:val="24"/>
        </w:rPr>
        <w:t xml:space="preserve"> по </w:t>
      </w:r>
      <w:r>
        <w:rPr>
          <w:b w:val="false"/>
          <w:sz w:val="24"/>
          <w:lang w:val="zxx"/>
        </w:rPr>
        <w:t>TLS</w:t>
      </w:r>
      <w:r>
        <w:rPr>
          <w:b w:val="false"/>
          <w:sz w:val="24"/>
        </w:rPr>
        <w:t xml:space="preserve"> либо местной процедуры ввода при </w:t>
      </w:r>
      <w:r>
        <w:rPr>
          <w:b w:val="false"/>
          <w:sz w:val="24"/>
          <w:lang w:val="zxx"/>
        </w:rPr>
        <w:t>off.</w:t>
      </w:r>
      <w:r>
        <w:rPr>
          <w:b w:val="false"/>
          <w:sz w:val="24"/>
        </w:rPr>
        <w:t xml:space="preserve"> Открытый канал не устанавливает такое доверие; изменение иных полей конфигурации не дает обхода этой проверки.</w:t>
      </w:r>
    </w:p>
    <w:p>
      <w:pPr>
        <w:pStyle w:val="Normal"/>
        <w:jc w:val="both"/>
        <w:rPr/>
      </w:pPr>
      <w:r>
        <w:rPr>
          <w:b w:val="false"/>
          <w:sz w:val="24"/>
        </w:rPr>
        <w:t>Ж.</w:t>
      </w:r>
      <w:r>
        <w:rPr>
          <w:b w:val="false"/>
          <w:sz w:val="24"/>
          <w:lang w:val="zxx"/>
        </w:rPr>
        <w:t>2.2</w:t>
      </w:r>
      <w:r>
        <w:rPr>
          <w:b w:val="false"/>
          <w:sz w:val="24"/>
        </w:rPr>
        <w:t xml:space="preserve"> </w:t>
      </w:r>
      <w:r>
        <w:rPr>
          <w:b w:val="false"/>
          <w:sz w:val="24"/>
          <w:lang w:val="zxx"/>
        </w:rPr>
        <w:t>sourceAddress</w:t>
      </w:r>
      <w:r>
        <w:rPr>
          <w:b w:val="false"/>
          <w:sz w:val="24"/>
        </w:rPr>
        <w:t xml:space="preserve"> — разрешенный одноадресный </w:t>
      </w:r>
      <w:r>
        <w:rPr>
          <w:b w:val="false"/>
          <w:sz w:val="24"/>
          <w:lang w:val="zxx"/>
        </w:rPr>
        <w:t>IPv4</w:t>
      </w:r>
      <w:r>
        <w:rPr>
          <w:b w:val="false"/>
          <w:sz w:val="24"/>
        </w:rPr>
        <w:t xml:space="preserve">; </w:t>
      </w:r>
      <w:r>
        <w:rPr>
          <w:b w:val="false"/>
          <w:sz w:val="24"/>
          <w:lang w:val="zxx"/>
        </w:rPr>
        <w:t>groupAddress</w:t>
      </w:r>
      <w:r>
        <w:rPr>
          <w:b w:val="false"/>
          <w:sz w:val="24"/>
        </w:rPr>
        <w:t xml:space="preserve"> — административная группа </w:t>
      </w:r>
      <w:r>
        <w:rPr>
          <w:b w:val="false"/>
          <w:sz w:val="24"/>
          <w:lang w:val="zxx"/>
        </w:rPr>
        <w:t>239.0.0.0/</w:t>
      </w:r>
      <w:r>
        <w:rPr>
          <w:b w:val="false"/>
          <w:sz w:val="24"/>
        </w:rPr>
        <w:t>⁠</w:t>
      </w:r>
      <w:r>
        <w:rPr>
          <w:b w:val="false"/>
          <w:sz w:val="24"/>
          <w:lang w:val="zxx"/>
        </w:rPr>
        <w:t>8</w:t>
      </w:r>
      <w:r>
        <w:rPr>
          <w:b w:val="false"/>
          <w:sz w:val="24"/>
        </w:rPr>
        <w:t xml:space="preserve">; </w:t>
      </w:r>
      <w:r>
        <w:rPr>
          <w:b w:val="false"/>
          <w:sz w:val="24"/>
          <w:lang w:val="zxx"/>
        </w:rPr>
        <w:t>sourcePort/</w:t>
      </w:r>
      <w:r>
        <w:rPr>
          <w:b w:val="false"/>
          <w:sz w:val="24"/>
        </w:rPr>
        <w:t>​</w:t>
      </w:r>
      <w:r>
        <w:rPr>
          <w:b w:val="false"/>
          <w:sz w:val="24"/>
          <w:lang w:val="zxx"/>
        </w:rPr>
        <w:t>destinationPort</w:t>
      </w:r>
      <w:r>
        <w:rPr>
          <w:b w:val="false"/>
          <w:sz w:val="24"/>
        </w:rPr>
        <w:t xml:space="preserve"> — </w:t>
      </w:r>
      <w:r>
        <w:rPr>
          <w:b w:val="false"/>
          <w:sz w:val="24"/>
          <w:lang w:val="zxx"/>
        </w:rPr>
        <w:t>1..65535</w:t>
      </w:r>
      <w:r>
        <w:rPr>
          <w:b w:val="false"/>
          <w:sz w:val="24"/>
        </w:rPr>
        <w:t xml:space="preserve">, </w:t>
      </w:r>
      <w:r>
        <w:rPr>
          <w:b w:val="false"/>
          <w:sz w:val="24"/>
          <w:lang w:val="zxx"/>
        </w:rPr>
        <w:t>ttl</w:t>
      </w:r>
      <w:r>
        <w:rPr>
          <w:b w:val="false"/>
          <w:sz w:val="24"/>
        </w:rPr>
        <w:t xml:space="preserve"> — </w:t>
      </w:r>
      <w:r>
        <w:rPr>
          <w:b w:val="false"/>
          <w:sz w:val="24"/>
          <w:lang w:val="zxx"/>
        </w:rPr>
        <w:t>1..255.</w:t>
      </w:r>
      <w:r>
        <w:rPr>
          <w:b w:val="false"/>
          <w:sz w:val="24"/>
        </w:rPr>
        <w:t xml:space="preserve"> Сеть явно разрешает маршрут от этого источника до группы. До успешного ответа </w:t>
      </w:r>
      <w:r>
        <w:rPr>
          <w:b w:val="false"/>
          <w:sz w:val="24"/>
          <w:lang w:val="zxx"/>
        </w:rPr>
        <w:t>audio.group.prepare</w:t>
      </w:r>
      <w:r>
        <w:rPr>
          <w:b w:val="false"/>
          <w:sz w:val="24"/>
        </w:rPr>
        <w:t xml:space="preserve"> УУ выбирает локальный приемный интерфейс, открывает </w:t>
      </w:r>
      <w:r>
        <w:rPr>
          <w:b w:val="false"/>
          <w:sz w:val="24"/>
          <w:lang w:val="zxx"/>
        </w:rPr>
        <w:t>UDP-</w:t>
      </w:r>
      <w:r>
        <w:rPr>
          <w:b w:val="false"/>
          <w:sz w:val="24"/>
        </w:rPr>
        <w:t xml:space="preserve">прием и выполняет присоединение </w:t>
      </w:r>
      <w:r>
        <w:rPr>
          <w:b w:val="false"/>
          <w:sz w:val="24"/>
          <w:lang w:val="zxx"/>
        </w:rPr>
        <w:t>IGMPv3</w:t>
      </w:r>
      <w:r>
        <w:rPr>
          <w:b w:val="false"/>
          <w:sz w:val="24"/>
        </w:rPr>
        <w:t xml:space="preserve"> </w:t>
      </w:r>
      <w:r>
        <w:rPr>
          <w:b w:val="false"/>
          <w:sz w:val="24"/>
          <w:lang w:val="zxx"/>
        </w:rPr>
        <w:t>INCLUDE</w:t>
      </w:r>
      <w:r>
        <w:rPr>
          <w:b w:val="false"/>
          <w:sz w:val="24"/>
        </w:rPr>
        <w:t>(</w:t>
      </w:r>
      <w:r>
        <w:rPr>
          <w:b w:val="false"/>
          <w:sz w:val="24"/>
          <w:lang w:val="zxx"/>
        </w:rPr>
        <w:t>sourceAddress</w:t>
      </w:r>
      <w:r>
        <w:rPr>
          <w:b w:val="false"/>
          <w:sz w:val="24"/>
        </w:rPr>
        <w:t xml:space="preserve">) к </w:t>
      </w:r>
      <w:r>
        <w:rPr>
          <w:b w:val="false"/>
          <w:sz w:val="24"/>
          <w:lang w:val="zxx"/>
        </w:rPr>
        <w:t>groupAddress</w:t>
      </w:r>
      <w:r>
        <w:rPr>
          <w:b w:val="false"/>
          <w:sz w:val="24"/>
        </w:rPr>
        <w:t xml:space="preserve">; стек </w:t>
      </w:r>
      <w:r>
        <w:rPr>
          <w:b w:val="false"/>
          <w:sz w:val="24"/>
          <w:lang w:val="zxx"/>
        </w:rPr>
        <w:t>ДОЛЖЕН</w:t>
      </w:r>
      <w:r>
        <w:rPr>
          <w:b w:val="false"/>
          <w:sz w:val="24"/>
        </w:rPr>
        <w:t xml:space="preserve"> принять подписку и поставить первоначальный отчет в очередь отправки. Если сеть использует </w:t>
      </w:r>
      <w:r>
        <w:rPr>
          <w:b w:val="false"/>
          <w:sz w:val="24"/>
          <w:lang w:val="zxx"/>
        </w:rPr>
        <w:t>IGMPv2</w:t>
      </w:r>
      <w:r>
        <w:rPr>
          <w:b w:val="false"/>
          <w:sz w:val="24"/>
        </w:rPr>
        <w:t xml:space="preserve">, </w:t>
      </w:r>
      <w:r>
        <w:rPr>
          <w:b w:val="false"/>
          <w:sz w:val="24"/>
          <w:lang w:val="zxx"/>
        </w:rPr>
        <w:t>ДОПУСКАЕТСЯ</w:t>
      </w:r>
      <w:r>
        <w:rPr>
          <w:b w:val="false"/>
          <w:sz w:val="24"/>
        </w:rPr>
        <w:t xml:space="preserve"> присоединение к группе с обязательной программной фильтрацией источника. Неудача местного присоединения дает </w:t>
      </w:r>
      <w:r>
        <w:rPr>
          <w:b w:val="false"/>
          <w:sz w:val="24"/>
          <w:lang w:val="zxx"/>
        </w:rPr>
        <w:t>sourceUnavailable</w:t>
      </w:r>
      <w:r>
        <w:rPr>
          <w:b w:val="false"/>
          <w:sz w:val="24"/>
        </w:rPr>
        <w:t xml:space="preserve">, без </w:t>
      </w:r>
      <w:r>
        <w:rPr>
          <w:b w:val="false"/>
          <w:sz w:val="24"/>
          <w:lang w:val="zxx"/>
        </w:rPr>
        <w:t>prepared.</w:t>
      </w:r>
      <w:r>
        <w:rPr>
          <w:b w:val="false"/>
          <w:sz w:val="24"/>
        </w:rPr>
        <w:t xml:space="preserve"> Это подтверждает местную подготовку, а не доставку по всем коммутаторам: фактический прием блока </w:t>
      </w:r>
      <w:r>
        <w:rPr>
          <w:b w:val="false"/>
          <w:sz w:val="24"/>
          <w:lang w:val="zxx"/>
        </w:rPr>
        <w:t>0</w:t>
      </w:r>
      <w:r>
        <w:rPr>
          <w:b w:val="false"/>
          <w:sz w:val="24"/>
        </w:rPr>
        <w:t xml:space="preserve"> проверяется в пределах </w:t>
      </w:r>
      <w:r>
        <w:rPr>
          <w:b w:val="false"/>
          <w:sz w:val="24"/>
          <w:lang w:val="zxx"/>
        </w:rPr>
        <w:t>prepareTimeoutMs.</w:t>
      </w:r>
      <w:r>
        <w:rPr>
          <w:b w:val="false"/>
          <w:sz w:val="24"/>
        </w:rPr>
        <w:t xml:space="preserve"> Источник начинает поток после получения </w:t>
      </w:r>
      <w:r>
        <w:rPr>
          <w:b w:val="false"/>
          <w:sz w:val="24"/>
          <w:lang w:val="zxx"/>
        </w:rPr>
        <w:t>prepared</w:t>
      </w:r>
      <w:r>
        <w:rPr>
          <w:b w:val="false"/>
          <w:sz w:val="24"/>
        </w:rPr>
        <w:t xml:space="preserve"> от выбранных получателей; неподготовленный получатель исключается явно. До </w:t>
      </w:r>
      <w:r>
        <w:rPr>
          <w:b w:val="false"/>
          <w:sz w:val="24"/>
          <w:lang w:val="zxx"/>
        </w:rPr>
        <w:t>session.start</w:t>
      </w:r>
      <w:r>
        <w:rPr>
          <w:b w:val="false"/>
          <w:sz w:val="24"/>
        </w:rPr>
        <w:t xml:space="preserve"> УУ не выдает звук. После </w:t>
      </w:r>
      <w:r>
        <w:rPr>
          <w:b w:val="false"/>
          <w:sz w:val="24"/>
          <w:lang w:val="zxx"/>
        </w:rPr>
        <w:t>discard</w:t>
      </w:r>
      <w:r>
        <w:rPr>
          <w:b w:val="false"/>
          <w:sz w:val="24"/>
        </w:rPr>
        <w:t xml:space="preserve">, истечения подготовки, завершения, отзыва или </w:t>
      </w:r>
      <w:r>
        <w:rPr>
          <w:b w:val="false"/>
          <w:sz w:val="24"/>
          <w:lang w:val="zxx"/>
        </w:rPr>
        <w:t>reboot</w:t>
      </w:r>
      <w:r>
        <w:rPr>
          <w:b w:val="false"/>
          <w:sz w:val="24"/>
        </w:rPr>
        <w:t xml:space="preserve"> подписка снимается, когда не осталось другого действующего местного контекста этой группы. </w:t>
      </w:r>
      <w:r>
        <w:rPr>
          <w:b w:val="false"/>
          <w:sz w:val="24"/>
          <w:lang w:val="zxx"/>
        </w:rPr>
        <w:t>IGMP</w:t>
      </w:r>
      <w:r>
        <w:rPr>
          <w:b w:val="false"/>
          <w:sz w:val="24"/>
        </w:rPr>
        <w:t xml:space="preserve"> и фильтрация адреса не доказывают автора. Запоздалое присоединение к уже звучащему потоку в этом профиле </w:t>
      </w:r>
      <w:r>
        <w:rPr>
          <w:b w:val="false"/>
          <w:sz w:val="24"/>
          <w:lang w:val="zxx"/>
        </w:rPr>
        <w:t>НЕ ДОПУСКАЕТСЯ</w:t>
      </w:r>
      <w:r>
        <w:rPr>
          <w:b w:val="false"/>
          <w:sz w:val="24"/>
        </w:rPr>
        <w:t xml:space="preserve">: </w:t>
      </w:r>
      <w:r>
        <w:rPr>
          <w:b w:val="false"/>
          <w:sz w:val="24"/>
          <w:lang w:val="zxx"/>
        </w:rPr>
        <w:t>ТРЕБУЕТСЯ</w:t>
      </w:r>
      <w:r>
        <w:rPr>
          <w:b w:val="false"/>
          <w:sz w:val="24"/>
        </w:rPr>
        <w:t xml:space="preserve"> новая подготовка и новый поток.</w:t>
      </w:r>
    </w:p>
    <w:p>
      <w:pPr>
        <w:pStyle w:val="Normal"/>
        <w:jc w:val="start"/>
        <w:rPr/>
      </w:pPr>
      <w:r>
        <w:rPr>
          <w:b w:val="false"/>
          <w:sz w:val="24"/>
        </w:rPr>
        <w:t>Ж.</w:t>
      </w:r>
      <w:r>
        <w:rPr>
          <w:b w:val="false"/>
          <w:sz w:val="24"/>
          <w:lang w:val="zxx"/>
        </w:rPr>
        <w:t>2.3</w:t>
      </w:r>
      <w:r>
        <w:rPr>
          <w:b w:val="false"/>
          <w:sz w:val="24"/>
        </w:rPr>
        <w:t xml:space="preserve"> </w:t>
      </w:r>
      <w:r>
        <w:rPr>
          <w:b w:val="false"/>
          <w:sz w:val="24"/>
          <w:lang w:val="zxx"/>
        </w:rPr>
        <w:t>audio.group.prepare</w:t>
      </w:r>
      <w:r>
        <w:rPr>
          <w:b w:val="false"/>
          <w:sz w:val="24"/>
        </w:rPr>
        <w:t xml:space="preserve"> является изменяющей командой владельца. Ее единственный элемент </w:t>
      </w:r>
      <w:r>
        <w:rPr>
          <w:b w:val="false"/>
          <w:sz w:val="24"/>
          <w:lang w:val="zxx"/>
        </w:rPr>
        <w:t>group</w:t>
      </w:r>
      <w:r>
        <w:rPr>
          <w:b w:val="false"/>
          <w:sz w:val="24"/>
        </w:rPr>
        <w:t xml:space="preserve"> содержит </w:t>
      </w:r>
      <w:r>
        <w:rPr>
          <w:b w:val="false"/>
          <w:sz w:val="24"/>
          <w:lang w:val="zxx"/>
        </w:rPr>
        <w:t>id</w:t>
      </w:r>
      <w:r>
        <w:rPr>
          <w:b w:val="false"/>
          <w:sz w:val="24"/>
        </w:rPr>
        <w:t xml:space="preserve">, </w:t>
      </w:r>
      <w:r>
        <w:rPr>
          <w:b w:val="false"/>
          <w:sz w:val="24"/>
          <w:lang w:val="zxx"/>
        </w:rPr>
        <w:t>revision</w:t>
      </w:r>
      <w:r>
        <w:rPr>
          <w:b w:val="false"/>
          <w:sz w:val="24"/>
        </w:rPr>
        <w:t xml:space="preserve">, </w:t>
      </w:r>
      <w:r>
        <w:rPr>
          <w:b w:val="false"/>
          <w:sz w:val="24"/>
          <w:lang w:val="zxx"/>
        </w:rPr>
        <w:t>streamId</w:t>
      </w:r>
      <w:r>
        <w:rPr>
          <w:b w:val="false"/>
          <w:sz w:val="24"/>
        </w:rPr>
        <w:t xml:space="preserve">, </w:t>
      </w:r>
      <w:r>
        <w:rPr>
          <w:b w:val="false"/>
          <w:sz w:val="24"/>
          <w:lang w:val="zxx"/>
        </w:rPr>
        <w:t>source=recording|</w:t>
      </w:r>
      <w:r>
        <w:rPr>
          <w:b w:val="false"/>
          <w:sz w:val="24"/>
        </w:rPr>
        <w:t>​</w:t>
      </w:r>
      <w:r>
        <w:rPr>
          <w:b w:val="false"/>
          <w:sz w:val="24"/>
          <w:lang w:val="zxx"/>
        </w:rPr>
        <w:t>microphone</w:t>
      </w:r>
      <w:r>
        <w:rPr>
          <w:b w:val="false"/>
          <w:sz w:val="24"/>
        </w:rPr>
        <w:t xml:space="preserve"> и, только для </w:t>
      </w:r>
      <w:r>
        <w:rPr>
          <w:b w:val="false"/>
          <w:sz w:val="24"/>
          <w:lang w:val="zxx"/>
        </w:rPr>
        <w:t>recording</w:t>
      </w:r>
      <w:r>
        <w:rPr>
          <w:b w:val="false"/>
          <w:sz w:val="24"/>
        </w:rPr>
        <w:t xml:space="preserve">, </w:t>
      </w:r>
      <w:r>
        <w:rPr>
          <w:b w:val="false"/>
          <w:sz w:val="24"/>
          <w:lang w:val="zxx"/>
        </w:rPr>
        <w:t>totalSamples.</w:t>
      </w:r>
      <w:r>
        <w:rPr>
          <w:b w:val="false"/>
          <w:sz w:val="24"/>
        </w:rPr>
        <w:t xml:space="preserve"> В режиме </w:t>
      </w:r>
      <w:r>
        <w:rPr>
          <w:b w:val="false"/>
          <w:sz w:val="24"/>
          <w:lang w:val="zxx"/>
        </w:rPr>
        <w:t>tls</w:t>
      </w:r>
      <w:r>
        <w:rPr>
          <w:b w:val="false"/>
          <w:sz w:val="24"/>
        </w:rPr>
        <w:t xml:space="preserve"> обязателен </w:t>
      </w:r>
      <w:r>
        <w:rPr>
          <w:b w:val="false"/>
          <w:sz w:val="24"/>
          <w:lang w:val="zxx"/>
        </w:rPr>
        <w:t>key</w:t>
      </w:r>
      <w:r>
        <w:rPr>
          <w:b w:val="false"/>
          <w:sz w:val="24"/>
        </w:rPr>
        <w:t xml:space="preserve"> — </w:t>
      </w:r>
      <w:r>
        <w:rPr>
          <w:b w:val="false"/>
          <w:sz w:val="24"/>
          <w:lang w:val="zxx"/>
        </w:rPr>
        <w:t>64</w:t>
      </w:r>
      <w:r>
        <w:rPr>
          <w:b w:val="false"/>
          <w:sz w:val="24"/>
        </w:rPr>
        <w:t xml:space="preserve"> строчных </w:t>
      </w:r>
      <w:r>
        <w:rPr>
          <w:b w:val="false"/>
          <w:sz w:val="24"/>
          <w:lang w:val="zxx"/>
        </w:rPr>
        <w:t>hex</w:t>
      </w:r>
      <w:r>
        <w:rPr>
          <w:b w:val="false"/>
          <w:sz w:val="24"/>
        </w:rPr>
        <w:t xml:space="preserve"> нового случайного </w:t>
      </w:r>
      <w:r>
        <w:rPr>
          <w:b w:val="false"/>
          <w:sz w:val="24"/>
          <w:lang w:val="zxx"/>
        </w:rPr>
        <w:t>256-</w:t>
      </w:r>
      <w:r>
        <w:rPr>
          <w:b w:val="false"/>
          <w:sz w:val="24"/>
        </w:rPr>
        <w:t xml:space="preserve">битного ключа данного потока; при </w:t>
      </w:r>
      <w:r>
        <w:rPr>
          <w:b w:val="false"/>
          <w:sz w:val="24"/>
          <w:lang w:val="zxx"/>
        </w:rPr>
        <w:t>plain</w:t>
      </w:r>
      <w:r>
        <w:rPr>
          <w:b w:val="false"/>
          <w:sz w:val="24"/>
        </w:rPr>
        <w:t xml:space="preserve"> </w:t>
      </w:r>
      <w:r>
        <w:rPr>
          <w:b w:val="false"/>
          <w:sz w:val="24"/>
          <w:lang w:val="zxx"/>
        </w:rPr>
        <w:t>key</w:t>
      </w:r>
      <w:r>
        <w:rPr>
          <w:b w:val="false"/>
          <w:sz w:val="24"/>
        </w:rPr>
        <w:t xml:space="preserve"> запрещен. Группа выбирает ресурсы из конфигурации, поэтому запрос не повторяет их длинное описание. Действуют </w:t>
      </w:r>
      <w:r>
        <w:rPr>
          <w:b w:val="false"/>
          <w:sz w:val="24"/>
          <w:lang w:val="zxx"/>
        </w:rPr>
        <w:t>bootId/</w:t>
      </w:r>
      <w:r>
        <w:rPr>
          <w:b w:val="false"/>
          <w:sz w:val="24"/>
        </w:rPr>
        <w:t>​</w:t>
      </w:r>
      <w:r>
        <w:rPr>
          <w:b w:val="false"/>
          <w:sz w:val="24"/>
          <w:lang w:val="zxx"/>
        </w:rPr>
        <w:t>controlEpoch/</w:t>
      </w:r>
      <w:r>
        <w:rPr>
          <w:b w:val="false"/>
          <w:sz w:val="24"/>
        </w:rPr>
        <w:t>​</w:t>
      </w:r>
      <w:r>
        <w:rPr>
          <w:b w:val="false"/>
          <w:sz w:val="24"/>
          <w:lang w:val="zxx"/>
        </w:rPr>
        <w:t>cmdSeq</w:t>
      </w:r>
      <w:r>
        <w:rPr>
          <w:b w:val="false"/>
          <w:sz w:val="24"/>
        </w:rPr>
        <w:t xml:space="preserve">, права на все ресурсы и равенство </w:t>
      </w:r>
      <w:r>
        <w:rPr>
          <w:b w:val="false"/>
          <w:sz w:val="24"/>
          <w:lang w:val="zxx"/>
        </w:rPr>
        <w:t>sourcePrincipalId</w:t>
      </w:r>
      <w:r>
        <w:rPr>
          <w:b w:val="false"/>
          <w:sz w:val="24"/>
        </w:rPr>
        <w:t xml:space="preserve"> текущему участнику; для </w:t>
      </w:r>
      <w:r>
        <w:rPr>
          <w:b w:val="false"/>
          <w:sz w:val="24"/>
          <w:lang w:val="zxx"/>
        </w:rPr>
        <w:t>plain</w:t>
      </w:r>
      <w:r>
        <w:rPr>
          <w:b w:val="false"/>
          <w:sz w:val="24"/>
        </w:rPr>
        <w:t xml:space="preserve"> сравнивается только объявленный </w:t>
      </w:r>
      <w:r>
        <w:rPr>
          <w:b w:val="false"/>
          <w:sz w:val="24"/>
          <w:lang w:val="zxx"/>
        </w:rPr>
        <w:t>clientId</w:t>
      </w:r>
      <w:r>
        <w:rPr>
          <w:b w:val="false"/>
          <w:sz w:val="24"/>
        </w:rPr>
        <w:t xml:space="preserve"> без доказательства личности.</w:t>
      </w:r>
    </w:p>
    <w:p>
      <w:pPr>
        <w:pStyle w:val="Normal"/>
        <w:jc w:val="start"/>
        <w:rPr/>
      </w:pPr>
      <w:r>
        <w:rPr>
          <w:b w:val="false"/>
          <w:sz w:val="24"/>
        </w:rPr>
        <w:t>Ж.</w:t>
      </w:r>
      <w:r>
        <w:rPr>
          <w:b w:val="false"/>
          <w:sz w:val="24"/>
          <w:lang w:val="zxx"/>
        </w:rPr>
        <w:t>2.4</w:t>
      </w:r>
      <w:r>
        <w:rPr>
          <w:b w:val="false"/>
          <w:sz w:val="24"/>
        </w:rPr>
        <w:t xml:space="preserve"> Режим шаблона совпадает с режимом управляющего соединения; несовпадение дает </w:t>
      </w:r>
      <w:r>
        <w:rPr>
          <w:b w:val="false"/>
          <w:sz w:val="24"/>
          <w:lang w:val="zxx"/>
        </w:rPr>
        <w:t>forbidden.</w:t>
      </w:r>
      <w:r>
        <w:rPr>
          <w:b w:val="false"/>
          <w:sz w:val="24"/>
        </w:rPr>
        <w:t xml:space="preserve"> УУ выбирает </w:t>
      </w:r>
      <w:r>
        <w:rPr>
          <w:b w:val="false"/>
          <w:sz w:val="24"/>
          <w:lang w:val="zxx"/>
        </w:rPr>
        <w:t>group-</w:t>
      </w:r>
      <w:r>
        <w:rPr>
          <w:b w:val="false"/>
          <w:sz w:val="24"/>
        </w:rPr>
        <w:t>⁠</w:t>
      </w:r>
      <w:r>
        <w:rPr>
          <w:b w:val="false"/>
          <w:sz w:val="24"/>
          <w:lang w:val="zxx"/>
        </w:rPr>
        <w:t>audio/</w:t>
      </w:r>
      <w:r>
        <w:rPr>
          <w:b w:val="false"/>
          <w:sz w:val="24"/>
        </w:rPr>
        <w:t>⁠</w:t>
      </w:r>
      <w:r>
        <w:rPr>
          <w:b w:val="false"/>
          <w:sz w:val="24"/>
          <w:lang w:val="zxx"/>
        </w:rPr>
        <w:t>2</w:t>
      </w:r>
      <w:r>
        <w:rPr>
          <w:b w:val="false"/>
          <w:sz w:val="24"/>
        </w:rPr>
        <w:t xml:space="preserve"> при </w:t>
      </w:r>
      <w:r>
        <w:rPr>
          <w:b w:val="false"/>
          <w:sz w:val="24"/>
          <w:lang w:val="zxx"/>
        </w:rPr>
        <w:t>tls</w:t>
      </w:r>
      <w:r>
        <w:rPr>
          <w:b w:val="false"/>
          <w:sz w:val="24"/>
        </w:rPr>
        <w:t xml:space="preserve"> и </w:t>
      </w:r>
      <w:r>
        <w:rPr>
          <w:b w:val="false"/>
          <w:sz w:val="24"/>
          <w:lang w:val="zxx"/>
        </w:rPr>
        <w:t>group-</w:t>
      </w:r>
      <w:r>
        <w:rPr>
          <w:b w:val="false"/>
          <w:sz w:val="24"/>
        </w:rPr>
        <w:t>⁠</w:t>
      </w:r>
      <w:r>
        <w:rPr>
          <w:b w:val="false"/>
          <w:sz w:val="24"/>
          <w:lang w:val="zxx"/>
        </w:rPr>
        <w:t>audio-</w:t>
      </w:r>
      <w:r>
        <w:rPr>
          <w:b w:val="false"/>
          <w:sz w:val="24"/>
        </w:rPr>
        <w:t>⁠</w:t>
      </w:r>
      <w:r>
        <w:rPr>
          <w:b w:val="false"/>
          <w:sz w:val="24"/>
          <w:lang w:val="zxx"/>
        </w:rPr>
        <w:t>open/</w:t>
      </w:r>
      <w:r>
        <w:rPr>
          <w:b w:val="false"/>
          <w:sz w:val="24"/>
        </w:rPr>
        <w:t>⁠</w:t>
      </w:r>
      <w:r>
        <w:rPr>
          <w:b w:val="false"/>
          <w:sz w:val="24"/>
          <w:lang w:val="zxx"/>
        </w:rPr>
        <w:t>1</w:t>
      </w:r>
      <w:r>
        <w:rPr>
          <w:b w:val="false"/>
          <w:sz w:val="24"/>
        </w:rPr>
        <w:t xml:space="preserve"> при </w:t>
      </w:r>
      <w:r>
        <w:rPr>
          <w:b w:val="false"/>
          <w:sz w:val="24"/>
          <w:lang w:val="zxx"/>
        </w:rPr>
        <w:t>plain</w:t>
      </w:r>
      <w:r>
        <w:rPr>
          <w:b w:val="false"/>
          <w:sz w:val="24"/>
        </w:rPr>
        <w:t xml:space="preserve">, проверяет поддержку соответствующего профиля, конфигурацию, часы и квоты, затем возвращает </w:t>
      </w:r>
      <w:r>
        <w:rPr>
          <w:b w:val="false"/>
          <w:sz w:val="24"/>
          <w:lang w:val="zxx"/>
        </w:rPr>
        <w:t>prepared</w:t>
      </w:r>
      <w:r>
        <w:rPr>
          <w:b w:val="false"/>
          <w:sz w:val="24"/>
        </w:rPr>
        <w:t xml:space="preserve"> </w:t>
      </w:r>
      <w:r>
        <w:rPr>
          <w:b w:val="false"/>
          <w:sz w:val="24"/>
          <w:lang w:val="zxx"/>
        </w:rPr>
        <w:t>mediaId/</w:t>
      </w:r>
      <w:r>
        <w:rPr>
          <w:b w:val="false"/>
          <w:sz w:val="24"/>
        </w:rPr>
        <w:t>​</w:t>
      </w:r>
      <w:r>
        <w:rPr>
          <w:b w:val="false"/>
          <w:sz w:val="24"/>
          <w:lang w:val="zxx"/>
        </w:rPr>
        <w:t>expiresAtMs/</w:t>
      </w:r>
      <w:r>
        <w:rPr>
          <w:b w:val="false"/>
          <w:sz w:val="24"/>
        </w:rPr>
        <w:t>​</w:t>
      </w:r>
      <w:r>
        <w:rPr>
          <w:b w:val="false"/>
          <w:sz w:val="24"/>
          <w:lang w:val="zxx"/>
        </w:rPr>
        <w:t>configRevision/</w:t>
      </w:r>
      <w:r>
        <w:rPr>
          <w:b w:val="false"/>
          <w:sz w:val="24"/>
        </w:rPr>
        <w:t>​</w:t>
      </w:r>
      <w:r>
        <w:rPr>
          <w:b w:val="false"/>
          <w:sz w:val="24"/>
          <w:lang w:val="zxx"/>
        </w:rPr>
        <w:t>capabilityRevision.</w:t>
      </w:r>
      <w:r>
        <w:rPr>
          <w:b w:val="false"/>
          <w:sz w:val="24"/>
        </w:rPr>
        <w:t xml:space="preserve"> </w:t>
      </w:r>
      <w:r>
        <w:rPr>
          <w:b w:val="false"/>
          <w:sz w:val="24"/>
          <w:lang w:val="zxx"/>
        </w:rPr>
        <w:t>mediaId</w:t>
      </w:r>
      <w:r>
        <w:rPr>
          <w:b w:val="false"/>
          <w:sz w:val="24"/>
        </w:rPr>
        <w:t xml:space="preserve"> индивидуален для УУ; </w:t>
      </w:r>
      <w:r>
        <w:rPr>
          <w:b w:val="false"/>
          <w:sz w:val="24"/>
          <w:lang w:val="zxx"/>
        </w:rPr>
        <w:t>streamId</w:t>
      </w:r>
      <w:r>
        <w:rPr>
          <w:b w:val="false"/>
          <w:sz w:val="24"/>
        </w:rPr>
        <w:t xml:space="preserve"> общий у получателей одного потока, содержит </w:t>
      </w:r>
      <w:r>
        <w:rPr>
          <w:b w:val="false"/>
          <w:sz w:val="24"/>
          <w:lang w:val="zxx"/>
        </w:rPr>
        <w:t>32</w:t>
      </w:r>
      <w:r>
        <w:rPr>
          <w:b w:val="false"/>
          <w:sz w:val="24"/>
        </w:rPr>
        <w:t xml:space="preserve"> строчных </w:t>
      </w:r>
      <w:r>
        <w:rPr>
          <w:b w:val="false"/>
          <w:sz w:val="24"/>
          <w:lang w:val="zxx"/>
        </w:rPr>
        <w:t>hex</w:t>
      </w:r>
      <w:r>
        <w:rPr>
          <w:b w:val="false"/>
          <w:sz w:val="24"/>
        </w:rPr>
        <w:t xml:space="preserve"> и создается случайно заново при каждой подготовке источника. Один </w:t>
      </w:r>
      <w:r>
        <w:rPr>
          <w:b w:val="false"/>
          <w:sz w:val="24"/>
          <w:lang w:val="zxx"/>
        </w:rPr>
        <w:t>streamId</w:t>
      </w:r>
      <w:r>
        <w:rPr>
          <w:b w:val="false"/>
          <w:sz w:val="24"/>
        </w:rPr>
        <w:t xml:space="preserve"> не используется повторно. Срок подготовки — </w:t>
      </w:r>
      <w:r>
        <w:rPr>
          <w:b w:val="false"/>
          <w:sz w:val="24"/>
          <w:lang w:val="zxx"/>
        </w:rPr>
        <w:t>60000</w:t>
      </w:r>
      <w:r>
        <w:rPr>
          <w:b w:val="false"/>
          <w:sz w:val="24"/>
        </w:rPr>
        <w:t xml:space="preserve"> мс. Повтор команды не продлевает срок. Во всех получателях один </w:t>
      </w:r>
      <w:r>
        <w:rPr>
          <w:b w:val="false"/>
          <w:sz w:val="24"/>
          <w:lang w:val="zxx"/>
        </w:rPr>
        <w:t>streamId</w:t>
      </w:r>
      <w:r>
        <w:rPr>
          <w:b w:val="false"/>
          <w:sz w:val="24"/>
        </w:rPr>
        <w:t xml:space="preserve"> обозначает одинаковые кодек, источник, ключ и шкалу блоков; иное значение отвергается как </w:t>
      </w:r>
      <w:r>
        <w:rPr>
          <w:b w:val="false"/>
          <w:sz w:val="24"/>
          <w:lang w:val="zxx"/>
        </w:rPr>
        <w:t>conflict.</w:t>
      </w:r>
    </w:p>
    <w:p>
      <w:pPr>
        <w:pStyle w:val="Normal"/>
        <w:jc w:val="both"/>
        <w:rPr/>
      </w:pPr>
      <w:r>
        <w:rPr>
          <w:b w:val="false"/>
          <w:sz w:val="24"/>
        </w:rPr>
        <w:t>Ж.</w:t>
      </w:r>
      <w:r>
        <w:rPr>
          <w:b w:val="false"/>
          <w:sz w:val="24"/>
          <w:lang w:val="zxx"/>
        </w:rPr>
        <w:t>2.5</w:t>
      </w:r>
      <w:r>
        <w:rPr>
          <w:b w:val="false"/>
          <w:sz w:val="24"/>
        </w:rPr>
        <w:t xml:space="preserve"> </w:t>
      </w:r>
      <w:r>
        <w:rPr>
          <w:b w:val="false"/>
          <w:sz w:val="24"/>
          <w:lang w:val="zxx"/>
        </w:rPr>
        <w:t>group-</w:t>
      </w:r>
      <w:r>
        <w:rPr>
          <w:b w:val="false"/>
          <w:sz w:val="24"/>
        </w:rPr>
        <w:t>⁠</w:t>
      </w:r>
      <w:r>
        <w:rPr>
          <w:b w:val="false"/>
          <w:sz w:val="24"/>
          <w:lang w:val="zxx"/>
        </w:rPr>
        <w:t>audio/</w:t>
      </w:r>
      <w:r>
        <w:rPr>
          <w:b w:val="false"/>
          <w:sz w:val="24"/>
        </w:rPr>
        <w:t>⁠</w:t>
      </w:r>
      <w:r>
        <w:rPr>
          <w:b w:val="false"/>
          <w:sz w:val="24"/>
          <w:lang w:val="zxx"/>
        </w:rPr>
        <w:t>2</w:t>
      </w:r>
      <w:r>
        <w:rPr>
          <w:b w:val="false"/>
          <w:sz w:val="24"/>
        </w:rPr>
        <w:t xml:space="preserve"> </w:t>
      </w:r>
      <w:r>
        <w:rPr>
          <w:b w:val="false"/>
          <w:sz w:val="24"/>
          <w:lang w:val="zxx"/>
        </w:rPr>
        <w:t>РАЗРЕШАЕТСЯ</w:t>
      </w:r>
      <w:r>
        <w:rPr>
          <w:b w:val="false"/>
          <w:sz w:val="24"/>
        </w:rPr>
        <w:t xml:space="preserve"> только с защищенным управлением. Ключ передается каждому УУ по его собственному </w:t>
      </w:r>
      <w:r>
        <w:rPr>
          <w:b w:val="false"/>
          <w:sz w:val="24"/>
          <w:lang w:val="zxx"/>
        </w:rPr>
        <w:t>TLS-</w:t>
      </w:r>
      <w:r>
        <w:rPr>
          <w:b w:val="false"/>
          <w:sz w:val="24"/>
        </w:rPr>
        <w:t xml:space="preserve">соединению с парным секретом, не включается в публичные пакеты доверия, конфигурацию, журналы и диагностические выгрузки. Хранятся лишь необходимый оперативный ключ и хеш нормализованного запроса для дедупликации; ключ уничтожается при </w:t>
      </w:r>
      <w:r>
        <w:rPr>
          <w:b w:val="false"/>
          <w:sz w:val="24"/>
          <w:lang w:val="zxx"/>
        </w:rPr>
        <w:t>discard</w:t>
      </w:r>
      <w:r>
        <w:rPr>
          <w:b w:val="false"/>
          <w:sz w:val="24"/>
        </w:rPr>
        <w:t xml:space="preserve">, завершении, отзыве, истечении подготовки или </w:t>
      </w:r>
      <w:r>
        <w:rPr>
          <w:b w:val="false"/>
          <w:sz w:val="24"/>
          <w:lang w:val="zxx"/>
        </w:rPr>
        <w:t>reboot.</w:t>
      </w:r>
      <w:r>
        <w:rPr>
          <w:b w:val="false"/>
          <w:sz w:val="24"/>
        </w:rPr>
        <w:t xml:space="preserve"> Он не является общим секретом парка и не используется для управления, другой группы или нового потока. Приватный ключ подписи остается только у источника.</w:t>
      </w:r>
    </w:p>
    <w:p>
      <w:pPr>
        <w:pStyle w:val="Normal"/>
        <w:jc w:val="start"/>
        <w:rPr/>
      </w:pPr>
      <w:r>
        <w:rPr>
          <w:b w:val="false"/>
          <w:sz w:val="24"/>
        </w:rPr>
        <w:t>Ж.</w:t>
      </w:r>
      <w:r>
        <w:rPr>
          <w:b w:val="false"/>
          <w:sz w:val="24"/>
          <w:lang w:val="zxx"/>
        </w:rPr>
        <w:t>2.6</w:t>
      </w:r>
      <w:r>
        <w:rPr>
          <w:b w:val="false"/>
          <w:sz w:val="24"/>
        </w:rPr>
        <w:t xml:space="preserve"> </w:t>
      </w:r>
      <w:r>
        <w:rPr>
          <w:b w:val="false"/>
          <w:sz w:val="24"/>
          <w:lang w:val="zxx"/>
        </w:rPr>
        <w:t>audio.state</w:t>
      </w:r>
      <w:r>
        <w:rPr>
          <w:b w:val="false"/>
          <w:sz w:val="24"/>
        </w:rPr>
        <w:t xml:space="preserve"> дополнительно содержит </w:t>
      </w:r>
      <w:r>
        <w:rPr>
          <w:b w:val="false"/>
          <w:sz w:val="24"/>
          <w:lang w:val="zxx"/>
        </w:rPr>
        <w:t>groupStats</w:t>
      </w:r>
      <w:r>
        <w:rPr>
          <w:b w:val="false"/>
          <w:sz w:val="24"/>
        </w:rPr>
        <w:t xml:space="preserve"> с </w:t>
      </w:r>
      <w:r>
        <w:rPr>
          <w:b w:val="false"/>
          <w:sz w:val="24"/>
          <w:lang w:val="zxx"/>
        </w:rPr>
        <w:t>uint64</w:t>
      </w:r>
      <w:r>
        <w:rPr>
          <w:b w:val="false"/>
          <w:sz w:val="24"/>
        </w:rPr>
        <w:t xml:space="preserve"> </w:t>
      </w:r>
      <w:r>
        <w:rPr>
          <w:b w:val="false"/>
          <w:sz w:val="24"/>
          <w:lang w:val="zxx"/>
        </w:rPr>
        <w:t>recoveredParts</w:t>
      </w:r>
      <w:r>
        <w:rPr>
          <w:b w:val="false"/>
          <w:sz w:val="24"/>
        </w:rPr>
        <w:t xml:space="preserve">, </w:t>
      </w:r>
      <w:r>
        <w:rPr>
          <w:b w:val="false"/>
          <w:sz w:val="24"/>
          <w:lang w:val="zxx"/>
        </w:rPr>
        <w:t>receivedParityParts</w:t>
      </w:r>
      <w:r>
        <w:rPr>
          <w:b w:val="false"/>
          <w:sz w:val="24"/>
        </w:rPr>
        <w:t xml:space="preserve"> и </w:t>
      </w:r>
      <w:r>
        <w:rPr>
          <w:b w:val="false"/>
          <w:sz w:val="24"/>
          <w:lang w:val="zxx"/>
        </w:rPr>
        <w:t>missingDataParts.</w:t>
      </w:r>
      <w:r>
        <w:rPr>
          <w:b w:val="false"/>
          <w:sz w:val="24"/>
        </w:rPr>
        <w:t xml:space="preserve"> </w:t>
      </w:r>
      <w:r>
        <w:rPr>
          <w:b w:val="false"/>
          <w:sz w:val="24"/>
          <w:lang w:val="zxx"/>
        </w:rPr>
        <w:t>receivedPackets</w:t>
      </w:r>
      <w:r>
        <w:rPr>
          <w:b w:val="false"/>
          <w:sz w:val="24"/>
        </w:rPr>
        <w:t xml:space="preserve"> считает принятые проверенные звуковые части </w:t>
      </w:r>
      <w:r>
        <w:rPr>
          <w:b w:val="false"/>
          <w:sz w:val="24"/>
          <w:lang w:val="zxx"/>
        </w:rPr>
        <w:t>0..3</w:t>
      </w:r>
      <w:r>
        <w:rPr>
          <w:b w:val="false"/>
          <w:sz w:val="24"/>
        </w:rPr>
        <w:t xml:space="preserve">, </w:t>
      </w:r>
      <w:r>
        <w:rPr>
          <w:b w:val="false"/>
          <w:sz w:val="24"/>
          <w:lang w:val="zxx"/>
        </w:rPr>
        <w:t>receivedParityParts</w:t>
      </w:r>
      <w:r>
        <w:rPr>
          <w:b w:val="false"/>
          <w:sz w:val="24"/>
        </w:rPr>
        <w:t xml:space="preserve"> — части </w:t>
      </w:r>
      <w:r>
        <w:rPr>
          <w:b w:val="false"/>
          <w:sz w:val="24"/>
          <w:lang w:val="zxx"/>
        </w:rPr>
        <w:t>4</w:t>
      </w:r>
      <w:r>
        <w:rPr>
          <w:b w:val="false"/>
          <w:sz w:val="24"/>
        </w:rPr>
        <w:t xml:space="preserve">; </w:t>
      </w:r>
      <w:r>
        <w:rPr>
          <w:b w:val="false"/>
          <w:sz w:val="24"/>
          <w:lang w:val="zxx"/>
        </w:rPr>
        <w:t>FEC-</w:t>
      </w:r>
      <w:r>
        <w:rPr>
          <w:b w:val="false"/>
          <w:sz w:val="24"/>
        </w:rPr>
        <w:t xml:space="preserve">восстановление увеличивает </w:t>
      </w:r>
      <w:r>
        <w:rPr>
          <w:b w:val="false"/>
          <w:sz w:val="24"/>
          <w:lang w:val="zxx"/>
        </w:rPr>
        <w:t>recoveredParts</w:t>
      </w:r>
      <w:r>
        <w:rPr>
          <w:b w:val="false"/>
          <w:sz w:val="24"/>
        </w:rPr>
        <w:t xml:space="preserve">, а невосстановленный к сроку пропуск — </w:t>
      </w:r>
      <w:r>
        <w:rPr>
          <w:b w:val="false"/>
          <w:sz w:val="24"/>
          <w:lang w:val="zxx"/>
        </w:rPr>
        <w:t>missingDataParts</w:t>
      </w:r>
      <w:r>
        <w:rPr>
          <w:b w:val="false"/>
          <w:sz w:val="24"/>
        </w:rPr>
        <w:t xml:space="preserve"> и </w:t>
      </w:r>
      <w:r>
        <w:rPr>
          <w:b w:val="false"/>
          <w:sz w:val="24"/>
          <w:lang w:val="zxx"/>
        </w:rPr>
        <w:t>lostPackets.</w:t>
      </w:r>
      <w:r>
        <w:rPr>
          <w:b w:val="false"/>
          <w:sz w:val="24"/>
        </w:rPr>
        <w:t xml:space="preserve"> Поздние и повторные датаграммы учитываются отдельно и не увеличивают принятые части. </w:t>
      </w:r>
      <w:r>
        <w:rPr>
          <w:b w:val="false"/>
          <w:sz w:val="24"/>
          <w:lang w:val="zxx"/>
        </w:rPr>
        <w:t>clock</w:t>
      </w:r>
      <w:r>
        <w:rPr>
          <w:b w:val="false"/>
          <w:sz w:val="24"/>
        </w:rPr>
        <w:t xml:space="preserve"> имеет общие показатели частоты ЦАП; отсутствие оценки до начала звука не подменяется нулевой погрешностью. Индивидуальный </w:t>
      </w:r>
      <w:r>
        <w:rPr>
          <w:b w:val="false"/>
          <w:sz w:val="24"/>
          <w:lang w:val="zxx"/>
        </w:rPr>
        <w:t>session.get</w:t>
      </w:r>
      <w:r>
        <w:rPr>
          <w:b w:val="false"/>
          <w:sz w:val="24"/>
        </w:rPr>
        <w:t xml:space="preserve"> сохраняет критерии исполнения и полноту звука.</w:t>
      </w:r>
    </w:p>
    <w:p>
      <w:pPr>
        <w:pStyle w:val="Normal"/>
        <w:jc w:val="start"/>
        <w:rPr/>
      </w:pPr>
      <w:r>
        <w:rPr>
          <w:b w:val="false"/>
          <w:sz w:val="24"/>
        </w:rPr>
        <w:t>Ж.</w:t>
      </w:r>
      <w:r>
        <w:rPr>
          <w:b w:val="false"/>
          <w:sz w:val="24"/>
          <w:lang w:val="zxx"/>
        </w:rPr>
        <w:t>2.7</w:t>
      </w:r>
      <w:r>
        <w:rPr>
          <w:b w:val="false"/>
          <w:sz w:val="24"/>
        </w:rPr>
        <w:t xml:space="preserve"> </w:t>
      </w:r>
      <w:r>
        <w:rPr>
          <w:b w:val="false"/>
          <w:sz w:val="24"/>
          <w:lang w:val="zxx"/>
        </w:rPr>
        <w:t>session.start</w:t>
      </w:r>
      <w:r>
        <w:rPr>
          <w:b w:val="false"/>
          <w:sz w:val="24"/>
        </w:rPr>
        <w:t>(</w:t>
      </w:r>
      <w:r>
        <w:rPr>
          <w:b w:val="false"/>
          <w:sz w:val="24"/>
          <w:lang w:val="zxx"/>
        </w:rPr>
        <w:t>mode=stream</w:t>
      </w:r>
      <w:r>
        <w:rPr>
          <w:b w:val="false"/>
          <w:sz w:val="24"/>
        </w:rPr>
        <w:t xml:space="preserve">) с полученным </w:t>
      </w:r>
      <w:r>
        <w:rPr>
          <w:b w:val="false"/>
          <w:sz w:val="24"/>
          <w:lang w:val="zxx"/>
        </w:rPr>
        <w:t>mediaId</w:t>
      </w:r>
      <w:r>
        <w:rPr>
          <w:b w:val="false"/>
          <w:sz w:val="24"/>
        </w:rPr>
        <w:t xml:space="preserve"> и точными </w:t>
      </w:r>
      <w:r>
        <w:rPr>
          <w:b w:val="false"/>
          <w:sz w:val="24"/>
          <w:lang w:val="zxx"/>
        </w:rPr>
        <w:t>resources</w:t>
      </w:r>
      <w:r>
        <w:rPr>
          <w:b w:val="false"/>
          <w:sz w:val="24"/>
        </w:rPr>
        <w:t xml:space="preserve"> запускает обычный автомат исполнения; </w:t>
      </w:r>
      <w:r>
        <w:rPr>
          <w:b w:val="false"/>
          <w:sz w:val="24"/>
          <w:lang w:val="zxx"/>
        </w:rPr>
        <w:t>onControlLoss=stop.</w:t>
      </w:r>
      <w:r>
        <w:rPr>
          <w:b w:val="false"/>
          <w:sz w:val="24"/>
        </w:rPr>
        <w:t xml:space="preserve"> </w:t>
      </w:r>
      <w:r>
        <w:rPr>
          <w:b w:val="false"/>
          <w:sz w:val="24"/>
          <w:lang w:val="zxx"/>
        </w:rPr>
        <w:t>audio.discard</w:t>
      </w:r>
      <w:r>
        <w:rPr>
          <w:b w:val="false"/>
          <w:sz w:val="24"/>
        </w:rPr>
        <w:t xml:space="preserve">, </w:t>
      </w:r>
      <w:r>
        <w:rPr>
          <w:b w:val="false"/>
          <w:sz w:val="24"/>
          <w:lang w:val="zxx"/>
        </w:rPr>
        <w:t>audio.state</w:t>
      </w:r>
      <w:r>
        <w:rPr>
          <w:b w:val="false"/>
          <w:sz w:val="24"/>
        </w:rPr>
        <w:t xml:space="preserve">, </w:t>
      </w:r>
      <w:r>
        <w:rPr>
          <w:b w:val="false"/>
          <w:sz w:val="24"/>
          <w:lang w:val="zxx"/>
        </w:rPr>
        <w:t>audio.finish</w:t>
      </w:r>
      <w:r>
        <w:rPr>
          <w:b w:val="false"/>
          <w:sz w:val="24"/>
        </w:rPr>
        <w:t xml:space="preserve"> и </w:t>
      </w:r>
      <w:r>
        <w:rPr>
          <w:b w:val="false"/>
          <w:sz w:val="24"/>
          <w:lang w:val="zxx"/>
        </w:rPr>
        <w:t>session.stop/</w:t>
      </w:r>
      <w:r>
        <w:rPr>
          <w:b w:val="false"/>
          <w:sz w:val="24"/>
        </w:rPr>
        <w:t>​</w:t>
      </w:r>
      <w:r>
        <w:rPr>
          <w:b w:val="false"/>
          <w:sz w:val="24"/>
          <w:lang w:val="zxx"/>
        </w:rPr>
        <w:t>cancel</w:t>
      </w:r>
      <w:r>
        <w:rPr>
          <w:b w:val="false"/>
          <w:sz w:val="24"/>
        </w:rPr>
        <w:t xml:space="preserve"> сохраняют общие назначения. </w:t>
      </w:r>
      <w:r>
        <w:rPr>
          <w:b w:val="false"/>
          <w:sz w:val="24"/>
          <w:lang w:val="zxx"/>
        </w:rPr>
        <w:t>media.hello</w:t>
      </w:r>
      <w:r>
        <w:rPr>
          <w:b w:val="false"/>
          <w:sz w:val="24"/>
        </w:rPr>
        <w:t xml:space="preserve"> для группового профиля не используется. В </w:t>
      </w:r>
      <w:r>
        <w:rPr>
          <w:b w:val="false"/>
          <w:sz w:val="24"/>
          <w:lang w:val="zxx"/>
        </w:rPr>
        <w:t>audio.finish</w:t>
      </w:r>
      <w:r>
        <w:rPr>
          <w:b w:val="false"/>
          <w:sz w:val="24"/>
        </w:rPr>
        <w:t xml:space="preserve"> </w:t>
      </w:r>
      <w:r>
        <w:rPr>
          <w:b w:val="false"/>
          <w:sz w:val="24"/>
          <w:lang w:val="zxx"/>
        </w:rPr>
        <w:t>lastPacketIndex</w:t>
      </w:r>
      <w:r>
        <w:rPr>
          <w:b w:val="false"/>
          <w:sz w:val="24"/>
        </w:rPr>
        <w:t xml:space="preserve"> означает последний </w:t>
      </w:r>
      <w:r>
        <w:rPr>
          <w:b w:val="false"/>
          <w:sz w:val="24"/>
          <w:lang w:val="zxx"/>
        </w:rPr>
        <w:t>blockIndex</w:t>
      </w:r>
      <w:r>
        <w:rPr>
          <w:b w:val="false"/>
          <w:sz w:val="24"/>
        </w:rPr>
        <w:t xml:space="preserve">, а </w:t>
      </w:r>
      <w:r>
        <w:rPr>
          <w:b w:val="false"/>
          <w:sz w:val="24"/>
          <w:lang w:val="zxx"/>
        </w:rPr>
        <w:t>sampleCount</w:t>
      </w:r>
      <w:r>
        <w:rPr>
          <w:b w:val="false"/>
          <w:sz w:val="24"/>
        </w:rPr>
        <w:t xml:space="preserve"> — число отсчетов источника. У каждого получателя </w:t>
      </w:r>
      <w:r>
        <w:rPr>
          <w:b w:val="false"/>
          <w:sz w:val="24"/>
          <w:lang w:val="zxx"/>
        </w:rPr>
        <w:t>session.start</w:t>
      </w:r>
      <w:r>
        <w:rPr>
          <w:b w:val="false"/>
          <w:sz w:val="24"/>
        </w:rPr>
        <w:t xml:space="preserve">, </w:t>
      </w:r>
      <w:r>
        <w:rPr>
          <w:b w:val="false"/>
          <w:sz w:val="24"/>
          <w:lang w:val="zxx"/>
        </w:rPr>
        <w:t>session.stop</w:t>
      </w:r>
      <w:r>
        <w:rPr>
          <w:b w:val="false"/>
          <w:sz w:val="24"/>
        </w:rPr>
        <w:t>, ошибки и результат самостоятельны; потеря связи с одним не создает успех остальным.</w:t>
      </w:r>
    </w:p>
    <w:p>
      <w:pPr>
        <w:pStyle w:val="2"/>
        <w:rPr/>
      </w:pPr>
      <w:r>
        <w:rPr>
          <w:sz w:val="24"/>
        </w:rPr>
        <w:t>Ж.3 Формат датаграммы и подпись источника</w:t>
      </w:r>
    </w:p>
    <w:p>
      <w:pPr>
        <w:pStyle w:val="Normal"/>
        <w:keepNext w:val="true"/>
        <w:ind w:hanging="0"/>
        <w:jc w:val="start"/>
        <w:rPr/>
      </w:pPr>
      <w:r>
        <w:rPr>
          <w:b w:val="false"/>
          <w:sz w:val="24"/>
        </w:rPr>
        <w:t xml:space="preserve">Таблица </w:t>
      </w:r>
      <w:r>
        <w:rPr>
          <w:b w:val="false"/>
          <w:sz w:val="24"/>
          <w:lang w:val="zxx"/>
        </w:rPr>
        <w:t>77</w:t>
      </w:r>
      <w:r>
        <w:rPr>
          <w:b w:val="false"/>
          <w:sz w:val="24"/>
        </w:rPr>
        <w:t xml:space="preserve"> - Ж.</w:t>
      </w:r>
      <w:r>
        <w:rPr>
          <w:b w:val="false"/>
          <w:sz w:val="24"/>
          <w:lang w:val="zxx"/>
        </w:rPr>
        <w:t>3</w:t>
      </w:r>
      <w:r>
        <w:rPr>
          <w:b w:val="false"/>
          <w:sz w:val="24"/>
        </w:rPr>
        <w:t xml:space="preserve"> Формат датаграммы и подпись источника</w:t>
      </w:r>
    </w:p>
    <w:tbl>
      <w:tblPr>
        <w:tblStyle w:val="TableGrid"/>
        <w:tblW w:w="9637"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060"/>
        <w:gridCol w:w="6576"/>
      </w:tblGrid>
      <w:tr>
        <w:trPr>
          <w:cantSplit w:val="true"/>
        </w:trPr>
        <w:tc>
          <w:tcPr>
            <w:tcW w:w="3060"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Смещение / длина</w:t>
            </w:r>
          </w:p>
        </w:tc>
        <w:tc>
          <w:tcPr>
            <w:tcW w:w="6576"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Поле и представление</w:t>
            </w:r>
          </w:p>
        </w:tc>
      </w:tr>
      <w:tr>
        <w:trPr>
          <w:cantSplit w:val="true"/>
        </w:trPr>
        <w:tc>
          <w:tcPr>
            <w:tcW w:w="306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0</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4</w:t>
            </w:r>
          </w:p>
        </w:tc>
        <w:tc>
          <w:tcPr>
            <w:tcW w:w="65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ASCII</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GA02</w:t>
            </w:r>
            <w:r>
              <w:rPr>
                <w:rFonts w:eastAsia="ＭＳ 明朝" w:cs=""/>
                <w:b w:val="false"/>
                <w:kern w:val="0"/>
                <w:sz w:val="24"/>
                <w:szCs w:val="22"/>
                <w:lang w:eastAsia="en-US" w:bidi="ar-SA"/>
              </w:rPr>
              <w:t xml:space="preserve"> для защищенного профиля, </w:t>
            </w:r>
            <w:r>
              <w:rPr>
                <w:rFonts w:eastAsia="ＭＳ 明朝" w:cs=""/>
                <w:b w:val="false"/>
                <w:kern w:val="0"/>
                <w:sz w:val="24"/>
                <w:szCs w:val="22"/>
                <w:lang w:val="zxx" w:eastAsia="en-US" w:bidi="ar-SA"/>
              </w:rPr>
              <w:t>GO01</w:t>
            </w:r>
            <w:r>
              <w:rPr>
                <w:rFonts w:eastAsia="ＭＳ 明朝" w:cs=""/>
                <w:b w:val="false"/>
                <w:kern w:val="0"/>
                <w:sz w:val="24"/>
                <w:szCs w:val="22"/>
                <w:lang w:eastAsia="en-US" w:bidi="ar-SA"/>
              </w:rPr>
              <w:t xml:space="preserve"> для открытого.</w:t>
            </w:r>
          </w:p>
        </w:tc>
      </w:tr>
      <w:tr>
        <w:trPr>
          <w:cantSplit w:val="true"/>
        </w:trPr>
        <w:tc>
          <w:tcPr>
            <w:tcW w:w="306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4</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16</w:t>
            </w:r>
          </w:p>
        </w:tc>
        <w:tc>
          <w:tcPr>
            <w:tcW w:w="65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streamId:</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16</w:t>
            </w:r>
            <w:r>
              <w:rPr>
                <w:rFonts w:eastAsia="ＭＳ 明朝" w:cs=""/>
                <w:b w:val="false"/>
                <w:kern w:val="0"/>
                <w:sz w:val="24"/>
                <w:szCs w:val="22"/>
                <w:lang w:eastAsia="en-US" w:bidi="ar-SA"/>
              </w:rPr>
              <w:t xml:space="preserve"> байт, полученных декодированием </w:t>
            </w:r>
            <w:r>
              <w:rPr>
                <w:rFonts w:eastAsia="ＭＳ 明朝" w:cs=""/>
                <w:b w:val="false"/>
                <w:kern w:val="0"/>
                <w:sz w:val="24"/>
                <w:szCs w:val="22"/>
                <w:lang w:val="zxx" w:eastAsia="en-US" w:bidi="ar-SA"/>
              </w:rPr>
              <w:t>32</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hex.</w:t>
            </w:r>
          </w:p>
        </w:tc>
      </w:tr>
      <w:tr>
        <w:trPr>
          <w:cantSplit w:val="true"/>
        </w:trPr>
        <w:tc>
          <w:tcPr>
            <w:tcW w:w="306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20</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4</w:t>
            </w:r>
          </w:p>
        </w:tc>
        <w:tc>
          <w:tcPr>
            <w:tcW w:w="65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blockIndex:</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uint32</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BE</w:t>
            </w:r>
            <w:r>
              <w:rPr>
                <w:rFonts w:eastAsia="ＭＳ 明朝" w:cs=""/>
                <w:b w:val="false"/>
                <w:kern w:val="0"/>
                <w:sz w:val="24"/>
                <w:szCs w:val="22"/>
                <w:lang w:eastAsia="en-US" w:bidi="ar-SA"/>
              </w:rPr>
              <w:t xml:space="preserve">, начинается с </w:t>
            </w:r>
            <w:r>
              <w:rPr>
                <w:rFonts w:eastAsia="ＭＳ 明朝" w:cs=""/>
                <w:b w:val="false"/>
                <w:kern w:val="0"/>
                <w:sz w:val="24"/>
                <w:szCs w:val="22"/>
                <w:lang w:val="zxx" w:eastAsia="en-US" w:bidi="ar-SA"/>
              </w:rPr>
              <w:t>0</w:t>
            </w:r>
            <w:r>
              <w:rPr>
                <w:rFonts w:eastAsia="ＭＳ 明朝" w:cs=""/>
                <w:b w:val="false"/>
                <w:kern w:val="0"/>
                <w:sz w:val="24"/>
                <w:szCs w:val="22"/>
                <w:lang w:eastAsia="en-US" w:bidi="ar-SA"/>
              </w:rPr>
              <w:t xml:space="preserve">, увеличивается на </w:t>
            </w:r>
            <w:r>
              <w:rPr>
                <w:rFonts w:eastAsia="ＭＳ 明朝" w:cs=""/>
                <w:b w:val="false"/>
                <w:kern w:val="0"/>
                <w:sz w:val="24"/>
                <w:szCs w:val="22"/>
                <w:lang w:val="zxx" w:eastAsia="en-US" w:bidi="ar-SA"/>
              </w:rPr>
              <w:t>1</w:t>
            </w:r>
            <w:r>
              <w:rPr>
                <w:rFonts w:eastAsia="ＭＳ 明朝" w:cs=""/>
                <w:b w:val="false"/>
                <w:kern w:val="0"/>
                <w:sz w:val="24"/>
                <w:szCs w:val="22"/>
                <w:lang w:eastAsia="en-US" w:bidi="ar-SA"/>
              </w:rPr>
              <w:t>; переполнение запрещено.</w:t>
            </w:r>
          </w:p>
        </w:tc>
      </w:tr>
      <w:tr>
        <w:trPr>
          <w:cantSplit w:val="true"/>
        </w:trPr>
        <w:tc>
          <w:tcPr>
            <w:tcW w:w="306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24</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8</w:t>
            </w:r>
          </w:p>
        </w:tc>
        <w:tc>
          <w:tcPr>
            <w:tcW w:w="65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capturedUtcMs:</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uint64</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BE</w:t>
            </w:r>
            <w:r>
              <w:rPr>
                <w:rFonts w:eastAsia="ＭＳ 明朝" w:cs=""/>
                <w:b w:val="false"/>
                <w:kern w:val="0"/>
                <w:sz w:val="24"/>
                <w:szCs w:val="22"/>
                <w:lang w:eastAsia="en-US" w:bidi="ar-SA"/>
              </w:rPr>
              <w:t xml:space="preserve">, время захвата первого отсчета блока по </w:t>
            </w:r>
            <w:r>
              <w:rPr>
                <w:rFonts w:eastAsia="ＭＳ 明朝" w:cs=""/>
                <w:b w:val="false"/>
                <w:kern w:val="0"/>
                <w:sz w:val="24"/>
                <w:szCs w:val="22"/>
                <w:lang w:val="zxx" w:eastAsia="en-US" w:bidi="ar-SA"/>
              </w:rPr>
              <w:t>UTC</w:t>
            </w:r>
            <w:r>
              <w:rPr>
                <w:rFonts w:eastAsia="ＭＳ 明朝" w:cs=""/>
                <w:b w:val="false"/>
                <w:kern w:val="0"/>
                <w:sz w:val="24"/>
                <w:szCs w:val="22"/>
                <w:lang w:eastAsia="en-US" w:bidi="ar-SA"/>
              </w:rPr>
              <w:t xml:space="preserve"> источника.</w:t>
            </w:r>
          </w:p>
        </w:tc>
      </w:tr>
      <w:tr>
        <w:trPr>
          <w:cantSplit w:val="true"/>
        </w:trPr>
        <w:tc>
          <w:tcPr>
            <w:tcW w:w="306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32</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2</w:t>
            </w:r>
          </w:p>
        </w:tc>
        <w:tc>
          <w:tcPr>
            <w:tcW w:w="65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validSamples:</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uint16</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BE</w:t>
            </w:r>
            <w:r>
              <w:rPr>
                <w:rFonts w:eastAsia="ＭＳ 明朝" w:cs=""/>
                <w:b w:val="false"/>
                <w:kern w:val="0"/>
                <w:sz w:val="24"/>
                <w:szCs w:val="22"/>
                <w:lang w:eastAsia="en-US" w:bidi="ar-SA"/>
              </w:rPr>
              <w:t xml:space="preserve">, число действительных отсчетов всего блока: </w:t>
            </w:r>
            <w:r>
              <w:rPr>
                <w:rFonts w:eastAsia="ＭＳ 明朝" w:cs=""/>
                <w:b w:val="false"/>
                <w:kern w:val="0"/>
                <w:sz w:val="24"/>
                <w:szCs w:val="22"/>
                <w:lang w:val="zxx" w:eastAsia="en-US" w:bidi="ar-SA"/>
              </w:rPr>
              <w:t>3200</w:t>
            </w:r>
            <w:r>
              <w:rPr>
                <w:rFonts w:eastAsia="ＭＳ 明朝" w:cs=""/>
                <w:b w:val="false"/>
                <w:kern w:val="0"/>
                <w:sz w:val="24"/>
                <w:szCs w:val="22"/>
                <w:lang w:eastAsia="en-US" w:bidi="ar-SA"/>
              </w:rPr>
              <w:t>, кроме конечного.</w:t>
            </w:r>
          </w:p>
        </w:tc>
      </w:tr>
      <w:tr>
        <w:trPr>
          <w:cantSplit w:val="true"/>
        </w:trPr>
        <w:tc>
          <w:tcPr>
            <w:tcW w:w="306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34</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2</w:t>
            </w:r>
          </w:p>
        </w:tc>
        <w:tc>
          <w:tcPr>
            <w:tcW w:w="65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clockErrorMs:</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uint16</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BE</w:t>
            </w:r>
            <w:r>
              <w:rPr>
                <w:rFonts w:eastAsia="ＭＳ 明朝" w:cs=""/>
                <w:b w:val="false"/>
                <w:kern w:val="0"/>
                <w:sz w:val="24"/>
                <w:szCs w:val="22"/>
                <w:lang w:eastAsia="en-US" w:bidi="ar-SA"/>
              </w:rPr>
              <w:t xml:space="preserve">, верхняя погрешность </w:t>
            </w:r>
            <w:r>
              <w:rPr>
                <w:rFonts w:eastAsia="ＭＳ 明朝" w:cs=""/>
                <w:b w:val="false"/>
                <w:kern w:val="0"/>
                <w:sz w:val="24"/>
                <w:szCs w:val="22"/>
                <w:lang w:val="zxx" w:eastAsia="en-US" w:bidi="ar-SA"/>
              </w:rPr>
              <w:t>UTC</w:t>
            </w:r>
            <w:r>
              <w:rPr>
                <w:rFonts w:eastAsia="ＭＳ 明朝" w:cs=""/>
                <w:b w:val="false"/>
                <w:kern w:val="0"/>
                <w:sz w:val="24"/>
                <w:szCs w:val="22"/>
                <w:lang w:eastAsia="en-US" w:bidi="ar-SA"/>
              </w:rPr>
              <w:t xml:space="preserve"> источника, </w:t>
            </w:r>
            <w:r>
              <w:rPr>
                <w:rFonts w:eastAsia="ＭＳ 明朝" w:cs=""/>
                <w:b w:val="false"/>
                <w:kern w:val="0"/>
                <w:sz w:val="24"/>
                <w:szCs w:val="22"/>
                <w:lang w:val="zxx" w:eastAsia="en-US" w:bidi="ar-SA"/>
              </w:rPr>
              <w:t>0..500.</w:t>
            </w:r>
          </w:p>
        </w:tc>
      </w:tr>
      <w:tr>
        <w:trPr>
          <w:cantSplit w:val="true"/>
        </w:trPr>
        <w:tc>
          <w:tcPr>
            <w:tcW w:w="306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36</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1</w:t>
            </w:r>
          </w:p>
        </w:tc>
        <w:tc>
          <w:tcPr>
            <w:tcW w:w="65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shardIndex:</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0..3</w:t>
            </w:r>
            <w:r>
              <w:rPr>
                <w:rFonts w:eastAsia="ＭＳ 明朝" w:cs=""/>
                <w:b w:val="false"/>
                <w:kern w:val="0"/>
                <w:sz w:val="24"/>
                <w:szCs w:val="22"/>
                <w:lang w:eastAsia="en-US" w:bidi="ar-SA"/>
              </w:rPr>
              <w:t xml:space="preserve"> для звуковых частей, </w:t>
            </w:r>
            <w:r>
              <w:rPr>
                <w:rFonts w:eastAsia="ＭＳ 明朝" w:cs=""/>
                <w:b w:val="false"/>
                <w:kern w:val="0"/>
                <w:sz w:val="24"/>
                <w:szCs w:val="22"/>
                <w:lang w:val="zxx" w:eastAsia="en-US" w:bidi="ar-SA"/>
              </w:rPr>
              <w:t>4</w:t>
            </w:r>
            <w:r>
              <w:rPr>
                <w:rFonts w:eastAsia="ＭＳ 明朝" w:cs=""/>
                <w:b w:val="false"/>
                <w:kern w:val="0"/>
                <w:sz w:val="24"/>
                <w:szCs w:val="22"/>
                <w:lang w:eastAsia="en-US" w:bidi="ar-SA"/>
              </w:rPr>
              <w:t xml:space="preserve"> для восстановительной части.</w:t>
            </w:r>
          </w:p>
        </w:tc>
      </w:tr>
      <w:tr>
        <w:trPr>
          <w:cantSplit w:val="true"/>
        </w:trPr>
        <w:tc>
          <w:tcPr>
            <w:tcW w:w="306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37</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1</w:t>
            </w:r>
          </w:p>
        </w:tc>
        <w:tc>
          <w:tcPr>
            <w:tcW w:w="65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flags:</w:t>
            </w:r>
            <w:r>
              <w:rPr>
                <w:rFonts w:eastAsia="ＭＳ 明朝" w:cs=""/>
                <w:b w:val="false"/>
                <w:kern w:val="0"/>
                <w:sz w:val="24"/>
                <w:szCs w:val="22"/>
                <w:lang w:eastAsia="en-US" w:bidi="ar-SA"/>
              </w:rPr>
              <w:t xml:space="preserve"> бит </w:t>
            </w:r>
            <w:r>
              <w:rPr>
                <w:rFonts w:eastAsia="ＭＳ 明朝" w:cs=""/>
                <w:b w:val="false"/>
                <w:kern w:val="0"/>
                <w:sz w:val="24"/>
                <w:szCs w:val="22"/>
                <w:lang w:val="zxx" w:eastAsia="en-US" w:bidi="ar-SA"/>
              </w:rPr>
              <w:t>0</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END</w:t>
            </w:r>
            <w:r>
              <w:rPr>
                <w:rFonts w:eastAsia="ＭＳ 明朝" w:cs=""/>
                <w:b w:val="false"/>
                <w:kern w:val="0"/>
                <w:sz w:val="24"/>
                <w:szCs w:val="22"/>
                <w:lang w:eastAsia="en-US" w:bidi="ar-SA"/>
              </w:rPr>
              <w:t>; остальные биты равны нулю.</w:t>
            </w:r>
          </w:p>
        </w:tc>
      </w:tr>
      <w:tr>
        <w:trPr>
          <w:cantSplit w:val="true"/>
        </w:trPr>
        <w:tc>
          <w:tcPr>
            <w:tcW w:w="306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38</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2</w:t>
            </w:r>
          </w:p>
        </w:tc>
        <w:tc>
          <w:tcPr>
            <w:tcW w:w="65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Резерв: два нулевых байта.</w:t>
            </w:r>
          </w:p>
        </w:tc>
      </w:tr>
      <w:tr>
        <w:trPr>
          <w:cantSplit w:val="true"/>
        </w:trPr>
        <w:tc>
          <w:tcPr>
            <w:tcW w:w="306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40</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165</w:t>
            </w:r>
          </w:p>
        </w:tc>
        <w:tc>
          <w:tcPr>
            <w:tcW w:w="65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В обоих режимах: открытая звуковая или восстановительная часть, без шифрования.</w:t>
            </w:r>
          </w:p>
        </w:tc>
      </w:tr>
      <w:tr>
        <w:trPr>
          <w:cantSplit w:val="true"/>
        </w:trPr>
        <w:tc>
          <w:tcPr>
            <w:tcW w:w="3060"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205</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16</w:t>
            </w:r>
          </w:p>
        </w:tc>
        <w:tc>
          <w:tcPr>
            <w:tcW w:w="6576"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Только защищенный профиль: полная метка </w:t>
            </w:r>
            <w:r>
              <w:rPr>
                <w:rFonts w:eastAsia="ＭＳ 明朝" w:cs=""/>
                <w:b w:val="false"/>
                <w:kern w:val="0"/>
                <w:sz w:val="24"/>
                <w:szCs w:val="22"/>
                <w:lang w:val="zxx" w:eastAsia="en-US" w:bidi="ar-SA"/>
              </w:rPr>
              <w:t>MGM.</w:t>
            </w:r>
          </w:p>
        </w:tc>
      </w:tr>
      <w:tr>
        <w:trPr>
          <w:cantSplit w:val="true"/>
        </w:trPr>
        <w:tc>
          <w:tcPr>
            <w:tcW w:w="3060"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221</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64</w:t>
            </w:r>
          </w:p>
        </w:tc>
        <w:tc>
          <w:tcPr>
            <w:tcW w:w="6576"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Только защищенный профиль: подпись </w:t>
            </w:r>
            <w:r>
              <w:rPr>
                <w:rFonts w:eastAsia="ＭＳ 明朝" w:cs=""/>
                <w:b w:val="false"/>
                <w:kern w:val="0"/>
                <w:sz w:val="24"/>
                <w:szCs w:val="22"/>
                <w:lang w:val="zxx" w:eastAsia="en-US" w:bidi="ar-SA"/>
              </w:rPr>
              <w:t>r32</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LE</w:t>
            </w:r>
            <w:r>
              <w:rPr>
                <w:rFonts w:eastAsia="ＭＳ 明朝" w:cs=""/>
                <w:b w:val="false"/>
                <w:kern w:val="0"/>
                <w:sz w:val="24"/>
                <w:szCs w:val="22"/>
                <w:lang w:eastAsia="en-US" w:bidi="ar-SA"/>
              </w:rPr>
              <w:t xml:space="preserve"> || </w:t>
            </w:r>
            <w:r>
              <w:rPr>
                <w:rFonts w:eastAsia="ＭＳ 明朝" w:cs=""/>
                <w:b w:val="false"/>
                <w:kern w:val="0"/>
                <w:sz w:val="24"/>
                <w:szCs w:val="22"/>
                <w:lang w:val="zxx" w:eastAsia="en-US" w:bidi="ar-SA"/>
              </w:rPr>
              <w:t>s32</w:t>
            </w:r>
            <w:r>
              <w:rPr>
                <w:rFonts w:eastAsia="ＭＳ 明朝" w:cs=""/>
                <w:b w:val="false"/>
                <w:kern w:val="0"/>
                <w:sz w:val="24"/>
                <w:szCs w:val="22"/>
                <w:lang w:eastAsia="en-US" w:bidi="ar-SA"/>
              </w:rPr>
              <w:t xml:space="preserve"> </w:t>
            </w:r>
            <w:r>
              <w:rPr>
                <w:rFonts w:eastAsia="ＭＳ 明朝" w:cs=""/>
                <w:b w:val="false"/>
                <w:kern w:val="0"/>
                <w:sz w:val="24"/>
                <w:szCs w:val="22"/>
                <w:lang w:val="zxx" w:eastAsia="en-US" w:bidi="ar-SA"/>
              </w:rPr>
              <w:t>LE</w:t>
            </w:r>
            <w:r>
              <w:rPr>
                <w:rFonts w:eastAsia="ＭＳ 明朝" w:cs=""/>
                <w:b w:val="false"/>
                <w:kern w:val="0"/>
                <w:sz w:val="24"/>
                <w:szCs w:val="22"/>
                <w:lang w:eastAsia="en-US" w:bidi="ar-SA"/>
              </w:rPr>
              <w:t>, как в общем профиле подписи.</w:t>
            </w:r>
          </w:p>
        </w:tc>
      </w:tr>
    </w:tbl>
    <w:p>
      <w:pPr>
        <w:pStyle w:val="Normal"/>
        <w:spacing w:before="0" w:after="0"/>
        <w:rPr/>
      </w:pPr>
      <w:r>
        <w:rPr/>
      </w:r>
    </w:p>
    <w:p>
      <w:pPr>
        <w:pStyle w:val="Normal"/>
        <w:jc w:val="both"/>
        <w:rPr/>
      </w:pPr>
      <w:r>
        <w:rPr>
          <w:b w:val="false"/>
          <w:sz w:val="24"/>
        </w:rPr>
        <w:t>Ж.</w:t>
      </w:r>
      <w:r>
        <w:rPr>
          <w:b w:val="false"/>
          <w:sz w:val="24"/>
          <w:lang w:val="zxx"/>
        </w:rPr>
        <w:t>3.1</w:t>
      </w:r>
      <w:r>
        <w:rPr>
          <w:b w:val="false"/>
          <w:sz w:val="24"/>
        </w:rPr>
        <w:t xml:space="preserve"> Длина </w:t>
      </w:r>
      <w:r>
        <w:rPr>
          <w:b w:val="false"/>
          <w:sz w:val="24"/>
          <w:lang w:val="zxx"/>
        </w:rPr>
        <w:t>UDP</w:t>
      </w:r>
      <w:r>
        <w:rPr>
          <w:b w:val="false"/>
          <w:sz w:val="24"/>
        </w:rPr>
        <w:t xml:space="preserve"> </w:t>
      </w:r>
      <w:r>
        <w:rPr>
          <w:b w:val="false"/>
          <w:sz w:val="24"/>
          <w:lang w:val="zxx"/>
        </w:rPr>
        <w:t>payload</w:t>
      </w:r>
      <w:r>
        <w:rPr>
          <w:b w:val="false"/>
          <w:sz w:val="24"/>
        </w:rPr>
        <w:t xml:space="preserve"> равна ровно </w:t>
      </w:r>
      <w:r>
        <w:rPr>
          <w:b w:val="false"/>
          <w:sz w:val="24"/>
          <w:lang w:val="zxx"/>
        </w:rPr>
        <w:t>285</w:t>
      </w:r>
      <w:r>
        <w:rPr>
          <w:b w:val="false"/>
          <w:sz w:val="24"/>
        </w:rPr>
        <w:t xml:space="preserve"> байтам при </w:t>
      </w:r>
      <w:r>
        <w:rPr>
          <w:b w:val="false"/>
          <w:sz w:val="24"/>
          <w:lang w:val="zxx"/>
        </w:rPr>
        <w:t>GA02</w:t>
      </w:r>
      <w:r>
        <w:rPr>
          <w:b w:val="false"/>
          <w:sz w:val="24"/>
        </w:rPr>
        <w:t xml:space="preserve"> и </w:t>
      </w:r>
      <w:r>
        <w:rPr>
          <w:b w:val="false"/>
          <w:sz w:val="24"/>
          <w:lang w:val="zxx"/>
        </w:rPr>
        <w:t>205</w:t>
      </w:r>
      <w:r>
        <w:rPr>
          <w:b w:val="false"/>
          <w:sz w:val="24"/>
        </w:rPr>
        <w:t xml:space="preserve"> при </w:t>
      </w:r>
      <w:r>
        <w:rPr>
          <w:b w:val="false"/>
          <w:sz w:val="24"/>
          <w:lang w:val="zxx"/>
        </w:rPr>
        <w:t>GO01</w:t>
      </w:r>
      <w:r>
        <w:rPr>
          <w:b w:val="false"/>
          <w:sz w:val="24"/>
        </w:rPr>
        <w:t xml:space="preserve">; иных длин, расширений или </w:t>
      </w:r>
      <w:r>
        <w:rPr>
          <w:b w:val="false"/>
          <w:sz w:val="24"/>
          <w:lang w:val="zxx"/>
        </w:rPr>
        <w:t>IP-</w:t>
      </w:r>
      <w:r>
        <w:rPr>
          <w:b w:val="false"/>
          <w:sz w:val="24"/>
        </w:rPr>
        <w:t xml:space="preserve">фрагментации нет. </w:t>
      </w:r>
      <w:r>
        <w:rPr>
          <w:b w:val="false"/>
          <w:sz w:val="24"/>
          <w:lang w:val="zxx"/>
        </w:rPr>
        <w:t>MTU</w:t>
      </w:r>
      <w:r>
        <w:rPr>
          <w:b w:val="false"/>
          <w:sz w:val="24"/>
        </w:rPr>
        <w:t xml:space="preserve"> тракта </w:t>
      </w:r>
      <w:r>
        <w:rPr>
          <w:b w:val="false"/>
          <w:sz w:val="24"/>
          <w:lang w:val="zxx"/>
        </w:rPr>
        <w:t>ДОЛЖЕН</w:t>
      </w:r>
      <w:r>
        <w:rPr>
          <w:b w:val="false"/>
          <w:sz w:val="24"/>
        </w:rPr>
        <w:t xml:space="preserve"> вмещать датаграмму с </w:t>
      </w:r>
      <w:r>
        <w:rPr>
          <w:b w:val="false"/>
          <w:sz w:val="24"/>
          <w:lang w:val="zxx"/>
        </w:rPr>
        <w:t>IP/</w:t>
      </w:r>
      <w:r>
        <w:rPr>
          <w:b w:val="false"/>
          <w:sz w:val="24"/>
        </w:rPr>
        <w:t>​</w:t>
      </w:r>
      <w:r>
        <w:rPr>
          <w:b w:val="false"/>
          <w:sz w:val="24"/>
          <w:lang w:val="zxx"/>
        </w:rPr>
        <w:t>UDP</w:t>
      </w:r>
      <w:r>
        <w:rPr>
          <w:b w:val="false"/>
          <w:sz w:val="24"/>
        </w:rPr>
        <w:t xml:space="preserve"> и применяемой инкапсуляцией. Алгоритмы подписи, проверки точки, диапазонов </w:t>
      </w:r>
      <w:r>
        <w:rPr>
          <w:b w:val="false"/>
          <w:sz w:val="24"/>
          <w:lang w:val="zxx"/>
        </w:rPr>
        <w:t>r/</w:t>
      </w:r>
      <w:r>
        <w:rPr>
          <w:b w:val="false"/>
          <w:sz w:val="24"/>
        </w:rPr>
        <w:t>​</w:t>
      </w:r>
      <w:r>
        <w:rPr>
          <w:b w:val="false"/>
          <w:sz w:val="24"/>
          <w:lang w:val="zxx"/>
        </w:rPr>
        <w:t>s</w:t>
      </w:r>
      <w:r>
        <w:rPr>
          <w:b w:val="false"/>
          <w:sz w:val="24"/>
        </w:rPr>
        <w:t xml:space="preserve"> и хеша совпадают с основным документом. Подписывается </w:t>
      </w:r>
      <w:r>
        <w:rPr>
          <w:b w:val="false"/>
          <w:sz w:val="24"/>
          <w:lang w:val="zxx"/>
        </w:rPr>
        <w:t>ASCII</w:t>
      </w:r>
      <w:r>
        <w:rPr>
          <w:b w:val="false"/>
          <w:sz w:val="24"/>
        </w:rPr>
        <w:t xml:space="preserve"> </w:t>
      </w:r>
      <w:r>
        <w:rPr>
          <w:b w:val="false"/>
          <w:sz w:val="24"/>
          <w:lang w:val="zxx"/>
        </w:rPr>
        <w:t>OA-</w:t>
      </w:r>
      <w:r>
        <w:rPr>
          <w:b w:val="false"/>
          <w:sz w:val="24"/>
        </w:rPr>
        <w:t>⁠</w:t>
      </w:r>
      <w:r>
        <w:rPr>
          <w:b w:val="false"/>
          <w:sz w:val="24"/>
          <w:lang w:val="zxx"/>
        </w:rPr>
        <w:t>GROUP/</w:t>
      </w:r>
      <w:r>
        <w:rPr>
          <w:b w:val="false"/>
          <w:sz w:val="24"/>
        </w:rPr>
        <w:t>⁠</w:t>
      </w:r>
      <w:r>
        <w:rPr>
          <w:b w:val="false"/>
          <w:sz w:val="24"/>
          <w:lang w:val="zxx"/>
        </w:rPr>
        <w:t>2</w:t>
      </w:r>
      <w:r>
        <w:rPr>
          <w:b w:val="false"/>
          <w:sz w:val="24"/>
        </w:rPr>
        <w:t xml:space="preserve">, затем нулевой байт, затем первые </w:t>
      </w:r>
      <w:r>
        <w:rPr>
          <w:b w:val="false"/>
          <w:sz w:val="24"/>
          <w:lang w:val="zxx"/>
        </w:rPr>
        <w:t>221</w:t>
      </w:r>
      <w:r>
        <w:rPr>
          <w:b w:val="false"/>
          <w:sz w:val="24"/>
        </w:rPr>
        <w:t xml:space="preserve"> байт датаграммы в исходном порядке. Подпись не включает сама себя. Перевод текста, пересериализация заголовка и разворот половин подписи запрещены.</w:t>
      </w:r>
    </w:p>
    <w:p>
      <w:pPr>
        <w:pStyle w:val="Normal"/>
        <w:jc w:val="both"/>
        <w:rPr/>
      </w:pPr>
      <w:r>
        <w:rPr>
          <w:b w:val="false"/>
          <w:sz w:val="24"/>
        </w:rPr>
        <w:t>Ж.</w:t>
      </w:r>
      <w:r>
        <w:rPr>
          <w:b w:val="false"/>
          <w:sz w:val="24"/>
          <w:lang w:val="zxx"/>
        </w:rPr>
        <w:t>3.2</w:t>
      </w:r>
      <w:r>
        <w:rPr>
          <w:b w:val="false"/>
          <w:sz w:val="24"/>
        </w:rPr>
        <w:t xml:space="preserve"> </w:t>
      </w:r>
      <w:r>
        <w:rPr>
          <w:b w:val="false"/>
          <w:sz w:val="24"/>
          <w:lang w:val="zxx"/>
        </w:rPr>
        <w:t>MGM</w:t>
      </w:r>
      <w:r>
        <w:rPr>
          <w:b w:val="false"/>
          <w:sz w:val="24"/>
        </w:rPr>
        <w:t xml:space="preserve"> используется только для аутентификации: ключ потока, тег </w:t>
      </w:r>
      <w:r>
        <w:rPr>
          <w:b w:val="false"/>
          <w:sz w:val="24"/>
          <w:lang w:val="zxx"/>
        </w:rPr>
        <w:t>16</w:t>
      </w:r>
      <w:r>
        <w:rPr>
          <w:b w:val="false"/>
          <w:sz w:val="24"/>
        </w:rPr>
        <w:t xml:space="preserve"> байт, </w:t>
      </w:r>
      <w:r>
        <w:rPr>
          <w:b w:val="false"/>
          <w:sz w:val="24"/>
          <w:lang w:val="zxx"/>
        </w:rPr>
        <w:t>associated</w:t>
      </w:r>
      <w:r>
        <w:rPr>
          <w:b w:val="false"/>
          <w:sz w:val="24"/>
        </w:rPr>
        <w:t xml:space="preserve"> </w:t>
      </w:r>
      <w:r>
        <w:rPr>
          <w:b w:val="false"/>
          <w:sz w:val="24"/>
          <w:lang w:val="zxx"/>
        </w:rPr>
        <w:t>data</w:t>
      </w:r>
      <w:r>
        <w:rPr>
          <w:b w:val="false"/>
          <w:sz w:val="24"/>
        </w:rPr>
        <w:t xml:space="preserve"> - первые </w:t>
      </w:r>
      <w:r>
        <w:rPr>
          <w:b w:val="false"/>
          <w:sz w:val="24"/>
          <w:lang w:val="zxx"/>
        </w:rPr>
        <w:t>205</w:t>
      </w:r>
      <w:r>
        <w:rPr>
          <w:b w:val="false"/>
          <w:sz w:val="24"/>
        </w:rPr>
        <w:t xml:space="preserve"> байт датаграммы, включая заголовок и открытый звук; длина шифруемого текста равна нулю. </w:t>
      </w:r>
      <w:r>
        <w:rPr>
          <w:b w:val="false"/>
          <w:sz w:val="24"/>
          <w:lang w:val="zxx"/>
        </w:rPr>
        <w:t>ICN:</w:t>
      </w:r>
      <w:r>
        <w:rPr>
          <w:b w:val="false"/>
          <w:sz w:val="24"/>
        </w:rPr>
        <w:t xml:space="preserve"> семь нулевых байтов || </w:t>
      </w:r>
      <w:r>
        <w:rPr>
          <w:b w:val="false"/>
          <w:sz w:val="24"/>
          <w:lang w:val="zxx"/>
        </w:rPr>
        <w:t>blockIndex:uint32</w:t>
      </w:r>
      <w:r>
        <w:rPr>
          <w:b w:val="false"/>
          <w:sz w:val="24"/>
        </w:rPr>
        <w:t xml:space="preserve"> </w:t>
      </w:r>
      <w:r>
        <w:rPr>
          <w:b w:val="false"/>
          <w:sz w:val="24"/>
          <w:lang w:val="zxx"/>
        </w:rPr>
        <w:t>BE</w:t>
      </w:r>
      <w:r>
        <w:rPr>
          <w:b w:val="false"/>
          <w:sz w:val="24"/>
        </w:rPr>
        <w:t xml:space="preserve"> || </w:t>
      </w:r>
      <w:r>
        <w:rPr>
          <w:b w:val="false"/>
          <w:sz w:val="24"/>
          <w:lang w:val="zxx"/>
        </w:rPr>
        <w:t>shardIndex:uint8</w:t>
      </w:r>
      <w:r>
        <w:rPr>
          <w:b w:val="false"/>
          <w:sz w:val="24"/>
        </w:rPr>
        <w:t xml:space="preserve"> || четыре нулевых байта. Срок потока не превышает </w:t>
      </w:r>
      <w:r>
        <w:rPr>
          <w:b w:val="false"/>
          <w:sz w:val="24"/>
          <w:lang w:val="zxx"/>
        </w:rPr>
        <w:t>86400000</w:t>
      </w:r>
      <w:r>
        <w:rPr>
          <w:b w:val="false"/>
          <w:sz w:val="24"/>
        </w:rPr>
        <w:t xml:space="preserve"> мс и </w:t>
      </w:r>
      <w:r>
        <w:rPr>
          <w:b w:val="false"/>
          <w:sz w:val="24"/>
          <w:lang w:val="zxx"/>
        </w:rPr>
        <w:t>216000</w:t>
      </w:r>
      <w:r>
        <w:rPr>
          <w:b w:val="false"/>
          <w:sz w:val="24"/>
        </w:rPr>
        <w:t xml:space="preserve"> блоков; затем нужны новые </w:t>
      </w:r>
      <w:r>
        <w:rPr>
          <w:b w:val="false"/>
          <w:sz w:val="24"/>
          <w:lang w:val="zxx"/>
        </w:rPr>
        <w:t>streamId</w:t>
      </w:r>
      <w:r>
        <w:rPr>
          <w:b w:val="false"/>
          <w:sz w:val="24"/>
        </w:rPr>
        <w:t xml:space="preserve">, ключ и подготовка. </w:t>
      </w:r>
      <w:r>
        <w:rPr>
          <w:b w:val="false"/>
          <w:sz w:val="24"/>
          <w:lang w:val="zxx"/>
        </w:rPr>
        <w:t>ICN</w:t>
      </w:r>
      <w:r>
        <w:rPr>
          <w:b w:val="false"/>
          <w:sz w:val="24"/>
        </w:rPr>
        <w:t xml:space="preserve"> уникален для каждой пары </w:t>
      </w:r>
      <w:r>
        <w:rPr>
          <w:b w:val="false"/>
          <w:sz w:val="24"/>
          <w:lang w:val="zxx"/>
        </w:rPr>
        <w:t>blockIndex/</w:t>
      </w:r>
      <w:r>
        <w:rPr>
          <w:b w:val="false"/>
          <w:sz w:val="24"/>
        </w:rPr>
        <w:t>​</w:t>
      </w:r>
      <w:r>
        <w:rPr>
          <w:b w:val="false"/>
          <w:sz w:val="24"/>
          <w:lang w:val="zxx"/>
        </w:rPr>
        <w:t>shardIndex</w:t>
      </w:r>
      <w:r>
        <w:rPr>
          <w:b w:val="false"/>
          <w:sz w:val="24"/>
        </w:rPr>
        <w:t xml:space="preserve"> под новым ключом. Повтор допускает только точную копию датаграммы; повторная аутентификация измененного содержимого с тем же </w:t>
      </w:r>
      <w:r>
        <w:rPr>
          <w:b w:val="false"/>
          <w:sz w:val="24"/>
          <w:lang w:val="zxx"/>
        </w:rPr>
        <w:t>ICN</w:t>
      </w:r>
      <w:r>
        <w:rPr>
          <w:b w:val="false"/>
          <w:sz w:val="24"/>
        </w:rPr>
        <w:t xml:space="preserve"> запрещена.</w:t>
      </w:r>
    </w:p>
    <w:p>
      <w:pPr>
        <w:pStyle w:val="Normal"/>
        <w:jc w:val="both"/>
        <w:rPr/>
      </w:pPr>
      <w:r>
        <w:rPr>
          <w:b w:val="false"/>
          <w:sz w:val="24"/>
        </w:rPr>
        <w:t>Ж.</w:t>
      </w:r>
      <w:r>
        <w:rPr>
          <w:b w:val="false"/>
          <w:sz w:val="24"/>
          <w:lang w:val="zxx"/>
        </w:rPr>
        <w:t>3.3</w:t>
      </w:r>
      <w:r>
        <w:rPr>
          <w:b w:val="false"/>
          <w:sz w:val="24"/>
        </w:rPr>
        <w:t xml:space="preserve"> Порядок приема: проверка входного интерфейса и точного совпадения </w:t>
      </w:r>
      <w:r>
        <w:rPr>
          <w:b w:val="false"/>
          <w:sz w:val="24"/>
          <w:lang w:val="zxx"/>
        </w:rPr>
        <w:t>IPv4</w:t>
      </w:r>
      <w:r>
        <w:rPr>
          <w:b w:val="false"/>
          <w:sz w:val="24"/>
        </w:rPr>
        <w:t xml:space="preserve"> </w:t>
      </w:r>
      <w:r>
        <w:rPr>
          <w:b w:val="false"/>
          <w:sz w:val="24"/>
          <w:lang w:val="zxx"/>
        </w:rPr>
        <w:t>sourceAddress</w:t>
      </w:r>
      <w:r>
        <w:rPr>
          <w:b w:val="false"/>
          <w:sz w:val="24"/>
        </w:rPr>
        <w:t xml:space="preserve">, </w:t>
      </w:r>
      <w:r>
        <w:rPr>
          <w:b w:val="false"/>
          <w:sz w:val="24"/>
          <w:lang w:val="zxx"/>
        </w:rPr>
        <w:t>destination=groupAddress</w:t>
      </w:r>
      <w:r>
        <w:rPr>
          <w:b w:val="false"/>
          <w:sz w:val="24"/>
        </w:rPr>
        <w:t xml:space="preserve">, </w:t>
      </w:r>
      <w:r>
        <w:rPr>
          <w:b w:val="false"/>
          <w:sz w:val="24"/>
          <w:lang w:val="zxx"/>
        </w:rPr>
        <w:t>UDP</w:t>
      </w:r>
      <w:r>
        <w:rPr>
          <w:b w:val="false"/>
          <w:sz w:val="24"/>
        </w:rPr>
        <w:t xml:space="preserve"> </w:t>
      </w:r>
      <w:r>
        <w:rPr>
          <w:b w:val="false"/>
          <w:sz w:val="24"/>
          <w:lang w:val="zxx"/>
        </w:rPr>
        <w:t>sourcePort</w:t>
      </w:r>
      <w:r>
        <w:rPr>
          <w:b w:val="false"/>
          <w:sz w:val="24"/>
        </w:rPr>
        <w:t xml:space="preserve"> и </w:t>
      </w:r>
      <w:r>
        <w:rPr>
          <w:b w:val="false"/>
          <w:sz w:val="24"/>
          <w:lang w:val="zxx"/>
        </w:rPr>
        <w:t>destinationPort</w:t>
      </w:r>
      <w:r>
        <w:rPr>
          <w:b w:val="false"/>
          <w:sz w:val="24"/>
        </w:rPr>
        <w:t xml:space="preserve"> с подготовленным шаблоном; затем длина и фиксированные поля, наличие действующего </w:t>
      </w:r>
      <w:r>
        <w:rPr>
          <w:b w:val="false"/>
          <w:sz w:val="24"/>
          <w:lang w:val="zxx"/>
        </w:rPr>
        <w:t>streamId</w:t>
      </w:r>
      <w:r>
        <w:rPr>
          <w:b w:val="false"/>
          <w:sz w:val="24"/>
        </w:rPr>
        <w:t xml:space="preserve">, допустимое окно индексов и времени, затем </w:t>
      </w:r>
      <w:r>
        <w:rPr>
          <w:b w:val="false"/>
          <w:sz w:val="24"/>
          <w:lang w:val="zxx"/>
        </w:rPr>
        <w:t>MGM</w:t>
      </w:r>
      <w:r>
        <w:rPr>
          <w:b w:val="false"/>
          <w:sz w:val="24"/>
        </w:rPr>
        <w:t xml:space="preserve">, затем проверка подписи разрешенного </w:t>
      </w:r>
      <w:r>
        <w:rPr>
          <w:b w:val="false"/>
          <w:sz w:val="24"/>
          <w:lang w:val="zxx"/>
        </w:rPr>
        <w:t>sourceKeyId</w:t>
      </w:r>
      <w:r>
        <w:rPr>
          <w:b w:val="false"/>
          <w:sz w:val="24"/>
        </w:rPr>
        <w:t xml:space="preserve">, затем размещение части. Отказ </w:t>
      </w:r>
      <w:r>
        <w:rPr>
          <w:b w:val="false"/>
          <w:sz w:val="24"/>
          <w:lang w:val="zxx"/>
        </w:rPr>
        <w:t>MGM</w:t>
      </w:r>
      <w:r>
        <w:rPr>
          <w:b w:val="false"/>
          <w:sz w:val="24"/>
        </w:rPr>
        <w:t xml:space="preserve"> прекращает обработку до дорогой проверки подписи; успешная </w:t>
      </w:r>
      <w:r>
        <w:rPr>
          <w:b w:val="false"/>
          <w:sz w:val="24"/>
          <w:lang w:val="zxx"/>
        </w:rPr>
        <w:t>MGM</w:t>
      </w:r>
      <w:r>
        <w:rPr>
          <w:b w:val="false"/>
          <w:sz w:val="24"/>
        </w:rPr>
        <w:t xml:space="preserve"> не заменяет подпись. До успешных криптографических проверок не обновляются окно повторов, таймер аудио и состояние воспроизведения. Знание группового ключа, </w:t>
      </w:r>
      <w:r>
        <w:rPr>
          <w:b w:val="false"/>
          <w:sz w:val="24"/>
          <w:lang w:val="zxx"/>
        </w:rPr>
        <w:t>IP-</w:t>
      </w:r>
      <w:r>
        <w:rPr>
          <w:b w:val="false"/>
          <w:sz w:val="24"/>
        </w:rPr>
        <w:t xml:space="preserve">адреса, идентификатора потока или метки </w:t>
      </w:r>
      <w:r>
        <w:rPr>
          <w:b w:val="false"/>
          <w:sz w:val="24"/>
          <w:lang w:val="zxx"/>
        </w:rPr>
        <w:t>MGM</w:t>
      </w:r>
      <w:r>
        <w:rPr>
          <w:b w:val="false"/>
          <w:sz w:val="24"/>
        </w:rPr>
        <w:t xml:space="preserve"> не заменяет подпись. Открытый профиль сохраняет проверки формата и контекста, но не дает гарантии происхождения или целостности.</w:t>
      </w:r>
    </w:p>
    <w:p>
      <w:pPr>
        <w:pStyle w:val="2"/>
        <w:rPr/>
      </w:pPr>
      <w:r>
        <w:rPr>
          <w:sz w:val="24"/>
        </w:rPr>
        <w:t>Ж.4 Блоки, восстановление потерь и очереди</w:t>
      </w:r>
    </w:p>
    <w:p>
      <w:pPr>
        <w:pStyle w:val="Normal"/>
        <w:jc w:val="start"/>
        <w:rPr/>
      </w:pPr>
      <w:r>
        <w:rPr>
          <w:b w:val="false"/>
          <w:sz w:val="24"/>
        </w:rPr>
        <w:t>Ж.</w:t>
      </w:r>
      <w:r>
        <w:rPr>
          <w:b w:val="false"/>
          <w:sz w:val="24"/>
          <w:lang w:val="zxx"/>
        </w:rPr>
        <w:t>4.1</w:t>
      </w:r>
      <w:r>
        <w:rPr>
          <w:b w:val="false"/>
          <w:sz w:val="24"/>
        </w:rPr>
        <w:t xml:space="preserve"> Кодек — </w:t>
      </w:r>
      <w:r>
        <w:rPr>
          <w:b w:val="false"/>
          <w:sz w:val="24"/>
          <w:lang w:val="zxx"/>
        </w:rPr>
        <w:t>GSM</w:t>
      </w:r>
      <w:r>
        <w:rPr>
          <w:b w:val="false"/>
          <w:sz w:val="24"/>
        </w:rPr>
        <w:t xml:space="preserve"> </w:t>
      </w:r>
      <w:r>
        <w:rPr>
          <w:b w:val="false"/>
          <w:sz w:val="24"/>
          <w:lang w:val="zxx"/>
        </w:rPr>
        <w:t>06.10</w:t>
      </w:r>
      <w:r>
        <w:rPr>
          <w:b w:val="false"/>
          <w:sz w:val="24"/>
        </w:rPr>
        <w:t xml:space="preserve">, </w:t>
      </w:r>
      <w:r>
        <w:rPr>
          <w:b w:val="false"/>
          <w:sz w:val="24"/>
          <w:lang w:val="zxx"/>
        </w:rPr>
        <w:t>RFC</w:t>
      </w:r>
      <w:r>
        <w:rPr>
          <w:b w:val="false"/>
          <w:sz w:val="24"/>
        </w:rPr>
        <w:t xml:space="preserve"> </w:t>
      </w:r>
      <w:r>
        <w:rPr>
          <w:b w:val="false"/>
          <w:sz w:val="24"/>
          <w:lang w:val="zxx"/>
        </w:rPr>
        <w:t>3551</w:t>
      </w:r>
      <w:r>
        <w:rPr>
          <w:b w:val="false"/>
          <w:sz w:val="24"/>
        </w:rPr>
        <w:t xml:space="preserve">, </w:t>
      </w:r>
      <w:r>
        <w:rPr>
          <w:b w:val="false"/>
          <w:sz w:val="24"/>
          <w:lang w:val="zxx"/>
        </w:rPr>
        <w:t>8000</w:t>
      </w:r>
      <w:r>
        <w:rPr>
          <w:b w:val="false"/>
          <w:sz w:val="24"/>
        </w:rPr>
        <w:t xml:space="preserve"> Гц, один канал. Блок охватывает </w:t>
      </w:r>
      <w:r>
        <w:rPr>
          <w:b w:val="false"/>
          <w:sz w:val="24"/>
          <w:lang w:val="zxx"/>
        </w:rPr>
        <w:t>400</w:t>
      </w:r>
      <w:r>
        <w:rPr>
          <w:b w:val="false"/>
          <w:sz w:val="24"/>
        </w:rPr>
        <w:t xml:space="preserve"> мс, то есть </w:t>
      </w:r>
      <w:r>
        <w:rPr>
          <w:b w:val="false"/>
          <w:sz w:val="24"/>
          <w:lang w:val="zxx"/>
        </w:rPr>
        <w:t>3200</w:t>
      </w:r>
      <w:r>
        <w:rPr>
          <w:b w:val="false"/>
          <w:sz w:val="24"/>
        </w:rPr>
        <w:t xml:space="preserve"> отсчетов и </w:t>
      </w:r>
      <w:r>
        <w:rPr>
          <w:b w:val="false"/>
          <w:sz w:val="24"/>
          <w:lang w:val="zxx"/>
        </w:rPr>
        <w:t>20</w:t>
      </w:r>
      <w:r>
        <w:rPr>
          <w:b w:val="false"/>
          <w:sz w:val="24"/>
        </w:rPr>
        <w:t xml:space="preserve"> кодековых кадров по </w:t>
      </w:r>
      <w:r>
        <w:rPr>
          <w:b w:val="false"/>
          <w:sz w:val="24"/>
          <w:lang w:val="zxx"/>
        </w:rPr>
        <w:t>33</w:t>
      </w:r>
      <w:r>
        <w:rPr>
          <w:b w:val="false"/>
          <w:sz w:val="24"/>
        </w:rPr>
        <w:t xml:space="preserve"> байта. Он разделяется на четыре последовательные части по </w:t>
      </w:r>
      <w:r>
        <w:rPr>
          <w:b w:val="false"/>
          <w:sz w:val="24"/>
          <w:lang w:val="zxx"/>
        </w:rPr>
        <w:t>165</w:t>
      </w:r>
      <w:r>
        <w:rPr>
          <w:b w:val="false"/>
          <w:sz w:val="24"/>
        </w:rPr>
        <w:t xml:space="preserve"> байт: пять кадров, </w:t>
      </w:r>
      <w:r>
        <w:rPr>
          <w:b w:val="false"/>
          <w:sz w:val="24"/>
          <w:lang w:val="zxx"/>
        </w:rPr>
        <w:t>800</w:t>
      </w:r>
      <w:r>
        <w:rPr>
          <w:b w:val="false"/>
          <w:sz w:val="24"/>
        </w:rPr>
        <w:t xml:space="preserve"> отсчетов и </w:t>
      </w:r>
      <w:r>
        <w:rPr>
          <w:b w:val="false"/>
          <w:sz w:val="24"/>
          <w:lang w:val="zxx"/>
        </w:rPr>
        <w:t>100</w:t>
      </w:r>
      <w:r>
        <w:rPr>
          <w:b w:val="false"/>
          <w:sz w:val="24"/>
        </w:rPr>
        <w:t xml:space="preserve"> мс. Часть </w:t>
      </w:r>
      <w:r>
        <w:rPr>
          <w:b w:val="false"/>
          <w:sz w:val="24"/>
          <w:lang w:val="zxx"/>
        </w:rPr>
        <w:t>4</w:t>
      </w:r>
      <w:r>
        <w:rPr>
          <w:b w:val="false"/>
          <w:sz w:val="24"/>
        </w:rPr>
        <w:t xml:space="preserve"> равна побайтовому </w:t>
      </w:r>
      <w:r>
        <w:rPr>
          <w:b w:val="false"/>
          <w:sz w:val="24"/>
          <w:lang w:val="zxx"/>
        </w:rPr>
        <w:t>XOR</w:t>
      </w:r>
      <w:r>
        <w:rPr>
          <w:b w:val="false"/>
          <w:sz w:val="24"/>
        </w:rPr>
        <w:t xml:space="preserve"> четырех открытых звуковых частей. Заголовки пяти частей имеют одинаковые </w:t>
      </w:r>
      <w:r>
        <w:rPr>
          <w:b w:val="false"/>
          <w:sz w:val="24"/>
          <w:lang w:val="zxx"/>
        </w:rPr>
        <w:t>streamId</w:t>
      </w:r>
      <w:r>
        <w:rPr>
          <w:b w:val="false"/>
          <w:sz w:val="24"/>
        </w:rPr>
        <w:t xml:space="preserve">, </w:t>
      </w:r>
      <w:r>
        <w:rPr>
          <w:b w:val="false"/>
          <w:sz w:val="24"/>
          <w:lang w:val="zxx"/>
        </w:rPr>
        <w:t>blockIndex</w:t>
      </w:r>
      <w:r>
        <w:rPr>
          <w:b w:val="false"/>
          <w:sz w:val="24"/>
        </w:rPr>
        <w:t xml:space="preserve">, </w:t>
      </w:r>
      <w:r>
        <w:rPr>
          <w:b w:val="false"/>
          <w:sz w:val="24"/>
          <w:lang w:val="zxx"/>
        </w:rPr>
        <w:t>capturedUtcMs</w:t>
      </w:r>
      <w:r>
        <w:rPr>
          <w:b w:val="false"/>
          <w:sz w:val="24"/>
        </w:rPr>
        <w:t xml:space="preserve">, </w:t>
      </w:r>
      <w:r>
        <w:rPr>
          <w:b w:val="false"/>
          <w:sz w:val="24"/>
          <w:lang w:val="zxx"/>
        </w:rPr>
        <w:t>validSamples</w:t>
      </w:r>
      <w:r>
        <w:rPr>
          <w:b w:val="false"/>
          <w:sz w:val="24"/>
        </w:rPr>
        <w:t xml:space="preserve">, </w:t>
      </w:r>
      <w:r>
        <w:rPr>
          <w:b w:val="false"/>
          <w:sz w:val="24"/>
          <w:lang w:val="zxx"/>
        </w:rPr>
        <w:t>clockErrorMs</w:t>
      </w:r>
      <w:r>
        <w:rPr>
          <w:b w:val="false"/>
          <w:sz w:val="24"/>
        </w:rPr>
        <w:t xml:space="preserve"> и </w:t>
      </w:r>
      <w:r>
        <w:rPr>
          <w:b w:val="false"/>
          <w:sz w:val="24"/>
          <w:lang w:val="zxx"/>
        </w:rPr>
        <w:t>flags</w:t>
      </w:r>
      <w:r>
        <w:rPr>
          <w:b w:val="false"/>
          <w:sz w:val="24"/>
        </w:rPr>
        <w:t xml:space="preserve">, различается только </w:t>
      </w:r>
      <w:r>
        <w:rPr>
          <w:b w:val="false"/>
          <w:sz w:val="24"/>
          <w:lang w:val="zxx"/>
        </w:rPr>
        <w:t>shardIndex.</w:t>
      </w:r>
      <w:r>
        <w:rPr>
          <w:b w:val="false"/>
          <w:sz w:val="24"/>
        </w:rPr>
        <w:t xml:space="preserve"> Все пять частей отдельно защищаются.</w:t>
      </w:r>
    </w:p>
    <w:p>
      <w:pPr>
        <w:pStyle w:val="Normal"/>
        <w:jc w:val="both"/>
        <w:rPr/>
      </w:pPr>
      <w:r>
        <w:rPr>
          <w:b w:val="false"/>
          <w:sz w:val="24"/>
        </w:rPr>
        <w:t>Ж.</w:t>
      </w:r>
      <w:r>
        <w:rPr>
          <w:b w:val="false"/>
          <w:sz w:val="24"/>
          <w:lang w:val="zxx"/>
        </w:rPr>
        <w:t>4.2</w:t>
      </w:r>
      <w:r>
        <w:rPr>
          <w:b w:val="false"/>
          <w:sz w:val="24"/>
        </w:rPr>
        <w:t xml:space="preserve"> Без потерь воспроизводятся проверенные части </w:t>
      </w:r>
      <w:r>
        <w:rPr>
          <w:b w:val="false"/>
          <w:sz w:val="24"/>
          <w:lang w:val="zxx"/>
        </w:rPr>
        <w:t>0..3.</w:t>
      </w:r>
      <w:r>
        <w:rPr>
          <w:b w:val="false"/>
          <w:sz w:val="24"/>
        </w:rPr>
        <w:t xml:space="preserve"> При потере ровно одной звуковой части и наличии трех других плюс части </w:t>
      </w:r>
      <w:r>
        <w:rPr>
          <w:b w:val="false"/>
          <w:sz w:val="24"/>
          <w:lang w:val="zxx"/>
        </w:rPr>
        <w:t>4</w:t>
      </w:r>
      <w:r>
        <w:rPr>
          <w:b w:val="false"/>
          <w:sz w:val="24"/>
        </w:rPr>
        <w:t xml:space="preserve"> восстанавливаются ее </w:t>
      </w:r>
      <w:r>
        <w:rPr>
          <w:b w:val="false"/>
          <w:sz w:val="24"/>
          <w:lang w:val="zxx"/>
        </w:rPr>
        <w:t>165</w:t>
      </w:r>
      <w:r>
        <w:rPr>
          <w:b w:val="false"/>
          <w:sz w:val="24"/>
        </w:rPr>
        <w:t xml:space="preserve"> байт </w:t>
      </w:r>
      <w:r>
        <w:rPr>
          <w:b w:val="false"/>
          <w:sz w:val="24"/>
          <w:lang w:val="zxx"/>
        </w:rPr>
        <w:t>XOR.</w:t>
      </w:r>
      <w:r>
        <w:rPr>
          <w:b w:val="false"/>
          <w:sz w:val="24"/>
        </w:rPr>
        <w:t xml:space="preserve"> Доказательство источника восстановленных байтов состоит из подписанных и прошедших </w:t>
      </w:r>
      <w:r>
        <w:rPr>
          <w:b w:val="false"/>
          <w:sz w:val="24"/>
          <w:lang w:val="zxx"/>
        </w:rPr>
        <w:t>MGM</w:t>
      </w:r>
      <w:r>
        <w:rPr>
          <w:b w:val="false"/>
          <w:sz w:val="24"/>
        </w:rPr>
        <w:t xml:space="preserve"> трех частей и восстановительной части того же блока; отдельная выдуманная подпись отсутствующей части не создается. Общие поля каждой новой проверенной части сверяются с уже принятой частью того же блока. Если все пять частей доступны до выдачи, до первого отсчета проверяется нулевой </w:t>
      </w:r>
      <w:r>
        <w:rPr>
          <w:b w:val="false"/>
          <w:sz w:val="24"/>
          <w:lang w:val="zxx"/>
        </w:rPr>
        <w:t>XOR.</w:t>
      </w:r>
      <w:r>
        <w:rPr>
          <w:b w:val="false"/>
          <w:sz w:val="24"/>
        </w:rPr>
        <w:t xml:space="preserve"> Несогласованные поля или ненулевой </w:t>
      </w:r>
      <w:r>
        <w:rPr>
          <w:b w:val="false"/>
          <w:sz w:val="24"/>
          <w:lang w:val="zxx"/>
        </w:rPr>
        <w:t>XOR</w:t>
      </w:r>
      <w:r>
        <w:rPr>
          <w:b w:val="false"/>
          <w:sz w:val="24"/>
        </w:rPr>
        <w:t xml:space="preserve"> означают ошибку источника: дальнейшая выдача прекращается, невоспроизведенные очереди очищаются, сеанс завершается </w:t>
      </w:r>
      <w:r>
        <w:rPr>
          <w:b w:val="false"/>
          <w:sz w:val="24"/>
          <w:lang w:val="zxx"/>
        </w:rPr>
        <w:t>failed/</w:t>
      </w:r>
      <w:r>
        <w:rPr>
          <w:b w:val="false"/>
          <w:sz w:val="24"/>
        </w:rPr>
        <w:t>​</w:t>
      </w:r>
      <w:r>
        <w:rPr>
          <w:b w:val="false"/>
          <w:sz w:val="24"/>
          <w:lang w:val="zxx"/>
        </w:rPr>
        <w:t>mediaIncomplete</w:t>
      </w:r>
      <w:r>
        <w:rPr>
          <w:b w:val="false"/>
          <w:sz w:val="24"/>
        </w:rPr>
        <w:t xml:space="preserve"> при подтвержденном </w:t>
      </w:r>
      <w:r>
        <w:rPr>
          <w:b w:val="false"/>
          <w:sz w:val="24"/>
          <w:lang w:val="zxx"/>
        </w:rPr>
        <w:t>off.</w:t>
      </w:r>
      <w:r>
        <w:rPr>
          <w:b w:val="false"/>
          <w:sz w:val="24"/>
        </w:rPr>
        <w:t xml:space="preserve"> Уже выданный звук не отменяется задним числом и сохраняется как состоявшееся исполнение с неполным завершением. Четыре целые проверенные звуковые части разрешено воспроизвести без ожидания восстановительной; ее отсутствие само по себе не является ошибкой. Если противоречие обнаружено после начала выдачи еще актуального блока, применяется то же прекращение остатка; опоздавшая часть уже закрытого блока отбрасывается без пересмотра законченной истории. Две потери этим кодом не восстанавливаются. Подпись общего ключа группы не используется: получатель не имеет ключа подписи источника.</w:t>
      </w:r>
    </w:p>
    <w:p>
      <w:pPr>
        <w:pStyle w:val="Normal"/>
        <w:jc w:val="both"/>
        <w:rPr/>
      </w:pPr>
      <w:r>
        <w:rPr>
          <w:b w:val="false"/>
          <w:sz w:val="24"/>
        </w:rPr>
        <w:t>Ж.</w:t>
      </w:r>
      <w:r>
        <w:rPr>
          <w:b w:val="false"/>
          <w:sz w:val="24"/>
          <w:lang w:val="zxx"/>
        </w:rPr>
        <w:t>4.3</w:t>
      </w:r>
      <w:r>
        <w:rPr>
          <w:b w:val="false"/>
          <w:sz w:val="24"/>
        </w:rPr>
        <w:t xml:space="preserve"> Источник накапливает один блок и отправляет пять частей равномерно с интервалом </w:t>
      </w:r>
      <w:r>
        <w:rPr>
          <w:b w:val="false"/>
          <w:sz w:val="24"/>
          <w:lang w:val="zxx"/>
        </w:rPr>
        <w:t>80</w:t>
      </w:r>
      <w:r>
        <w:rPr>
          <w:b w:val="false"/>
          <w:sz w:val="24"/>
        </w:rPr>
        <w:t xml:space="preserve"> мс, начиная не позднее </w:t>
      </w:r>
      <w:r>
        <w:rPr>
          <w:b w:val="false"/>
          <w:sz w:val="24"/>
          <w:lang w:val="zxx"/>
        </w:rPr>
        <w:t>400</w:t>
      </w:r>
      <w:r>
        <w:rPr>
          <w:b w:val="false"/>
          <w:sz w:val="24"/>
        </w:rPr>
        <w:t xml:space="preserve"> мс от первого захваченного отсчета. Захват следующего блока идет параллельно; в сети передается </w:t>
      </w:r>
      <w:r>
        <w:rPr>
          <w:b w:val="false"/>
          <w:sz w:val="24"/>
          <w:lang w:val="zxx"/>
        </w:rPr>
        <w:t>12</w:t>
      </w:r>
      <w:r>
        <w:rPr>
          <w:b w:val="false"/>
          <w:sz w:val="24"/>
        </w:rPr>
        <w:t>,</w:t>
      </w:r>
      <w:r>
        <w:rPr>
          <w:b w:val="false"/>
          <w:sz w:val="24"/>
          <w:lang w:val="zxx"/>
        </w:rPr>
        <w:t>5</w:t>
      </w:r>
      <w:r>
        <w:rPr>
          <w:b w:val="false"/>
          <w:sz w:val="24"/>
        </w:rPr>
        <w:t xml:space="preserve"> датаграммы в секунду. Паузы микрофона кодируются как звук тишины, </w:t>
      </w:r>
      <w:r>
        <w:rPr>
          <w:b w:val="false"/>
          <w:sz w:val="24"/>
          <w:lang w:val="zxx"/>
        </w:rPr>
        <w:t>VAD/</w:t>
      </w:r>
      <w:r>
        <w:rPr>
          <w:b w:val="false"/>
          <w:sz w:val="24"/>
        </w:rPr>
        <w:t>​</w:t>
      </w:r>
      <w:r>
        <w:rPr>
          <w:b w:val="false"/>
          <w:sz w:val="24"/>
          <w:lang w:val="zxx"/>
        </w:rPr>
        <w:t>DTX</w:t>
      </w:r>
      <w:r>
        <w:rPr>
          <w:b w:val="false"/>
          <w:sz w:val="24"/>
        </w:rPr>
        <w:t xml:space="preserve"> запрещены. После захвата последнего частичного блока он отправляется по тому же порядку; </w:t>
      </w:r>
      <w:r>
        <w:rPr>
          <w:b w:val="false"/>
          <w:sz w:val="24"/>
          <w:lang w:val="zxx"/>
        </w:rPr>
        <w:t>END=1</w:t>
      </w:r>
      <w:r>
        <w:rPr>
          <w:b w:val="false"/>
          <w:sz w:val="24"/>
        </w:rPr>
        <w:t xml:space="preserve">, </w:t>
      </w:r>
      <w:r>
        <w:rPr>
          <w:b w:val="false"/>
          <w:sz w:val="24"/>
          <w:lang w:val="zxx"/>
        </w:rPr>
        <w:t>validSamples=0..3200.</w:t>
      </w:r>
      <w:r>
        <w:rPr>
          <w:b w:val="false"/>
          <w:sz w:val="24"/>
        </w:rPr>
        <w:t xml:space="preserve"> Последний используемый </w:t>
      </w:r>
      <w:r>
        <w:rPr>
          <w:b w:val="false"/>
          <w:sz w:val="24"/>
          <w:lang w:val="zxx"/>
        </w:rPr>
        <w:t>GSM-</w:t>
      </w:r>
      <w:r>
        <w:rPr>
          <w:b w:val="false"/>
          <w:sz w:val="24"/>
        </w:rPr>
        <w:t xml:space="preserve">кадр дополняется тишиной до </w:t>
      </w:r>
      <w:r>
        <w:rPr>
          <w:b w:val="false"/>
          <w:sz w:val="24"/>
          <w:lang w:val="zxx"/>
        </w:rPr>
        <w:t>160</w:t>
      </w:r>
      <w:r>
        <w:rPr>
          <w:b w:val="false"/>
          <w:sz w:val="24"/>
        </w:rPr>
        <w:t xml:space="preserve"> отсчетов, неиспользуемые кадры и части содержат нулевые байты и не декодируются. При нулевой речи передается конечный блок </w:t>
      </w:r>
      <w:r>
        <w:rPr>
          <w:b w:val="false"/>
          <w:sz w:val="24"/>
          <w:lang w:val="zxx"/>
        </w:rPr>
        <w:t>0</w:t>
      </w:r>
      <w:r>
        <w:rPr>
          <w:b w:val="false"/>
          <w:sz w:val="24"/>
        </w:rPr>
        <w:t xml:space="preserve"> с </w:t>
      </w:r>
      <w:r>
        <w:rPr>
          <w:b w:val="false"/>
          <w:sz w:val="24"/>
          <w:lang w:val="zxx"/>
        </w:rPr>
        <w:t>validSamples=0.</w:t>
      </w:r>
    </w:p>
    <w:p>
      <w:pPr>
        <w:pStyle w:val="Normal"/>
        <w:jc w:val="both"/>
        <w:rPr/>
      </w:pPr>
      <w:r>
        <w:rPr>
          <w:b w:val="false"/>
          <w:sz w:val="24"/>
        </w:rPr>
        <w:t>Ж.</w:t>
      </w:r>
      <w:r>
        <w:rPr>
          <w:b w:val="false"/>
          <w:sz w:val="24"/>
          <w:lang w:val="zxx"/>
        </w:rPr>
        <w:t>4.4</w:t>
      </w:r>
      <w:r>
        <w:rPr>
          <w:b w:val="false"/>
          <w:sz w:val="24"/>
        </w:rPr>
        <w:t xml:space="preserve"> Получатель хранит не более четырех блоков и </w:t>
      </w:r>
      <w:r>
        <w:rPr>
          <w:b w:val="false"/>
          <w:sz w:val="24"/>
          <w:lang w:val="zxx"/>
        </w:rPr>
        <w:t>20</w:t>
      </w:r>
      <w:r>
        <w:rPr>
          <w:b w:val="false"/>
          <w:sz w:val="24"/>
        </w:rPr>
        <w:t xml:space="preserve"> проверенных частей. Положение блока задается </w:t>
      </w:r>
      <w:r>
        <w:rPr>
          <w:b w:val="false"/>
          <w:sz w:val="24"/>
          <w:lang w:val="zxx"/>
        </w:rPr>
        <w:t>blockIndex</w:t>
      </w:r>
      <w:r>
        <w:rPr>
          <w:b w:val="false"/>
          <w:sz w:val="24"/>
        </w:rPr>
        <w:t>*</w:t>
      </w:r>
      <w:r>
        <w:rPr>
          <w:b w:val="false"/>
          <w:sz w:val="24"/>
          <w:lang w:val="zxx"/>
        </w:rPr>
        <w:t>3200</w:t>
      </w:r>
      <w:r>
        <w:rPr>
          <w:b w:val="false"/>
          <w:sz w:val="24"/>
        </w:rPr>
        <w:t xml:space="preserve">; заполнение начинается с блока </w:t>
      </w:r>
      <w:r>
        <w:rPr>
          <w:b w:val="false"/>
          <w:sz w:val="24"/>
          <w:lang w:val="zxx"/>
        </w:rPr>
        <w:t>0.</w:t>
      </w:r>
      <w:r>
        <w:rPr>
          <w:b w:val="false"/>
          <w:sz w:val="24"/>
        </w:rPr>
        <w:t xml:space="preserve"> Начальный буфер </w:t>
      </w:r>
      <w:r>
        <w:rPr>
          <w:b w:val="false"/>
          <w:sz w:val="24"/>
          <w:lang w:val="zxx"/>
        </w:rPr>
        <w:t>800</w:t>
      </w:r>
      <w:r>
        <w:rPr>
          <w:b w:val="false"/>
          <w:sz w:val="24"/>
        </w:rPr>
        <w:t xml:space="preserve"> мс, максимум </w:t>
      </w:r>
      <w:r>
        <w:rPr>
          <w:b w:val="false"/>
          <w:sz w:val="24"/>
          <w:lang w:val="zxx"/>
        </w:rPr>
        <w:t>1600</w:t>
      </w:r>
      <w:r>
        <w:rPr>
          <w:b w:val="false"/>
          <w:sz w:val="24"/>
        </w:rPr>
        <w:t xml:space="preserve"> мс звука; отдельно считаются заголовки, защита, очереди и ЦАП. Окно принимает индексы от </w:t>
      </w:r>
      <w:r>
        <w:rPr>
          <w:b w:val="false"/>
          <w:sz w:val="24"/>
          <w:lang w:val="zxx"/>
        </w:rPr>
        <w:t>nextBlock</w:t>
      </w:r>
      <w:r>
        <w:rPr>
          <w:b w:val="false"/>
          <w:sz w:val="24"/>
        </w:rPr>
        <w:t xml:space="preserve"> до </w:t>
      </w:r>
      <w:r>
        <w:rPr>
          <w:b w:val="false"/>
          <w:sz w:val="24"/>
          <w:lang w:val="zxx"/>
        </w:rPr>
        <w:t>nextBlock+3.</w:t>
      </w:r>
      <w:r>
        <w:rPr>
          <w:b w:val="false"/>
          <w:sz w:val="24"/>
        </w:rPr>
        <w:t xml:space="preserve"> Поздний блок ниже </w:t>
      </w:r>
      <w:r>
        <w:rPr>
          <w:b w:val="false"/>
          <w:sz w:val="24"/>
          <w:lang w:val="zxx"/>
        </w:rPr>
        <w:t>nextBlock</w:t>
      </w:r>
      <w:r>
        <w:rPr>
          <w:b w:val="false"/>
          <w:sz w:val="24"/>
        </w:rPr>
        <w:t xml:space="preserve"> не воспроизводится; дальний индекс не сдвигает окно. Неверная подпись не резервирует индекс. Входная очередь до проверки — не более </w:t>
      </w:r>
      <w:r>
        <w:rPr>
          <w:b w:val="false"/>
          <w:sz w:val="24"/>
          <w:lang w:val="zxx"/>
        </w:rPr>
        <w:t>5</w:t>
      </w:r>
      <w:r>
        <w:rPr>
          <w:b w:val="false"/>
          <w:sz w:val="24"/>
        </w:rPr>
        <w:t xml:space="preserve"> датаграмм, приемник обеспечивает </w:t>
      </w:r>
      <w:r>
        <w:rPr>
          <w:b w:val="false"/>
          <w:sz w:val="24"/>
          <w:lang w:val="zxx"/>
        </w:rPr>
        <w:t>25</w:t>
      </w:r>
      <w:r>
        <w:rPr>
          <w:b w:val="false"/>
          <w:sz w:val="24"/>
        </w:rPr>
        <w:t xml:space="preserve"> проверок подписи в секунду с сохранением обслуживания </w:t>
      </w:r>
      <w:r>
        <w:rPr>
          <w:b w:val="false"/>
          <w:sz w:val="24"/>
          <w:lang w:val="zxx"/>
        </w:rPr>
        <w:t>session.stop.</w:t>
      </w:r>
      <w:r>
        <w:rPr>
          <w:b w:val="false"/>
          <w:sz w:val="24"/>
        </w:rPr>
        <w:t xml:space="preserve"> Это проверяемая квота, а не обещание неуязвимости к насыщению канала.</w:t>
      </w:r>
    </w:p>
    <w:p>
      <w:pPr>
        <w:pStyle w:val="Normal"/>
        <w:jc w:val="both"/>
        <w:rPr/>
      </w:pPr>
      <w:r>
        <w:rPr>
          <w:b w:val="false"/>
          <w:sz w:val="24"/>
        </w:rPr>
        <w:t>Ж.</w:t>
      </w:r>
      <w:r>
        <w:rPr>
          <w:b w:val="false"/>
          <w:sz w:val="24"/>
          <w:lang w:val="zxx"/>
        </w:rPr>
        <w:t>4.5</w:t>
      </w:r>
      <w:r>
        <w:rPr>
          <w:b w:val="false"/>
          <w:sz w:val="24"/>
        </w:rPr>
        <w:t xml:space="preserve"> Восстановление выполняется только до срока выдачи соответствующих отсчетов. Пропуск, который уже нельзя восстановить, маскируется тишиной и учитывается один раз в </w:t>
      </w:r>
      <w:r>
        <w:rPr>
          <w:b w:val="false"/>
          <w:sz w:val="24"/>
          <w:lang w:val="zxx"/>
        </w:rPr>
        <w:t>lostPackets</w:t>
      </w:r>
      <w:r>
        <w:rPr>
          <w:b w:val="false"/>
          <w:sz w:val="24"/>
        </w:rPr>
        <w:t xml:space="preserve"> и итоговой полноте; позднее прибытие не повторяет звучание. </w:t>
      </w:r>
      <w:r>
        <w:rPr>
          <w:b w:val="false"/>
          <w:sz w:val="24"/>
          <w:lang w:val="zxx"/>
        </w:rPr>
        <w:t>FEC-</w:t>
      </w:r>
      <w:r>
        <w:rPr>
          <w:b w:val="false"/>
          <w:sz w:val="24"/>
        </w:rPr>
        <w:t xml:space="preserve">восстановленная часть учитывается как восстановленная и не является потерей звука. Повторных запросов </w:t>
      </w:r>
      <w:r>
        <w:rPr>
          <w:b w:val="false"/>
          <w:sz w:val="24"/>
          <w:lang w:val="zxx"/>
        </w:rPr>
        <w:t>NACK</w:t>
      </w:r>
      <w:r>
        <w:rPr>
          <w:b w:val="false"/>
          <w:sz w:val="24"/>
        </w:rPr>
        <w:t xml:space="preserve"> и подтверждений </w:t>
      </w:r>
      <w:r>
        <w:rPr>
          <w:b w:val="false"/>
          <w:sz w:val="24"/>
          <w:lang w:val="zxx"/>
        </w:rPr>
        <w:t>ACK</w:t>
      </w:r>
      <w:r>
        <w:rPr>
          <w:b w:val="false"/>
          <w:sz w:val="24"/>
        </w:rPr>
        <w:t xml:space="preserve"> на медиадатаграммы нет. Удаление невоспроизведенных данных из-за переполнения не скрывается: поток прекращается с </w:t>
      </w:r>
      <w:r>
        <w:rPr>
          <w:b w:val="false"/>
          <w:sz w:val="24"/>
          <w:lang w:val="zxx"/>
        </w:rPr>
        <w:t>mediaIncomplete</w:t>
      </w:r>
      <w:r>
        <w:rPr>
          <w:b w:val="false"/>
          <w:sz w:val="24"/>
        </w:rPr>
        <w:t xml:space="preserve">, подтверждается </w:t>
      </w:r>
      <w:r>
        <w:rPr>
          <w:b w:val="false"/>
          <w:sz w:val="24"/>
          <w:lang w:val="zxx"/>
        </w:rPr>
        <w:t>off.</w:t>
      </w:r>
    </w:p>
    <w:p>
      <w:pPr>
        <w:pStyle w:val="2"/>
        <w:rPr/>
      </w:pPr>
      <w:r>
        <w:rPr>
          <w:sz w:val="24"/>
        </w:rPr>
        <w:t>Ж.5 Время, окончание и отзыв</w:t>
      </w:r>
    </w:p>
    <w:p>
      <w:pPr>
        <w:pStyle w:val="Normal"/>
        <w:jc w:val="both"/>
        <w:rPr/>
      </w:pPr>
      <w:r>
        <w:rPr>
          <w:b w:val="false"/>
          <w:sz w:val="24"/>
        </w:rPr>
        <w:t>Ж.</w:t>
      </w:r>
      <w:r>
        <w:rPr>
          <w:b w:val="false"/>
          <w:sz w:val="24"/>
          <w:lang w:val="zxx"/>
        </w:rPr>
        <w:t>5.1</w:t>
      </w:r>
      <w:r>
        <w:rPr>
          <w:b w:val="false"/>
          <w:sz w:val="24"/>
        </w:rPr>
        <w:t xml:space="preserve"> Источник и УУ имеют </w:t>
      </w:r>
      <w:r>
        <w:rPr>
          <w:b w:val="false"/>
          <w:sz w:val="24"/>
          <w:lang w:val="zxx"/>
        </w:rPr>
        <w:t>UTC</w:t>
      </w:r>
      <w:r>
        <w:rPr>
          <w:b w:val="false"/>
          <w:sz w:val="24"/>
        </w:rPr>
        <w:t xml:space="preserve"> с подтвержденной верхней погрешностью не более </w:t>
      </w:r>
      <w:r>
        <w:rPr>
          <w:b w:val="false"/>
          <w:sz w:val="24"/>
          <w:lang w:val="zxx"/>
        </w:rPr>
        <w:t>500</w:t>
      </w:r>
      <w:r>
        <w:rPr>
          <w:b w:val="false"/>
          <w:sz w:val="24"/>
        </w:rPr>
        <w:t xml:space="preserve"> мс. Способ синхронизации фиксируется в паспорте и проверяется на фактическом канале; при </w:t>
      </w:r>
      <w:r>
        <w:rPr>
          <w:b w:val="false"/>
          <w:sz w:val="24"/>
          <w:lang w:val="zxx"/>
        </w:rPr>
        <w:t>tls</w:t>
      </w:r>
      <w:r>
        <w:rPr>
          <w:b w:val="false"/>
          <w:sz w:val="24"/>
        </w:rPr>
        <w:t xml:space="preserve"> источник времени </w:t>
      </w:r>
      <w:r>
        <w:rPr>
          <w:b w:val="false"/>
          <w:sz w:val="24"/>
          <w:lang w:val="zxx"/>
        </w:rPr>
        <w:t>ДОЛЖЕН</w:t>
      </w:r>
      <w:r>
        <w:rPr>
          <w:b w:val="false"/>
          <w:sz w:val="24"/>
        </w:rPr>
        <w:t xml:space="preserve"> быть аутентифицирован либо локально доверен. Просто полученная метка времени без учета задержки не доказывает эту погрешность. При отсутствии доказанной границы подготовка получает </w:t>
      </w:r>
      <w:r>
        <w:rPr>
          <w:b w:val="false"/>
          <w:sz w:val="24"/>
          <w:lang w:val="zxx"/>
        </w:rPr>
        <w:t>sourceUnavailable</w:t>
      </w:r>
      <w:r>
        <w:rPr>
          <w:b w:val="false"/>
          <w:sz w:val="24"/>
        </w:rPr>
        <w:t xml:space="preserve">; утрата границы во время работы дает </w:t>
      </w:r>
      <w:r>
        <w:rPr>
          <w:b w:val="false"/>
          <w:sz w:val="24"/>
          <w:lang w:val="zxx"/>
        </w:rPr>
        <w:t>mediaClockFault.</w:t>
      </w:r>
      <w:r>
        <w:rPr>
          <w:b w:val="false"/>
          <w:sz w:val="24"/>
        </w:rPr>
        <w:t xml:space="preserve"> Возраст оценки часов вместе с дрейфом включается в публикуемую границу; неподтвержденное </w:t>
      </w:r>
      <w:r>
        <w:rPr>
          <w:b w:val="false"/>
          <w:sz w:val="24"/>
          <w:lang w:val="zxx"/>
        </w:rPr>
        <w:t>NTP-</w:t>
      </w:r>
      <w:r>
        <w:rPr>
          <w:b w:val="false"/>
          <w:sz w:val="24"/>
        </w:rPr>
        <w:t>время не считается точным.</w:t>
      </w:r>
    </w:p>
    <w:p>
      <w:pPr>
        <w:pStyle w:val="Normal"/>
        <w:jc w:val="both"/>
        <w:rPr/>
      </w:pPr>
      <w:r>
        <w:rPr>
          <w:b w:val="false"/>
          <w:sz w:val="24"/>
        </w:rPr>
        <w:t>Ж.</w:t>
      </w:r>
      <w:r>
        <w:rPr>
          <w:b w:val="false"/>
          <w:sz w:val="24"/>
          <w:lang w:val="zxx"/>
        </w:rPr>
        <w:t>5.2</w:t>
      </w:r>
      <w:r>
        <w:rPr>
          <w:b w:val="false"/>
          <w:sz w:val="24"/>
        </w:rPr>
        <w:t xml:space="preserve"> Верхняя оценка возраста первого отсчета </w:t>
      </w:r>
      <w:r>
        <w:rPr>
          <w:b w:val="false"/>
          <w:sz w:val="24"/>
          <w:lang w:val="zxx"/>
        </w:rPr>
        <w:t>A=nowUtcMs+receiverErrorMs-</w:t>
      </w:r>
      <w:r>
        <w:rPr>
          <w:b w:val="false"/>
          <w:sz w:val="24"/>
        </w:rPr>
        <w:t>⁠</w:t>
      </w:r>
      <w:r>
        <w:rPr>
          <w:b w:val="false"/>
          <w:sz w:val="24"/>
          <w:lang w:val="zxx"/>
        </w:rPr>
        <w:t>capturedUtcMs+clockErrorMs.</w:t>
      </w:r>
      <w:r>
        <w:rPr>
          <w:b w:val="false"/>
          <w:sz w:val="24"/>
        </w:rPr>
        <w:t xml:space="preserve"> При </w:t>
      </w:r>
      <w:r>
        <w:rPr>
          <w:b w:val="false"/>
          <w:sz w:val="24"/>
          <w:lang w:val="zxx"/>
        </w:rPr>
        <w:t>A</w:t>
      </w:r>
      <w:r>
        <w:rPr>
          <w:b w:val="false"/>
          <w:sz w:val="24"/>
        </w:rPr>
        <w:t>&lt;-</w:t>
      </w:r>
      <w:r>
        <w:rPr>
          <w:b w:val="false"/>
          <w:sz w:val="24"/>
          <w:lang w:val="zxx"/>
        </w:rPr>
        <w:t>2</w:t>
      </w:r>
      <w:r>
        <w:rPr>
          <w:b w:val="false"/>
          <w:sz w:val="24"/>
        </w:rPr>
        <w:t xml:space="preserve"> либо </w:t>
      </w:r>
      <w:r>
        <w:rPr>
          <w:b w:val="false"/>
          <w:sz w:val="24"/>
          <w:lang w:val="zxx"/>
        </w:rPr>
        <w:t>A</w:t>
      </w:r>
      <w:r>
        <w:rPr>
          <w:b w:val="false"/>
          <w:sz w:val="24"/>
        </w:rPr>
        <w:t>&gt;</w:t>
      </w:r>
      <w:r>
        <w:rPr>
          <w:b w:val="false"/>
          <w:sz w:val="24"/>
          <w:lang w:val="zxx"/>
        </w:rPr>
        <w:t>5000</w:t>
      </w:r>
      <w:r>
        <w:rPr>
          <w:b w:val="false"/>
          <w:sz w:val="24"/>
        </w:rPr>
        <w:t xml:space="preserve"> блок отвергается; вычисления знаковые, без переполнения. При выдаче проверяется возраст именно выдаваемых отсчетов, с учетом их положения в блоке. Для последнего действительного отсчета части </w:t>
      </w:r>
      <w:r>
        <w:rPr>
          <w:b w:val="false"/>
          <w:sz w:val="24"/>
          <w:lang w:val="zxx"/>
        </w:rPr>
        <w:t>j=min</w:t>
      </w:r>
      <w:r>
        <w:rPr>
          <w:b w:val="false"/>
          <w:sz w:val="24"/>
        </w:rPr>
        <w:t>(</w:t>
      </w:r>
      <w:r>
        <w:rPr>
          <w:b w:val="false"/>
          <w:sz w:val="24"/>
          <w:lang w:val="zxx"/>
        </w:rPr>
        <w:t>validSamples</w:t>
      </w:r>
      <w:r>
        <w:rPr>
          <w:b w:val="false"/>
          <w:sz w:val="24"/>
        </w:rPr>
        <w:t>,</w:t>
      </w:r>
      <w:r>
        <w:rPr>
          <w:b w:val="false"/>
          <w:sz w:val="24"/>
          <w:lang w:val="zxx"/>
        </w:rPr>
        <w:t>800</w:t>
      </w:r>
      <w:r>
        <w:rPr>
          <w:b w:val="false"/>
          <w:sz w:val="24"/>
        </w:rPr>
        <w:t>*(</w:t>
      </w:r>
      <w:r>
        <w:rPr>
          <w:b w:val="false"/>
          <w:sz w:val="24"/>
          <w:lang w:val="zxx"/>
        </w:rPr>
        <w:t>shardIndex+1</w:t>
      </w:r>
      <w:r>
        <w:rPr>
          <w:b w:val="false"/>
          <w:sz w:val="24"/>
        </w:rPr>
        <w:t>))-</w:t>
      </w:r>
      <w:r>
        <w:rPr>
          <w:b w:val="false"/>
          <w:sz w:val="24"/>
          <w:lang w:val="zxx"/>
        </w:rPr>
        <w:t>1</w:t>
      </w:r>
      <w:r>
        <w:rPr>
          <w:b w:val="false"/>
          <w:sz w:val="24"/>
        </w:rPr>
        <w:t xml:space="preserve">, где </w:t>
      </w:r>
      <w:r>
        <w:rPr>
          <w:b w:val="false"/>
          <w:sz w:val="24"/>
          <w:lang w:val="zxx"/>
        </w:rPr>
        <w:t>j</w:t>
      </w:r>
      <w:r>
        <w:rPr>
          <w:b w:val="false"/>
          <w:sz w:val="24"/>
        </w:rPr>
        <w:t xml:space="preserve"> — номер от начала блока. Его расчетное время захвата </w:t>
      </w:r>
      <w:r>
        <w:rPr>
          <w:b w:val="false"/>
          <w:sz w:val="24"/>
          <w:lang w:val="zxx"/>
        </w:rPr>
        <w:t>capturedUtcMs+j/</w:t>
      </w:r>
      <w:r>
        <w:rPr>
          <w:b w:val="false"/>
          <w:sz w:val="24"/>
        </w:rPr>
        <w:t>⁠</w:t>
      </w:r>
      <w:r>
        <w:rPr>
          <w:b w:val="false"/>
          <w:sz w:val="24"/>
          <w:lang w:val="zxx"/>
        </w:rPr>
        <w:t>8</w:t>
      </w:r>
      <w:r>
        <w:rPr>
          <w:b w:val="false"/>
          <w:sz w:val="24"/>
        </w:rPr>
        <w:t xml:space="preserve"> мс; верхнее время фактической выдачи ЦАП обозначено </w:t>
      </w:r>
      <w:r>
        <w:rPr>
          <w:b w:val="false"/>
          <w:sz w:val="24"/>
          <w:lang w:val="zxx"/>
        </w:rPr>
        <w:t>emitUtcMs+receiverErrorMs.</w:t>
      </w:r>
      <w:r>
        <w:rPr>
          <w:b w:val="false"/>
          <w:sz w:val="24"/>
        </w:rPr>
        <w:t xml:space="preserve"> Проверяется -</w:t>
      </w:r>
      <w:r>
        <w:rPr>
          <w:b w:val="false"/>
          <w:sz w:val="24"/>
          <w:lang w:val="zxx"/>
        </w:rPr>
        <w:t>16</w:t>
      </w:r>
      <w:r>
        <w:rPr>
          <w:b w:val="false"/>
          <w:sz w:val="24"/>
        </w:rPr>
        <w:t xml:space="preserve"> &lt;= </w:t>
      </w:r>
      <w:r>
        <w:rPr>
          <w:b w:val="false"/>
          <w:sz w:val="24"/>
          <w:lang w:val="zxx"/>
        </w:rPr>
        <w:t>8</w:t>
      </w:r>
      <w:r>
        <w:rPr>
          <w:b w:val="false"/>
          <w:sz w:val="24"/>
        </w:rPr>
        <w:t>*(</w:t>
      </w:r>
      <w:r>
        <w:rPr>
          <w:b w:val="false"/>
          <w:sz w:val="24"/>
          <w:lang w:val="zxx"/>
        </w:rPr>
        <w:t>emitUtcMs+receiverErrorMs-</w:t>
      </w:r>
      <w:r>
        <w:rPr>
          <w:b w:val="false"/>
          <w:sz w:val="24"/>
        </w:rPr>
        <w:t>⁠</w:t>
      </w:r>
      <w:r>
        <w:rPr>
          <w:b w:val="false"/>
          <w:sz w:val="24"/>
          <w:lang w:val="zxx"/>
        </w:rPr>
        <w:t>capturedUtcMs+clockErrorMs</w:t>
      </w:r>
      <w:r>
        <w:rPr>
          <w:b w:val="false"/>
          <w:sz w:val="24"/>
        </w:rPr>
        <w:t>)-</w:t>
      </w:r>
      <w:r>
        <w:rPr>
          <w:b w:val="false"/>
          <w:sz w:val="24"/>
          <w:lang w:val="zxx"/>
        </w:rPr>
        <w:t>j</w:t>
      </w:r>
      <w:r>
        <w:rPr>
          <w:b w:val="false"/>
          <w:sz w:val="24"/>
        </w:rPr>
        <w:t xml:space="preserve"> &lt;= </w:t>
      </w:r>
      <w:r>
        <w:rPr>
          <w:b w:val="false"/>
          <w:sz w:val="24"/>
          <w:lang w:val="zxx"/>
        </w:rPr>
        <w:t>40000</w:t>
      </w:r>
      <w:r>
        <w:rPr>
          <w:b w:val="false"/>
          <w:sz w:val="24"/>
        </w:rPr>
        <w:t xml:space="preserve">; арифметика целочисленная знаковая без округления. Проверка распространяется на все отсчеты, включая первый; заранее рассчитанный срок учитывает аппаратную очередь, ресемплинг и дрейф. При нарушении отсчет не выдается, поток прекращается с </w:t>
      </w:r>
      <w:r>
        <w:rPr>
          <w:b w:val="false"/>
          <w:sz w:val="24"/>
          <w:lang w:val="zxx"/>
        </w:rPr>
        <w:t>mediaClockFault.</w:t>
      </w:r>
      <w:r>
        <w:rPr>
          <w:b w:val="false"/>
          <w:sz w:val="24"/>
        </w:rPr>
        <w:t xml:space="preserve"> Для части с нулем действительных отсчетов проверки выдачи нет. Для восстановленной части используется ее индекс</w:t>
      </w:r>
      <w:r>
        <w:rPr>
          <w:b w:val="false"/>
          <w:sz w:val="24"/>
          <w:lang w:val="zxx"/>
        </w:rPr>
        <w:t>0..3</w:t>
      </w:r>
      <w:r>
        <w:rPr>
          <w:b w:val="false"/>
          <w:sz w:val="24"/>
        </w:rPr>
        <w:t>, а не индекс</w:t>
      </w:r>
      <w:r>
        <w:rPr>
          <w:b w:val="false"/>
          <w:sz w:val="24"/>
          <w:lang w:val="zxx"/>
        </w:rPr>
        <w:t>4</w:t>
      </w:r>
      <w:r>
        <w:rPr>
          <w:b w:val="false"/>
          <w:sz w:val="24"/>
        </w:rPr>
        <w:t xml:space="preserve"> пакета </w:t>
      </w:r>
      <w:r>
        <w:rPr>
          <w:b w:val="false"/>
          <w:sz w:val="24"/>
          <w:lang w:val="zxx"/>
        </w:rPr>
        <w:t>XOR.</w:t>
      </w:r>
      <w:r>
        <w:rPr>
          <w:b w:val="false"/>
          <w:sz w:val="24"/>
        </w:rPr>
        <w:t xml:space="preserve"> При откате </w:t>
      </w:r>
      <w:r>
        <w:rPr>
          <w:b w:val="false"/>
          <w:sz w:val="24"/>
          <w:lang w:val="zxx"/>
        </w:rPr>
        <w:t>UTC</w:t>
      </w:r>
      <w:r>
        <w:rPr>
          <w:b w:val="false"/>
          <w:sz w:val="24"/>
        </w:rPr>
        <w:t xml:space="preserve"> либо скачке, нарушающем подтвержденную границу, сеанс останавливается с </w:t>
      </w:r>
      <w:r>
        <w:rPr>
          <w:b w:val="false"/>
          <w:sz w:val="24"/>
          <w:lang w:val="zxx"/>
        </w:rPr>
        <w:t>mediaClockFault</w:t>
      </w:r>
      <w:r>
        <w:rPr>
          <w:b w:val="false"/>
          <w:sz w:val="24"/>
        </w:rPr>
        <w:t xml:space="preserve">; уже начатая остановка не отменяется исправлением часов. </w:t>
      </w:r>
      <w:r>
        <w:rPr>
          <w:b w:val="false"/>
          <w:sz w:val="24"/>
          <w:lang w:val="zxx"/>
        </w:rPr>
        <w:t>capturedUtcMs</w:t>
      </w:r>
      <w:r>
        <w:rPr>
          <w:b w:val="false"/>
          <w:sz w:val="24"/>
        </w:rPr>
        <w:t xml:space="preserve"> отражает захват звука, а не отправку очереди.</w:t>
      </w:r>
    </w:p>
    <w:p>
      <w:pPr>
        <w:pStyle w:val="Normal"/>
        <w:jc w:val="both"/>
        <w:rPr/>
      </w:pPr>
      <w:r>
        <w:rPr>
          <w:b w:val="false"/>
          <w:sz w:val="24"/>
        </w:rPr>
        <w:t>Ж.</w:t>
      </w:r>
      <w:r>
        <w:rPr>
          <w:b w:val="false"/>
          <w:sz w:val="24"/>
          <w:lang w:val="zxx"/>
        </w:rPr>
        <w:t>5.3</w:t>
      </w:r>
      <w:r>
        <w:rPr>
          <w:b w:val="false"/>
          <w:sz w:val="24"/>
        </w:rPr>
        <w:t xml:space="preserve"> </w:t>
      </w:r>
      <w:r>
        <w:rPr>
          <w:b w:val="false"/>
          <w:sz w:val="24"/>
          <w:lang w:val="zxx"/>
        </w:rPr>
        <w:t>END</w:t>
      </w:r>
      <w:r>
        <w:rPr>
          <w:b w:val="false"/>
          <w:sz w:val="24"/>
        </w:rPr>
        <w:t xml:space="preserve"> и </w:t>
      </w:r>
      <w:r>
        <w:rPr>
          <w:b w:val="false"/>
          <w:sz w:val="24"/>
          <w:lang w:val="zxx"/>
        </w:rPr>
        <w:t>audio.finish</w:t>
      </w:r>
      <w:r>
        <w:rPr>
          <w:b w:val="false"/>
          <w:sz w:val="24"/>
        </w:rPr>
        <w:t xml:space="preserve"> задают одну конечную границу: </w:t>
      </w:r>
      <w:r>
        <w:rPr>
          <w:b w:val="false"/>
          <w:sz w:val="24"/>
          <w:lang w:val="zxx"/>
        </w:rPr>
        <w:t>sampleCount=lastPacketIndex</w:t>
      </w:r>
      <w:r>
        <w:rPr>
          <w:b w:val="false"/>
          <w:sz w:val="24"/>
        </w:rPr>
        <w:t>*</w:t>
      </w:r>
      <w:r>
        <w:rPr>
          <w:b w:val="false"/>
          <w:sz w:val="24"/>
          <w:lang w:val="zxx"/>
        </w:rPr>
        <w:t>3200+validSamples</w:t>
      </w:r>
      <w:r>
        <w:rPr>
          <w:b w:val="false"/>
          <w:sz w:val="24"/>
        </w:rPr>
        <w:t xml:space="preserve"> конечного блока. Для </w:t>
      </w:r>
      <w:r>
        <w:rPr>
          <w:b w:val="false"/>
          <w:sz w:val="24"/>
          <w:lang w:val="zxx"/>
        </w:rPr>
        <w:t>recording</w:t>
      </w:r>
      <w:r>
        <w:rPr>
          <w:b w:val="false"/>
          <w:sz w:val="24"/>
        </w:rPr>
        <w:t xml:space="preserve"> она совпадает с </w:t>
      </w:r>
      <w:r>
        <w:rPr>
          <w:b w:val="false"/>
          <w:sz w:val="24"/>
          <w:lang w:val="zxx"/>
        </w:rPr>
        <w:t>totalSamples</w:t>
      </w:r>
      <w:r>
        <w:rPr>
          <w:b w:val="false"/>
          <w:sz w:val="24"/>
        </w:rPr>
        <w:t xml:space="preserve"> подготовки. Противоречие дает </w:t>
      </w:r>
      <w:r>
        <w:rPr>
          <w:b w:val="false"/>
          <w:sz w:val="24"/>
          <w:lang w:val="zxx"/>
        </w:rPr>
        <w:t>conflict</w:t>
      </w:r>
      <w:r>
        <w:rPr>
          <w:b w:val="false"/>
          <w:sz w:val="24"/>
        </w:rPr>
        <w:t xml:space="preserve"> для команды либо </w:t>
      </w:r>
      <w:r>
        <w:rPr>
          <w:b w:val="false"/>
          <w:sz w:val="24"/>
          <w:lang w:val="zxx"/>
        </w:rPr>
        <w:t>mediaIncomplete</w:t>
      </w:r>
      <w:r>
        <w:rPr>
          <w:b w:val="false"/>
          <w:sz w:val="24"/>
        </w:rPr>
        <w:t xml:space="preserve"> для потока. Достаточно одного принятого объявления границы, однако успех полного воспроизведения требует всех отсчетов до нее, полученных либо восстановленных в срок. </w:t>
      </w:r>
      <w:r>
        <w:rPr>
          <w:b w:val="false"/>
          <w:sz w:val="24"/>
          <w:lang w:val="zxx"/>
        </w:rPr>
        <w:t>audio.finish</w:t>
      </w:r>
      <w:r>
        <w:rPr>
          <w:b w:val="false"/>
          <w:sz w:val="24"/>
        </w:rPr>
        <w:t xml:space="preserve"> повторяется индивидуально до подтверждения в общем порядке; потеря </w:t>
      </w:r>
      <w:r>
        <w:rPr>
          <w:b w:val="false"/>
          <w:sz w:val="24"/>
          <w:lang w:val="zxx"/>
        </w:rPr>
        <w:t>END</w:t>
      </w:r>
      <w:r>
        <w:rPr>
          <w:b w:val="false"/>
          <w:sz w:val="24"/>
        </w:rPr>
        <w:t xml:space="preserve"> не превращается в бесконечное ожидание. После первого принятого конца отводится не более </w:t>
      </w:r>
      <w:r>
        <w:rPr>
          <w:b w:val="false"/>
          <w:sz w:val="24"/>
          <w:lang w:val="zxx"/>
        </w:rPr>
        <w:t>5000</w:t>
      </w:r>
      <w:r>
        <w:rPr>
          <w:b w:val="false"/>
          <w:sz w:val="24"/>
        </w:rPr>
        <w:t xml:space="preserve"> мс на данные и выдачу хвоста, при сохранении </w:t>
      </w:r>
      <w:r>
        <w:rPr>
          <w:b w:val="false"/>
          <w:sz w:val="24"/>
          <w:lang w:val="zxx"/>
        </w:rPr>
        <w:t>maxDurationMs</w:t>
      </w:r>
      <w:r>
        <w:rPr>
          <w:b w:val="false"/>
          <w:sz w:val="24"/>
        </w:rPr>
        <w:t xml:space="preserve"> и предела возраста. Короткий полный поток начинает выдачу после получения всех его частей без ожидания </w:t>
      </w:r>
      <w:r>
        <w:rPr>
          <w:b w:val="false"/>
          <w:sz w:val="24"/>
          <w:lang w:val="zxx"/>
        </w:rPr>
        <w:t>800</w:t>
      </w:r>
      <w:r>
        <w:rPr>
          <w:b w:val="false"/>
          <w:sz w:val="24"/>
        </w:rPr>
        <w:t xml:space="preserve"> мс.</w:t>
      </w:r>
    </w:p>
    <w:p>
      <w:pPr>
        <w:pStyle w:val="Normal"/>
        <w:jc w:val="both"/>
        <w:rPr/>
      </w:pPr>
      <w:r>
        <w:rPr>
          <w:b w:val="false"/>
          <w:sz w:val="24"/>
        </w:rPr>
        <w:t>Ж.</w:t>
      </w:r>
      <w:r>
        <w:rPr>
          <w:b w:val="false"/>
          <w:sz w:val="24"/>
          <w:lang w:val="zxx"/>
        </w:rPr>
        <w:t>5.4</w:t>
      </w:r>
      <w:r>
        <w:rPr>
          <w:b w:val="false"/>
          <w:sz w:val="24"/>
        </w:rPr>
        <w:t xml:space="preserve"> Непрерывное отсутствие пригодного нового аудио </w:t>
      </w:r>
      <w:r>
        <w:rPr>
          <w:b w:val="false"/>
          <w:sz w:val="24"/>
          <w:lang w:val="zxx"/>
        </w:rPr>
        <w:t>5000</w:t>
      </w:r>
      <w:r>
        <w:rPr>
          <w:b w:val="false"/>
          <w:sz w:val="24"/>
        </w:rPr>
        <w:t xml:space="preserve"> мс вызывает </w:t>
      </w:r>
      <w:r>
        <w:rPr>
          <w:b w:val="false"/>
          <w:sz w:val="24"/>
          <w:lang w:val="zxx"/>
        </w:rPr>
        <w:t>sourceUnavailable</w:t>
      </w:r>
      <w:r>
        <w:rPr>
          <w:b w:val="false"/>
          <w:sz w:val="24"/>
        </w:rPr>
        <w:t xml:space="preserve"> для микрофона либо </w:t>
      </w:r>
      <w:r>
        <w:rPr>
          <w:b w:val="false"/>
          <w:sz w:val="24"/>
          <w:lang w:val="zxx"/>
        </w:rPr>
        <w:t>mediaIncomplete</w:t>
      </w:r>
      <w:r>
        <w:rPr>
          <w:b w:val="false"/>
          <w:sz w:val="24"/>
        </w:rPr>
        <w:t xml:space="preserve"> для записи. Подпись дубликата, </w:t>
      </w:r>
      <w:r>
        <w:rPr>
          <w:b w:val="false"/>
          <w:sz w:val="24"/>
          <w:lang w:val="zxx"/>
        </w:rPr>
        <w:t>FEC</w:t>
      </w:r>
      <w:r>
        <w:rPr>
          <w:b w:val="false"/>
          <w:sz w:val="24"/>
        </w:rPr>
        <w:t xml:space="preserve"> без новых пригодных отсчетов и служебный опрос не продлевают этот срок. Каждый УУ применяет свой </w:t>
      </w:r>
      <w:r>
        <w:rPr>
          <w:b w:val="false"/>
          <w:sz w:val="24"/>
          <w:lang w:val="zxx"/>
        </w:rPr>
        <w:t>lease</w:t>
      </w:r>
      <w:r>
        <w:rPr>
          <w:b w:val="false"/>
          <w:sz w:val="24"/>
        </w:rPr>
        <w:t xml:space="preserve"> и </w:t>
      </w:r>
      <w:r>
        <w:rPr>
          <w:b w:val="false"/>
          <w:sz w:val="24"/>
          <w:lang w:val="zxx"/>
        </w:rPr>
        <w:t>session.stop</w:t>
      </w:r>
      <w:r>
        <w:rPr>
          <w:b w:val="false"/>
          <w:sz w:val="24"/>
        </w:rPr>
        <w:t xml:space="preserve">; пакет группы не возобновляет отозванный </w:t>
      </w:r>
      <w:r>
        <w:rPr>
          <w:b w:val="false"/>
          <w:sz w:val="24"/>
          <w:lang w:val="zxx"/>
        </w:rPr>
        <w:t>mediaId.</w:t>
      </w:r>
      <w:r>
        <w:rPr>
          <w:b w:val="false"/>
          <w:sz w:val="24"/>
        </w:rPr>
        <w:t xml:space="preserve"> </w:t>
      </w:r>
      <w:r>
        <w:rPr>
          <w:b w:val="false"/>
          <w:sz w:val="24"/>
          <w:lang w:val="zxx"/>
        </w:rPr>
        <w:t>session.stop</w:t>
      </w:r>
      <w:r>
        <w:rPr>
          <w:b w:val="false"/>
          <w:sz w:val="24"/>
        </w:rPr>
        <w:t xml:space="preserve"> очищает звуковые и аппаратные очереди в физических бюджетах основного документа, без дренирования.</w:t>
      </w:r>
    </w:p>
    <w:p>
      <w:pPr>
        <w:pStyle w:val="Normal"/>
        <w:jc w:val="both"/>
        <w:rPr/>
      </w:pPr>
      <w:r>
        <w:rPr>
          <w:b w:val="false"/>
          <w:sz w:val="24"/>
        </w:rPr>
        <w:t>Ж.</w:t>
      </w:r>
      <w:r>
        <w:rPr>
          <w:b w:val="false"/>
          <w:sz w:val="24"/>
          <w:lang w:val="zxx"/>
        </w:rPr>
        <w:t>5.5</w:t>
      </w:r>
      <w:r>
        <w:rPr>
          <w:b w:val="false"/>
          <w:sz w:val="24"/>
        </w:rPr>
        <w:t xml:space="preserve"> При исключении получателя или компрометации ключа источник прекращает прежний поток, создаются новые </w:t>
      </w:r>
      <w:r>
        <w:rPr>
          <w:b w:val="false"/>
          <w:sz w:val="24"/>
          <w:lang w:val="zxx"/>
        </w:rPr>
        <w:t>streamId</w:t>
      </w:r>
      <w:r>
        <w:rPr>
          <w:b w:val="false"/>
          <w:sz w:val="24"/>
        </w:rPr>
        <w:t xml:space="preserve"> и ключ, оставшиеся получатели проходят новую индивидуальную подготовку и </w:t>
      </w:r>
      <w:r>
        <w:rPr>
          <w:b w:val="false"/>
          <w:sz w:val="24"/>
          <w:lang w:val="zxx"/>
        </w:rPr>
        <w:t>session.start.</w:t>
      </w:r>
      <w:r>
        <w:rPr>
          <w:b w:val="false"/>
          <w:sz w:val="24"/>
        </w:rPr>
        <w:t xml:space="preserve"> Передача нового звука со старым ключом после отзыва запрещена. Отозванный публичный ключ источника прекращает прием немедленно. Утерянное подтверждение </w:t>
      </w:r>
      <w:r>
        <w:rPr>
          <w:b w:val="false"/>
          <w:sz w:val="24"/>
          <w:lang w:val="zxx"/>
        </w:rPr>
        <w:t>session.stop</w:t>
      </w:r>
      <w:r>
        <w:rPr>
          <w:b w:val="false"/>
          <w:sz w:val="24"/>
        </w:rPr>
        <w:t xml:space="preserve"> сохраняет неопределенный физический результат данного УУ; новое разрешение не отменяет блокировку его ресурса.</w:t>
      </w:r>
    </w:p>
    <w:p>
      <w:pPr>
        <w:pStyle w:val="2"/>
        <w:rPr/>
      </w:pPr>
      <w:r>
        <w:rPr>
          <w:sz w:val="24"/>
        </w:rPr>
        <w:t>Ж.6 Полоса и обратная связь</w:t>
      </w:r>
    </w:p>
    <w:p>
      <w:pPr>
        <w:pStyle w:val="Normal"/>
        <w:jc w:val="both"/>
        <w:rPr/>
      </w:pPr>
      <w:r>
        <w:rPr>
          <w:b w:val="false"/>
          <w:sz w:val="24"/>
        </w:rPr>
        <w:t>Ж.</w:t>
      </w:r>
      <w:r>
        <w:rPr>
          <w:b w:val="false"/>
          <w:sz w:val="24"/>
          <w:lang w:val="zxx"/>
        </w:rPr>
        <w:t>6.1</w:t>
      </w:r>
      <w:r>
        <w:rPr>
          <w:b w:val="false"/>
          <w:sz w:val="24"/>
        </w:rPr>
        <w:t xml:space="preserve"> Защищенная датаграмма требует </w:t>
      </w:r>
      <w:r>
        <w:rPr>
          <w:b w:val="false"/>
          <w:sz w:val="24"/>
          <w:lang w:val="zxx"/>
        </w:rPr>
        <w:t>285</w:t>
      </w:r>
      <w:r>
        <w:rPr>
          <w:b w:val="false"/>
          <w:sz w:val="24"/>
        </w:rPr>
        <w:t xml:space="preserve"> байт </w:t>
      </w:r>
      <w:r>
        <w:rPr>
          <w:b w:val="false"/>
          <w:sz w:val="24"/>
          <w:lang w:val="zxx"/>
        </w:rPr>
        <w:t>UDP</w:t>
      </w:r>
      <w:r>
        <w:rPr>
          <w:b w:val="false"/>
          <w:sz w:val="24"/>
        </w:rPr>
        <w:t xml:space="preserve"> </w:t>
      </w:r>
      <w:r>
        <w:rPr>
          <w:b w:val="false"/>
          <w:sz w:val="24"/>
          <w:lang w:val="zxx"/>
        </w:rPr>
        <w:t>payload</w:t>
      </w:r>
      <w:r>
        <w:rPr>
          <w:b w:val="false"/>
          <w:sz w:val="24"/>
        </w:rPr>
        <w:t xml:space="preserve">, </w:t>
      </w:r>
      <w:r>
        <w:rPr>
          <w:b w:val="false"/>
          <w:sz w:val="24"/>
          <w:lang w:val="zxx"/>
        </w:rPr>
        <w:t>8</w:t>
      </w:r>
      <w:r>
        <w:rPr>
          <w:b w:val="false"/>
          <w:sz w:val="24"/>
        </w:rPr>
        <w:t xml:space="preserve"> </w:t>
      </w:r>
      <w:r>
        <w:rPr>
          <w:b w:val="false"/>
          <w:sz w:val="24"/>
          <w:lang w:val="zxx"/>
        </w:rPr>
        <w:t>UDP</w:t>
      </w:r>
      <w:r>
        <w:rPr>
          <w:b w:val="false"/>
          <w:sz w:val="24"/>
        </w:rPr>
        <w:t xml:space="preserve">, </w:t>
      </w:r>
      <w:r>
        <w:rPr>
          <w:b w:val="false"/>
          <w:sz w:val="24"/>
          <w:lang w:val="zxx"/>
        </w:rPr>
        <w:t>20</w:t>
      </w:r>
      <w:r>
        <w:rPr>
          <w:b w:val="false"/>
          <w:sz w:val="24"/>
        </w:rPr>
        <w:t xml:space="preserve"> </w:t>
      </w:r>
      <w:r>
        <w:rPr>
          <w:b w:val="false"/>
          <w:sz w:val="24"/>
          <w:lang w:val="zxx"/>
        </w:rPr>
        <w:t>IPv4</w:t>
      </w:r>
      <w:r>
        <w:rPr>
          <w:b w:val="false"/>
          <w:sz w:val="24"/>
        </w:rPr>
        <w:t xml:space="preserve"> и </w:t>
      </w:r>
      <w:r>
        <w:rPr>
          <w:b w:val="false"/>
          <w:sz w:val="24"/>
          <w:lang w:val="zxx"/>
        </w:rPr>
        <w:t>38</w:t>
      </w:r>
      <w:r>
        <w:rPr>
          <w:b w:val="false"/>
          <w:sz w:val="24"/>
        </w:rPr>
        <w:t xml:space="preserve"> </w:t>
      </w:r>
      <w:r>
        <w:rPr>
          <w:b w:val="false"/>
          <w:sz w:val="24"/>
          <w:lang w:val="zxx"/>
        </w:rPr>
        <w:t>Ethernet</w:t>
      </w:r>
      <w:r>
        <w:rPr>
          <w:b w:val="false"/>
          <w:sz w:val="24"/>
        </w:rPr>
        <w:t xml:space="preserve"> с преамбулой и межкадровым интервалом: </w:t>
      </w:r>
      <w:r>
        <w:rPr>
          <w:b w:val="false"/>
          <w:sz w:val="24"/>
          <w:lang w:val="zxx"/>
        </w:rPr>
        <w:t>351</w:t>
      </w:r>
      <w:r>
        <w:rPr>
          <w:b w:val="false"/>
          <w:sz w:val="24"/>
        </w:rPr>
        <w:t xml:space="preserve"> байт на тракте без </w:t>
      </w:r>
      <w:r>
        <w:rPr>
          <w:b w:val="false"/>
          <w:sz w:val="24"/>
          <w:lang w:val="zxx"/>
        </w:rPr>
        <w:t>VLAN</w:t>
      </w:r>
      <w:r>
        <w:rPr>
          <w:b w:val="false"/>
          <w:sz w:val="24"/>
        </w:rPr>
        <w:t xml:space="preserve"> и туннелей. Пять частей на </w:t>
      </w:r>
      <w:r>
        <w:rPr>
          <w:b w:val="false"/>
          <w:sz w:val="24"/>
          <w:lang w:val="zxx"/>
        </w:rPr>
        <w:t>400</w:t>
      </w:r>
      <w:r>
        <w:rPr>
          <w:b w:val="false"/>
          <w:sz w:val="24"/>
        </w:rPr>
        <w:t xml:space="preserve"> мс, включая восстановительную, дают </w:t>
      </w:r>
      <w:r>
        <w:rPr>
          <w:b w:val="false"/>
          <w:sz w:val="24"/>
          <w:lang w:val="zxx"/>
        </w:rPr>
        <w:t>35</w:t>
      </w:r>
      <w:r>
        <w:rPr>
          <w:b w:val="false"/>
          <w:sz w:val="24"/>
        </w:rPr>
        <w:t>,</w:t>
      </w:r>
      <w:r>
        <w:rPr>
          <w:b w:val="false"/>
          <w:sz w:val="24"/>
          <w:lang w:val="zxx"/>
        </w:rPr>
        <w:t>1</w:t>
      </w:r>
      <w:r>
        <w:rPr>
          <w:b w:val="false"/>
          <w:sz w:val="24"/>
        </w:rPr>
        <w:t xml:space="preserve"> кбит/с. С резервом </w:t>
      </w:r>
      <w:r>
        <w:rPr>
          <w:b w:val="false"/>
          <w:sz w:val="24"/>
          <w:lang w:val="zxx"/>
        </w:rPr>
        <w:t>30</w:t>
      </w:r>
      <w:r>
        <w:rPr>
          <w:b w:val="false"/>
          <w:sz w:val="24"/>
        </w:rPr>
        <w:t xml:space="preserve">% — </w:t>
      </w:r>
      <w:r>
        <w:rPr>
          <w:b w:val="false"/>
          <w:sz w:val="24"/>
          <w:lang w:val="zxx"/>
        </w:rPr>
        <w:t>45</w:t>
      </w:r>
      <w:r>
        <w:rPr>
          <w:b w:val="false"/>
          <w:sz w:val="24"/>
        </w:rPr>
        <w:t>,</w:t>
      </w:r>
      <w:r>
        <w:rPr>
          <w:b w:val="false"/>
          <w:sz w:val="24"/>
          <w:lang w:val="zxx"/>
        </w:rPr>
        <w:t>63</w:t>
      </w:r>
      <w:r>
        <w:rPr>
          <w:b w:val="false"/>
          <w:sz w:val="24"/>
        </w:rPr>
        <w:t xml:space="preserve"> кбит/с; с выделенными </w:t>
      </w:r>
      <w:r>
        <w:rPr>
          <w:b w:val="false"/>
          <w:sz w:val="24"/>
          <w:lang w:val="zxx"/>
        </w:rPr>
        <w:t>12</w:t>
      </w:r>
      <w:r>
        <w:rPr>
          <w:b w:val="false"/>
          <w:sz w:val="24"/>
        </w:rPr>
        <w:t xml:space="preserve"> кбит/с управления — </w:t>
      </w:r>
      <w:r>
        <w:rPr>
          <w:b w:val="false"/>
          <w:sz w:val="24"/>
          <w:lang w:val="zxx"/>
        </w:rPr>
        <w:t>57</w:t>
      </w:r>
      <w:r>
        <w:rPr>
          <w:b w:val="false"/>
          <w:sz w:val="24"/>
        </w:rPr>
        <w:t>,</w:t>
      </w:r>
      <w:r>
        <w:rPr>
          <w:b w:val="false"/>
          <w:sz w:val="24"/>
          <w:lang w:val="zxx"/>
        </w:rPr>
        <w:t>63</w:t>
      </w:r>
      <w:r>
        <w:rPr>
          <w:b w:val="false"/>
          <w:sz w:val="24"/>
        </w:rPr>
        <w:t xml:space="preserve"> кбит/с. Открытый вариант: </w:t>
      </w:r>
      <w:r>
        <w:rPr>
          <w:b w:val="false"/>
          <w:sz w:val="24"/>
          <w:lang w:val="zxx"/>
        </w:rPr>
        <w:t>271</w:t>
      </w:r>
      <w:r>
        <w:rPr>
          <w:b w:val="false"/>
          <w:sz w:val="24"/>
        </w:rPr>
        <w:t xml:space="preserve"> байт, </w:t>
      </w:r>
      <w:r>
        <w:rPr>
          <w:b w:val="false"/>
          <w:sz w:val="24"/>
          <w:lang w:val="zxx"/>
        </w:rPr>
        <w:t>27</w:t>
      </w:r>
      <w:r>
        <w:rPr>
          <w:b w:val="false"/>
          <w:sz w:val="24"/>
        </w:rPr>
        <w:t>,</w:t>
      </w:r>
      <w:r>
        <w:rPr>
          <w:b w:val="false"/>
          <w:sz w:val="24"/>
          <w:lang w:val="zxx"/>
        </w:rPr>
        <w:t>1</w:t>
      </w:r>
      <w:r>
        <w:rPr>
          <w:b w:val="false"/>
          <w:sz w:val="24"/>
        </w:rPr>
        <w:t xml:space="preserve"> кбит/с, </w:t>
      </w:r>
      <w:r>
        <w:rPr>
          <w:b w:val="false"/>
          <w:sz w:val="24"/>
          <w:lang w:val="zxx"/>
        </w:rPr>
        <w:t>35</w:t>
      </w:r>
      <w:r>
        <w:rPr>
          <w:b w:val="false"/>
          <w:sz w:val="24"/>
        </w:rPr>
        <w:t>,</w:t>
      </w:r>
      <w:r>
        <w:rPr>
          <w:b w:val="false"/>
          <w:sz w:val="24"/>
          <w:lang w:val="zxx"/>
        </w:rPr>
        <w:t>23</w:t>
      </w:r>
      <w:r>
        <w:rPr>
          <w:b w:val="false"/>
          <w:sz w:val="24"/>
        </w:rPr>
        <w:t xml:space="preserve"> с резервом. Дополнительные заголовки и фактические потери включаются в расчет отдельно. Если они превышают остаток, данный поток на канале </w:t>
      </w:r>
      <w:r>
        <w:rPr>
          <w:b w:val="false"/>
          <w:sz w:val="24"/>
          <w:lang w:val="zxx"/>
        </w:rPr>
        <w:t>64</w:t>
      </w:r>
      <w:r>
        <w:rPr>
          <w:b w:val="false"/>
          <w:sz w:val="24"/>
        </w:rPr>
        <w:t xml:space="preserve"> кбит/с </w:t>
      </w:r>
      <w:r>
        <w:rPr>
          <w:b w:val="false"/>
          <w:sz w:val="24"/>
          <w:lang w:val="zxx"/>
        </w:rPr>
        <w:t>НЕ ДОПУСКАЕТСЯ</w:t>
      </w:r>
      <w:r>
        <w:rPr>
          <w:b w:val="false"/>
          <w:sz w:val="24"/>
        </w:rPr>
        <w:t>.</w:t>
      </w:r>
    </w:p>
    <w:p>
      <w:pPr>
        <w:pStyle w:val="Normal"/>
        <w:jc w:val="both"/>
        <w:rPr/>
      </w:pPr>
      <w:r>
        <w:rPr>
          <w:b w:val="false"/>
          <w:sz w:val="24"/>
        </w:rPr>
        <w:t>Ж.</w:t>
      </w:r>
      <w:r>
        <w:rPr>
          <w:b w:val="false"/>
          <w:sz w:val="24"/>
          <w:lang w:val="zxx"/>
        </w:rPr>
        <w:t>6.2</w:t>
      </w:r>
      <w:r>
        <w:rPr>
          <w:b w:val="false"/>
          <w:sz w:val="24"/>
        </w:rPr>
        <w:t xml:space="preserve"> На общем участке маршрутизируемого группового дерева передается одна копия потока, на конечных ветвях — по одной. Число получателей не умножает исходящий медиатрафик источника, но влияет на состояние маршрутизаторов, команды подготовки и результаты. Протокол не обещает одновременно передать тысячи индивидуальных команд через один общий канал </w:t>
      </w:r>
      <w:r>
        <w:rPr>
          <w:b w:val="false"/>
          <w:sz w:val="24"/>
          <w:lang w:val="zxx"/>
        </w:rPr>
        <w:t>64</w:t>
      </w:r>
      <w:r>
        <w:rPr>
          <w:b w:val="false"/>
          <w:sz w:val="24"/>
        </w:rPr>
        <w:t xml:space="preserve"> кбит/с за срок одного кадра. Для таких групп рассчитываются общие участки, параллельная подготовка и емкость узлов распределения; сам по себе </w:t>
      </w:r>
      <w:r>
        <w:rPr>
          <w:b w:val="false"/>
          <w:sz w:val="24"/>
          <w:lang w:val="zxx"/>
        </w:rPr>
        <w:t>multicast</w:t>
      </w:r>
      <w:r>
        <w:rPr>
          <w:b w:val="false"/>
          <w:sz w:val="24"/>
        </w:rPr>
        <w:t xml:space="preserve"> не сокращает адресное управление.</w:t>
      </w:r>
    </w:p>
    <w:p>
      <w:pPr>
        <w:pStyle w:val="Normal"/>
        <w:jc w:val="both"/>
        <w:rPr/>
      </w:pPr>
      <w:r>
        <w:rPr>
          <w:b w:val="false"/>
          <w:sz w:val="24"/>
        </w:rPr>
        <w:t>Ж.</w:t>
      </w:r>
      <w:r>
        <w:rPr>
          <w:b w:val="false"/>
          <w:sz w:val="24"/>
          <w:lang w:val="zxx"/>
        </w:rPr>
        <w:t>6.3</w:t>
      </w:r>
      <w:r>
        <w:rPr>
          <w:b w:val="false"/>
          <w:sz w:val="24"/>
        </w:rPr>
        <w:t xml:space="preserve"> Начало потока не порождает массового группового запроса ответа. Готовность, ошибки, </w:t>
      </w:r>
      <w:r>
        <w:rPr>
          <w:b w:val="false"/>
          <w:sz w:val="24"/>
          <w:lang w:val="zxx"/>
        </w:rPr>
        <w:t>audio.state</w:t>
      </w:r>
      <w:r>
        <w:rPr>
          <w:b w:val="false"/>
          <w:sz w:val="24"/>
        </w:rPr>
        <w:t xml:space="preserve"> и итог читаются по индивидуальным управляющим соединениям с ограничением частоты у АРМ. На каждом узком участке резервируется полоса управления; опросы распределяются по времени с равномерным случайным смещением в интервале опроса, </w:t>
      </w:r>
      <w:r>
        <w:rPr>
          <w:b w:val="false"/>
          <w:sz w:val="24"/>
          <w:lang w:val="zxx"/>
        </w:rPr>
        <w:t>session.start/</w:t>
      </w:r>
      <w:r>
        <w:rPr>
          <w:b w:val="false"/>
          <w:sz w:val="24"/>
        </w:rPr>
        <w:t>​</w:t>
      </w:r>
      <w:r>
        <w:rPr>
          <w:b w:val="false"/>
          <w:sz w:val="24"/>
          <w:lang w:val="zxx"/>
        </w:rPr>
        <w:t>session.stop</w:t>
      </w:r>
      <w:r>
        <w:rPr>
          <w:b w:val="false"/>
          <w:sz w:val="24"/>
        </w:rPr>
        <w:t xml:space="preserve"> имеют приоритет. Итоговый отчет содержит также устройства, от которых результата нет. Ни размер группы, ни отсутствие сообщения об ошибке не считаются квитанцией успеха.</w:t>
      </w:r>
    </w:p>
    <w:p>
      <w:pPr>
        <w:pStyle w:val="2"/>
        <w:rPr/>
      </w:pPr>
      <w:r>
        <w:rPr>
          <w:sz w:val="24"/>
        </w:rPr>
        <w:t>Ж.7 Критерии приемки</w:t>
      </w:r>
    </w:p>
    <w:p>
      <w:pPr>
        <w:pStyle w:val="Normal"/>
        <w:jc w:val="both"/>
        <w:rPr/>
      </w:pPr>
      <w:r>
        <w:rPr>
          <w:b w:val="false"/>
          <w:sz w:val="24"/>
        </w:rPr>
        <w:t>Ж.</w:t>
      </w:r>
      <w:r>
        <w:rPr>
          <w:b w:val="false"/>
          <w:sz w:val="24"/>
          <w:lang w:val="zxx"/>
        </w:rPr>
        <w:t>7.1</w:t>
      </w:r>
      <w:r>
        <w:rPr>
          <w:b w:val="false"/>
          <w:sz w:val="24"/>
        </w:rPr>
        <w:t xml:space="preserve"> Проверяются точные байты заголовка, </w:t>
      </w:r>
      <w:r>
        <w:rPr>
          <w:b w:val="false"/>
          <w:sz w:val="24"/>
          <w:lang w:val="zxx"/>
        </w:rPr>
        <w:t>MGM</w:t>
      </w:r>
      <w:r>
        <w:rPr>
          <w:b w:val="false"/>
          <w:sz w:val="24"/>
        </w:rPr>
        <w:t xml:space="preserve">, подписи и </w:t>
      </w:r>
      <w:r>
        <w:rPr>
          <w:b w:val="false"/>
          <w:sz w:val="24"/>
          <w:lang w:val="zxx"/>
        </w:rPr>
        <w:t>ICN</w:t>
      </w:r>
      <w:r>
        <w:rPr>
          <w:b w:val="false"/>
          <w:sz w:val="24"/>
        </w:rPr>
        <w:t xml:space="preserve">, несовпадение </w:t>
      </w:r>
      <w:r>
        <w:rPr>
          <w:b w:val="false"/>
          <w:sz w:val="24"/>
          <w:lang w:val="zxx"/>
        </w:rPr>
        <w:t>streamId</w:t>
      </w:r>
      <w:r>
        <w:rPr>
          <w:b w:val="false"/>
          <w:sz w:val="24"/>
        </w:rPr>
        <w:t xml:space="preserve">, измененная половина подписи, неверная точка ключа и повтор </w:t>
      </w:r>
      <w:r>
        <w:rPr>
          <w:b w:val="false"/>
          <w:sz w:val="24"/>
          <w:lang w:val="zxx"/>
        </w:rPr>
        <w:t>ICN</w:t>
      </w:r>
      <w:r>
        <w:rPr>
          <w:b w:val="false"/>
          <w:sz w:val="24"/>
        </w:rPr>
        <w:t xml:space="preserve"> с измененным содержимым. Получатель с групповым ключом и без приватного ключа источника не создает принимаемую поддельную речь.</w:t>
      </w:r>
    </w:p>
    <w:p>
      <w:pPr>
        <w:pStyle w:val="Normal"/>
        <w:jc w:val="both"/>
        <w:rPr/>
      </w:pPr>
      <w:r>
        <w:rPr>
          <w:b w:val="false"/>
          <w:sz w:val="24"/>
        </w:rPr>
        <w:t>Ж.</w:t>
      </w:r>
      <w:r>
        <w:rPr>
          <w:b w:val="false"/>
          <w:sz w:val="24"/>
          <w:lang w:val="zxx"/>
        </w:rPr>
        <w:t>7.2</w:t>
      </w:r>
      <w:r>
        <w:rPr>
          <w:b w:val="false"/>
          <w:sz w:val="24"/>
        </w:rPr>
        <w:t xml:space="preserve"> Для каждого из четырех положений теряется одна часть и восстанавливаются ровно исходные байты. Проверяются две потери, повреждение </w:t>
      </w:r>
      <w:r>
        <w:rPr>
          <w:b w:val="false"/>
          <w:sz w:val="24"/>
          <w:lang w:val="zxx"/>
        </w:rPr>
        <w:t>parity</w:t>
      </w:r>
      <w:r>
        <w:rPr>
          <w:b w:val="false"/>
          <w:sz w:val="24"/>
        </w:rPr>
        <w:t>, повторы, перестановка, далекий индекс, позднее восстановление, конечный частичный и пустой блок.</w:t>
      </w:r>
    </w:p>
    <w:p>
      <w:pPr>
        <w:pStyle w:val="Normal"/>
        <w:jc w:val="both"/>
        <w:rPr/>
      </w:pPr>
      <w:r>
        <w:rPr>
          <w:b w:val="false"/>
          <w:sz w:val="24"/>
        </w:rPr>
        <w:t>Ж.</w:t>
      </w:r>
      <w:r>
        <w:rPr>
          <w:b w:val="false"/>
          <w:sz w:val="24"/>
          <w:lang w:val="zxx"/>
        </w:rPr>
        <w:t>7.3</w:t>
      </w:r>
      <w:r>
        <w:rPr>
          <w:b w:val="false"/>
          <w:sz w:val="24"/>
        </w:rPr>
        <w:t xml:space="preserve"> Проверяются пределы возраста и ошибки </w:t>
      </w:r>
      <w:r>
        <w:rPr>
          <w:b w:val="false"/>
          <w:sz w:val="24"/>
          <w:lang w:val="zxx"/>
        </w:rPr>
        <w:t>UTC</w:t>
      </w:r>
      <w:r>
        <w:rPr>
          <w:b w:val="false"/>
          <w:sz w:val="24"/>
        </w:rPr>
        <w:t xml:space="preserve">, задержка очередей до ЦАП, потеря синхронизации, непрерывная тишина, потеря </w:t>
      </w:r>
      <w:r>
        <w:rPr>
          <w:b w:val="false"/>
          <w:sz w:val="24"/>
          <w:lang w:val="zxx"/>
        </w:rPr>
        <w:t>END</w:t>
      </w:r>
      <w:r>
        <w:rPr>
          <w:b w:val="false"/>
          <w:sz w:val="24"/>
        </w:rPr>
        <w:t xml:space="preserve"> и </w:t>
      </w:r>
      <w:r>
        <w:rPr>
          <w:b w:val="false"/>
          <w:sz w:val="24"/>
          <w:lang w:val="zxx"/>
        </w:rPr>
        <w:t>audio.finish</w:t>
      </w:r>
      <w:r>
        <w:rPr>
          <w:b w:val="false"/>
          <w:sz w:val="24"/>
        </w:rPr>
        <w:t xml:space="preserve">, </w:t>
      </w:r>
      <w:r>
        <w:rPr>
          <w:b w:val="false"/>
          <w:sz w:val="24"/>
          <w:lang w:val="zxx"/>
        </w:rPr>
        <w:t>session.stop</w:t>
      </w:r>
      <w:r>
        <w:rPr>
          <w:b w:val="false"/>
          <w:sz w:val="24"/>
        </w:rPr>
        <w:t xml:space="preserve"> во время накопления и выдачи, отзыв одного получателя и источника.</w:t>
      </w:r>
    </w:p>
    <w:p>
      <w:pPr>
        <w:sectPr>
          <w:headerReference w:type="default" r:id="rId14"/>
          <w:footerReference w:type="default" r:id="rId15"/>
          <w:type w:val="nextPage"/>
          <w:pgSz w:w="11906" w:h="16838"/>
          <w:pgMar w:left="1134" w:right="1134" w:gutter="0" w:header="567" w:top="1134" w:footer="567" w:bottom="1134"/>
          <w:pgNumType w:fmt="decimal"/>
          <w:formProt w:val="false"/>
          <w:textDirection w:val="lrTb"/>
          <w:docGrid w:type="default" w:linePitch="360" w:charSpace="0"/>
        </w:sectPr>
        <w:pStyle w:val="Normal"/>
        <w:jc w:val="both"/>
        <w:rPr/>
      </w:pPr>
      <w:r>
        <w:rPr>
          <w:b w:val="false"/>
          <w:sz w:val="24"/>
        </w:rPr>
        <w:t>Ж.</w:t>
      </w:r>
      <w:r>
        <w:rPr>
          <w:b w:val="false"/>
          <w:sz w:val="24"/>
          <w:lang w:val="zxx"/>
        </w:rPr>
        <w:t>7.4</w:t>
      </w:r>
      <w:r>
        <w:rPr>
          <w:b w:val="false"/>
          <w:sz w:val="24"/>
        </w:rPr>
        <w:t xml:space="preserve"> На фактическом тракте измеряются скорости обоих направлений, задержка, полоса управления, </w:t>
      </w:r>
      <w:r>
        <w:rPr>
          <w:b w:val="false"/>
          <w:sz w:val="24"/>
          <w:lang w:val="zxx"/>
        </w:rPr>
        <w:t>25</w:t>
      </w:r>
      <w:r>
        <w:rPr>
          <w:b w:val="false"/>
          <w:sz w:val="24"/>
        </w:rPr>
        <w:t xml:space="preserve"> проверок подписи в секунду и аппаратные сроки. Испытание группы проверяет отсутствие ответов на каждый медиапакет и индивидуальную полноту итогового отчета.</w:t>
      </w:r>
    </w:p>
    <w:p>
      <w:pPr>
        <w:pStyle w:val="1"/>
        <w:rPr/>
      </w:pPr>
      <w:bookmarkStart w:id="35" w:name="__RefHeading___Toc43319_1766585215"/>
      <w:bookmarkEnd w:id="35"/>
      <w:r>
        <w:rPr>
          <w:sz w:val="24"/>
        </w:rPr>
        <w:t>Библиография и комплект редакции</w:t>
      </w:r>
    </w:p>
    <w:p>
      <w:pPr>
        <w:pStyle w:val="Normal"/>
        <w:keepNext w:val="true"/>
        <w:jc w:val="start"/>
        <w:rPr/>
      </w:pPr>
      <w:r>
        <w:rPr>
          <w:b w:val="false"/>
          <w:sz w:val="24"/>
        </w:rPr>
        <w:t xml:space="preserve">ГОСТ Р </w:t>
      </w:r>
      <w:r>
        <w:rPr>
          <w:b w:val="false"/>
          <w:sz w:val="24"/>
          <w:lang w:val="zxx"/>
        </w:rPr>
        <w:t>42.3.05-</w:t>
      </w:r>
      <w:r>
        <w:rPr>
          <w:b w:val="false"/>
          <w:sz w:val="24"/>
        </w:rPr>
        <w:t>⁠</w:t>
      </w:r>
      <w:r>
        <w:rPr>
          <w:b w:val="false"/>
          <w:sz w:val="24"/>
          <w:lang w:val="zxx"/>
        </w:rPr>
        <w:t>2023.</w:t>
      </w:r>
      <w:r>
        <w:rPr>
          <w:b w:val="false"/>
          <w:sz w:val="24"/>
        </w:rPr>
        <w:t xml:space="preserve"> Протоколы информационного обмена. Общие требования</w:t>
      </w:r>
    </w:p>
    <w:p>
      <w:pPr>
        <w:pStyle w:val="Normal"/>
        <w:jc w:val="start"/>
        <w:rPr/>
      </w:pPr>
      <w:r>
        <w:rPr>
          <w:b w:val="false"/>
          <w:sz w:val="24"/>
          <w:lang w:val="zxx"/>
        </w:rPr>
        <w:t>https://meganorm.ru/​mega_doc/​norm/​gost-⁠r_gosudarstvennyj-⁠standart/⁠8/​gost_r_42_3_05-⁠2023_natsionalnyy_standart_rossiyskoy.html</w:t>
      </w:r>
    </w:p>
    <w:p>
      <w:pPr>
        <w:pStyle w:val="Normal"/>
        <w:keepNext w:val="true"/>
        <w:jc w:val="start"/>
        <w:rPr/>
      </w:pPr>
      <w:r>
        <w:rPr>
          <w:b w:val="false"/>
          <w:sz w:val="24"/>
        </w:rPr>
        <w:t xml:space="preserve">Федеральный закон № </w:t>
      </w:r>
      <w:r>
        <w:rPr>
          <w:b w:val="false"/>
          <w:sz w:val="24"/>
          <w:lang w:val="zxx"/>
        </w:rPr>
        <w:t>162-</w:t>
      </w:r>
      <w:r>
        <w:rPr>
          <w:b w:val="false"/>
          <w:sz w:val="24"/>
        </w:rPr>
        <w:t xml:space="preserve">ФЗ, статья </w:t>
      </w:r>
      <w:r>
        <w:rPr>
          <w:b w:val="false"/>
          <w:sz w:val="24"/>
          <w:lang w:val="zxx"/>
        </w:rPr>
        <w:t>26.</w:t>
      </w:r>
      <w:r>
        <w:rPr>
          <w:b w:val="false"/>
          <w:sz w:val="24"/>
        </w:rPr>
        <w:t xml:space="preserve"> Правила применения документов стандартизации</w:t>
      </w:r>
    </w:p>
    <w:p>
      <w:pPr>
        <w:pStyle w:val="Normal"/>
        <w:jc w:val="start"/>
        <w:rPr/>
      </w:pPr>
      <w:r>
        <w:rPr>
          <w:b w:val="false"/>
          <w:sz w:val="24"/>
          <w:lang w:val="zxx"/>
        </w:rPr>
        <w:t>https://base.garant.ru/⁠71108018/⁠3ac805f6d87af32d44de92b042d51285/</w:t>
      </w:r>
    </w:p>
    <w:p>
      <w:pPr>
        <w:pStyle w:val="Normal"/>
        <w:keepNext w:val="true"/>
        <w:jc w:val="start"/>
        <w:rPr/>
      </w:pPr>
      <w:r>
        <w:rPr>
          <w:b w:val="false"/>
          <w:sz w:val="24"/>
          <w:lang w:val="zxx"/>
        </w:rPr>
        <w:t>RFC</w:t>
      </w:r>
      <w:r>
        <w:rPr>
          <w:b w:val="false"/>
          <w:sz w:val="24"/>
        </w:rPr>
        <w:t xml:space="preserve"> </w:t>
      </w:r>
      <w:r>
        <w:rPr>
          <w:b w:val="false"/>
          <w:sz w:val="24"/>
          <w:lang w:val="zxx"/>
        </w:rPr>
        <w:t>5740.</w:t>
      </w:r>
      <w:r>
        <w:rPr>
          <w:b w:val="false"/>
          <w:sz w:val="24"/>
        </w:rPr>
        <w:t xml:space="preserve"> Надежная групповая доставка и ограничение обратной связи</w:t>
      </w:r>
    </w:p>
    <w:p>
      <w:pPr>
        <w:pStyle w:val="Normal"/>
        <w:jc w:val="start"/>
        <w:rPr/>
      </w:pPr>
      <w:r>
        <w:rPr>
          <w:b w:val="false"/>
          <w:sz w:val="24"/>
          <w:lang w:val="zxx"/>
        </w:rPr>
        <w:t>https://www.rfc-⁠editor.org/​rfc/​rfc5740.html</w:t>
      </w:r>
    </w:p>
    <w:p>
      <w:pPr>
        <w:pStyle w:val="Normal"/>
        <w:keepNext w:val="true"/>
        <w:jc w:val="start"/>
        <w:rPr/>
      </w:pPr>
      <w:r>
        <w:rPr>
          <w:b w:val="false"/>
          <w:sz w:val="24"/>
          <w:lang w:val="zxx"/>
        </w:rPr>
        <w:t>RFC</w:t>
      </w:r>
      <w:r>
        <w:rPr>
          <w:b w:val="false"/>
          <w:sz w:val="24"/>
        </w:rPr>
        <w:t xml:space="preserve"> </w:t>
      </w:r>
      <w:r>
        <w:rPr>
          <w:b w:val="false"/>
          <w:sz w:val="24"/>
          <w:lang w:val="zxx"/>
        </w:rPr>
        <w:t>8785:</w:t>
      </w:r>
      <w:r>
        <w:rPr>
          <w:b w:val="false"/>
          <w:sz w:val="24"/>
        </w:rPr>
        <w:t xml:space="preserve"> каноническое представление </w:t>
      </w:r>
      <w:r>
        <w:rPr>
          <w:b w:val="false"/>
          <w:sz w:val="24"/>
          <w:lang w:val="zxx"/>
        </w:rPr>
        <w:t>JSON</w:t>
      </w:r>
    </w:p>
    <w:p>
      <w:pPr>
        <w:pStyle w:val="Normal"/>
        <w:jc w:val="start"/>
        <w:rPr/>
      </w:pPr>
      <w:r>
        <w:rPr>
          <w:b w:val="false"/>
          <w:sz w:val="24"/>
          <w:lang w:val="zxx"/>
        </w:rPr>
        <w:t>https://www.rfc-⁠editor.org/​rfc/​rfc8785.html</w:t>
      </w:r>
    </w:p>
    <w:p>
      <w:pPr>
        <w:pStyle w:val="Normal"/>
        <w:keepNext w:val="true"/>
        <w:jc w:val="start"/>
        <w:rPr/>
      </w:pPr>
      <w:r>
        <w:rPr>
          <w:b w:val="false"/>
          <w:sz w:val="24"/>
        </w:rPr>
        <w:t xml:space="preserve">Р </w:t>
      </w:r>
      <w:r>
        <w:rPr>
          <w:b w:val="false"/>
          <w:sz w:val="24"/>
          <w:lang w:val="zxx"/>
        </w:rPr>
        <w:t>1323565.1.030-</w:t>
      </w:r>
      <w:r>
        <w:rPr>
          <w:b w:val="false"/>
          <w:sz w:val="24"/>
        </w:rPr>
        <w:t>⁠</w:t>
      </w:r>
      <w:r>
        <w:rPr>
          <w:b w:val="false"/>
          <w:sz w:val="24"/>
          <w:lang w:val="zxx"/>
        </w:rPr>
        <w:t>2020</w:t>
      </w:r>
      <w:r>
        <w:rPr>
          <w:b w:val="false"/>
          <w:sz w:val="24"/>
        </w:rPr>
        <w:t xml:space="preserve"> и </w:t>
      </w:r>
      <w:r>
        <w:rPr>
          <w:b w:val="false"/>
          <w:sz w:val="24"/>
          <w:lang w:val="zxx"/>
        </w:rPr>
        <w:t>RFC</w:t>
      </w:r>
      <w:r>
        <w:rPr>
          <w:b w:val="false"/>
          <w:sz w:val="24"/>
        </w:rPr>
        <w:t xml:space="preserve"> </w:t>
      </w:r>
      <w:r>
        <w:rPr>
          <w:b w:val="false"/>
          <w:sz w:val="24"/>
          <w:lang w:val="zxx"/>
        </w:rPr>
        <w:t>9367:</w:t>
      </w:r>
      <w:r>
        <w:rPr>
          <w:b w:val="false"/>
          <w:sz w:val="24"/>
        </w:rPr>
        <w:t xml:space="preserve"> российские алгоритмы в </w:t>
      </w:r>
      <w:r>
        <w:rPr>
          <w:b w:val="false"/>
          <w:sz w:val="24"/>
          <w:lang w:val="zxx"/>
        </w:rPr>
        <w:t>TLS</w:t>
      </w:r>
      <w:r>
        <w:rPr>
          <w:b w:val="false"/>
          <w:sz w:val="24"/>
        </w:rPr>
        <w:t xml:space="preserve"> </w:t>
      </w:r>
      <w:r>
        <w:rPr>
          <w:b w:val="false"/>
          <w:sz w:val="24"/>
          <w:lang w:val="zxx"/>
        </w:rPr>
        <w:t>1.3</w:t>
      </w:r>
    </w:p>
    <w:p>
      <w:pPr>
        <w:pStyle w:val="Normal"/>
        <w:jc w:val="start"/>
        <w:rPr/>
      </w:pPr>
      <w:r>
        <w:rPr>
          <w:b w:val="false"/>
          <w:sz w:val="24"/>
          <w:lang w:val="zxx"/>
        </w:rPr>
        <w:t>https://tc26.ru/​news/​novosti-⁠tk26/​opublikovan-⁠rfc-⁠9367-⁠opredelyayushchiy-⁠poryadok-⁠raboty-⁠tls-⁠1-⁠3-⁠s-⁠gost.html</w:t>
      </w:r>
    </w:p>
    <w:p>
      <w:pPr>
        <w:pStyle w:val="Normal"/>
        <w:keepNext w:val="true"/>
        <w:jc w:val="start"/>
        <w:rPr/>
      </w:pPr>
      <w:r>
        <w:rPr>
          <w:b w:val="false"/>
          <w:sz w:val="24"/>
          <w:lang w:val="zxx"/>
        </w:rPr>
        <w:t>RFC</w:t>
      </w:r>
      <w:r>
        <w:rPr>
          <w:b w:val="false"/>
          <w:sz w:val="24"/>
        </w:rPr>
        <w:t xml:space="preserve"> </w:t>
      </w:r>
      <w:r>
        <w:rPr>
          <w:b w:val="false"/>
          <w:sz w:val="24"/>
          <w:lang w:val="zxx"/>
        </w:rPr>
        <w:t>9367:</w:t>
      </w:r>
      <w:r>
        <w:rPr>
          <w:b w:val="false"/>
          <w:sz w:val="24"/>
        </w:rPr>
        <w:t xml:space="preserve"> российские криптонаборы </w:t>
      </w:r>
      <w:r>
        <w:rPr>
          <w:b w:val="false"/>
          <w:sz w:val="24"/>
          <w:lang w:val="zxx"/>
        </w:rPr>
        <w:t>TLS</w:t>
      </w:r>
      <w:r>
        <w:rPr>
          <w:b w:val="false"/>
          <w:sz w:val="24"/>
        </w:rPr>
        <w:t xml:space="preserve"> </w:t>
      </w:r>
      <w:r>
        <w:rPr>
          <w:b w:val="false"/>
          <w:sz w:val="24"/>
          <w:lang w:val="zxx"/>
        </w:rPr>
        <w:t>1.3</w:t>
      </w:r>
    </w:p>
    <w:p>
      <w:pPr>
        <w:pStyle w:val="Normal"/>
        <w:jc w:val="start"/>
        <w:rPr/>
      </w:pPr>
      <w:r>
        <w:rPr>
          <w:b w:val="false"/>
          <w:sz w:val="24"/>
          <w:lang w:val="zxx"/>
        </w:rPr>
        <w:t>https://www.rfc-⁠editor.org/​rfc/​rfc9367.html</w:t>
      </w:r>
    </w:p>
    <w:p>
      <w:pPr>
        <w:pStyle w:val="Normal"/>
        <w:keepNext w:val="true"/>
        <w:jc w:val="start"/>
        <w:rPr/>
      </w:pPr>
      <w:r>
        <w:rPr>
          <w:b w:val="false"/>
          <w:sz w:val="24"/>
          <w:lang w:val="zxx"/>
        </w:rPr>
        <w:t>RFC</w:t>
      </w:r>
      <w:r>
        <w:rPr>
          <w:b w:val="false"/>
          <w:sz w:val="24"/>
        </w:rPr>
        <w:t xml:space="preserve"> </w:t>
      </w:r>
      <w:r>
        <w:rPr>
          <w:b w:val="false"/>
          <w:sz w:val="24"/>
          <w:lang w:val="zxx"/>
        </w:rPr>
        <w:t>7801:</w:t>
      </w:r>
      <w:r>
        <w:rPr>
          <w:b w:val="false"/>
          <w:sz w:val="24"/>
        </w:rPr>
        <w:t xml:space="preserve"> Кузнечик</w:t>
      </w:r>
    </w:p>
    <w:p>
      <w:pPr>
        <w:pStyle w:val="Normal"/>
        <w:jc w:val="start"/>
        <w:rPr/>
      </w:pPr>
      <w:r>
        <w:rPr>
          <w:b w:val="false"/>
          <w:sz w:val="24"/>
          <w:lang w:val="zxx"/>
        </w:rPr>
        <w:t>https://www.rfc-⁠editor.org/​rfc/​rfc7801.html</w:t>
      </w:r>
    </w:p>
    <w:p>
      <w:pPr>
        <w:pStyle w:val="Normal"/>
        <w:keepNext w:val="true"/>
        <w:jc w:val="start"/>
        <w:rPr/>
      </w:pPr>
      <w:r>
        <w:rPr>
          <w:b w:val="false"/>
          <w:sz w:val="24"/>
          <w:lang w:val="zxx"/>
        </w:rPr>
        <w:t>RFC</w:t>
      </w:r>
      <w:r>
        <w:rPr>
          <w:b w:val="false"/>
          <w:sz w:val="24"/>
        </w:rPr>
        <w:t xml:space="preserve"> </w:t>
      </w:r>
      <w:r>
        <w:rPr>
          <w:b w:val="false"/>
          <w:sz w:val="24"/>
          <w:lang w:val="zxx"/>
        </w:rPr>
        <w:t>9058:</w:t>
      </w:r>
      <w:r>
        <w:rPr>
          <w:b w:val="false"/>
          <w:sz w:val="24"/>
        </w:rPr>
        <w:t xml:space="preserve"> </w:t>
      </w:r>
      <w:r>
        <w:rPr>
          <w:b w:val="false"/>
          <w:sz w:val="24"/>
          <w:lang w:val="zxx"/>
        </w:rPr>
        <w:t>MGM</w:t>
      </w:r>
    </w:p>
    <w:p>
      <w:pPr>
        <w:pStyle w:val="Normal"/>
        <w:jc w:val="start"/>
        <w:rPr/>
      </w:pPr>
      <w:r>
        <w:rPr>
          <w:b w:val="false"/>
          <w:sz w:val="24"/>
          <w:lang w:val="zxx"/>
        </w:rPr>
        <w:t>https://www.rfc-⁠editor.org/​rfc/​rfc9058.html</w:t>
      </w:r>
    </w:p>
    <w:p>
      <w:pPr>
        <w:pStyle w:val="Normal"/>
        <w:keepNext w:val="true"/>
        <w:jc w:val="start"/>
        <w:rPr/>
      </w:pPr>
      <w:r>
        <w:rPr>
          <w:b w:val="false"/>
          <w:sz w:val="24"/>
          <w:lang w:val="zxx"/>
        </w:rPr>
        <w:t>RFC</w:t>
      </w:r>
      <w:r>
        <w:rPr>
          <w:b w:val="false"/>
          <w:sz w:val="24"/>
        </w:rPr>
        <w:t xml:space="preserve"> </w:t>
      </w:r>
      <w:r>
        <w:rPr>
          <w:b w:val="false"/>
          <w:sz w:val="24"/>
          <w:lang w:val="zxx"/>
        </w:rPr>
        <w:t>6986:</w:t>
      </w:r>
      <w:r>
        <w:rPr>
          <w:b w:val="false"/>
          <w:sz w:val="24"/>
        </w:rPr>
        <w:t xml:space="preserve"> Стрибог</w:t>
      </w:r>
    </w:p>
    <w:p>
      <w:pPr>
        <w:pStyle w:val="Normal"/>
        <w:jc w:val="start"/>
        <w:rPr/>
      </w:pPr>
      <w:r>
        <w:rPr>
          <w:b w:val="false"/>
          <w:sz w:val="24"/>
          <w:lang w:val="zxx"/>
        </w:rPr>
        <w:t>https://www.rfc-⁠editor.org/​rfc/​rfc6986.html</w:t>
      </w:r>
    </w:p>
    <w:p>
      <w:pPr>
        <w:pStyle w:val="Normal"/>
        <w:keepNext w:val="true"/>
        <w:jc w:val="start"/>
        <w:rPr/>
      </w:pPr>
      <w:r>
        <w:rPr>
          <w:b w:val="false"/>
          <w:sz w:val="24"/>
          <w:lang w:val="zxx"/>
        </w:rPr>
        <w:t>RFC</w:t>
      </w:r>
      <w:r>
        <w:rPr>
          <w:b w:val="false"/>
          <w:sz w:val="24"/>
        </w:rPr>
        <w:t xml:space="preserve"> </w:t>
      </w:r>
      <w:r>
        <w:rPr>
          <w:b w:val="false"/>
          <w:sz w:val="24"/>
          <w:lang w:val="zxx"/>
        </w:rPr>
        <w:t>7836:</w:t>
      </w:r>
      <w:r>
        <w:rPr>
          <w:b w:val="false"/>
          <w:sz w:val="24"/>
        </w:rPr>
        <w:t xml:space="preserve"> российские функции выработки ключей</w:t>
      </w:r>
    </w:p>
    <w:p>
      <w:pPr>
        <w:pStyle w:val="Normal"/>
        <w:jc w:val="start"/>
        <w:rPr/>
      </w:pPr>
      <w:r>
        <w:rPr>
          <w:b w:val="false"/>
          <w:sz w:val="24"/>
          <w:lang w:val="zxx"/>
        </w:rPr>
        <w:t>https://www.rfc-⁠editor.org/​rfc/​rfc7836.html</w:t>
      </w:r>
    </w:p>
    <w:p>
      <w:pPr>
        <w:pStyle w:val="Normal"/>
        <w:keepNext w:val="true"/>
        <w:jc w:val="start"/>
        <w:rPr/>
      </w:pPr>
      <w:r>
        <w:rPr>
          <w:b w:val="false"/>
          <w:sz w:val="24"/>
          <w:lang w:val="zxx"/>
        </w:rPr>
        <w:t>RFC</w:t>
      </w:r>
      <w:r>
        <w:rPr>
          <w:b w:val="false"/>
          <w:sz w:val="24"/>
        </w:rPr>
        <w:t xml:space="preserve"> </w:t>
      </w:r>
      <w:r>
        <w:rPr>
          <w:b w:val="false"/>
          <w:sz w:val="24"/>
          <w:lang w:val="zxx"/>
        </w:rPr>
        <w:t>8449:</w:t>
      </w:r>
      <w:r>
        <w:rPr>
          <w:b w:val="false"/>
          <w:sz w:val="24"/>
        </w:rPr>
        <w:t xml:space="preserve"> ограничение размера записей </w:t>
      </w:r>
      <w:r>
        <w:rPr>
          <w:b w:val="false"/>
          <w:sz w:val="24"/>
          <w:lang w:val="zxx"/>
        </w:rPr>
        <w:t>TLS</w:t>
      </w:r>
    </w:p>
    <w:p>
      <w:pPr>
        <w:pStyle w:val="Normal"/>
        <w:jc w:val="start"/>
        <w:rPr/>
      </w:pPr>
      <w:r>
        <w:rPr>
          <w:b w:val="false"/>
          <w:sz w:val="24"/>
          <w:lang w:val="zxx"/>
        </w:rPr>
        <w:t>https://www.rfc-⁠editor.org/​rfc/​rfc8449.html</w:t>
      </w:r>
    </w:p>
    <w:p>
      <w:pPr>
        <w:pStyle w:val="Normal"/>
        <w:keepNext w:val="true"/>
        <w:jc w:val="start"/>
        <w:rPr/>
      </w:pPr>
      <w:r>
        <w:rPr>
          <w:b w:val="false"/>
          <w:sz w:val="24"/>
          <w:lang w:val="zxx"/>
        </w:rPr>
        <w:t>RFC</w:t>
      </w:r>
      <w:r>
        <w:rPr>
          <w:b w:val="false"/>
          <w:sz w:val="24"/>
        </w:rPr>
        <w:t xml:space="preserve"> </w:t>
      </w:r>
      <w:r>
        <w:rPr>
          <w:b w:val="false"/>
          <w:sz w:val="24"/>
          <w:lang w:val="zxx"/>
        </w:rPr>
        <w:t>9325:</w:t>
      </w:r>
      <w:r>
        <w:rPr>
          <w:b w:val="false"/>
          <w:sz w:val="24"/>
        </w:rPr>
        <w:t xml:space="preserve"> безопасное применение </w:t>
      </w:r>
      <w:r>
        <w:rPr>
          <w:b w:val="false"/>
          <w:sz w:val="24"/>
          <w:lang w:val="zxx"/>
        </w:rPr>
        <w:t>TLS</w:t>
      </w:r>
    </w:p>
    <w:p>
      <w:pPr>
        <w:pStyle w:val="Normal"/>
        <w:jc w:val="start"/>
        <w:rPr/>
      </w:pPr>
      <w:r>
        <w:rPr>
          <w:b w:val="false"/>
          <w:sz w:val="24"/>
          <w:lang w:val="zxx"/>
        </w:rPr>
        <w:t>https://www.rfc-⁠editor.org/​rfc/​rfc9325.html</w:t>
      </w:r>
    </w:p>
    <w:p>
      <w:pPr>
        <w:pStyle w:val="Normal"/>
        <w:keepNext w:val="true"/>
        <w:jc w:val="start"/>
        <w:rPr/>
      </w:pPr>
      <w:r>
        <w:rPr>
          <w:b w:val="false"/>
          <w:sz w:val="24"/>
          <w:lang w:val="zxx"/>
        </w:rPr>
        <w:t>RFC</w:t>
      </w:r>
      <w:r>
        <w:rPr>
          <w:b w:val="false"/>
          <w:sz w:val="24"/>
        </w:rPr>
        <w:t xml:space="preserve"> </w:t>
      </w:r>
      <w:r>
        <w:rPr>
          <w:b w:val="false"/>
          <w:sz w:val="24"/>
          <w:lang w:val="zxx"/>
        </w:rPr>
        <w:t>2119</w:t>
      </w:r>
      <w:r>
        <w:rPr>
          <w:b w:val="false"/>
          <w:sz w:val="24"/>
        </w:rPr>
        <w:t xml:space="preserve"> и нормативные уровни требований</w:t>
      </w:r>
    </w:p>
    <w:p>
      <w:pPr>
        <w:pStyle w:val="Normal"/>
        <w:jc w:val="start"/>
        <w:rPr/>
      </w:pPr>
      <w:r>
        <w:rPr>
          <w:b w:val="false"/>
          <w:sz w:val="24"/>
          <w:lang w:val="zxx"/>
        </w:rPr>
        <w:t>https://www.rfc-⁠editor.org/​rfc/​rfc2119.html</w:t>
      </w:r>
    </w:p>
    <w:p>
      <w:pPr>
        <w:pStyle w:val="Normal"/>
        <w:keepNext w:val="true"/>
        <w:jc w:val="start"/>
        <w:rPr/>
      </w:pPr>
      <w:r>
        <w:rPr>
          <w:b w:val="false"/>
          <w:sz w:val="24"/>
          <w:lang w:val="zxx"/>
        </w:rPr>
        <w:t>RFC</w:t>
      </w:r>
      <w:r>
        <w:rPr>
          <w:b w:val="false"/>
          <w:sz w:val="24"/>
        </w:rPr>
        <w:t xml:space="preserve"> </w:t>
      </w:r>
      <w:r>
        <w:rPr>
          <w:b w:val="false"/>
          <w:sz w:val="24"/>
          <w:lang w:val="zxx"/>
        </w:rPr>
        <w:t>8174:</w:t>
      </w:r>
      <w:r>
        <w:rPr>
          <w:b w:val="false"/>
          <w:sz w:val="24"/>
        </w:rPr>
        <w:t xml:space="preserve"> применение нормативных ключевых слов</w:t>
      </w:r>
    </w:p>
    <w:p>
      <w:pPr>
        <w:pStyle w:val="Normal"/>
        <w:jc w:val="start"/>
        <w:rPr/>
      </w:pPr>
      <w:r>
        <w:rPr>
          <w:b w:val="false"/>
          <w:sz w:val="24"/>
          <w:lang w:val="zxx"/>
        </w:rPr>
        <w:t>https://www.rfc-⁠editor.org/​rfc/​rfc8174.html</w:t>
      </w:r>
    </w:p>
    <w:p>
      <w:pPr>
        <w:pStyle w:val="Normal"/>
        <w:keepNext w:val="true"/>
        <w:jc w:val="start"/>
        <w:rPr/>
      </w:pPr>
      <w:r>
        <w:rPr>
          <w:b w:val="false"/>
          <w:sz w:val="24"/>
          <w:lang w:val="zxx"/>
        </w:rPr>
        <w:t>RFC</w:t>
      </w:r>
      <w:r>
        <w:rPr>
          <w:b w:val="false"/>
          <w:sz w:val="24"/>
        </w:rPr>
        <w:t xml:space="preserve"> </w:t>
      </w:r>
      <w:r>
        <w:rPr>
          <w:b w:val="false"/>
          <w:sz w:val="24"/>
          <w:lang w:val="zxx"/>
        </w:rPr>
        <w:t>8446:</w:t>
      </w:r>
      <w:r>
        <w:rPr>
          <w:b w:val="false"/>
          <w:sz w:val="24"/>
        </w:rPr>
        <w:t xml:space="preserve"> </w:t>
      </w:r>
      <w:r>
        <w:rPr>
          <w:b w:val="false"/>
          <w:sz w:val="24"/>
          <w:lang w:val="zxx"/>
        </w:rPr>
        <w:t>TLS</w:t>
      </w:r>
      <w:r>
        <w:rPr>
          <w:b w:val="false"/>
          <w:sz w:val="24"/>
        </w:rPr>
        <w:t xml:space="preserve"> </w:t>
      </w:r>
      <w:r>
        <w:rPr>
          <w:b w:val="false"/>
          <w:sz w:val="24"/>
          <w:lang w:val="zxx"/>
        </w:rPr>
        <w:t>1.3</w:t>
      </w:r>
    </w:p>
    <w:p>
      <w:pPr>
        <w:pStyle w:val="Normal"/>
        <w:jc w:val="start"/>
        <w:rPr/>
      </w:pPr>
      <w:r>
        <w:rPr>
          <w:b w:val="false"/>
          <w:sz w:val="24"/>
          <w:lang w:val="zxx"/>
        </w:rPr>
        <w:t>https://www.rfc-⁠editor.org/​rfc/​rfc8446.html</w:t>
      </w:r>
    </w:p>
    <w:p>
      <w:pPr>
        <w:pStyle w:val="Normal"/>
        <w:keepNext w:val="true"/>
        <w:jc w:val="start"/>
        <w:rPr/>
      </w:pPr>
      <w:r>
        <w:rPr>
          <w:b w:val="false"/>
          <w:sz w:val="24"/>
          <w:lang w:val="zxx"/>
        </w:rPr>
        <w:t>RFC</w:t>
      </w:r>
      <w:r>
        <w:rPr>
          <w:b w:val="false"/>
          <w:sz w:val="24"/>
        </w:rPr>
        <w:t xml:space="preserve"> </w:t>
      </w:r>
      <w:r>
        <w:rPr>
          <w:b w:val="false"/>
          <w:sz w:val="24"/>
          <w:lang w:val="zxx"/>
        </w:rPr>
        <w:t>7250:</w:t>
      </w:r>
      <w:r>
        <w:rPr>
          <w:b w:val="false"/>
          <w:sz w:val="24"/>
        </w:rPr>
        <w:t xml:space="preserve"> </w:t>
      </w:r>
      <w:r>
        <w:rPr>
          <w:b w:val="false"/>
          <w:sz w:val="24"/>
          <w:lang w:val="zxx"/>
        </w:rPr>
        <w:t>raw</w:t>
      </w:r>
      <w:r>
        <w:rPr>
          <w:b w:val="false"/>
          <w:sz w:val="24"/>
        </w:rPr>
        <w:t xml:space="preserve"> </w:t>
      </w:r>
      <w:r>
        <w:rPr>
          <w:b w:val="false"/>
          <w:sz w:val="24"/>
          <w:lang w:val="zxx"/>
        </w:rPr>
        <w:t>public</w:t>
      </w:r>
      <w:r>
        <w:rPr>
          <w:b w:val="false"/>
          <w:sz w:val="24"/>
        </w:rPr>
        <w:t xml:space="preserve"> </w:t>
      </w:r>
      <w:r>
        <w:rPr>
          <w:b w:val="false"/>
          <w:sz w:val="24"/>
          <w:lang w:val="zxx"/>
        </w:rPr>
        <w:t>keys</w:t>
      </w:r>
    </w:p>
    <w:p>
      <w:pPr>
        <w:pStyle w:val="Normal"/>
        <w:jc w:val="start"/>
        <w:rPr/>
      </w:pPr>
      <w:r>
        <w:rPr>
          <w:b w:val="false"/>
          <w:sz w:val="24"/>
          <w:lang w:val="zxx"/>
        </w:rPr>
        <w:t>https://www.rfc-⁠editor.org/​rfc/​rfc7250.html</w:t>
      </w:r>
    </w:p>
    <w:p>
      <w:pPr>
        <w:pStyle w:val="Normal"/>
        <w:keepNext w:val="true"/>
        <w:jc w:val="start"/>
        <w:rPr/>
      </w:pPr>
      <w:r>
        <w:rPr>
          <w:b w:val="false"/>
          <w:sz w:val="24"/>
          <w:lang w:val="zxx"/>
        </w:rPr>
        <w:t>RFC</w:t>
      </w:r>
      <w:r>
        <w:rPr>
          <w:b w:val="false"/>
          <w:sz w:val="24"/>
        </w:rPr>
        <w:t xml:space="preserve"> </w:t>
      </w:r>
      <w:r>
        <w:rPr>
          <w:b w:val="false"/>
          <w:sz w:val="24"/>
          <w:lang w:val="zxx"/>
        </w:rPr>
        <w:t>9147:</w:t>
      </w:r>
      <w:r>
        <w:rPr>
          <w:b w:val="false"/>
          <w:sz w:val="24"/>
        </w:rPr>
        <w:t xml:space="preserve"> </w:t>
      </w:r>
      <w:r>
        <w:rPr>
          <w:b w:val="false"/>
          <w:sz w:val="24"/>
          <w:lang w:val="zxx"/>
        </w:rPr>
        <w:t>DTLS</w:t>
      </w:r>
      <w:r>
        <w:rPr>
          <w:b w:val="false"/>
          <w:sz w:val="24"/>
        </w:rPr>
        <w:t xml:space="preserve"> </w:t>
      </w:r>
      <w:r>
        <w:rPr>
          <w:b w:val="false"/>
          <w:sz w:val="24"/>
          <w:lang w:val="zxx"/>
        </w:rPr>
        <w:t>1.3</w:t>
      </w:r>
    </w:p>
    <w:p>
      <w:pPr>
        <w:pStyle w:val="Normal"/>
        <w:jc w:val="start"/>
        <w:rPr/>
      </w:pPr>
      <w:r>
        <w:rPr>
          <w:b w:val="false"/>
          <w:sz w:val="24"/>
          <w:lang w:val="zxx"/>
        </w:rPr>
        <w:t>https://www.rfc-⁠editor.org/​rfc/​rfc9147.html</w:t>
      </w:r>
    </w:p>
    <w:p>
      <w:pPr>
        <w:pStyle w:val="Normal"/>
        <w:keepNext w:val="true"/>
        <w:jc w:val="start"/>
        <w:rPr/>
      </w:pPr>
      <w:r>
        <w:rPr>
          <w:b w:val="false"/>
          <w:sz w:val="24"/>
          <w:lang w:val="zxx"/>
        </w:rPr>
        <w:t>RFC</w:t>
      </w:r>
      <w:r>
        <w:rPr>
          <w:b w:val="false"/>
          <w:sz w:val="24"/>
        </w:rPr>
        <w:t xml:space="preserve"> </w:t>
      </w:r>
      <w:r>
        <w:rPr>
          <w:b w:val="false"/>
          <w:sz w:val="24"/>
          <w:lang w:val="zxx"/>
        </w:rPr>
        <w:t>3711:</w:t>
      </w:r>
      <w:r>
        <w:rPr>
          <w:b w:val="false"/>
          <w:sz w:val="24"/>
        </w:rPr>
        <w:t xml:space="preserve"> </w:t>
      </w:r>
      <w:r>
        <w:rPr>
          <w:b w:val="false"/>
          <w:sz w:val="24"/>
          <w:lang w:val="zxx"/>
        </w:rPr>
        <w:t>SRTP</w:t>
      </w:r>
    </w:p>
    <w:p>
      <w:pPr>
        <w:pStyle w:val="Normal"/>
        <w:jc w:val="start"/>
        <w:rPr/>
      </w:pPr>
      <w:r>
        <w:rPr>
          <w:b w:val="false"/>
          <w:sz w:val="24"/>
          <w:lang w:val="zxx"/>
        </w:rPr>
        <w:t>https://www.rfc-⁠editor.org/​rfc/​rfc3711.html</w:t>
      </w:r>
    </w:p>
    <w:p>
      <w:pPr>
        <w:pStyle w:val="Normal"/>
        <w:keepNext w:val="true"/>
        <w:jc w:val="start"/>
        <w:rPr/>
      </w:pPr>
      <w:r>
        <w:rPr>
          <w:b w:val="false"/>
          <w:sz w:val="24"/>
          <w:lang w:val="zxx"/>
        </w:rPr>
        <w:t>RFC</w:t>
      </w:r>
      <w:r>
        <w:rPr>
          <w:b w:val="false"/>
          <w:sz w:val="24"/>
        </w:rPr>
        <w:t xml:space="preserve"> </w:t>
      </w:r>
      <w:r>
        <w:rPr>
          <w:b w:val="false"/>
          <w:sz w:val="24"/>
          <w:lang w:val="zxx"/>
        </w:rPr>
        <w:t>3552:</w:t>
      </w:r>
      <w:r>
        <w:rPr>
          <w:b w:val="false"/>
          <w:sz w:val="24"/>
        </w:rPr>
        <w:t xml:space="preserve"> угрозы, аутентификация и полномочия</w:t>
      </w:r>
    </w:p>
    <w:p>
      <w:pPr>
        <w:pStyle w:val="Normal"/>
        <w:jc w:val="start"/>
        <w:rPr/>
      </w:pPr>
      <w:r>
        <w:rPr>
          <w:b w:val="false"/>
          <w:sz w:val="24"/>
          <w:lang w:val="zxx"/>
        </w:rPr>
        <w:t>https://www.rfc-⁠editor.org/​rfc/​rfc3552.html</w:t>
      </w:r>
    </w:p>
    <w:p>
      <w:pPr>
        <w:pStyle w:val="Normal"/>
        <w:keepNext w:val="true"/>
        <w:jc w:val="start"/>
        <w:rPr/>
      </w:pPr>
      <w:r>
        <w:rPr>
          <w:b w:val="false"/>
          <w:sz w:val="24"/>
          <w:lang w:val="zxx"/>
        </w:rPr>
        <w:t>RFC</w:t>
      </w:r>
      <w:r>
        <w:rPr>
          <w:b w:val="false"/>
          <w:sz w:val="24"/>
        </w:rPr>
        <w:t xml:space="preserve"> </w:t>
      </w:r>
      <w:r>
        <w:rPr>
          <w:b w:val="false"/>
          <w:sz w:val="24"/>
          <w:lang w:val="zxx"/>
        </w:rPr>
        <w:t>8342:</w:t>
      </w:r>
      <w:r>
        <w:rPr>
          <w:b w:val="false"/>
          <w:sz w:val="24"/>
        </w:rPr>
        <w:t xml:space="preserve"> желаемая конфигурация и операционное состояние</w:t>
      </w:r>
    </w:p>
    <w:p>
      <w:pPr>
        <w:pStyle w:val="Normal"/>
        <w:jc w:val="start"/>
        <w:rPr/>
      </w:pPr>
      <w:r>
        <w:rPr>
          <w:b w:val="false"/>
          <w:sz w:val="24"/>
          <w:lang w:val="zxx"/>
        </w:rPr>
        <w:t>https://www.rfc-⁠editor.org/​rfc/​rfc8342.html</w:t>
      </w:r>
    </w:p>
    <w:p>
      <w:pPr>
        <w:pStyle w:val="Normal"/>
        <w:keepNext w:val="true"/>
        <w:jc w:val="start"/>
        <w:rPr/>
      </w:pPr>
      <w:r>
        <w:rPr>
          <w:b w:val="false"/>
          <w:sz w:val="24"/>
          <w:lang w:val="zxx"/>
        </w:rPr>
        <w:t>CAP</w:t>
      </w:r>
      <w:r>
        <w:rPr>
          <w:b w:val="false"/>
          <w:sz w:val="24"/>
        </w:rPr>
        <w:t xml:space="preserve"> </w:t>
      </w:r>
      <w:r>
        <w:rPr>
          <w:b w:val="false"/>
          <w:sz w:val="24"/>
          <w:lang w:val="zxx"/>
        </w:rPr>
        <w:t>1.2:</w:t>
      </w:r>
      <w:r>
        <w:rPr>
          <w:b w:val="false"/>
          <w:sz w:val="24"/>
        </w:rPr>
        <w:t xml:space="preserve"> модель предупреждения</w:t>
      </w:r>
    </w:p>
    <w:p>
      <w:pPr>
        <w:pStyle w:val="Normal"/>
        <w:jc w:val="start"/>
        <w:rPr/>
      </w:pPr>
      <w:r>
        <w:rPr>
          <w:b w:val="false"/>
          <w:sz w:val="24"/>
          <w:lang w:val="zxx"/>
        </w:rPr>
        <w:t>https://docs.oasis-⁠open.org/​emergency/​cap/​v1.2/​CAP-⁠v1.2-⁠os.html</w:t>
      </w:r>
    </w:p>
    <w:p>
      <w:pPr>
        <w:pStyle w:val="Normal"/>
        <w:keepNext w:val="true"/>
        <w:jc w:val="start"/>
        <w:rPr/>
      </w:pPr>
      <w:r>
        <w:rPr>
          <w:b w:val="false"/>
          <w:sz w:val="24"/>
          <w:lang w:val="zxx"/>
        </w:rPr>
        <w:t>EDXL-</w:t>
      </w:r>
      <w:r>
        <w:rPr>
          <w:b w:val="false"/>
          <w:sz w:val="24"/>
        </w:rPr>
        <w:t>⁠</w:t>
      </w:r>
      <w:r>
        <w:rPr>
          <w:b w:val="false"/>
          <w:sz w:val="24"/>
          <w:lang w:val="zxx"/>
        </w:rPr>
        <w:t>DE</w:t>
      </w:r>
      <w:r>
        <w:rPr>
          <w:b w:val="false"/>
          <w:sz w:val="24"/>
        </w:rPr>
        <w:t xml:space="preserve"> </w:t>
      </w:r>
      <w:r>
        <w:rPr>
          <w:b w:val="false"/>
          <w:sz w:val="24"/>
          <w:lang w:val="zxx"/>
        </w:rPr>
        <w:t>2.0:</w:t>
      </w:r>
      <w:r>
        <w:rPr>
          <w:b w:val="false"/>
          <w:sz w:val="24"/>
        </w:rPr>
        <w:t xml:space="preserve"> распространение сообщений</w:t>
      </w:r>
    </w:p>
    <w:p>
      <w:pPr>
        <w:pStyle w:val="Normal"/>
        <w:jc w:val="start"/>
        <w:rPr/>
      </w:pPr>
      <w:r>
        <w:rPr>
          <w:b w:val="false"/>
          <w:sz w:val="24"/>
          <w:lang w:val="zxx"/>
        </w:rPr>
        <w:t>https://docs.oasis-⁠open.org/​emergency/​edxl-⁠de/​v2.0/​edxl-⁠de-⁠v2.0.html</w:t>
      </w:r>
    </w:p>
    <w:p>
      <w:pPr>
        <w:pStyle w:val="Normal"/>
        <w:keepNext w:val="true"/>
        <w:jc w:val="start"/>
        <w:rPr/>
      </w:pPr>
      <w:r>
        <w:rPr>
          <w:b w:val="false"/>
          <w:sz w:val="24"/>
          <w:lang w:val="zxx"/>
        </w:rPr>
        <w:t>XML</w:t>
      </w:r>
      <w:r>
        <w:rPr>
          <w:b w:val="false"/>
          <w:sz w:val="24"/>
        </w:rPr>
        <w:t xml:space="preserve"> </w:t>
      </w:r>
      <w:r>
        <w:rPr>
          <w:b w:val="false"/>
          <w:sz w:val="24"/>
          <w:lang w:val="zxx"/>
        </w:rPr>
        <w:t>1.0:</w:t>
      </w:r>
      <w:r>
        <w:rPr>
          <w:b w:val="false"/>
          <w:sz w:val="24"/>
        </w:rPr>
        <w:t xml:space="preserve"> синтаксис</w:t>
      </w:r>
    </w:p>
    <w:p>
      <w:pPr>
        <w:pStyle w:val="Normal"/>
        <w:jc w:val="start"/>
        <w:rPr/>
      </w:pPr>
      <w:r>
        <w:rPr>
          <w:b w:val="false"/>
          <w:sz w:val="24"/>
          <w:lang w:val="zxx"/>
        </w:rPr>
        <w:t>https://www.w3.org/​TR/​xml/</w:t>
      </w:r>
    </w:p>
    <w:p>
      <w:pPr>
        <w:pStyle w:val="Normal"/>
        <w:keepNext w:val="true"/>
        <w:jc w:val="start"/>
        <w:rPr/>
      </w:pPr>
      <w:r>
        <w:rPr>
          <w:b w:val="false"/>
          <w:sz w:val="24"/>
          <w:lang w:val="zxx"/>
        </w:rPr>
        <w:t>RFC</w:t>
      </w:r>
      <w:r>
        <w:rPr>
          <w:b w:val="false"/>
          <w:sz w:val="24"/>
        </w:rPr>
        <w:t xml:space="preserve"> </w:t>
      </w:r>
      <w:r>
        <w:rPr>
          <w:b w:val="false"/>
          <w:sz w:val="24"/>
          <w:lang w:val="zxx"/>
        </w:rPr>
        <w:t>9293:</w:t>
      </w:r>
      <w:r>
        <w:rPr>
          <w:b w:val="false"/>
          <w:sz w:val="24"/>
        </w:rPr>
        <w:t xml:space="preserve"> </w:t>
      </w:r>
      <w:r>
        <w:rPr>
          <w:b w:val="false"/>
          <w:sz w:val="24"/>
          <w:lang w:val="zxx"/>
        </w:rPr>
        <w:t>TCP</w:t>
      </w:r>
    </w:p>
    <w:p>
      <w:pPr>
        <w:pStyle w:val="Normal"/>
        <w:jc w:val="start"/>
        <w:rPr/>
      </w:pPr>
      <w:r>
        <w:rPr>
          <w:b w:val="false"/>
          <w:sz w:val="24"/>
          <w:lang w:val="zxx"/>
        </w:rPr>
        <w:t>https://www.rfc-⁠editor.org/​rfc/​rfc9293.html</w:t>
      </w:r>
    </w:p>
    <w:p>
      <w:pPr>
        <w:pStyle w:val="Normal"/>
        <w:keepNext w:val="true"/>
        <w:jc w:val="start"/>
        <w:rPr/>
      </w:pPr>
      <w:r>
        <w:rPr>
          <w:b w:val="false"/>
          <w:sz w:val="24"/>
          <w:lang w:val="zxx"/>
        </w:rPr>
        <w:t>RFC</w:t>
      </w:r>
      <w:r>
        <w:rPr>
          <w:b w:val="false"/>
          <w:sz w:val="24"/>
        </w:rPr>
        <w:t xml:space="preserve"> </w:t>
      </w:r>
      <w:r>
        <w:rPr>
          <w:b w:val="false"/>
          <w:sz w:val="24"/>
          <w:lang w:val="zxx"/>
        </w:rPr>
        <w:t>3551:</w:t>
      </w:r>
      <w:r>
        <w:rPr>
          <w:b w:val="false"/>
          <w:sz w:val="24"/>
        </w:rPr>
        <w:t xml:space="preserve"> форматы </w:t>
      </w:r>
      <w:r>
        <w:rPr>
          <w:b w:val="false"/>
          <w:sz w:val="24"/>
          <w:lang w:val="zxx"/>
        </w:rPr>
        <w:t>PCMA</w:t>
      </w:r>
      <w:r>
        <w:rPr>
          <w:b w:val="false"/>
          <w:sz w:val="24"/>
        </w:rPr>
        <w:t xml:space="preserve"> и </w:t>
      </w:r>
      <w:r>
        <w:rPr>
          <w:b w:val="false"/>
          <w:sz w:val="24"/>
          <w:lang w:val="zxx"/>
        </w:rPr>
        <w:t>GSM</w:t>
      </w:r>
      <w:r>
        <w:rPr>
          <w:b w:val="false"/>
          <w:sz w:val="24"/>
        </w:rPr>
        <w:t xml:space="preserve"> для </w:t>
      </w:r>
      <w:r>
        <w:rPr>
          <w:b w:val="false"/>
          <w:sz w:val="24"/>
          <w:lang w:val="zxx"/>
        </w:rPr>
        <w:t>RTP</w:t>
      </w:r>
    </w:p>
    <w:p>
      <w:pPr>
        <w:pStyle w:val="Normal"/>
        <w:jc w:val="start"/>
        <w:rPr/>
      </w:pPr>
      <w:r>
        <w:rPr>
          <w:b w:val="false"/>
          <w:sz w:val="24"/>
          <w:lang w:val="zxx"/>
        </w:rPr>
        <w:t>https://www.rfc-⁠editor.org/​rfc/​rfc3551.html</w:t>
      </w:r>
    </w:p>
    <w:p>
      <w:pPr>
        <w:pStyle w:val="Normal"/>
        <w:keepNext w:val="true"/>
        <w:jc w:val="start"/>
        <w:rPr/>
      </w:pPr>
      <w:r>
        <w:rPr>
          <w:b w:val="false"/>
          <w:sz w:val="24"/>
          <w:lang w:val="zxx"/>
        </w:rPr>
        <w:t>RFC</w:t>
      </w:r>
      <w:r>
        <w:rPr>
          <w:b w:val="false"/>
          <w:sz w:val="24"/>
        </w:rPr>
        <w:t xml:space="preserve"> </w:t>
      </w:r>
      <w:r>
        <w:rPr>
          <w:b w:val="false"/>
          <w:sz w:val="24"/>
          <w:lang w:val="zxx"/>
        </w:rPr>
        <w:t>4571:</w:t>
      </w:r>
      <w:r>
        <w:rPr>
          <w:b w:val="false"/>
          <w:sz w:val="24"/>
        </w:rPr>
        <w:t xml:space="preserve"> обрамление </w:t>
      </w:r>
      <w:r>
        <w:rPr>
          <w:b w:val="false"/>
          <w:sz w:val="24"/>
          <w:lang w:val="zxx"/>
        </w:rPr>
        <w:t>RTP</w:t>
      </w:r>
      <w:r>
        <w:rPr>
          <w:b w:val="false"/>
          <w:sz w:val="24"/>
        </w:rPr>
        <w:t xml:space="preserve"> в соединении </w:t>
      </w:r>
      <w:r>
        <w:rPr>
          <w:b w:val="false"/>
          <w:sz w:val="24"/>
          <w:lang w:val="zxx"/>
        </w:rPr>
        <w:t>TCP</w:t>
      </w:r>
    </w:p>
    <w:p>
      <w:pPr>
        <w:pStyle w:val="Normal"/>
        <w:jc w:val="start"/>
        <w:rPr/>
      </w:pPr>
      <w:r>
        <w:rPr>
          <w:b w:val="false"/>
          <w:sz w:val="24"/>
          <w:lang w:val="zxx"/>
        </w:rPr>
        <w:t>https://www.rfc-⁠editor.org/​rfc/​rfc4571.html</w:t>
      </w:r>
    </w:p>
    <w:p>
      <w:pPr>
        <w:pStyle w:val="Normal"/>
        <w:keepNext w:val="true"/>
        <w:jc w:val="start"/>
        <w:rPr/>
      </w:pPr>
      <w:r>
        <w:rPr>
          <w:b w:val="false"/>
          <w:sz w:val="24"/>
          <w:lang w:val="zxx"/>
        </w:rPr>
        <w:t>RFC</w:t>
      </w:r>
      <w:r>
        <w:rPr>
          <w:b w:val="false"/>
          <w:sz w:val="24"/>
        </w:rPr>
        <w:t xml:space="preserve"> </w:t>
      </w:r>
      <w:r>
        <w:rPr>
          <w:b w:val="false"/>
          <w:sz w:val="24"/>
          <w:lang w:val="zxx"/>
        </w:rPr>
        <w:t>3550:</w:t>
      </w:r>
      <w:r>
        <w:rPr>
          <w:b w:val="false"/>
          <w:sz w:val="24"/>
        </w:rPr>
        <w:t xml:space="preserve"> </w:t>
      </w:r>
      <w:r>
        <w:rPr>
          <w:b w:val="false"/>
          <w:sz w:val="24"/>
          <w:lang w:val="zxx"/>
        </w:rPr>
        <w:t>RTP</w:t>
      </w:r>
    </w:p>
    <w:p>
      <w:pPr>
        <w:pStyle w:val="Normal"/>
        <w:jc w:val="start"/>
        <w:rPr/>
      </w:pPr>
      <w:r>
        <w:rPr>
          <w:b w:val="false"/>
          <w:sz w:val="24"/>
          <w:lang w:val="zxx"/>
        </w:rPr>
        <w:t>https://www.rfc-⁠editor.org/​rfc/​rfc3550.html</w:t>
      </w:r>
    </w:p>
    <w:p>
      <w:pPr>
        <w:pStyle w:val="Normal"/>
        <w:keepNext w:val="true"/>
        <w:jc w:val="start"/>
        <w:rPr/>
      </w:pPr>
      <w:r>
        <w:rPr>
          <w:b w:val="false"/>
          <w:sz w:val="24"/>
          <w:lang w:val="zxx"/>
        </w:rPr>
        <w:t>RFC</w:t>
      </w:r>
      <w:r>
        <w:rPr>
          <w:b w:val="false"/>
          <w:sz w:val="24"/>
        </w:rPr>
        <w:t xml:space="preserve"> </w:t>
      </w:r>
      <w:r>
        <w:rPr>
          <w:b w:val="false"/>
          <w:sz w:val="24"/>
          <w:lang w:val="zxx"/>
        </w:rPr>
        <w:t>6241:</w:t>
      </w:r>
      <w:r>
        <w:rPr>
          <w:b w:val="false"/>
          <w:sz w:val="24"/>
        </w:rPr>
        <w:t xml:space="preserve"> </w:t>
      </w:r>
      <w:r>
        <w:rPr>
          <w:b w:val="false"/>
          <w:sz w:val="24"/>
          <w:lang w:val="zxx"/>
        </w:rPr>
        <w:t>NETCONF</w:t>
      </w:r>
      <w:r>
        <w:rPr>
          <w:b w:val="false"/>
          <w:sz w:val="24"/>
        </w:rPr>
        <w:t>, пример транзакционной настройки</w:t>
      </w:r>
    </w:p>
    <w:p>
      <w:pPr>
        <w:pStyle w:val="Normal"/>
        <w:jc w:val="start"/>
        <w:rPr/>
      </w:pPr>
      <w:r>
        <w:rPr>
          <w:b w:val="false"/>
          <w:sz w:val="24"/>
          <w:lang w:val="zxx"/>
        </w:rPr>
        <w:t>https://www.rfc-⁠editor.org/​rfc/​rfc6241.html</w:t>
      </w:r>
    </w:p>
    <w:p>
      <w:pPr>
        <w:pStyle w:val="Normal"/>
        <w:keepNext w:val="true"/>
        <w:jc w:val="start"/>
        <w:rPr/>
      </w:pPr>
      <w:r>
        <w:rPr>
          <w:b w:val="false"/>
          <w:sz w:val="24"/>
          <w:lang w:val="zxx"/>
        </w:rPr>
        <w:t>RFC</w:t>
      </w:r>
      <w:r>
        <w:rPr>
          <w:b w:val="false"/>
          <w:sz w:val="24"/>
        </w:rPr>
        <w:t xml:space="preserve"> </w:t>
      </w:r>
      <w:r>
        <w:rPr>
          <w:b w:val="false"/>
          <w:sz w:val="24"/>
          <w:lang w:val="zxx"/>
        </w:rPr>
        <w:t>5116:</w:t>
      </w:r>
      <w:r>
        <w:rPr>
          <w:b w:val="false"/>
          <w:sz w:val="24"/>
        </w:rPr>
        <w:t xml:space="preserve"> </w:t>
      </w:r>
      <w:r>
        <w:rPr>
          <w:b w:val="false"/>
          <w:sz w:val="24"/>
          <w:lang w:val="zxx"/>
        </w:rPr>
        <w:t>AEAD</w:t>
      </w:r>
    </w:p>
    <w:p>
      <w:pPr>
        <w:pStyle w:val="Normal"/>
        <w:jc w:val="start"/>
        <w:rPr/>
      </w:pPr>
      <w:r>
        <w:rPr>
          <w:b w:val="false"/>
          <w:sz w:val="24"/>
          <w:lang w:val="zxx"/>
        </w:rPr>
        <w:t>https://www.rfc-⁠editor.org/​rfc/​rfc5116.html</w:t>
      </w:r>
    </w:p>
    <w:p>
      <w:pPr>
        <w:pStyle w:val="Normal"/>
        <w:keepNext w:val="true"/>
        <w:ind w:hanging="0"/>
        <w:jc w:val="start"/>
        <w:rPr/>
      </w:pPr>
      <w:r>
        <w:rPr>
          <w:b w:val="false"/>
          <w:sz w:val="24"/>
        </w:rPr>
        <w:t xml:space="preserve">Таблица </w:t>
      </w:r>
      <w:r>
        <w:rPr>
          <w:b w:val="false"/>
          <w:sz w:val="24"/>
          <w:lang w:val="zxx"/>
        </w:rPr>
        <w:t>78</w:t>
      </w:r>
      <w:r>
        <w:rPr>
          <w:b w:val="false"/>
          <w:sz w:val="24"/>
        </w:rPr>
        <w:t xml:space="preserve"> - Библиография и комплект редакции</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408"/>
        <w:gridCol w:w="5229"/>
      </w:tblGrid>
      <w:tr>
        <w:trPr>
          <w:cantSplit w:val="true"/>
        </w:trPr>
        <w:tc>
          <w:tcPr>
            <w:tcW w:w="4408"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Артефакт</w:t>
            </w:r>
          </w:p>
        </w:tc>
        <w:tc>
          <w:tcPr>
            <w:tcW w:w="5229"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Имя файла</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Пределы числовых полей и пакета</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numeric-</w:t>
            </w:r>
            <w:r>
              <w:rPr>
                <w:rFonts w:eastAsia="ＭＳ 明朝" w:cs=""/>
                <w:b w:val="false"/>
                <w:kern w:val="0"/>
                <w:sz w:val="24"/>
                <w:szCs w:val="22"/>
                <w:lang w:eastAsia="en-US" w:bidi="ar-SA"/>
              </w:rPr>
              <w:t>⁠</w:t>
            </w:r>
            <w:r>
              <w:rPr>
                <w:rFonts w:eastAsia="ＭＳ 明朝" w:cs=""/>
                <w:b w:val="false"/>
                <w:kern w:val="0"/>
                <w:sz w:val="24"/>
                <w:szCs w:val="22"/>
                <w:lang w:val="zxx" w:eastAsia="en-US" w:bidi="ar-SA"/>
              </w:rPr>
              <w:t>bounds-</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Связь требований с нормативными положениями</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requirement-</w:t>
            </w:r>
            <w:r>
              <w:rPr>
                <w:rFonts w:eastAsia="ＭＳ 明朝" w:cs=""/>
                <w:b w:val="false"/>
                <w:kern w:val="0"/>
                <w:sz w:val="24"/>
                <w:szCs w:val="22"/>
                <w:lang w:eastAsia="en-US" w:bidi="ar-SA"/>
              </w:rPr>
              <w:t>⁠</w:t>
            </w:r>
            <w:r>
              <w:rPr>
                <w:rFonts w:eastAsia="ＭＳ 明朝" w:cs=""/>
                <w:b w:val="false"/>
                <w:kern w:val="0"/>
                <w:sz w:val="24"/>
                <w:szCs w:val="22"/>
                <w:lang w:val="zxx" w:eastAsia="en-US" w:bidi="ar-SA"/>
              </w:rPr>
              <w:t>trace-</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Сквозные трассы управления и повторов</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control-</w:t>
            </w:r>
            <w:r>
              <w:rPr>
                <w:rFonts w:eastAsia="ＭＳ 明朝" w:cs=""/>
                <w:b w:val="false"/>
                <w:kern w:val="0"/>
                <w:sz w:val="24"/>
                <w:szCs w:val="22"/>
                <w:lang w:eastAsia="en-US" w:bidi="ar-SA"/>
              </w:rPr>
              <w:t>⁠</w:t>
            </w:r>
            <w:r>
              <w:rPr>
                <w:rFonts w:eastAsia="ＭＳ 明朝" w:cs=""/>
                <w:b w:val="false"/>
                <w:kern w:val="0"/>
                <w:sz w:val="24"/>
                <w:szCs w:val="22"/>
                <w:lang w:val="zxx" w:eastAsia="en-US" w:bidi="ar-SA"/>
              </w:rPr>
              <w:t>traces-</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XML-</w:t>
            </w:r>
            <w:r>
              <w:rPr>
                <w:rFonts w:eastAsia="ＭＳ 明朝" w:cs=""/>
                <w:b w:val="false"/>
                <w:kern w:val="0"/>
                <w:sz w:val="24"/>
                <w:szCs w:val="22"/>
                <w:lang w:eastAsia="en-US" w:bidi="ar-SA"/>
              </w:rPr>
              <w:t>схема управляющих сообщений</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wire-</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0.21.xsd</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Реестр структур </w:t>
            </w:r>
            <w:r>
              <w:rPr>
                <w:rFonts w:eastAsia="ＭＳ 明朝" w:cs=""/>
                <w:b w:val="false"/>
                <w:kern w:val="0"/>
                <w:sz w:val="24"/>
                <w:szCs w:val="22"/>
                <w:lang w:val="zxx" w:eastAsia="en-US" w:bidi="ar-SA"/>
              </w:rPr>
              <w:t>XML</w:t>
            </w:r>
            <w:r>
              <w:rPr>
                <w:rFonts w:eastAsia="ＭＳ 明朝" w:cs=""/>
                <w:b w:val="false"/>
                <w:kern w:val="0"/>
                <w:sz w:val="24"/>
                <w:szCs w:val="22"/>
                <w:lang w:eastAsia="en-US" w:bidi="ar-SA"/>
              </w:rPr>
              <w:t xml:space="preserve"> и команд</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wire-</w:t>
            </w:r>
            <w:r>
              <w:rPr>
                <w:rFonts w:eastAsia="ＭＳ 明朝" w:cs=""/>
                <w:b w:val="false"/>
                <w:kern w:val="0"/>
                <w:sz w:val="24"/>
                <w:szCs w:val="22"/>
                <w:lang w:eastAsia="en-US" w:bidi="ar-SA"/>
              </w:rPr>
              <w:t>⁠</w:t>
            </w:r>
            <w:r>
              <w:rPr>
                <w:rFonts w:eastAsia="ＭＳ 明朝" w:cs=""/>
                <w:b w:val="false"/>
                <w:kern w:val="0"/>
                <w:sz w:val="24"/>
                <w:szCs w:val="22"/>
                <w:lang w:val="zxx" w:eastAsia="en-US" w:bidi="ar-SA"/>
              </w:rPr>
              <w:t>contract-</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Групповая речь: криптографические векторы</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multicast-</w:t>
            </w:r>
            <w:r>
              <w:rPr>
                <w:rFonts w:eastAsia="ＭＳ 明朝" w:cs=""/>
                <w:b w:val="false"/>
                <w:kern w:val="0"/>
                <w:sz w:val="24"/>
                <w:szCs w:val="22"/>
                <w:lang w:eastAsia="en-US" w:bidi="ar-SA"/>
              </w:rPr>
              <w:t>⁠</w:t>
            </w:r>
            <w:r>
              <w:rPr>
                <w:rFonts w:eastAsia="ＭＳ 明朝" w:cs=""/>
                <w:b w:val="false"/>
                <w:kern w:val="0"/>
                <w:sz w:val="24"/>
                <w:szCs w:val="22"/>
                <w:lang w:val="zxx" w:eastAsia="en-US" w:bidi="ar-SA"/>
              </w:rPr>
              <w:t>vectors-</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Групповая речь: нормативный текст и числовые параметры</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multicast-</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Полный русский текст открытой лицензии</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license-</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w:t>
            </w:r>
            <w:r>
              <w:rPr>
                <w:rFonts w:eastAsia="ＭＳ 明朝" w:cs=""/>
                <w:b w:val="false"/>
                <w:kern w:val="0"/>
                <w:sz w:val="24"/>
                <w:szCs w:val="22"/>
                <w:lang w:eastAsia="en-US" w:bidi="ar-SA"/>
              </w:rPr>
              <w:t>⁠</w:t>
            </w:r>
            <w:r>
              <w:rPr>
                <w:rFonts w:eastAsia="ＭＳ 明朝" w:cs=""/>
                <w:b w:val="false"/>
                <w:kern w:val="0"/>
                <w:sz w:val="24"/>
                <w:szCs w:val="22"/>
                <w:lang w:val="zxx" w:eastAsia="en-US" w:bidi="ar-SA"/>
              </w:rPr>
              <w:t>ru.txt</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Исходные тексты проверок совместимости</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reference-</w:t>
            </w:r>
            <w:r>
              <w:rPr>
                <w:rFonts w:eastAsia="ＭＳ 明朝" w:cs=""/>
                <w:b w:val="false"/>
                <w:kern w:val="0"/>
                <w:sz w:val="24"/>
                <w:szCs w:val="22"/>
                <w:lang w:eastAsia="en-US" w:bidi="ar-SA"/>
              </w:rPr>
              <w:t>⁠</w:t>
            </w:r>
            <w:r>
              <w:rPr>
                <w:rFonts w:eastAsia="ＭＳ 明朝" w:cs=""/>
                <w:b w:val="false"/>
                <w:kern w:val="0"/>
                <w:sz w:val="24"/>
                <w:szCs w:val="22"/>
                <w:lang w:val="zxx" w:eastAsia="en-US" w:bidi="ar-SA"/>
              </w:rPr>
              <w:t>checks-</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0.21.zip</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Векторы парных ключей и рамок часов</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security-</w:t>
            </w:r>
            <w:r>
              <w:rPr>
                <w:rFonts w:eastAsia="ＭＳ 明朝" w:cs=""/>
                <w:b w:val="false"/>
                <w:kern w:val="0"/>
                <w:sz w:val="24"/>
                <w:szCs w:val="22"/>
                <w:lang w:eastAsia="en-US" w:bidi="ar-SA"/>
              </w:rPr>
              <w:t>⁠</w:t>
            </w:r>
            <w:r>
              <w:rPr>
                <w:rFonts w:eastAsia="ＭＳ 明朝" w:cs=""/>
                <w:b w:val="false"/>
                <w:kern w:val="0"/>
                <w:sz w:val="24"/>
                <w:szCs w:val="22"/>
                <w:lang w:val="zxx" w:eastAsia="en-US" w:bidi="ar-SA"/>
              </w:rPr>
              <w:t>vectors-</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Схема первичного доверия и ключей издателя</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trust-</w:t>
            </w:r>
            <w:r>
              <w:rPr>
                <w:rFonts w:eastAsia="ＭＳ 明朝" w:cs=""/>
                <w:b w:val="false"/>
                <w:kern w:val="0"/>
                <w:sz w:val="24"/>
                <w:szCs w:val="22"/>
                <w:lang w:eastAsia="en-US" w:bidi="ar-SA"/>
              </w:rPr>
              <w:t>⁠</w:t>
            </w:r>
            <w:r>
              <w:rPr>
                <w:rFonts w:eastAsia="ＭＳ 明朝" w:cs=""/>
                <w:b w:val="false"/>
                <w:kern w:val="0"/>
                <w:sz w:val="24"/>
                <w:szCs w:val="22"/>
                <w:lang w:val="zxx" w:eastAsia="en-US" w:bidi="ar-SA"/>
              </w:rPr>
              <w:t>schema-</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Проверочные значения подписи ГОСТ и кодирования</w:t>
            </w:r>
          </w:p>
        </w:tc>
        <w:tc>
          <w:tcPr>
            <w:tcW w:w="5229" w:type="dxa"/>
            <w:tcBorders>
              <w:bottom w:val="nil"/>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signature-</w:t>
            </w:r>
            <w:r>
              <w:rPr>
                <w:rFonts w:eastAsia="ＭＳ 明朝" w:cs=""/>
                <w:b w:val="false"/>
                <w:kern w:val="0"/>
                <w:sz w:val="24"/>
                <w:szCs w:val="22"/>
                <w:lang w:eastAsia="en-US" w:bidi="ar-SA"/>
              </w:rPr>
              <w:t>⁠</w:t>
            </w:r>
            <w:r>
              <w:rPr>
                <w:rFonts w:eastAsia="ＭＳ 明朝" w:cs=""/>
                <w:b w:val="false"/>
                <w:kern w:val="0"/>
                <w:sz w:val="24"/>
                <w:szCs w:val="22"/>
                <w:lang w:val="zxx" w:eastAsia="en-US" w:bidi="ar-SA"/>
              </w:rPr>
              <w:t>vectors-</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bl>
    <w:p>
      <w:pPr>
        <w:pStyle w:val="Normal"/>
        <w:keepNext w:val="true"/>
        <w:ind w:hanging="0"/>
        <w:jc w:val="start"/>
        <w:rPr/>
      </w:pPr>
      <w:r>
        <w:br w:type="page"/>
      </w:r>
      <w:r>
        <w:rPr>
          <w:b w:val="false"/>
          <w:i/>
          <w:sz w:val="24"/>
        </w:rPr>
        <w:t xml:space="preserve">Окончание таблицы </w:t>
      </w:r>
      <w:r>
        <w:rPr>
          <w:b w:val="false"/>
          <w:i/>
          <w:sz w:val="24"/>
          <w:lang w:val="zxx"/>
        </w:rPr>
        <w:t>78</w:t>
      </w:r>
    </w:p>
    <w:tbl>
      <w:tblPr>
        <w:tblStyle w:val="TableGrid"/>
        <w:tblW w:w="963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408"/>
        <w:gridCol w:w="5229"/>
      </w:tblGrid>
      <w:tr>
        <w:trPr>
          <w:cantSplit w:val="true"/>
        </w:trPr>
        <w:tc>
          <w:tcPr>
            <w:tcW w:w="4408"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Артефакт</w:t>
            </w:r>
          </w:p>
        </w:tc>
        <w:tc>
          <w:tcPr>
            <w:tcW w:w="5229" w:type="dxa"/>
            <w:tcBorders/>
          </w:tcPr>
          <w:p>
            <w:pPr>
              <w:pStyle w:val="Normal"/>
              <w:keepNext w:val="true"/>
              <w:keepLines/>
              <w:widowControl w:val="false"/>
              <w:suppressAutoHyphens w:val="true"/>
              <w:spacing w:lineRule="auto" w:line="360" w:before="0" w:after="0"/>
              <w:ind w:hanging="0"/>
              <w:jc w:val="start"/>
              <w:rPr>
                <w:rFonts w:eastAsia="ＭＳ 明朝" w:cs=""/>
                <w:kern w:val="0"/>
                <w:szCs w:val="22"/>
                <w:lang w:eastAsia="en-US" w:bidi="ar-SA"/>
              </w:rPr>
            </w:pPr>
            <w:r>
              <w:rPr>
                <w:rFonts w:eastAsia="ＭＳ 明朝" w:cs=""/>
                <w:b/>
                <w:kern w:val="0"/>
                <w:sz w:val="24"/>
                <w:szCs w:val="22"/>
                <w:lang w:eastAsia="en-US" w:bidi="ar-SA"/>
              </w:rPr>
              <w:t>Имя файла</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Проверочные значения Стрибог-</w:t>
            </w:r>
            <w:r>
              <w:rPr>
                <w:rFonts w:eastAsia="ＭＳ 明朝" w:cs=""/>
                <w:b w:val="false"/>
                <w:kern w:val="0"/>
                <w:sz w:val="24"/>
                <w:szCs w:val="22"/>
                <w:lang w:val="zxx" w:eastAsia="en-US" w:bidi="ar-SA"/>
              </w:rPr>
              <w:t>256</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digest-</w:t>
            </w:r>
            <w:r>
              <w:rPr>
                <w:rFonts w:eastAsia="ＭＳ 明朝" w:cs=""/>
                <w:b w:val="false"/>
                <w:kern w:val="0"/>
                <w:sz w:val="24"/>
                <w:szCs w:val="22"/>
                <w:lang w:eastAsia="en-US" w:bidi="ar-SA"/>
              </w:rPr>
              <w:t>⁠</w:t>
            </w:r>
            <w:r>
              <w:rPr>
                <w:rFonts w:eastAsia="ＭＳ 明朝" w:cs=""/>
                <w:b w:val="false"/>
                <w:kern w:val="0"/>
                <w:sz w:val="24"/>
                <w:szCs w:val="22"/>
                <w:lang w:val="zxx" w:eastAsia="en-US" w:bidi="ar-SA"/>
              </w:rPr>
              <w:t>vectors-</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Подтверждение исполнения и исходы остановки</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execution-</w:t>
            </w:r>
            <w:r>
              <w:rPr>
                <w:rFonts w:eastAsia="ＭＳ 明朝" w:cs=""/>
                <w:b w:val="false"/>
                <w:kern w:val="0"/>
                <w:sz w:val="24"/>
                <w:szCs w:val="22"/>
                <w:lang w:eastAsia="en-US" w:bidi="ar-SA"/>
              </w:rPr>
              <w:t>⁠</w:t>
            </w:r>
            <w:r>
              <w:rPr>
                <w:rFonts w:eastAsia="ＭＳ 明朝" w:cs=""/>
                <w:b w:val="false"/>
                <w:kern w:val="0"/>
                <w:sz w:val="24"/>
                <w:szCs w:val="22"/>
                <w:lang w:val="zxx" w:eastAsia="en-US" w:bidi="ar-SA"/>
              </w:rPr>
              <w:t>vectors-</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Предельные размеры команд и записей</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wire-</w:t>
            </w:r>
            <w:r>
              <w:rPr>
                <w:rFonts w:eastAsia="ＭＳ 明朝" w:cs=""/>
                <w:b w:val="false"/>
                <w:kern w:val="0"/>
                <w:sz w:val="24"/>
                <w:szCs w:val="22"/>
                <w:lang w:eastAsia="en-US" w:bidi="ar-SA"/>
              </w:rPr>
              <w:t>⁠</w:t>
            </w:r>
            <w:r>
              <w:rPr>
                <w:rFonts w:eastAsia="ＭＳ 明朝" w:cs=""/>
                <w:b w:val="false"/>
                <w:kern w:val="0"/>
                <w:sz w:val="24"/>
                <w:szCs w:val="22"/>
                <w:lang w:val="zxx" w:eastAsia="en-US" w:bidi="ar-SA"/>
              </w:rPr>
              <w:t>budget-</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Двоичные кадры и окна </w:t>
            </w:r>
            <w:r>
              <w:rPr>
                <w:rFonts w:eastAsia="ＭＳ 明朝" w:cs=""/>
                <w:b w:val="false"/>
                <w:kern w:val="0"/>
                <w:sz w:val="24"/>
                <w:szCs w:val="22"/>
                <w:lang w:val="zxx" w:eastAsia="en-US" w:bidi="ar-SA"/>
              </w:rPr>
              <w:t>bulk/</w:t>
            </w:r>
            <w:r>
              <w:rPr>
                <w:rFonts w:eastAsia="ＭＳ 明朝" w:cs=""/>
                <w:b w:val="false"/>
                <w:kern w:val="0"/>
                <w:sz w:val="24"/>
                <w:szCs w:val="22"/>
                <w:lang w:eastAsia="en-US" w:bidi="ar-SA"/>
              </w:rPr>
              <w:t>⁠</w:t>
            </w:r>
            <w:r>
              <w:rPr>
                <w:rFonts w:eastAsia="ＭＳ 明朝" w:cs=""/>
                <w:b w:val="false"/>
                <w:kern w:val="0"/>
                <w:sz w:val="24"/>
                <w:szCs w:val="22"/>
                <w:lang w:val="zxx" w:eastAsia="en-US" w:bidi="ar-SA"/>
              </w:rPr>
              <w:t>1</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bulk-</w:t>
            </w:r>
            <w:r>
              <w:rPr>
                <w:rFonts w:eastAsia="ＭＳ 明朝" w:cs=""/>
                <w:b w:val="false"/>
                <w:kern w:val="0"/>
                <w:sz w:val="24"/>
                <w:szCs w:val="22"/>
                <w:lang w:eastAsia="en-US" w:bidi="ar-SA"/>
              </w:rPr>
              <w:t>⁠</w:t>
            </w:r>
            <w:r>
              <w:rPr>
                <w:rFonts w:eastAsia="ＭＳ 明朝" w:cs=""/>
                <w:b w:val="false"/>
                <w:kern w:val="0"/>
                <w:sz w:val="24"/>
                <w:szCs w:val="22"/>
                <w:lang w:val="zxx" w:eastAsia="en-US" w:bidi="ar-SA"/>
              </w:rPr>
              <w:t>vectors-</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Граничные значения и эталонные трассы</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conformance-</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Закрытая схема конфигурации </w:t>
            </w:r>
            <w:r>
              <w:rPr>
                <w:rFonts w:eastAsia="ＭＳ 明朝" w:cs=""/>
                <w:b w:val="false"/>
                <w:kern w:val="0"/>
                <w:sz w:val="24"/>
                <w:szCs w:val="22"/>
                <w:lang w:val="zxx" w:eastAsia="en-US" w:bidi="ar-SA"/>
              </w:rPr>
              <w:t>open-</w:t>
            </w:r>
            <w:r>
              <w:rPr>
                <w:rFonts w:eastAsia="ＭＳ 明朝" w:cs=""/>
                <w:b w:val="false"/>
                <w:kern w:val="0"/>
                <w:sz w:val="24"/>
                <w:szCs w:val="22"/>
                <w:lang w:eastAsia="en-US" w:bidi="ar-SA"/>
              </w:rPr>
              <w:t>⁠</w:t>
            </w:r>
            <w:r>
              <w:rPr>
                <w:rFonts w:eastAsia="ＭＳ 明朝" w:cs=""/>
                <w:b w:val="false"/>
                <w:kern w:val="0"/>
                <w:sz w:val="24"/>
                <w:szCs w:val="22"/>
                <w:lang w:val="zxx" w:eastAsia="en-US" w:bidi="ar-SA"/>
              </w:rPr>
              <w:t>alert-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config/</w:t>
            </w:r>
            <w:r>
              <w:rPr>
                <w:rFonts w:eastAsia="ＭＳ 明朝" w:cs=""/>
                <w:b w:val="false"/>
                <w:kern w:val="0"/>
                <w:sz w:val="24"/>
                <w:szCs w:val="22"/>
                <w:lang w:eastAsia="en-US" w:bidi="ar-SA"/>
              </w:rPr>
              <w:t>⁠</w:t>
            </w:r>
            <w:r>
              <w:rPr>
                <w:rFonts w:eastAsia="ＭＳ 明朝" w:cs=""/>
                <w:b w:val="false"/>
                <w:kern w:val="0"/>
                <w:sz w:val="24"/>
                <w:szCs w:val="22"/>
                <w:lang w:val="zxx" w:eastAsia="en-US" w:bidi="ar-SA"/>
              </w:rPr>
              <w:t>5</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config-</w:t>
            </w:r>
            <w:r>
              <w:rPr>
                <w:rFonts w:eastAsia="ＭＳ 明朝" w:cs=""/>
                <w:b w:val="false"/>
                <w:kern w:val="0"/>
                <w:sz w:val="24"/>
                <w:szCs w:val="22"/>
                <w:lang w:eastAsia="en-US" w:bidi="ar-SA"/>
              </w:rPr>
              <w:t>⁠</w:t>
            </w:r>
            <w:r>
              <w:rPr>
                <w:rFonts w:eastAsia="ＭＳ 明朝" w:cs=""/>
                <w:b w:val="false"/>
                <w:kern w:val="0"/>
                <w:sz w:val="24"/>
                <w:szCs w:val="22"/>
                <w:lang w:val="zxx" w:eastAsia="en-US" w:bidi="ar-SA"/>
              </w:rPr>
              <w:t>schema-</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Межузловые сообщения </w:t>
            </w:r>
            <w:r>
              <w:rPr>
                <w:rFonts w:eastAsia="ＭＳ 明朝" w:cs=""/>
                <w:b w:val="false"/>
                <w:kern w:val="0"/>
                <w:sz w:val="24"/>
                <w:szCs w:val="22"/>
                <w:lang w:val="zxx" w:eastAsia="en-US" w:bidi="ar-SA"/>
              </w:rPr>
              <w:t>node-</w:t>
            </w:r>
            <w:r>
              <w:rPr>
                <w:rFonts w:eastAsia="ＭＳ 明朝" w:cs=""/>
                <w:b w:val="false"/>
                <w:kern w:val="0"/>
                <w:sz w:val="24"/>
                <w:szCs w:val="22"/>
                <w:lang w:eastAsia="en-US" w:bidi="ar-SA"/>
              </w:rPr>
              <w:t>⁠</w:t>
            </w:r>
            <w:r>
              <w:rPr>
                <w:rFonts w:eastAsia="ＭＳ 明朝" w:cs=""/>
                <w:b w:val="false"/>
                <w:kern w:val="0"/>
                <w:sz w:val="24"/>
                <w:szCs w:val="22"/>
                <w:lang w:val="zxx" w:eastAsia="en-US" w:bidi="ar-SA"/>
              </w:rPr>
              <w:t>alert/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2</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node-</w:t>
            </w:r>
            <w:r>
              <w:rPr>
                <w:rFonts w:eastAsia="ＭＳ 明朝" w:cs=""/>
                <w:b w:val="false"/>
                <w:kern w:val="0"/>
                <w:sz w:val="24"/>
                <w:szCs w:val="22"/>
                <w:lang w:eastAsia="en-US" w:bidi="ar-SA"/>
              </w:rPr>
              <w:t>⁠</w:t>
            </w:r>
            <w:r>
              <w:rPr>
                <w:rFonts w:eastAsia="ＭＳ 明朝" w:cs=""/>
                <w:b w:val="false"/>
                <w:kern w:val="0"/>
                <w:sz w:val="24"/>
                <w:szCs w:val="22"/>
                <w:lang w:val="zxx" w:eastAsia="en-US" w:bidi="ar-SA"/>
              </w:rPr>
              <w:t>schema-</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Документ </w:t>
            </w:r>
            <w:r>
              <w:rPr>
                <w:rFonts w:eastAsia="ＭＳ 明朝" w:cs=""/>
                <w:b w:val="false"/>
                <w:kern w:val="0"/>
                <w:sz w:val="24"/>
                <w:szCs w:val="22"/>
                <w:lang w:val="zxx" w:eastAsia="en-US" w:bidi="ar-SA"/>
              </w:rPr>
              <w:t>PDF</w:t>
            </w:r>
            <w:r>
              <w:rPr>
                <w:rFonts w:eastAsia="ＭＳ 明朝" w:cs=""/>
                <w:b w:val="false"/>
                <w:kern w:val="0"/>
                <w:sz w:val="24"/>
                <w:szCs w:val="22"/>
                <w:lang w:eastAsia="en-US" w:bidi="ar-SA"/>
              </w:rPr>
              <w:t xml:space="preserve">, редакция </w:t>
            </w:r>
            <w:r>
              <w:rPr>
                <w:rFonts w:eastAsia="ＭＳ 明朝" w:cs=""/>
                <w:b w:val="false"/>
                <w:kern w:val="0"/>
                <w:sz w:val="24"/>
                <w:szCs w:val="22"/>
                <w:lang w:val="zxx" w:eastAsia="en-US" w:bidi="ar-SA"/>
              </w:rPr>
              <w:t>0.21</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open-</w:t>
            </w:r>
            <w:r>
              <w:rPr>
                <w:rFonts w:eastAsia="ＭＳ 明朝" w:cs=""/>
                <w:b w:val="false"/>
                <w:kern w:val="0"/>
                <w:sz w:val="24"/>
                <w:szCs w:val="22"/>
                <w:lang w:eastAsia="en-US" w:bidi="ar-SA"/>
              </w:rPr>
              <w:t>⁠</w:t>
            </w:r>
            <w:r>
              <w:rPr>
                <w:rFonts w:eastAsia="ＭＳ 明朝" w:cs=""/>
                <w:b w:val="false"/>
                <w:kern w:val="0"/>
                <w:sz w:val="24"/>
                <w:szCs w:val="22"/>
                <w:lang w:val="zxx" w:eastAsia="en-US" w:bidi="ar-SA"/>
              </w:rPr>
              <w:t>alert-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0.21.pdf</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 xml:space="preserve">Документ </w:t>
            </w:r>
            <w:r>
              <w:rPr>
                <w:rFonts w:eastAsia="ＭＳ 明朝" w:cs=""/>
                <w:b w:val="false"/>
                <w:kern w:val="0"/>
                <w:sz w:val="24"/>
                <w:szCs w:val="22"/>
                <w:lang w:val="zxx" w:eastAsia="en-US" w:bidi="ar-SA"/>
              </w:rPr>
              <w:t>DOCX</w:t>
            </w:r>
            <w:r>
              <w:rPr>
                <w:rFonts w:eastAsia="ＭＳ 明朝" w:cs=""/>
                <w:b w:val="false"/>
                <w:kern w:val="0"/>
                <w:sz w:val="24"/>
                <w:szCs w:val="22"/>
                <w:lang w:eastAsia="en-US" w:bidi="ar-SA"/>
              </w:rPr>
              <w:t xml:space="preserve">, редакция </w:t>
            </w:r>
            <w:r>
              <w:rPr>
                <w:rFonts w:eastAsia="ＭＳ 明朝" w:cs=""/>
                <w:b w:val="false"/>
                <w:kern w:val="0"/>
                <w:sz w:val="24"/>
                <w:szCs w:val="22"/>
                <w:lang w:val="zxx" w:eastAsia="en-US" w:bidi="ar-SA"/>
              </w:rPr>
              <w:t>0.21</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open-</w:t>
            </w:r>
            <w:r>
              <w:rPr>
                <w:rFonts w:eastAsia="ＭＳ 明朝" w:cs=""/>
                <w:b w:val="false"/>
                <w:kern w:val="0"/>
                <w:sz w:val="24"/>
                <w:szCs w:val="22"/>
                <w:lang w:eastAsia="en-US" w:bidi="ar-SA"/>
              </w:rPr>
              <w:t>⁠</w:t>
            </w:r>
            <w:r>
              <w:rPr>
                <w:rFonts w:eastAsia="ＭＳ 明朝" w:cs=""/>
                <w:b w:val="false"/>
                <w:kern w:val="0"/>
                <w:sz w:val="24"/>
                <w:szCs w:val="22"/>
                <w:lang w:val="zxx" w:eastAsia="en-US" w:bidi="ar-SA"/>
              </w:rPr>
              <w:t>alert-</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0.21.docx</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Состав редакции и контрольные суммы</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publication-</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Структурированный текст спецификации</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specification-</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XML-</w:t>
            </w:r>
            <w:r>
              <w:rPr>
                <w:rFonts w:eastAsia="ＭＳ 明朝" w:cs=""/>
                <w:b w:val="false"/>
                <w:kern w:val="0"/>
                <w:sz w:val="24"/>
                <w:szCs w:val="22"/>
                <w:lang w:eastAsia="en-US" w:bidi="ar-SA"/>
              </w:rPr>
              <w:t>примеры</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examples-</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Словарь типов и ошибок</w:t>
            </w:r>
          </w:p>
        </w:tc>
        <w:tc>
          <w:tcPr>
            <w:tcW w:w="5229" w:type="dxa"/>
            <w:tcBorders/>
          </w:tcPr>
          <w:p>
            <w:pPr>
              <w:pStyle w:val="Normal"/>
              <w:keepNext w:val="tru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vocabulary-</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r>
        <w:trPr>
          <w:cantSplit w:val="true"/>
        </w:trPr>
        <w:tc>
          <w:tcPr>
            <w:tcW w:w="4408"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eastAsia="en-US" w:bidi="ar-SA"/>
              </w:rPr>
              <w:t>Параметры защиты управляющего канала</w:t>
            </w:r>
          </w:p>
        </w:tc>
        <w:tc>
          <w:tcPr>
            <w:tcW w:w="5229" w:type="dxa"/>
            <w:tcBorders/>
          </w:tcPr>
          <w:p>
            <w:pPr>
              <w:pStyle w:val="Normal"/>
              <w:keepNext w:val="false"/>
              <w:keepLines/>
              <w:widowControl w:val="false"/>
              <w:spacing w:lineRule="auto" w:line="360" w:before="0" w:after="0"/>
              <w:ind w:hanging="0"/>
              <w:jc w:val="start"/>
              <w:rPr>
                <w:rFonts w:eastAsia="ＭＳ 明朝" w:cs=""/>
                <w:kern w:val="0"/>
                <w:szCs w:val="22"/>
                <w:lang w:eastAsia="en-US" w:bidi="ar-SA"/>
              </w:rPr>
            </w:pPr>
            <w:r>
              <w:rPr>
                <w:rFonts w:eastAsia="ＭＳ 明朝" w:cs=""/>
                <w:b w:val="false"/>
                <w:kern w:val="0"/>
                <w:sz w:val="24"/>
                <w:szCs w:val="22"/>
                <w:lang w:val="zxx" w:eastAsia="en-US" w:bidi="ar-SA"/>
              </w:rPr>
              <w:t>security-</w:t>
            </w:r>
            <w:r>
              <w:rPr>
                <w:rFonts w:eastAsia="ＭＳ 明朝" w:cs=""/>
                <w:b w:val="false"/>
                <w:kern w:val="0"/>
                <w:sz w:val="24"/>
                <w:szCs w:val="22"/>
                <w:lang w:eastAsia="en-US" w:bidi="ar-SA"/>
              </w:rPr>
              <w:t>⁠</w:t>
            </w:r>
            <w:r>
              <w:rPr>
                <w:rFonts w:eastAsia="ＭＳ 明朝" w:cs=""/>
                <w:b w:val="false"/>
                <w:kern w:val="0"/>
                <w:sz w:val="24"/>
                <w:szCs w:val="22"/>
                <w:lang w:val="zxx" w:eastAsia="en-US" w:bidi="ar-SA"/>
              </w:rPr>
              <w:t>0.21.json</w:t>
            </w:r>
          </w:p>
        </w:tc>
      </w:tr>
    </w:tbl>
    <w:p>
      <w:pPr>
        <w:pStyle w:val="Normal"/>
        <w:spacing w:before="0" w:after="0"/>
        <w:rPr/>
      </w:pPr>
      <w:r>
        <w:rPr/>
      </w:r>
    </w:p>
    <w:p>
      <w:pPr>
        <w:pStyle w:val="1"/>
        <w:rPr/>
      </w:pPr>
      <w:bookmarkStart w:id="36" w:name="__RefHeading___Toc43321_1766585215"/>
      <w:bookmarkEnd w:id="36"/>
      <w:r>
        <w:rPr>
          <w:sz w:val="24"/>
        </w:rPr>
        <w:t>Журнал редакции</w:t>
      </w:r>
    </w:p>
    <w:p>
      <w:pPr>
        <w:pStyle w:val="Normal"/>
        <w:jc w:val="start"/>
        <w:rPr/>
      </w:pPr>
      <w:r>
        <w:rPr>
          <w:b/>
          <w:sz w:val="24"/>
          <w:lang w:val="zxx"/>
        </w:rPr>
        <w:t>0.21</w:t>
      </w:r>
      <w:r>
        <w:rPr>
          <w:b/>
          <w:sz w:val="24"/>
        </w:rPr>
        <w:t xml:space="preserve"> / </w:t>
      </w:r>
      <w:r>
        <w:rPr>
          <w:b/>
          <w:sz w:val="24"/>
          <w:lang w:val="zxx"/>
        </w:rPr>
        <w:t>22</w:t>
      </w:r>
      <w:r>
        <w:rPr>
          <w:b/>
          <w:sz w:val="24"/>
        </w:rPr>
        <w:t xml:space="preserve"> октября </w:t>
      </w:r>
      <w:r>
        <w:rPr>
          <w:b/>
          <w:sz w:val="24"/>
          <w:lang w:val="zxx"/>
        </w:rPr>
        <w:t>2026</w:t>
      </w:r>
    </w:p>
    <w:p>
      <w:pPr>
        <w:pStyle w:val="Normal"/>
        <w:jc w:val="both"/>
        <w:rPr/>
      </w:pPr>
      <w:r>
        <w:rPr>
          <w:b w:val="false"/>
          <w:sz w:val="24"/>
        </w:rPr>
        <w:t xml:space="preserve">Редакция </w:t>
      </w:r>
      <w:r>
        <w:rPr>
          <w:b w:val="false"/>
          <w:sz w:val="24"/>
          <w:lang w:val="zxx"/>
        </w:rPr>
        <w:t>0.21</w:t>
      </w:r>
      <w:r>
        <w:rPr>
          <w:b w:val="false"/>
          <w:sz w:val="24"/>
        </w:rPr>
        <w:t xml:space="preserve"> переводит живую одноадресную речь на </w:t>
      </w:r>
      <w:r>
        <w:rPr>
          <w:b w:val="false"/>
          <w:sz w:val="24"/>
          <w:lang w:val="zxx"/>
        </w:rPr>
        <w:t>rtp-</w:t>
      </w:r>
      <w:r>
        <w:rPr>
          <w:b w:val="false"/>
          <w:sz w:val="24"/>
        </w:rPr>
        <w:t>⁠</w:t>
      </w:r>
      <w:r>
        <w:rPr>
          <w:b w:val="false"/>
          <w:sz w:val="24"/>
          <w:lang w:val="zxx"/>
        </w:rPr>
        <w:t>alert/</w:t>
      </w:r>
      <w:r>
        <w:rPr>
          <w:b w:val="false"/>
          <w:sz w:val="24"/>
        </w:rPr>
        <w:t>⁠</w:t>
      </w:r>
      <w:r>
        <w:rPr>
          <w:b w:val="false"/>
          <w:sz w:val="24"/>
          <w:lang w:val="zxx"/>
        </w:rPr>
        <w:t>5</w:t>
      </w:r>
      <w:r>
        <w:rPr>
          <w:b w:val="false"/>
          <w:sz w:val="24"/>
        </w:rPr>
        <w:t xml:space="preserve"> по </w:t>
      </w:r>
      <w:r>
        <w:rPr>
          <w:b w:val="false"/>
          <w:sz w:val="24"/>
          <w:lang w:val="zxx"/>
        </w:rPr>
        <w:t>UDP.</w:t>
      </w:r>
      <w:r>
        <w:rPr>
          <w:b w:val="false"/>
          <w:sz w:val="24"/>
        </w:rPr>
        <w:t xml:space="preserve"> Команды подготовки и запуска защищены </w:t>
      </w:r>
      <w:r>
        <w:rPr>
          <w:b w:val="false"/>
          <w:sz w:val="24"/>
          <w:lang w:val="zxx"/>
        </w:rPr>
        <w:t>TLS</w:t>
      </w:r>
      <w:r>
        <w:rPr>
          <w:b w:val="false"/>
          <w:sz w:val="24"/>
        </w:rPr>
        <w:t xml:space="preserve">, звуковые байты не шифруются. Метка </w:t>
      </w:r>
      <w:r>
        <w:rPr>
          <w:b w:val="false"/>
          <w:sz w:val="24"/>
          <w:lang w:val="zxx"/>
        </w:rPr>
        <w:t>HMAC-</w:t>
      </w:r>
      <w:r>
        <w:rPr>
          <w:b w:val="false"/>
          <w:sz w:val="24"/>
        </w:rPr>
        <w:t>Стрибог-</w:t>
      </w:r>
      <w:r>
        <w:rPr>
          <w:b w:val="false"/>
          <w:sz w:val="24"/>
          <w:lang w:val="zxx"/>
        </w:rPr>
        <w:t>256</w:t>
      </w:r>
      <w:r>
        <w:rPr>
          <w:b w:val="false"/>
          <w:sz w:val="24"/>
        </w:rPr>
        <w:t xml:space="preserve"> удостоверяет пакеты; закреплены сеансовый ключ, привязка маршрута, окно повторов и подтверждение часов при потерях. Групповой профиль </w:t>
      </w:r>
      <w:r>
        <w:rPr>
          <w:b w:val="false"/>
          <w:sz w:val="24"/>
          <w:lang w:val="zxx"/>
        </w:rPr>
        <w:t>group-</w:t>
      </w:r>
      <w:r>
        <w:rPr>
          <w:b w:val="false"/>
          <w:sz w:val="24"/>
        </w:rPr>
        <w:t>⁠</w:t>
      </w:r>
      <w:r>
        <w:rPr>
          <w:b w:val="false"/>
          <w:sz w:val="24"/>
          <w:lang w:val="zxx"/>
        </w:rPr>
        <w:t>audio/</w:t>
      </w:r>
      <w:r>
        <w:rPr>
          <w:b w:val="false"/>
          <w:sz w:val="24"/>
        </w:rPr>
        <w:t>⁠</w:t>
      </w:r>
      <w:r>
        <w:rPr>
          <w:b w:val="false"/>
          <w:sz w:val="24"/>
          <w:lang w:val="zxx"/>
        </w:rPr>
        <w:t>2</w:t>
      </w:r>
      <w:r>
        <w:rPr>
          <w:b w:val="false"/>
          <w:sz w:val="24"/>
        </w:rPr>
        <w:t xml:space="preserve"> также передает открытый звук с меткой и подписью источника. Старые </w:t>
      </w:r>
      <w:r>
        <w:rPr>
          <w:b w:val="false"/>
          <w:sz w:val="24"/>
          <w:lang w:val="zxx"/>
        </w:rPr>
        <w:t>rtp-</w:t>
      </w:r>
      <w:r>
        <w:rPr>
          <w:b w:val="false"/>
          <w:sz w:val="24"/>
        </w:rPr>
        <w:t>⁠</w:t>
      </w:r>
      <w:r>
        <w:rPr>
          <w:b w:val="false"/>
          <w:sz w:val="24"/>
          <w:lang w:val="zxx"/>
        </w:rPr>
        <w:t>alert/</w:t>
      </w:r>
      <w:r>
        <w:rPr>
          <w:b w:val="false"/>
          <w:sz w:val="24"/>
        </w:rPr>
        <w:t>⁠</w:t>
      </w:r>
      <w:r>
        <w:rPr>
          <w:b w:val="false"/>
          <w:sz w:val="24"/>
          <w:lang w:val="zxx"/>
        </w:rPr>
        <w:t>4</w:t>
      </w:r>
      <w:r>
        <w:rPr>
          <w:b w:val="false"/>
          <w:sz w:val="24"/>
        </w:rPr>
        <w:t xml:space="preserve">, </w:t>
      </w:r>
      <w:r>
        <w:rPr>
          <w:b w:val="false"/>
          <w:sz w:val="24"/>
          <w:lang w:val="zxx"/>
        </w:rPr>
        <w:t>group-</w:t>
      </w:r>
      <w:r>
        <w:rPr>
          <w:b w:val="false"/>
          <w:sz w:val="24"/>
        </w:rPr>
        <w:t>⁠</w:t>
      </w:r>
      <w:r>
        <w:rPr>
          <w:b w:val="false"/>
          <w:sz w:val="24"/>
          <w:lang w:val="zxx"/>
        </w:rPr>
        <w:t>audio/</w:t>
      </w:r>
      <w:r>
        <w:rPr>
          <w:b w:val="false"/>
          <w:sz w:val="24"/>
        </w:rPr>
        <w:t>⁠</w:t>
      </w:r>
      <w:r>
        <w:rPr>
          <w:b w:val="false"/>
          <w:sz w:val="24"/>
          <w:lang w:val="zxx"/>
        </w:rPr>
        <w:t>1</w:t>
      </w:r>
      <w:r>
        <w:rPr>
          <w:b w:val="false"/>
          <w:sz w:val="24"/>
        </w:rPr>
        <w:t xml:space="preserve"> и </w:t>
      </w:r>
      <w:r>
        <w:rPr>
          <w:b w:val="false"/>
          <w:sz w:val="24"/>
          <w:lang w:val="zxx"/>
        </w:rPr>
        <w:t>media.hello</w:t>
      </w:r>
      <w:r>
        <w:rPr>
          <w:b w:val="false"/>
          <w:sz w:val="24"/>
        </w:rPr>
        <w:t xml:space="preserve"> несовместимы с этой редакцией. Сохраняются явный </w:t>
      </w:r>
      <w:r>
        <w:rPr>
          <w:b w:val="false"/>
          <w:sz w:val="24"/>
          <w:lang w:val="zxx"/>
        </w:rPr>
        <w:t>plain</w:t>
      </w:r>
      <w:r>
        <w:rPr>
          <w:b w:val="false"/>
          <w:sz w:val="24"/>
        </w:rPr>
        <w:t xml:space="preserve">, правила владения, физического результата, российская криптография и свободный выбор внутреннего интерфейса. Обновлены примеры, схемы, проверки и единый </w:t>
      </w:r>
      <w:r>
        <w:rPr>
          <w:b w:val="false"/>
          <w:sz w:val="24"/>
          <w:lang w:val="zxx"/>
        </w:rPr>
        <w:t>PDF.</w:t>
      </w:r>
      <w:r>
        <w:rPr>
          <w:b w:val="false"/>
          <w:sz w:val="24"/>
        </w:rPr>
        <w:t xml:space="preserve"> Уточнение от </w:t>
      </w:r>
      <w:r>
        <w:rPr>
          <w:b w:val="false"/>
          <w:sz w:val="24"/>
          <w:lang w:val="zxx"/>
        </w:rPr>
        <w:t>18</w:t>
      </w:r>
      <w:r>
        <w:rPr>
          <w:b w:val="false"/>
          <w:sz w:val="24"/>
        </w:rPr>
        <w:t xml:space="preserve"> октября </w:t>
      </w:r>
      <w:r>
        <w:rPr>
          <w:b w:val="false"/>
          <w:sz w:val="24"/>
          <w:lang w:val="zxx"/>
        </w:rPr>
        <w:t>2026</w:t>
      </w:r>
      <w:r>
        <w:rPr>
          <w:b w:val="false"/>
          <w:sz w:val="24"/>
        </w:rPr>
        <w:t xml:space="preserve"> г. согласует общий срок </w:t>
      </w:r>
      <w:r>
        <w:rPr>
          <w:b w:val="false"/>
          <w:sz w:val="24"/>
          <w:lang w:val="zxx"/>
        </w:rPr>
        <w:t>TLS</w:t>
      </w:r>
      <w:r>
        <w:rPr>
          <w:b w:val="false"/>
          <w:sz w:val="24"/>
        </w:rPr>
        <w:t xml:space="preserve"> </w:t>
      </w:r>
      <w:r>
        <w:rPr>
          <w:b w:val="false"/>
          <w:sz w:val="24"/>
          <w:lang w:val="zxx"/>
        </w:rPr>
        <w:t>60000</w:t>
      </w:r>
      <w:r>
        <w:rPr>
          <w:b w:val="false"/>
          <w:sz w:val="24"/>
        </w:rPr>
        <w:t xml:space="preserve"> мс, </w:t>
      </w:r>
      <w:r>
        <w:rPr>
          <w:b w:val="false"/>
          <w:sz w:val="24"/>
          <w:lang w:val="zxx"/>
        </w:rPr>
        <w:t>protocol.hello</w:t>
      </w:r>
      <w:r>
        <w:rPr>
          <w:b w:val="false"/>
          <w:sz w:val="24"/>
        </w:rPr>
        <w:t xml:space="preserve"> </w:t>
      </w:r>
      <w:r>
        <w:rPr>
          <w:b w:val="false"/>
          <w:sz w:val="24"/>
          <w:lang w:val="zxx"/>
        </w:rPr>
        <w:t>10000</w:t>
      </w:r>
      <w:r>
        <w:rPr>
          <w:b w:val="false"/>
          <w:sz w:val="24"/>
        </w:rPr>
        <w:t xml:space="preserve"> мс, простой управляющего канала </w:t>
      </w:r>
      <w:r>
        <w:rPr>
          <w:b w:val="false"/>
          <w:sz w:val="24"/>
          <w:lang w:val="zxx"/>
        </w:rPr>
        <w:t>30000</w:t>
      </w:r>
      <w:r>
        <w:rPr>
          <w:b w:val="false"/>
          <w:sz w:val="24"/>
        </w:rPr>
        <w:t xml:space="preserve"> мс и отдельный </w:t>
      </w:r>
      <w:r>
        <w:rPr>
          <w:b w:val="false"/>
          <w:sz w:val="24"/>
          <w:lang w:val="zxx"/>
        </w:rPr>
        <w:t>heartbeat</w:t>
      </w:r>
      <w:r>
        <w:rPr>
          <w:b w:val="false"/>
          <w:sz w:val="24"/>
        </w:rPr>
        <w:t xml:space="preserve"> без продления владения. Клиенты сохраняют общий </w:t>
      </w:r>
      <w:r>
        <w:rPr>
          <w:b w:val="false"/>
          <w:sz w:val="24"/>
          <w:lang w:val="zxx"/>
        </w:rPr>
        <w:t>backoff</w:t>
      </w:r>
      <w:r>
        <w:rPr>
          <w:b w:val="false"/>
          <w:sz w:val="24"/>
        </w:rPr>
        <w:t xml:space="preserve"> </w:t>
      </w:r>
      <w:r>
        <w:rPr>
          <w:b w:val="false"/>
          <w:sz w:val="24"/>
          <w:lang w:val="zxx"/>
        </w:rPr>
        <w:t>TCP/</w:t>
      </w:r>
      <w:r>
        <w:rPr>
          <w:b w:val="false"/>
          <w:sz w:val="24"/>
        </w:rPr>
        <w:t>​</w:t>
      </w:r>
      <w:r>
        <w:rPr>
          <w:b w:val="false"/>
          <w:sz w:val="24"/>
          <w:lang w:val="zxx"/>
        </w:rPr>
        <w:t>TLS/</w:t>
      </w:r>
      <w:r>
        <w:rPr>
          <w:b w:val="false"/>
          <w:sz w:val="24"/>
        </w:rPr>
        <w:t>​</w:t>
      </w:r>
      <w:r>
        <w:rPr>
          <w:b w:val="false"/>
          <w:sz w:val="24"/>
          <w:lang w:val="zxx"/>
        </w:rPr>
        <w:t>resume</w:t>
      </w:r>
      <w:r>
        <w:rPr>
          <w:b w:val="false"/>
          <w:sz w:val="24"/>
        </w:rPr>
        <w:t xml:space="preserve"> по </w:t>
      </w:r>
      <w:r>
        <w:rPr>
          <w:b w:val="false"/>
          <w:sz w:val="24"/>
          <w:lang w:val="zxx"/>
        </w:rPr>
        <w:t>deviceId.</w:t>
      </w:r>
      <w:r>
        <w:rPr>
          <w:b w:val="false"/>
          <w:sz w:val="24"/>
        </w:rPr>
        <w:t xml:space="preserve"> Формат кадров и криптографические алгоритмы сохранены; комплект различается по дате и </w:t>
      </w:r>
      <w:r>
        <w:rPr>
          <w:b w:val="false"/>
          <w:sz w:val="24"/>
          <w:lang w:val="zxx"/>
        </w:rPr>
        <w:t>SHA-</w:t>
      </w:r>
      <w:r>
        <w:rPr>
          <w:b w:val="false"/>
          <w:sz w:val="24"/>
        </w:rPr>
        <w:t>⁠</w:t>
      </w:r>
      <w:r>
        <w:rPr>
          <w:b w:val="false"/>
          <w:sz w:val="24"/>
          <w:lang w:val="zxx"/>
        </w:rPr>
        <w:t>256</w:t>
      </w:r>
      <w:r>
        <w:rPr>
          <w:b w:val="false"/>
          <w:sz w:val="24"/>
        </w:rPr>
        <w:t xml:space="preserve"> манифеста. Уточнение от </w:t>
      </w:r>
      <w:r>
        <w:rPr>
          <w:b w:val="false"/>
          <w:sz w:val="24"/>
          <w:lang w:val="zxx"/>
        </w:rPr>
        <w:t>19</w:t>
      </w:r>
      <w:r>
        <w:rPr>
          <w:b w:val="false"/>
          <w:sz w:val="24"/>
        </w:rPr>
        <w:t xml:space="preserve"> октября добавляет явно согласуемый </w:t>
      </w:r>
      <w:r>
        <w:rPr>
          <w:b w:val="false"/>
          <w:sz w:val="24"/>
          <w:lang w:val="zxx"/>
        </w:rPr>
        <w:t>startup=outputReady</w:t>
      </w:r>
      <w:r>
        <w:rPr>
          <w:b w:val="false"/>
          <w:sz w:val="24"/>
        </w:rPr>
        <w:t xml:space="preserve"> для </w:t>
      </w:r>
      <w:r>
        <w:rPr>
          <w:b w:val="false"/>
          <w:sz w:val="24"/>
          <w:lang w:val="zxx"/>
        </w:rPr>
        <w:t>rtp-</w:t>
      </w:r>
      <w:r>
        <w:rPr>
          <w:b w:val="false"/>
          <w:sz w:val="24"/>
        </w:rPr>
        <w:t>⁠</w:t>
      </w:r>
      <w:r>
        <w:rPr>
          <w:b w:val="false"/>
          <w:sz w:val="24"/>
          <w:lang w:val="zxx"/>
        </w:rPr>
        <w:t>alert/</w:t>
      </w:r>
      <w:r>
        <w:rPr>
          <w:b w:val="false"/>
          <w:sz w:val="24"/>
        </w:rPr>
        <w:t>⁠</w:t>
      </w:r>
      <w:r>
        <w:rPr>
          <w:b w:val="false"/>
          <w:sz w:val="24"/>
          <w:lang w:val="zxx"/>
        </w:rPr>
        <w:t>5:</w:t>
      </w:r>
      <w:r>
        <w:rPr>
          <w:b w:val="false"/>
          <w:sz w:val="24"/>
        </w:rPr>
        <w:t xml:space="preserve"> АРМ начинает источник после подтверждения речевого режима ОУ, а начальный буфер отсчитывается от первого принятого звукового пакета. Пределы подготовки и свежести речи сохранены. Уточнение от </w:t>
      </w:r>
      <w:r>
        <w:rPr>
          <w:b w:val="false"/>
          <w:sz w:val="24"/>
          <w:lang w:val="zxx"/>
        </w:rPr>
        <w:t>20</w:t>
      </w:r>
      <w:r>
        <w:rPr>
          <w:b w:val="false"/>
          <w:sz w:val="24"/>
        </w:rPr>
        <w:t xml:space="preserve"> октября определяет нормальное завершение собственного цикла речевого ОУ с </w:t>
      </w:r>
      <w:r>
        <w:rPr>
          <w:b w:val="false"/>
          <w:sz w:val="24"/>
          <w:lang w:val="zxx"/>
        </w:rPr>
        <w:t>signalKind=builtIn</w:t>
      </w:r>
      <w:r>
        <w:rPr>
          <w:b w:val="false"/>
          <w:sz w:val="24"/>
        </w:rPr>
        <w:t xml:space="preserve"> и </w:t>
      </w:r>
      <w:r>
        <w:rPr>
          <w:b w:val="false"/>
          <w:sz w:val="24"/>
          <w:lang w:val="zxx"/>
        </w:rPr>
        <w:t>stopMode=command.</w:t>
      </w:r>
      <w:r>
        <w:rPr>
          <w:b w:val="false"/>
          <w:sz w:val="24"/>
        </w:rPr>
        <w:t xml:space="preserve"> Потери </w:t>
      </w:r>
      <w:r>
        <w:rPr>
          <w:b w:val="false"/>
          <w:sz w:val="24"/>
          <w:lang w:val="zxx"/>
        </w:rPr>
        <w:t>UDP</w:t>
      </w:r>
      <w:r>
        <w:rPr>
          <w:b w:val="false"/>
          <w:sz w:val="24"/>
        </w:rPr>
        <w:t xml:space="preserve"> учитываются отдельно от результата завершения: полный проход известного конца с подтвержденным </w:t>
      </w:r>
      <w:r>
        <w:rPr>
          <w:b w:val="false"/>
          <w:sz w:val="24"/>
          <w:lang w:val="zxx"/>
        </w:rPr>
        <w:t>off</w:t>
      </w:r>
      <w:r>
        <w:rPr>
          <w:b w:val="false"/>
          <w:sz w:val="24"/>
        </w:rPr>
        <w:t xml:space="preserve"> допускает предупреждение </w:t>
      </w:r>
      <w:r>
        <w:rPr>
          <w:b w:val="false"/>
          <w:sz w:val="24"/>
          <w:lang w:val="zxx"/>
        </w:rPr>
        <w:t>mediaPacketLoss.</w:t>
      </w:r>
      <w:r>
        <w:rPr>
          <w:b w:val="false"/>
          <w:sz w:val="24"/>
        </w:rPr>
        <w:t xml:space="preserve"> Изменение очереди не запускает таймер отказа. Предварительное декодирование не накапливает паузы на пропусках, а отсоединение управления сохраняет уже связанный поток до истечения </w:t>
      </w:r>
      <w:r>
        <w:rPr>
          <w:b w:val="false"/>
          <w:sz w:val="24"/>
          <w:lang w:val="zxx"/>
        </w:rPr>
        <w:t>lease.</w:t>
      </w:r>
      <w:r>
        <w:rPr>
          <w:b w:val="false"/>
          <w:sz w:val="24"/>
        </w:rPr>
        <w:t xml:space="preserve"> Повтор чтения результата не вызывает повторного </w:t>
      </w:r>
      <w:r>
        <w:rPr>
          <w:b w:val="false"/>
          <w:sz w:val="24"/>
          <w:lang w:val="zxx"/>
        </w:rPr>
        <w:t>START.</w:t>
      </w:r>
      <w:r>
        <w:rPr>
          <w:b w:val="false"/>
          <w:sz w:val="24"/>
        </w:rPr>
        <w:t xml:space="preserve"> Форматы </w:t>
      </w:r>
      <w:r>
        <w:rPr>
          <w:b w:val="false"/>
          <w:sz w:val="24"/>
          <w:lang w:val="zxx"/>
        </w:rPr>
        <w:t>XML</w:t>
      </w:r>
      <w:r>
        <w:rPr>
          <w:b w:val="false"/>
          <w:sz w:val="24"/>
        </w:rPr>
        <w:t xml:space="preserve"> и </w:t>
      </w:r>
      <w:r>
        <w:rPr>
          <w:b w:val="false"/>
          <w:sz w:val="24"/>
          <w:lang w:val="zxx"/>
        </w:rPr>
        <w:t>UDP</w:t>
      </w:r>
      <w:r>
        <w:rPr>
          <w:b w:val="false"/>
          <w:sz w:val="24"/>
        </w:rPr>
        <w:t xml:space="preserve"> сохранены. Дополнение от </w:t>
      </w:r>
      <w:r>
        <w:rPr>
          <w:b w:val="false"/>
          <w:sz w:val="24"/>
          <w:lang w:val="zxx"/>
        </w:rPr>
        <w:t>22</w:t>
      </w:r>
      <w:r>
        <w:rPr>
          <w:b w:val="false"/>
          <w:sz w:val="24"/>
        </w:rPr>
        <w:t xml:space="preserve"> октября вводит согласуемый </w:t>
      </w:r>
      <w:r>
        <w:rPr>
          <w:b w:val="false"/>
          <w:sz w:val="24"/>
          <w:lang w:val="zxx"/>
        </w:rPr>
        <w:t>sourceSwitch=true:</w:t>
      </w:r>
      <w:r>
        <w:rPr>
          <w:b w:val="false"/>
          <w:sz w:val="24"/>
        </w:rPr>
        <w:t xml:space="preserve"> </w:t>
      </w:r>
      <w:r>
        <w:rPr>
          <w:b w:val="false"/>
          <w:sz w:val="24"/>
          <w:lang w:val="zxx"/>
        </w:rPr>
        <w:t>holdOutput=true</w:t>
      </w:r>
      <w:r>
        <w:rPr>
          <w:b w:val="false"/>
          <w:sz w:val="24"/>
        </w:rPr>
        <w:t xml:space="preserve"> сохраняет речевой сеанс при </w:t>
      </w:r>
      <w:r>
        <w:rPr>
          <w:b w:val="false"/>
          <w:sz w:val="24"/>
          <w:lang w:val="zxx"/>
        </w:rPr>
        <w:t>EOF</w:t>
      </w:r>
      <w:r>
        <w:rPr>
          <w:b w:val="false"/>
          <w:sz w:val="24"/>
        </w:rPr>
        <w:t xml:space="preserve"> или </w:t>
      </w:r>
      <w:r>
        <w:rPr>
          <w:b w:val="false"/>
          <w:sz w:val="24"/>
          <w:lang w:val="zxx"/>
        </w:rPr>
        <w:t>audio.pause</w:t>
      </w:r>
      <w:r>
        <w:rPr>
          <w:b w:val="false"/>
          <w:sz w:val="24"/>
        </w:rPr>
        <w:t xml:space="preserve">, а новый источник запускается через </w:t>
      </w:r>
      <w:r>
        <w:rPr>
          <w:b w:val="false"/>
          <w:sz w:val="24"/>
          <w:lang w:val="zxx"/>
        </w:rPr>
        <w:t>audio.prepare</w:t>
      </w:r>
      <w:r>
        <w:rPr>
          <w:b w:val="false"/>
          <w:sz w:val="24"/>
        </w:rPr>
        <w:t xml:space="preserve"> и </w:t>
      </w:r>
      <w:r>
        <w:rPr>
          <w:b w:val="false"/>
          <w:sz w:val="24"/>
          <w:lang w:val="zxx"/>
        </w:rPr>
        <w:t>audio.start</w:t>
      </w:r>
      <w:r>
        <w:rPr>
          <w:b w:val="false"/>
          <w:sz w:val="24"/>
        </w:rPr>
        <w:t xml:space="preserve"> без повторного включения ОУ. Срок владения, полный </w:t>
      </w:r>
      <w:r>
        <w:rPr>
          <w:b w:val="false"/>
          <w:sz w:val="24"/>
          <w:lang w:val="zxx"/>
        </w:rPr>
        <w:t>STOP</w:t>
      </w:r>
      <w:r>
        <w:rPr>
          <w:b w:val="false"/>
          <w:sz w:val="24"/>
        </w:rPr>
        <w:t xml:space="preserve"> и исходный предел исполнения сохраняются; прежние клиенты продолжают прежний порядок. Дополнение от </w:t>
      </w:r>
      <w:r>
        <w:rPr>
          <w:b w:val="false"/>
          <w:sz w:val="24"/>
          <w:lang w:val="zxx"/>
        </w:rPr>
        <w:t>22</w:t>
      </w:r>
      <w:r>
        <w:rPr>
          <w:b w:val="false"/>
          <w:sz w:val="24"/>
        </w:rPr>
        <w:t xml:space="preserve"> октября задает согласуемые инициативные уведомления </w:t>
      </w:r>
      <w:r>
        <w:rPr>
          <w:b w:val="false"/>
          <w:sz w:val="24"/>
          <w:lang w:val="zxx"/>
        </w:rPr>
        <w:t>eventsPush=1:</w:t>
      </w:r>
      <w:r>
        <w:rPr>
          <w:b w:val="false"/>
          <w:sz w:val="24"/>
        </w:rPr>
        <w:t xml:space="preserve"> </w:t>
      </w:r>
      <w:r>
        <w:rPr>
          <w:b w:val="false"/>
          <w:sz w:val="24"/>
          <w:lang w:val="zxx"/>
        </w:rPr>
        <w:t>events.subscribe/</w:t>
      </w:r>
      <w:r>
        <w:rPr>
          <w:b w:val="false"/>
          <w:sz w:val="24"/>
        </w:rPr>
        <w:t>​</w:t>
      </w:r>
      <w:r>
        <w:rPr>
          <w:b w:val="false"/>
          <w:sz w:val="24"/>
          <w:lang w:val="zxx"/>
        </w:rPr>
        <w:t>events.unsubscribe</w:t>
      </w:r>
      <w:r>
        <w:rPr>
          <w:b w:val="false"/>
          <w:sz w:val="24"/>
        </w:rPr>
        <w:t xml:space="preserve">, самостоятельный </w:t>
      </w:r>
      <w:r>
        <w:rPr>
          <w:b w:val="false"/>
          <w:sz w:val="24"/>
          <w:lang w:val="zxx"/>
        </w:rPr>
        <w:t>notification</w:t>
      </w:r>
      <w:r>
        <w:rPr>
          <w:b w:val="false"/>
          <w:sz w:val="24"/>
        </w:rPr>
        <w:t xml:space="preserve"> от УУ и </w:t>
      </w:r>
      <w:r>
        <w:rPr>
          <w:b w:val="false"/>
          <w:sz w:val="24"/>
          <w:lang w:val="zxx"/>
        </w:rPr>
        <w:t>notificationAck</w:t>
      </w:r>
      <w:r>
        <w:rPr>
          <w:b w:val="false"/>
          <w:sz w:val="24"/>
        </w:rPr>
        <w:t xml:space="preserve"> от АРМ по действующему соединению. Сохранены журнал, восстановление после </w:t>
      </w:r>
      <w:r>
        <w:rPr>
          <w:b w:val="false"/>
          <w:sz w:val="24"/>
          <w:lang w:val="zxx"/>
        </w:rPr>
        <w:t>gap</w:t>
      </w:r>
      <w:r>
        <w:rPr>
          <w:b w:val="false"/>
          <w:sz w:val="24"/>
        </w:rPr>
        <w:t>, приоритет управления и совместимость с клиентами без подписки.</w:t>
      </w:r>
    </w:p>
    <w:p>
      <w:pPr>
        <w:pStyle w:val="Normal"/>
        <w:jc w:val="both"/>
        <w:rPr/>
      </w:pPr>
      <w:r>
        <w:rPr>
          <w:b w:val="false"/>
          <w:sz w:val="24"/>
        </w:rPr>
        <w:t xml:space="preserve">Текст формируется из тех же данных, что онлайн-документ. Различается оформление и нумерация разделов. Параметры протокола и </w:t>
      </w:r>
      <w:r>
        <w:rPr>
          <w:b w:val="false"/>
          <w:sz w:val="24"/>
          <w:lang w:val="zxx"/>
        </w:rPr>
        <w:t>XML-</w:t>
      </w:r>
      <w:r>
        <w:rPr>
          <w:b w:val="false"/>
          <w:sz w:val="24"/>
        </w:rPr>
        <w:t xml:space="preserve">примеры не переписываются вручную. Контрольные суммы комплекта приведены в </w:t>
      </w:r>
      <w:r>
        <w:rPr>
          <w:b w:val="false"/>
          <w:sz w:val="24"/>
          <w:lang w:val="zxx"/>
        </w:rPr>
        <w:t>publication-</w:t>
      </w:r>
      <w:r>
        <w:rPr>
          <w:b w:val="false"/>
          <w:sz w:val="24"/>
        </w:rPr>
        <w:t>⁠</w:t>
      </w:r>
      <w:r>
        <w:rPr>
          <w:b w:val="false"/>
          <w:sz w:val="24"/>
          <w:lang w:val="zxx"/>
        </w:rPr>
        <w:t>0.21.json.</w:t>
      </w:r>
    </w:p>
    <w:p>
      <w:pPr>
        <w:pStyle w:val="Normal"/>
        <w:jc w:val="both"/>
        <w:rPr/>
      </w:pPr>
      <w:r>
        <w:rPr>
          <w:b w:val="false"/>
          <w:sz w:val="24"/>
        </w:rPr>
        <w:t>Организация-разработчик: ООО "СОТКОМ-ЮГ"</w:t>
      </w:r>
    </w:p>
    <w:p>
      <w:pPr>
        <w:pStyle w:val="Normal"/>
        <w:jc w:val="both"/>
        <w:rPr/>
      </w:pPr>
      <w:r>
        <w:rPr>
          <w:b w:val="false"/>
          <w:sz w:val="24"/>
        </w:rPr>
        <w:t>Ключевые слова: оповещение населения, протокол, АРМ, устройство управления, оконечное устройство, сеанс, телеметрия, информационный обмен.</w:t>
      </w:r>
    </w:p>
    <w:sectPr>
      <w:headerReference w:type="default" r:id="rId16"/>
      <w:footerReference w:type="default" r:id="rId17"/>
      <w:type w:val="nextPage"/>
      <w:pgSz w:w="11906" w:h="16838"/>
      <w:pgMar w:left="1134" w:right="1134" w:gutter="0" w:header="567" w:top="1134" w:footer="567"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Arial">
    <w:charset w:val="01" w:characterSet="utf-8"/>
    <w:family w:val="roman"/>
    <w:pitch w:val="variable"/>
  </w:font>
  <w:font w:name="Cambria">
    <w:charset w:val="01" w:characterSet="utf-8"/>
    <w:family w:val="roman"/>
    <w:pitch w:val="variable"/>
  </w:font>
  <w:font w:name="Calibri">
    <w:charset w:val="01" w:characterSet="utf-8"/>
    <w:family w:val="roman"/>
    <w:pitch w:val="variable"/>
  </w:font>
  <w:font w:name="Courier">
    <w:altName w:val="Courier New"/>
    <w:charset w:val="01" w:characterSet="utf-8"/>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ind w:hanging="0"/>
      <w:jc w:val="center"/>
      <w:rPr/>
    </w:pPr>
    <w:r>
      <w:rPr/>
      <w:fldChar w:fldCharType="begin"/>
    </w:r>
    <w:r>
      <w:rPr/>
      <w:instrText xml:space="preserve"> PAGE </w:instrText>
    </w:r>
    <w:r>
      <w:rPr/>
      <w:fldChar w:fldCharType="separate"/>
    </w:r>
    <w:r>
      <w:rPr/>
      <w:t>IV</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ind w:hanging="0"/>
      <w:jc w:val="center"/>
      <w:rPr/>
    </w:pPr>
    <w:r>
      <w:rPr/>
      <w:fldChar w:fldCharType="begin"/>
    </w:r>
    <w:r>
      <w:rPr/>
      <w:instrText xml:space="preserve"> PAGE </w:instrText>
    </w:r>
    <w:r>
      <w:rPr/>
      <w:fldChar w:fldCharType="separate"/>
    </w:r>
    <w:r>
      <w:rPr/>
      <w:t>349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ind w:hanging="0"/>
      <w:jc w:val="center"/>
      <w:rPr/>
    </w:pPr>
    <w:r>
      <w:rPr/>
      <w:fldChar w:fldCharType="begin"/>
    </w:r>
    <w:r>
      <w:rPr/>
      <w:instrText xml:space="preserve"> PAGE </w:instrText>
    </w:r>
    <w:r>
      <w:rPr/>
      <w:fldChar w:fldCharType="separate"/>
    </w:r>
    <w:r>
      <w:rPr/>
      <w:t>350</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ind w:hanging="0"/>
      <w:jc w:val="center"/>
      <w:rPr/>
    </w:pPr>
    <w:r>
      <w:rPr/>
      <w:fldChar w:fldCharType="begin"/>
    </w:r>
    <w:r>
      <w:rPr/>
      <w:instrText xml:space="preserve"> PAGE </w:instrText>
    </w:r>
    <w:r>
      <w:rPr/>
      <w:fldChar w:fldCharType="separate"/>
    </w:r>
    <w:r>
      <w:rPr/>
      <w:t>366</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ind w:hanging="0"/>
      <w:jc w:val="center"/>
      <w:rPr/>
    </w:pPr>
    <w:r>
      <w:rPr/>
      <w:fldChar w:fldCharType="begin"/>
    </w:r>
    <w:r>
      <w:rPr/>
      <w:instrText xml:space="preserve"> PAGE </w:instrText>
    </w:r>
    <w:r>
      <w:rPr/>
      <w:fldChar w:fldCharType="separate"/>
    </w:r>
    <w:r>
      <w:rPr/>
      <w:t>392</w:t>
    </w:r>
    <w: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ind w:hanging="0"/>
      <w:jc w:val="center"/>
      <w:rPr/>
    </w:pPr>
    <w:r>
      <w:rPr/>
      <w:fldChar w:fldCharType="begin"/>
    </w:r>
    <w:r>
      <w:rPr/>
      <w:instrText xml:space="preserve"> PAGE </w:instrText>
    </w:r>
    <w:r>
      <w:rPr/>
      <w:fldChar w:fldCharType="separate"/>
    </w:r>
    <w:r>
      <w:rPr/>
      <w:t>400</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ind w:hanging="0"/>
      <w:jc w:val="center"/>
      <w:rPr/>
    </w:pPr>
    <w:r>
      <w:rPr/>
      <w:fldChar w:fldCharType="begin"/>
    </w:r>
    <w:r>
      <w:rPr/>
      <w:instrText xml:space="preserve"> PAGE </w:instrText>
    </w:r>
    <w:r>
      <w:rPr/>
      <w:fldChar w:fldCharType="separate"/>
    </w:r>
    <w:r>
      <w:rPr/>
      <w:t>409</w:t>
    </w:r>
    <w:r>
      <w:rPr/>
      <w:fldChar w:fldCharType="end"/>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ind w:hanging="0"/>
      <w:jc w:val="center"/>
      <w:rPr/>
    </w:pPr>
    <w:r>
      <w:rPr/>
      <w:fldChar w:fldCharType="begin"/>
    </w:r>
    <w:r>
      <w:rPr/>
      <w:instrText xml:space="preserve"> PAGE </w:instrText>
    </w:r>
    <w:r>
      <w:rPr/>
      <w:fldChar w:fldCharType="separate"/>
    </w:r>
    <w:r>
      <w:rPr/>
      <w:t>414</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rPr/>
    </w:pPr>
    <w:r>
      <w:rPr>
        <w:sz w:val="20"/>
      </w:rPr>
      <w:t>Проект СТО - редакция 0.21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rPr/>
    </w:pPr>
    <w:r>
      <w:rPr>
        <w:sz w:val="20"/>
      </w:rPr>
      <w:t>Проект СТО - редакция 0.21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rPr/>
    </w:pPr>
    <w:r>
      <w:rPr>
        <w:sz w:val="20"/>
      </w:rPr>
      <w:t>Проект СТО - редакция 0.21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rPr/>
    </w:pPr>
    <w:r>
      <w:rPr>
        <w:sz w:val="20"/>
      </w:rPr>
      <w:t>Проект СТО - редакция 0.21</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rPr/>
    </w:pPr>
    <w:r>
      <w:rPr>
        <w:sz w:val="20"/>
      </w:rPr>
      <w:t>Проект СТО - редакция 0.21</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rPr/>
    </w:pPr>
    <w:r>
      <w:rPr>
        <w:sz w:val="20"/>
      </w:rPr>
      <w:t>Проект СТО - редакция 0.21</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rPr/>
    </w:pPr>
    <w:r>
      <w:rPr>
        <w:sz w:val="20"/>
      </w:rPr>
      <w:t>Проект СТО - редакция 0.21</w: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rPr/>
    </w:pPr>
    <w:r>
      <w:rPr>
        <w:sz w:val="20"/>
      </w:rPr>
      <w:t>Проект СТО - редакция 0.21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false"/>
      <w:bidi w:val="0"/>
      <w:spacing w:lineRule="auto" w:line="360" w:before="0" w:after="0"/>
      <w:ind w:firstLine="709"/>
      <w:jc w:val="start"/>
    </w:pPr>
    <w:rPr>
      <w:rFonts w:ascii="Arial" w:hAnsi="Arial" w:eastAsia="ＭＳ 明朝" w:cs=""/>
      <w:color w:val="000000"/>
      <w:kern w:val="0"/>
      <w:sz w:val="28"/>
      <w:szCs w:val="22"/>
      <w:lang w:val="ru-RU" w:eastAsia="en-US" w:bidi="ar-SA"/>
    </w:rPr>
  </w:style>
  <w:style w:type="paragraph" w:styleId="1">
    <w:name w:val="Heading 1"/>
    <w:basedOn w:val="Normal"/>
    <w:next w:val="Normal"/>
    <w:link w:val="Heading1Char"/>
    <w:uiPriority w:val="9"/>
    <w:qFormat/>
    <w:rsid w:val="00fc693f"/>
    <w:pPr>
      <w:keepNext w:val="true"/>
      <w:keepLines/>
      <w:suppressAutoHyphens w:val="true"/>
      <w:spacing w:before="240" w:after="120"/>
      <w:ind w:hanging="0"/>
      <w:outlineLvl w:val="0"/>
    </w:pPr>
    <w:rPr>
      <w:rFonts w:ascii="Arial" w:hAnsi="Arial"/>
      <w:b/>
      <w:bCs/>
      <w:color w:val="000000"/>
      <w:sz w:val="28"/>
      <w:szCs w:val="28"/>
    </w:rPr>
  </w:style>
  <w:style w:type="paragraph" w:styleId="2">
    <w:name w:val="Heading 2"/>
    <w:basedOn w:val="Normal"/>
    <w:next w:val="Normal"/>
    <w:link w:val="Heading2Char"/>
    <w:uiPriority w:val="9"/>
    <w:unhideWhenUsed/>
    <w:qFormat/>
    <w:rsid w:val="00fc693f"/>
    <w:pPr>
      <w:keepNext w:val="true"/>
      <w:keepLines/>
      <w:suppressAutoHyphens w:val="true"/>
      <w:spacing w:before="240" w:after="120"/>
      <w:ind w:hanging="0"/>
      <w:outlineLvl w:val="1"/>
    </w:pPr>
    <w:rPr>
      <w:rFonts w:ascii="Arial" w:hAnsi="Arial"/>
      <w:b/>
      <w:bCs/>
      <w:color w:val="000000"/>
      <w:sz w:val="28"/>
      <w:szCs w:val="26"/>
    </w:rPr>
  </w:style>
  <w:style w:type="paragraph" w:styleId="3">
    <w:name w:val="Heading 3"/>
    <w:basedOn w:val="Normal"/>
    <w:next w:val="Normal"/>
    <w:link w:val="Heading3Char"/>
    <w:uiPriority w:val="9"/>
    <w:unhideWhenUsed/>
    <w:qFormat/>
    <w:rsid w:val="00fc693f"/>
    <w:pPr>
      <w:keepNext w:val="true"/>
      <w:keepLines/>
      <w:suppressAutoHyphens w:val="true"/>
      <w:spacing w:before="240" w:after="120"/>
      <w:ind w:hanging="0"/>
      <w:outlineLvl w:val="2"/>
    </w:pPr>
    <w:rPr>
      <w:rFonts w:ascii="Arial" w:hAnsi="Arial"/>
      <w:b/>
      <w:bCs/>
      <w:color w:val="000000"/>
      <w:sz w:val="28"/>
    </w:rPr>
  </w:style>
  <w:style w:type="paragraph" w:styleId="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Style5">
    <w:name w:val="Выделение"/>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Style6">
    <w:name w:val="Ссылка указателя"/>
    <w:qFormat/>
    <w:rPr/>
  </w:style>
  <w:style w:type="character" w:styleId="Style7">
    <w:name w:val="Интернет-ссылка"/>
    <w:rPr>
      <w:color w:val="000080"/>
      <w:u w:val="single"/>
    </w:rPr>
  </w:style>
  <w:style w:type="paragraph" w:styleId="Style8">
    <w:name w:val="Заголовок"/>
    <w:basedOn w:val="Normal"/>
    <w:next w:val="Style9"/>
    <w:qFormat/>
    <w:pPr>
      <w:keepNext w:val="true"/>
      <w:spacing w:before="240" w:after="120"/>
    </w:pPr>
    <w:rPr>
      <w:rFonts w:ascii="Arial" w:hAnsi="Arial" w:eastAsia="Arial" w:cs="Arial"/>
      <w:sz w:val="28"/>
      <w:szCs w:val="28"/>
    </w:rPr>
  </w:style>
  <w:style w:type="paragraph" w:styleId="Style9">
    <w:name w:val="Body Text"/>
    <w:basedOn w:val="Normal"/>
    <w:link w:val="BodyTextChar"/>
    <w:uiPriority w:val="99"/>
    <w:unhideWhenUsed/>
    <w:rsid w:val="00aa1d8d"/>
    <w:pPr>
      <w:spacing w:before="0" w:after="120"/>
    </w:pPr>
    <w:rPr/>
  </w:style>
  <w:style w:type="paragraph" w:styleId="Style10">
    <w:name w:val="List"/>
    <w:basedOn w:val="Normal"/>
    <w:uiPriority w:val="99"/>
    <w:unhideWhenUsed/>
    <w:rsid w:val="00aa1d8d"/>
    <w:pPr>
      <w:spacing w:before="0" w:after="0"/>
      <w:ind w:start="360" w:hanging="360"/>
      <w:contextualSpacing/>
    </w:pPr>
    <w:rPr/>
  </w:style>
  <w:style w:type="paragraph" w:styleId="Style11">
    <w:name w:val="Caption"/>
    <w:basedOn w:val="Normal"/>
    <w:qFormat/>
    <w:pPr>
      <w:suppressLineNumbers/>
      <w:spacing w:before="120" w:after="120"/>
    </w:pPr>
    <w:rPr>
      <w:i/>
      <w:iCs/>
      <w:sz w:val="24"/>
      <w:szCs w:val="24"/>
    </w:rPr>
  </w:style>
  <w:style w:type="paragraph" w:styleId="Style12">
    <w:name w:val="Указатель"/>
    <w:basedOn w:val="Normal"/>
    <w:qFormat/>
    <w:pPr>
      <w:suppressLineNumbers/>
    </w:pPr>
    <w:rPr/>
  </w:style>
  <w:style w:type="paragraph" w:styleId="Style13">
    <w:name w:val="Колонтитул"/>
    <w:basedOn w:val="Normal"/>
    <w:qFormat/>
    <w:pPr/>
    <w:rPr/>
  </w:style>
  <w:style w:type="paragraph" w:styleId="Style14">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Style15">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ru-RU" w:eastAsia="en-US" w:bidi="ar-SA"/>
    </w:rPr>
  </w:style>
  <w:style w:type="paragraph" w:styleId="Style16">
    <w:name w:val="Title"/>
    <w:basedOn w:val="Normal"/>
    <w:next w:val="Normal"/>
    <w:link w:val="TitleChar"/>
    <w:uiPriority w:val="10"/>
    <w:qFormat/>
    <w:rsid w:val="00fc693f"/>
    <w:pPr>
      <w:keepNext w:val="true"/>
      <w:suppressAutoHyphens w:val="true"/>
      <w:spacing w:lineRule="auto" w:line="240" w:before="240" w:after="120"/>
      <w:ind w:hanging="0"/>
      <w:contextualSpacing/>
    </w:pPr>
    <w:rPr>
      <w:rFonts w:ascii="Arial" w:hAnsi="Arial"/>
      <w:b/>
      <w:color w:val="000000"/>
      <w:spacing w:val="5"/>
      <w:kern w:val="2"/>
      <w:sz w:val="36"/>
      <w:szCs w:val="52"/>
    </w:rPr>
  </w:style>
  <w:style w:type="paragraph" w:styleId="Style17">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0"/>
      <w:ind w:start="720" w:firstLine="709"/>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Bullet3">
    <w:name w:val="List Bullet 3"/>
    <w:basedOn w:val="Normal"/>
    <w:uiPriority w:val="99"/>
    <w:unhideWhenUsed/>
    <w:qFormat/>
    <w:rsid w:val="00326f90"/>
    <w:pPr>
      <w:numPr>
        <w:ilvl w:val="0"/>
        <w:numId w:val="3"/>
      </w:numPr>
      <w:spacing w:before="0" w:after="0"/>
      <w:contextualSpacing/>
    </w:pPr>
    <w:rPr/>
  </w:style>
  <w:style w:type="paragraph" w:styleId="ListBullet4">
    <w:name w:val="List Bullet 4"/>
    <w:basedOn w:val="Normal"/>
    <w:uiPriority w:val="99"/>
    <w:unhideWhenUsed/>
    <w:qFormat/>
    <w:rsid w:val="00326f90"/>
    <w:pPr>
      <w:spacing w:before="0" w:after="0"/>
      <w:ind w:start="1080" w:hanging="360"/>
      <w:contextualSpacing/>
    </w:pPr>
    <w:rPr/>
  </w:style>
  <w:style w:type="paragraph" w:styleId="ListBullet">
    <w:name w:val="List Bullet"/>
    <w:basedOn w:val="Normal"/>
    <w:uiPriority w:val="99"/>
    <w:unhideWhenUsed/>
    <w:qFormat/>
    <w:rsid w:val="00326f90"/>
    <w:pPr>
      <w:numPr>
        <w:ilvl w:val="0"/>
        <w:numId w:val="1"/>
      </w:numPr>
      <w:spacing w:before="0" w:after="0"/>
      <w:contextualSpacing/>
    </w:pPr>
    <w:rPr/>
  </w:style>
  <w:style w:type="paragraph" w:styleId="ListBullet2">
    <w:name w:val="List Bullet 2"/>
    <w:basedOn w:val="Normal"/>
    <w:uiPriority w:val="99"/>
    <w:unhideWhenUsed/>
    <w:qFormat/>
    <w:rsid w:val="00326f90"/>
    <w:pPr>
      <w:numPr>
        <w:ilvl w:val="0"/>
        <w:numId w:val="2"/>
      </w:numPr>
      <w:spacing w:before="0" w:after="0"/>
      <w:contextualSpacing/>
    </w:pPr>
    <w:rPr/>
  </w:style>
  <w:style w:type="paragraph" w:styleId="ListNumber">
    <w:name w:val="List Number"/>
    <w:basedOn w:val="Normal"/>
    <w:uiPriority w:val="99"/>
    <w:unhideWhenUsed/>
    <w:qFormat/>
    <w:rsid w:val="00326f90"/>
    <w:pPr>
      <w:numPr>
        <w:ilvl w:val="0"/>
        <w:numId w:val="4"/>
      </w:numPr>
      <w:spacing w:before="0" w:after="0"/>
      <w:contextualSpacing/>
    </w:pPr>
    <w:rPr/>
  </w:style>
  <w:style w:type="paragraph" w:styleId="ListNumber2">
    <w:name w:val="List Number 2"/>
    <w:basedOn w:val="Normal"/>
    <w:uiPriority w:val="99"/>
    <w:unhideWhenUsed/>
    <w:qFormat/>
    <w:rsid w:val="0029639d"/>
    <w:pPr>
      <w:numPr>
        <w:ilvl w:val="0"/>
        <w:numId w:val="5"/>
      </w:numPr>
      <w:spacing w:before="0" w:after="0"/>
      <w:contextualSpacing/>
    </w:pPr>
    <w:rPr/>
  </w:style>
  <w:style w:type="paragraph" w:styleId="ListNumber3">
    <w:name w:val="List Number 3"/>
    <w:basedOn w:val="Normal"/>
    <w:uiPriority w:val="99"/>
    <w:unhideWhenUsed/>
    <w:qFormat/>
    <w:rsid w:val="0029639d"/>
    <w:pPr>
      <w:numPr>
        <w:ilvl w:val="0"/>
        <w:numId w:val="6"/>
      </w:numPr>
      <w:spacing w:before="0" w:after="0"/>
      <w:contextualSpacing/>
    </w:pPr>
    <w:rPr/>
  </w:style>
  <w:style w:type="paragraph" w:styleId="ListContinue">
    <w:name w:val="List Continue"/>
    <w:basedOn w:val="Normal"/>
    <w:uiPriority w:val="99"/>
    <w:unhideWhenUsed/>
    <w:qFormat/>
    <w:rsid w:val="0029639d"/>
    <w:pPr>
      <w:spacing w:before="0" w:after="120"/>
      <w:ind w:start="360" w:firstLine="709"/>
      <w:contextualSpacing/>
    </w:pPr>
    <w:rPr/>
  </w:style>
  <w:style w:type="paragraph" w:styleId="ListContinue2">
    <w:name w:val="List Continue 2"/>
    <w:basedOn w:val="Normal"/>
    <w:uiPriority w:val="99"/>
    <w:unhideWhenUsed/>
    <w:qFormat/>
    <w:rsid w:val="0029639d"/>
    <w:pPr>
      <w:spacing w:before="0" w:after="120"/>
      <w:ind w:start="720" w:firstLine="709"/>
      <w:contextualSpacing/>
    </w:pPr>
    <w:rPr/>
  </w:style>
  <w:style w:type="paragraph" w:styleId="ListContinue3">
    <w:name w:val="List Continue 3"/>
    <w:basedOn w:val="Normal"/>
    <w:uiPriority w:val="99"/>
    <w:unhideWhenUsed/>
    <w:qFormat/>
    <w:rsid w:val="0029639d"/>
    <w:pPr>
      <w:spacing w:before="0" w:after="120"/>
      <w:ind w:start="1080" w:firstLine="709"/>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ＭＳ 明朝" w:cs="" w:cstheme="minorBidi" w:eastAsiaTheme="minorEastAsia"/>
      <w:color w:val="auto"/>
      <w:kern w:val="0"/>
      <w:sz w:val="20"/>
      <w:szCs w:val="20"/>
      <w:lang w:val="ru-RU"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start="936" w:end="936" w:firstLine="709"/>
    </w:pPr>
    <w:rPr>
      <w:b/>
      <w:bCs/>
      <w:i/>
      <w:iCs/>
      <w:color w:val="4F81BD" w:themeColor="accent1"/>
    </w:rPr>
  </w:style>
  <w:style w:type="paragraph" w:styleId="Style18">
    <w:name w:val="Index Heading"/>
    <w:basedOn w:val="Style8"/>
    <w:pPr/>
    <w:rPr/>
  </w:style>
  <w:style w:type="paragraph" w:styleId="Style19">
    <w:name w:val="TOC Heading"/>
    <w:basedOn w:val="1"/>
    <w:next w:val="Normal"/>
    <w:uiPriority w:val="39"/>
    <w:semiHidden/>
    <w:unhideWhenUsed/>
    <w:qFormat/>
    <w:rsid w:val="00fc693f"/>
    <w:pPr>
      <w:outlineLvl w:val="9"/>
    </w:pPr>
    <w:rPr/>
  </w:style>
  <w:style w:type="paragraph" w:styleId="ProtocolXML" w:customStyle="1">
    <w:name w:val="Protocol XML"/>
    <w:basedOn w:val="Normal"/>
    <w:qFormat/>
    <w:pPr>
      <w:suppressAutoHyphens w:val="true"/>
      <w:spacing w:lineRule="auto" w:line="360" w:before="0" w:after="0"/>
      <w:ind w:hanging="0"/>
    </w:pPr>
    <w:rPr>
      <w:rFonts w:ascii="Arial" w:hAnsi="Arial"/>
      <w:sz w:val="24"/>
    </w:rPr>
  </w:style>
  <w:style w:type="paragraph" w:styleId="11" w:customStyle="1">
    <w:name w:val="TOC 1"/>
    <w:basedOn w:val="Normal"/>
    <w:pPr>
      <w:suppressAutoHyphens w:val="true"/>
      <w:ind w:hanging="0"/>
      <w:jc w:val="star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footer" Target="footer8.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LibreOffice/7.3.7.2$Linux_X86_64 LibreOffice_project/30$Build-2</Application>
  <AppVersion>15.0000</AppVersion>
  <Pages>418</Pages>
  <Words>58702</Words>
  <Characters>446986</Characters>
  <CharactersWithSpaces>613832</CharactersWithSpaces>
  <Paragraphs>5872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2026-10-09T00:00:00Z</dcterms:created>
  <dc:creator>ООО "СОТКОМ-ЮГ"</dc:creator>
  <dc:description>generated by python-docx</dc:description>
  <dc:language>ru-RU</dc:language>
  <cp:lastModifiedBy/>
  <dcterms:modified xsi:type="dcterms:W3CDTF">2026-10-25T09:48:24Z</dcterms:modified>
  <cp:revision>3</cp:revision>
  <dc:subject>Проект стандарта организации. Для публичного обсуждения</dc:subject>
  <dc:title>Открытый протокол систем оповещения. Техническая спецификация</dc:title>
  <cp:version>0.21</cp:version>
</cp:coreProperties>
</file>

<file path=docProps/custom.xml><?xml version="1.0" encoding="utf-8"?>
<Properties xmlns="http://schemas.openxmlformats.org/officeDocument/2006/custom-properties" xmlns:vt="http://schemas.openxmlformats.org/officeDocument/2006/docPropsVTypes"/>
</file>